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物业管理小区年终总结（16篇）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物业管理小区年终总结 1 </w:t>
      </w:r>
      <w:r>
        <w:rPr>
          <w:lang w:eastAsia="zh-CN"/>
        </w:rPr>
        <w:br/>
      </w:r>
      <w:r>
        <w:rPr>
          <w:lang w:eastAsia="zh-CN"/>
        </w:rPr>
        <w:t>　　20__年度工作在阳光家园全体员工的忙碌中匆匆而过，甚至来不及等我们回首一眸。__年全年工作是公司寻求发展的重要而关键的一年。年前，公司提出“紧抓目标、紧盯利润、想方设法经营创收，千方百计服务客户，适时参与市场竞争”的经营理念，使管理处认识到了在市场经济体制下竞争的残酷性。阳光家园是集团公司开发较早的一个楼盘，各类公共设备设施已处于老化阶段，有些老化的设施必须要更换。这样一来就增加了管理难度，同时也增加了各项日常维修费用的支出。为了使阳光家园管理处能紧跟公司步伐，并承受市场经济竞争机制的洗礼。__年初，家园管理处制订了“管理有序，服务规范，创建品牌，提高效益”的工作目标，管理处全体员工认真遵循这一原则，同心协力、开拓进取，积极寻找新的利润增长点，全方位展开各种有偿服务，__年工作在全体员工的不懈努力下，诸方面工作均取得了突破性和实质性进展，为管理处__年工作有更大发展奠定了坚实的基础，创造了良好的条件。</w:t>
      </w:r>
      <w:r>
        <w:rPr>
          <w:lang w:eastAsia="zh-CN"/>
        </w:rPr>
        <w:br/>
      </w:r>
      <w:r>
        <w:rPr>
          <w:lang w:eastAsia="zh-CN"/>
        </w:rPr>
        <w:t>　　为了总结经验，寻找差距，规划前景，促进__年工作再上一个新台阶，现将__年工作总结如下：</w:t>
      </w:r>
      <w:r>
        <w:rPr>
          <w:lang w:eastAsia="zh-CN"/>
        </w:rPr>
        <w:br/>
      </w:r>
      <w:r>
        <w:rPr>
          <w:lang w:eastAsia="zh-CN"/>
        </w:rPr>
        <w:t>　　一、积极开展各项经营活动，提高经济效益。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阳光家园管理处在__年工作中，在成本控制上下了很大的功夫，使管理处工作首次突破零的利润，创造出一份来之不易的经济利润。__年工作全面展开之后，管理处为了寻求更大的利润增长点，召集全体员工在公司目标和经营思路的框架下进行分析，集思广义，根据阳光家园小区实际情况，制订出适合自身发展的经营项目。</w:t>
      </w:r>
      <w:r>
        <w:rPr>
          <w:lang w:eastAsia="zh-CN"/>
        </w:rPr>
        <w:br/>
      </w:r>
      <w:r>
        <w:rPr>
          <w:lang w:eastAsia="zh-CN"/>
        </w:rPr>
        <w:t>　　阳光家园管理处全体成员在上半年工作中积极展开了各项有偿经营服务活动。如“家政清洁服务；小孩接送；房屋中介等各项有偿服务。全体员工利用休息时间加班、加点来展开各项有偿服务项目，家园全体员工共9人，在保证小区正常生活秩序的'前提下开展各项经营活动，管理处全体员工不计得失，利用休息时间来展开各项有偿服务。</w:t>
      </w:r>
      <w:r>
        <w:rPr>
          <w:lang w:eastAsia="zh-CN"/>
        </w:rPr>
        <w:br/>
      </w:r>
      <w:r>
        <w:rPr>
          <w:lang w:eastAsia="zh-CN"/>
        </w:rPr>
        <w:t>　　做家政清洁，保洁做不过来，保安人员去协助。甚至上夜班人员也要抽出半天时间主动协助，在__年元月份是家政清洁的高峰期，为了使管理处充分利用这宝贵的时间创造出利润，在保证小区正常工作的前提下，一天接4家家政清洁服务，就这样管理处全体成员在分分秒秒创造着利润。</w:t>
      </w:r>
      <w:r>
        <w:rPr>
          <w:lang w:eastAsia="zh-CN"/>
        </w:rPr>
        <w:br/>
      </w:r>
      <w:r>
        <w:rPr>
          <w:lang w:eastAsia="zh-CN"/>
        </w:rPr>
        <w:t>　　一份耕耘一份收获，截止10月未，家园管理处就有偿服务这一项已产生10028元的利润，给公司创造出一定的经济价值。</w:t>
      </w:r>
      <w:r>
        <w:rPr>
          <w:lang w:eastAsia="zh-CN"/>
        </w:rPr>
        <w:br/>
      </w:r>
      <w:r>
        <w:rPr>
          <w:lang w:eastAsia="zh-CN"/>
        </w:rPr>
        <w:t>　　二、以高效、优质的服务赢得新的利润增长点。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阳光家园是集团公司开展较早的一个项目。小区面积不大，入住率虽高，但住户资源不是很丰富，物业公司通过几年和业主的磨合，已经形成较为成熟的管理运作模式。业主对物业公司也给予了认可，但由于小区面积不大，收费低下，造成物业管理经费不足，无法保证物业管理的正常运作。根据这一状况，管理处在__年度工作中调整工作思路，在保证小区各项工作稳定的状态下，利用现有资源，赢得新的利润增长点，通过新增点来弥补由于管理面积小而产生的亏损；另一方面阳光家园一直以一种较为平稳的管理方式在运行。在相对的物业管理活动中突出业主至上的服务模式，只要求品牌不看中利润。__年公司整体思路做了调整，作为阳光家园管理处，即要保持物业管理各项工作平稳，又要创造相应的利润。针对这种情况管理处立足现有的管理服务模式进行创新，以服务带动管理费用的上调，使业主感受到物业提供的超值服务，便于管理处对费用适时进行调整。</w:t>
      </w:r>
      <w:r>
        <w:rPr>
          <w:lang w:eastAsia="zh-CN"/>
        </w:rPr>
        <w:br/>
      </w:r>
      <w:r>
        <w:rPr>
          <w:lang w:eastAsia="zh-CN"/>
        </w:rPr>
        <w:t>　　管理处在__年上半年工作即将结束时，对阳光家园物业管理服务费用进行了上调，在原来的基础上涨浮达到每平方米0.13元。在这种情况下，就要求我们以更加优质的服务来赢得业主对涨费的认可，管理处在进行了艰难解释和沟通工作后，终于在7月份将物业管理服务费涨到国家标准范围内的最高标准，使管理处产生一项新的经济增长点。</w:t>
      </w:r>
      <w:r>
        <w:rPr>
          <w:lang w:eastAsia="zh-CN"/>
        </w:rPr>
        <w:br/>
      </w:r>
      <w:r>
        <w:rPr>
          <w:lang w:eastAsia="zh-CN"/>
        </w:rPr>
        <w:t>　　三、开源节流，降低成本，提高效益</w:t>
      </w:r>
      <w:r>
        <w:rPr>
          <w:lang w:eastAsia="zh-CN"/>
        </w:rPr>
        <w:br/>
      </w:r>
      <w:r>
        <w:rPr>
          <w:lang w:eastAsia="zh-CN"/>
        </w:rPr>
        <w:t>　　1、加强各项费用的收缴工作</w:t>
      </w:r>
      <w:r>
        <w:rPr>
          <w:lang w:eastAsia="zh-CN"/>
        </w:rPr>
        <w:br/>
      </w:r>
      <w:r>
        <w:rPr>
          <w:lang w:eastAsia="zh-CN"/>
        </w:rPr>
        <w:t>　　鉴于物业管理是一个高投资、高成本、低回报的服务行业。要确保管理处工作持续正常进行，必须做好物业管理各项费用控制，并保证按时足额收缴。截止11月未管理处收费率达到98%以上。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2、厉行节约、降低成本</w:t>
      </w:r>
      <w:r>
        <w:rPr>
          <w:lang w:eastAsia="zh-CN"/>
        </w:rPr>
        <w:br/>
      </w:r>
      <w:r>
        <w:rPr>
          <w:lang w:eastAsia="zh-CN"/>
        </w:rPr>
        <w:t>　　今年管理处全体员工，继承发扬__年的优良传统，时刻树立成本意识和节约意识。严格控制各项管理费用的支出，使各项费用支出降低到最低限度。截止11月未费用支出比同期支出节约28243元。</w:t>
      </w:r>
      <w:r>
        <w:rPr>
          <w:lang w:eastAsia="zh-CN"/>
        </w:rPr>
        <w:br/>
      </w:r>
      <w:r>
        <w:rPr>
          <w:lang w:eastAsia="zh-CN"/>
        </w:rPr>
        <w:t>　　物业管理小区年终总结 2</w:t>
      </w:r>
      <w:r>
        <w:rPr>
          <w:lang w:eastAsia="zh-CN"/>
        </w:rPr>
        <w:br/>
      </w:r>
      <w:r>
        <w:rPr>
          <w:lang w:eastAsia="zh-CN"/>
        </w:rPr>
        <w:t>　　自20__年11月份入职和风物业满是领域服务中心以来，为尽快适应新的工作岗位和工作环境，我自觉加强学习，虚心求教释惑，不断理清工作思路，总结工作方法，现已能胜任本职。一方面，干中学、学中干，不断掌握方法积累经验。我注重以工作任务为牵引，依托工作岗位学习提高，通过观察、摸索、查阅资料和实践锻炼，较快地进入了工作情况。</w:t>
      </w:r>
      <w:r>
        <w:rPr>
          <w:lang w:eastAsia="zh-CN"/>
        </w:rPr>
        <w:br/>
      </w:r>
      <w:r>
        <w:rPr>
          <w:lang w:eastAsia="zh-CN"/>
        </w:rPr>
        <w:t>　　另一方面，问书本、问同事，不断丰富知识掌握技巧。在企业领导和同事的帮助指导下，从不会到会，从不熟悉到熟悉，我逐渐摸清了工作中的基本情况，找到了切入点，把握住了工作重点和难点。在我们客服部与其他部门的合作下，较好地完成了各项工作任务，下面将任职来的工作情况汇报。具体情况如下：</w:t>
      </w:r>
      <w:r>
        <w:rPr>
          <w:lang w:eastAsia="zh-CN"/>
        </w:rPr>
        <w:br/>
      </w:r>
      <w:r>
        <w:rPr>
          <w:lang w:eastAsia="zh-CN"/>
        </w:rPr>
        <w:t>　　一、规范行为，提高自身形象。</w:t>
      </w:r>
      <w:r>
        <w:rPr>
          <w:lang w:eastAsia="zh-CN"/>
        </w:rPr>
        <w:br/>
      </w:r>
      <w:r>
        <w:rPr>
          <w:lang w:eastAsia="zh-CN"/>
        </w:rPr>
        <w:t>　　1、管理处员工统一着装，挂牌上岗。</w:t>
      </w:r>
      <w:r>
        <w:rPr>
          <w:lang w:eastAsia="zh-CN"/>
        </w:rPr>
        <w:br/>
      </w:r>
      <w:r>
        <w:rPr>
          <w:lang w:eastAsia="zh-CN"/>
        </w:rPr>
        <w:t>　　2、按客服中心的接待要求，贯彻礼貌待人、微笑服务、主动问候的方式接待业主、来访者。</w:t>
      </w:r>
      <w:r>
        <w:rPr>
          <w:lang w:eastAsia="zh-CN"/>
        </w:rPr>
        <w:br/>
      </w:r>
      <w:r>
        <w:rPr>
          <w:lang w:eastAsia="zh-CN"/>
        </w:rPr>
        <w:t>　　3、对业主、来访者提出的要求进行分析，以便提供更好、更优质的服务。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4、业主的报修、投诉等工作做到及时有效的处理和回访，并认真做好记录。</w:t>
      </w:r>
      <w:r>
        <w:rPr>
          <w:lang w:eastAsia="zh-CN"/>
        </w:rPr>
        <w:br/>
      </w:r>
      <w:r>
        <w:rPr>
          <w:lang w:eastAsia="zh-CN"/>
        </w:rPr>
        <w:t>　　二、规范服务。</w:t>
      </w:r>
      <w:r>
        <w:rPr>
          <w:lang w:eastAsia="zh-CN"/>
        </w:rPr>
        <w:br/>
      </w:r>
      <w:r>
        <w:rPr>
          <w:lang w:eastAsia="zh-CN"/>
        </w:rPr>
        <w:t>　　1、认真书写各项工作日志，文件、记录清楚。</w:t>
      </w:r>
      <w:r>
        <w:rPr>
          <w:lang w:eastAsia="zh-CN"/>
        </w:rPr>
        <w:br/>
      </w:r>
      <w:r>
        <w:rPr>
          <w:lang w:eastAsia="zh-CN"/>
        </w:rPr>
        <w:t>　　2、建立了维修巡查表，等各类表格落实交班工作记录本。</w:t>
      </w:r>
      <w:r>
        <w:rPr>
          <w:lang w:eastAsia="zh-CN"/>
        </w:rPr>
        <w:br/>
      </w:r>
      <w:r>
        <w:rPr>
          <w:lang w:eastAsia="zh-CN"/>
        </w:rPr>
        <w:t>　　3、客服组每周一上午召开一次周例会，在员工汇报工作的基础上，小结、点评、总结前一阶段完成的工作任务，同时布置新的工作任务，宣传中心例会规定，提出明确要求，及时上报主管，请示工作。</w:t>
      </w:r>
      <w:r>
        <w:rPr>
          <w:lang w:eastAsia="zh-CN"/>
        </w:rPr>
        <w:br/>
      </w:r>
      <w:r>
        <w:rPr>
          <w:lang w:eastAsia="zh-CN"/>
        </w:rPr>
        <w:t>　　4、建立完善的档案管理制度，对收集各类资料等文件分类归档完整，有检索目录。同时，初步实施了电子化管理，各种公告、通知、报告、物业费、业主信息资料，并同步建立电子档案，可随时调阅。</w:t>
      </w:r>
      <w:r>
        <w:rPr>
          <w:lang w:eastAsia="zh-CN"/>
        </w:rPr>
        <w:br/>
      </w:r>
      <w:r>
        <w:rPr>
          <w:lang w:eastAsia="zh-CN"/>
        </w:rPr>
        <w:t>　　三、房屋管理深入细致。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及时处理居家报修和公共区域的报修问题，半年居家维修服务量高达740件，公共区域752件，小区维修量大，技术人员少，要求维修工技术全面，并且还要带夜班维修工作和北苑日夜维修任务。维修工作人员总是默默地工作，从无怨言，从不计较个人得失。我们的张立勇师傅总是一手肩扛梯子，一手骑自行车，从这家到那一户，从来都是热情微笑，仔细讲解和宣传维修知识。汪学林师傅一次又一次“违规”配合业主买材料（我们一般要求业主自行准备材料），骑电瓶车到建材市场寻找匹配的材料，从来没有申请过一次路费和人工费，在繁忙的维修工作中，分担着一部分北苑维修工作，每次都是风风火火两边跑。维修师傅忙碌的身影，无数次地感动了我，各种重大维修、夜晚维修都是随叫随到，谢谢他们在自己的岗位上无怨无悔地奉献，真诚而执着地付出勤劳的汗水。</w:t>
      </w:r>
      <w:r>
        <w:rPr>
          <w:lang w:eastAsia="zh-CN"/>
        </w:rPr>
        <w:br/>
      </w:r>
      <w:r>
        <w:rPr>
          <w:lang w:eastAsia="zh-CN"/>
        </w:rPr>
        <w:t>　　四、对房屋管理维护。</w:t>
      </w:r>
      <w:r>
        <w:rPr>
          <w:lang w:eastAsia="zh-CN"/>
        </w:rPr>
        <w:br/>
      </w:r>
      <w:r>
        <w:rPr>
          <w:lang w:eastAsia="zh-CN"/>
        </w:rPr>
        <w:t>　　1、对正在装修的房屋，我们严格按房屋装修规定，督促户主按规定进行装修，装修申请、装修人员实施ab卡的.管理，杜绝违章情况的发生。</w:t>
      </w:r>
      <w:r>
        <w:rPr>
          <w:lang w:eastAsia="zh-CN"/>
        </w:rPr>
        <w:br/>
      </w:r>
      <w:r>
        <w:rPr>
          <w:lang w:eastAsia="zh-CN"/>
        </w:rPr>
        <w:t>　　2、对小区已装修业主发生房屋渗漏等情况，管理处采取几种方式帮助住户排忧解难，一方面打报告由学校集中处理，一方面报学校修建中心，一方面积极联系施工单位。针对住户反映的问题，落实维修。</w:t>
      </w:r>
      <w:r>
        <w:rPr>
          <w:lang w:eastAsia="zh-CN"/>
        </w:rPr>
        <w:br/>
      </w:r>
      <w:r>
        <w:rPr>
          <w:lang w:eastAsia="zh-CN"/>
        </w:rPr>
        <w:t>　　五、日常设施养护。</w:t>
      </w:r>
      <w:r>
        <w:rPr>
          <w:lang w:eastAsia="zh-CN"/>
        </w:rPr>
        <w:br/>
      </w:r>
      <w:r>
        <w:rPr>
          <w:lang w:eastAsia="zh-CN"/>
        </w:rPr>
        <w:t>　　建立维修巡查制度，对公共区域日常设施、设备进行保养维护，及时通知电梯、门禁企业技术人员维保、维修。对小区路灯督促全面检修，供水供电系统及时查验、修缮，排除安全隐患，对小区公共区域便民晾晒等问题及时打报告学校筹建。</w:t>
      </w:r>
      <w:r>
        <w:rPr>
          <w:lang w:eastAsia="zh-CN"/>
        </w:rPr>
        <w:br/>
      </w:r>
      <w:r>
        <w:rPr>
          <w:lang w:eastAsia="zh-CN"/>
        </w:rPr>
        <w:t>　　六、规范保洁服务过程，满足清洁舒适的要求。</w:t>
      </w:r>
      <w:r>
        <w:rPr>
          <w:lang w:eastAsia="zh-CN"/>
        </w:rPr>
        <w:br/>
      </w:r>
      <w:r>
        <w:rPr>
          <w:lang w:eastAsia="zh-CN"/>
        </w:rPr>
        <w:t>　　监督指导小区保洁工作，制定标准操作监督流程，落实分区负责制度，定人、定岗、定工作内容，每周定期检查制度，有效地调动其积极性，促进内部和谐竞争，提升小区环境质量。</w:t>
      </w:r>
      <w:r>
        <w:rPr>
          <w:lang w:eastAsia="zh-CN"/>
        </w:rPr>
        <w:br/>
      </w:r>
      <w:r>
        <w:rPr>
          <w:lang w:eastAsia="zh-CN"/>
        </w:rPr>
        <w:t>　　七、绿化工作。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生活垃圾日产日清，装修垃圾每周一次落实清理。园林绿化工人坚持每月对小区树木进行修剪、补苗、病虫除害、施肥施水等工作。目前树木长势良好，保证小区内的绿化养护质量。</w:t>
      </w:r>
      <w:r>
        <w:rPr>
          <w:lang w:eastAsia="zh-CN"/>
        </w:rPr>
        <w:br/>
      </w:r>
      <w:r>
        <w:rPr>
          <w:lang w:eastAsia="zh-CN"/>
        </w:rPr>
        <w:t>　　八、宣传文化工作方面</w:t>
      </w:r>
      <w:r>
        <w:rPr>
          <w:lang w:eastAsia="zh-CN"/>
        </w:rPr>
        <w:br/>
      </w:r>
      <w:r>
        <w:rPr>
          <w:lang w:eastAsia="zh-CN"/>
        </w:rPr>
        <w:t>　　团结合作，共同进步，开展批评与自我批评，打造和谐、文明、团结创新的团队，提升物业服务品质，宣传物业的工作及中心的服务理念，保证畅通的沟通渠道，坚持正确的服务理念（有理也是无理），及时向业主提供安全知识，健康常识，天气预报，温馨提示等。赢得了业主对物业管理工作的理解和支持。每月两次的定期天然气充值服务，半年共为55户业主提供服务，期间无一例钱、卡、票失误现象，在住户间建立了良好的口碑。</w:t>
      </w:r>
      <w:r>
        <w:rPr>
          <w:lang w:eastAsia="zh-CN"/>
        </w:rPr>
        <w:br/>
      </w:r>
      <w:r>
        <w:rPr>
          <w:lang w:eastAsia="zh-CN"/>
        </w:rPr>
        <w:t>　　多次为住户捡到钱包、衣物、自行车、电瓶车等拾金不昧的行为，也因此受到住户的表扬，帮业主联络钟点工等家政服务，向外联络家电、开锁等有偿服务。为业主提供一个弹琴吟唱的娱乐环境，拉近与住户之间的关系。西苑物业积极响应、参与集团的文化生活，组织舞蹈、唱歌等娱乐活动，目前正在积极筹备“新春歌舞会”活动。</w:t>
      </w:r>
      <w:r>
        <w:rPr>
          <w:lang w:eastAsia="zh-CN"/>
        </w:rPr>
        <w:br/>
      </w:r>
      <w:r>
        <w:rPr>
          <w:lang w:eastAsia="zh-CN"/>
        </w:rPr>
        <w:t>　　九、主要经验和收获</w:t>
      </w:r>
      <w:r>
        <w:rPr>
          <w:lang w:eastAsia="zh-CN"/>
        </w:rPr>
        <w:br/>
      </w:r>
      <w:r>
        <w:rPr>
          <w:lang w:eastAsia="zh-CN"/>
        </w:rPr>
        <w:t>　　在工作二个月以来，完成了一些工作，取得了一定成绩，总结起来有以下几个方面的经验和收获</w:t>
      </w:r>
      <w:r>
        <w:rPr>
          <w:lang w:eastAsia="zh-CN"/>
        </w:rPr>
        <w:br/>
      </w:r>
      <w:r>
        <w:rPr>
          <w:lang w:eastAsia="zh-CN"/>
        </w:rPr>
        <w:t>　　（1）只有摆正自己的位置，下功夫熟悉基本业务，才能尽快适应新的工作岗位；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（2）只有主动融入集体，处理好各方面的关系，才能在新的环境中保持好的工作状态；</w:t>
      </w:r>
      <w:r>
        <w:rPr>
          <w:lang w:eastAsia="zh-CN"/>
        </w:rPr>
        <w:br/>
      </w:r>
      <w:r>
        <w:rPr>
          <w:lang w:eastAsia="zh-CN"/>
        </w:rPr>
        <w:t>　　（3）只有坚持原则落实制度，认真管理，才能履行好区域经理职责；</w:t>
      </w:r>
      <w:r>
        <w:rPr>
          <w:lang w:eastAsia="zh-CN"/>
        </w:rPr>
        <w:br/>
      </w:r>
      <w:r>
        <w:rPr>
          <w:lang w:eastAsia="zh-CN"/>
        </w:rPr>
        <w:t>　　（4）只有树立服务意识，加强沟通协调，才能把分内的工作做好。</w:t>
      </w:r>
      <w:r>
        <w:rPr>
          <w:lang w:eastAsia="zh-CN"/>
        </w:rPr>
        <w:br/>
      </w:r>
      <w:r>
        <w:rPr>
          <w:lang w:eastAsia="zh-CN"/>
        </w:rPr>
        <w:t>　　十、存在的不足</w:t>
      </w:r>
      <w:r>
        <w:rPr>
          <w:lang w:eastAsia="zh-CN"/>
        </w:rPr>
        <w:br/>
      </w:r>
      <w:r>
        <w:rPr>
          <w:lang w:eastAsia="zh-CN"/>
        </w:rPr>
        <w:t>　　由于工作实践比较少，缺乏相关工作经验，的工作存在以下不足</w:t>
      </w:r>
      <w:r>
        <w:rPr>
          <w:lang w:eastAsia="zh-CN"/>
        </w:rPr>
        <w:br/>
      </w:r>
      <w:r>
        <w:rPr>
          <w:lang w:eastAsia="zh-CN"/>
        </w:rPr>
        <w:t>　　对物业管理服务费的协议内容了解不够，特别是对以往的一些收费情况了解还不够及时。</w:t>
      </w:r>
      <w:r>
        <w:rPr>
          <w:lang w:eastAsia="zh-CN"/>
        </w:rPr>
        <w:br/>
      </w:r>
      <w:r>
        <w:rPr>
          <w:lang w:eastAsia="zh-CN"/>
        </w:rPr>
        <w:t>　　十一、下步的打算</w:t>
      </w:r>
      <w:r>
        <w:rPr>
          <w:lang w:eastAsia="zh-CN"/>
        </w:rPr>
        <w:br/>
      </w:r>
      <w:r>
        <w:rPr>
          <w:lang w:eastAsia="zh-CN"/>
        </w:rPr>
        <w:t>　　针对工作中存在的不足，为做好新一年的工作，突出做好以下几个方面</w:t>
      </w:r>
      <w:r>
        <w:rPr>
          <w:lang w:eastAsia="zh-CN"/>
        </w:rPr>
        <w:br/>
      </w:r>
      <w:r>
        <w:rPr>
          <w:lang w:eastAsia="zh-CN"/>
        </w:rPr>
        <w:t>　　（1）积极搞好与妇保、海关有关领导之间的沟通协调，进一步理顺关系；</w:t>
      </w:r>
      <w:r>
        <w:rPr>
          <w:lang w:eastAsia="zh-CN"/>
        </w:rPr>
        <w:br/>
      </w:r>
      <w:r>
        <w:rPr>
          <w:lang w:eastAsia="zh-CN"/>
        </w:rPr>
        <w:t>　　（2）加强业务知识的学习提高，创新工作方法，提高工作效益；</w:t>
      </w:r>
      <w:r>
        <w:rPr>
          <w:lang w:eastAsia="zh-CN"/>
        </w:rPr>
        <w:br/>
      </w:r>
      <w:r>
        <w:rPr>
          <w:lang w:eastAsia="zh-CN"/>
        </w:rPr>
        <w:t>　　（3）管好耗材方面的开销，最大程度为企业节省成本；</w:t>
      </w:r>
      <w:r>
        <w:rPr>
          <w:lang w:eastAsia="zh-CN"/>
        </w:rPr>
        <w:br/>
      </w:r>
      <w:r>
        <w:rPr>
          <w:lang w:eastAsia="zh-CN"/>
        </w:rPr>
        <w:t>　　（4）想方设法培训员工礼节与操作知识，努力成为一只综合素质较高的保洁队伍；</w:t>
      </w:r>
      <w:r>
        <w:rPr>
          <w:lang w:eastAsia="zh-CN"/>
        </w:rPr>
        <w:br/>
      </w:r>
      <w:r>
        <w:rPr>
          <w:lang w:eastAsia="zh-CN"/>
        </w:rPr>
        <w:t>　　（5）抓好所管区域的保洁后勤工作。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综上所述，我部门工作在企业领导的全力支持，在各部门的大力配合以及部门员工的共同努力下，虽然取得了一定的成绩，但还没有完全达到企业的要求，离先进物业管理水平标准还有一段距离，我们今后一定加强学习，在物业企业经理的直接领导下，为业主提供规范、快捷、有效的服务，认真做好接待工作，为业主创造优美、舒适的生活、休闲氛围，提升物业的服务品质。</w:t>
      </w:r>
      <w:r>
        <w:rPr>
          <w:lang w:eastAsia="zh-CN"/>
        </w:rPr>
        <w:br/>
      </w:r>
      <w:r>
        <w:rPr>
          <w:lang w:eastAsia="zh-CN"/>
        </w:rPr>
        <w:t>　　我有信心在今后的工作中不断改进，不断创新，做好各项管理工作，不断总结经验和教训，不断的进取，做一命真正的++品牌的宣传者、塑造者和执行者新的一年，即将来到，决心在岗位上，投入更多的时间，更大的热情，完成上级布置的各项工作，不辜负上级领导的期望。</w:t>
      </w:r>
      <w:r>
        <w:rPr>
          <w:lang w:eastAsia="zh-CN"/>
        </w:rPr>
        <w:br/>
      </w:r>
      <w:r>
        <w:rPr>
          <w:lang w:eastAsia="zh-CN"/>
        </w:rPr>
        <w:t>　　希望我们的团队每一个人珍惜在一起的和谐气氛，创造更多的惊喜和超越，更好的发挥团队精神，以“住户无抱怨、服务无缺憾、管理无盲点、工程无隐患”为工作目标，让我们和风物业随着新年悄然而至的脚步，而潜入我们业主的内心而努力、奋斗！和风物业，“加油！”</w:t>
      </w:r>
      <w:r>
        <w:rPr>
          <w:lang w:eastAsia="zh-CN"/>
        </w:rPr>
        <w:br/>
      </w:r>
      <w:r>
        <w:rPr>
          <w:lang w:eastAsia="zh-CN"/>
        </w:rPr>
        <w:t>　　物业管理小区年终总结 3</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今年是__物业飞跃发展的一年，上台阶，上档次的一年，丰收的一年。在这一年里，__小区物业管理处在公司的领导下，始终贯彻业主至上的原则精神，根据__小区的实际情况，在搞好服务的同时理顺完善管理工作，初步达到“工程程序化、操作规范化、运用使用化、管理科学化”的管理要求，使小区物业管理工作逐步走上规范化的轨道，物业管理工作取得了一定成绩，受到小区业主的好评，现将今年工作总结如下：</w:t>
      </w:r>
      <w:r>
        <w:rPr>
          <w:lang w:eastAsia="zh-CN"/>
        </w:rPr>
        <w:br/>
      </w:r>
      <w:r>
        <w:rPr>
          <w:lang w:eastAsia="zh-CN"/>
        </w:rPr>
        <w:t>　　一、日常工作目标管理的完成情况：</w:t>
      </w:r>
      <w:r>
        <w:rPr>
          <w:lang w:eastAsia="zh-CN"/>
        </w:rPr>
        <w:br/>
      </w:r>
      <w:r>
        <w:rPr>
          <w:lang w:eastAsia="zh-CN"/>
        </w:rPr>
        <w:t>　　（1）房屋管理</w:t>
      </w:r>
      <w:r>
        <w:rPr>
          <w:lang w:eastAsia="zh-CN"/>
        </w:rPr>
        <w:br/>
      </w:r>
      <w:r>
        <w:rPr>
          <w:lang w:eastAsia="zh-CN"/>
        </w:rPr>
        <w:t>　　房屋管理是物业管理的重要内容之一。为了搞好此项工作，我们建立了完善的房屋管理档案，制定了房屋管理制度，编制了详细的管理计划，对于房屋质量问题及时向开发商反映，并及时要求处理。</w:t>
      </w:r>
      <w:r>
        <w:rPr>
          <w:lang w:eastAsia="zh-CN"/>
        </w:rPr>
        <w:br/>
      </w:r>
      <w:r>
        <w:rPr>
          <w:lang w:eastAsia="zh-CN"/>
        </w:rPr>
        <w:t>　　（2）公共设施、设备的管理</w:t>
      </w:r>
      <w:r>
        <w:rPr>
          <w:lang w:eastAsia="zh-CN"/>
        </w:rPr>
        <w:br/>
      </w:r>
      <w:r>
        <w:rPr>
          <w:lang w:eastAsia="zh-CN"/>
        </w:rPr>
        <w:t>　　为了保证小区广大住户的正常生活，在公共设施、设备的管理方面，我们制定了完善的维护、保养计划和应急方案，做到日常检查有登记、小型维护有记录。维修电话24小时有人接听，全年完成小型检修工作28次，应急维修工作5次，达到养护设施、设备到位，维修及时，正常运行的管理要求。</w:t>
      </w:r>
      <w:r>
        <w:rPr>
          <w:lang w:eastAsia="zh-CN"/>
        </w:rPr>
        <w:br/>
      </w:r>
      <w:r>
        <w:rPr>
          <w:lang w:eastAsia="zh-CN"/>
        </w:rPr>
        <w:t>　　（3）绿化管理</w:t>
      </w:r>
      <w:r>
        <w:rPr>
          <w:lang w:eastAsia="zh-CN"/>
        </w:rPr>
        <w:br/>
      </w:r>
      <w:r>
        <w:rPr>
          <w:lang w:eastAsia="zh-CN"/>
        </w:rPr>
        <w:t>　　为了给业主创造一个优美的.生活环境，我们严格落实了绿化管理措施，安排专业人员，施工及养护工作，针对绿养护过程中出现的问题，及时发出了整改，制作简易警示牌、围栏，加强绿化防护管理工作，使绿地基本无破坏，践踏及公用现象，绿化完好率为98%。</w:t>
      </w:r>
      <w:r>
        <w:rPr>
          <w:lang w:eastAsia="zh-CN"/>
        </w:rPr>
        <w:br/>
      </w:r>
      <w:r>
        <w:rPr>
          <w:lang w:eastAsia="zh-CN"/>
        </w:rPr>
        <w:t>　　（4）环境卫生的管理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环境卫生方面，我们针对小区环境的实际的情况，大家齐动手定期、不定期组织进行大扫除，制定了严格的保洁程序与考核办法，并对装修垃圾实行袋装化定点堆放，集中清运管理，并加强小区卫生检查工作，保证了小区的卫生清洁美观，生活垃圾日产日清。在铜陵市“双创”工作第41次考评及第51次考评中康居花苑小区都获得第一名的好成绩。</w:t>
      </w:r>
      <w:r>
        <w:rPr>
          <w:lang w:eastAsia="zh-CN"/>
        </w:rPr>
        <w:br/>
      </w:r>
      <w:r>
        <w:rPr>
          <w:lang w:eastAsia="zh-CN"/>
        </w:rPr>
        <w:t>　　（5）小区安全防范工作</w:t>
      </w:r>
      <w:r>
        <w:rPr>
          <w:lang w:eastAsia="zh-CN"/>
        </w:rPr>
        <w:br/>
      </w:r>
      <w:r>
        <w:rPr>
          <w:lang w:eastAsia="zh-CN"/>
        </w:rPr>
        <w:t>　　小区治安防范及消防工作是物业管理中的重中之重。为给业主提供一个安全舒适的居住环境，我们狠抓了小区治安消防工作，对保安人员定期进行岗位培训，并安排相关人员到开发区公安分局参加保安人员培训考试，智能设备操作培训、考核，制定了严格的岗位考核标准，严格执行工作程序、巡岗查岗、巡更制度。要求保安人员认真巡查，文明执勤，礼貌询问，遇到坏人坏事大胆管理，使小区安全防范工作情况良好。</w:t>
      </w:r>
      <w:r>
        <w:rPr>
          <w:lang w:eastAsia="zh-CN"/>
        </w:rPr>
        <w:br/>
      </w:r>
      <w:r>
        <w:rPr>
          <w:lang w:eastAsia="zh-CN"/>
        </w:rPr>
        <w:t>　　二、今年完成的重点工作</w:t>
      </w:r>
      <w:r>
        <w:rPr>
          <w:lang w:eastAsia="zh-CN"/>
        </w:rPr>
        <w:br/>
      </w:r>
      <w:r>
        <w:rPr>
          <w:lang w:eastAsia="zh-CN"/>
        </w:rPr>
        <w:t>　　（一）物业管理工作</w:t>
      </w:r>
      <w:r>
        <w:rPr>
          <w:lang w:eastAsia="zh-CN"/>
        </w:rPr>
        <w:br/>
      </w:r>
      <w:r>
        <w:rPr>
          <w:lang w:eastAsia="zh-CN"/>
        </w:rPr>
        <w:t>　　（1）熟悉小区各项设施、设备的运转情况；</w:t>
      </w:r>
      <w:r>
        <w:rPr>
          <w:lang w:eastAsia="zh-CN"/>
        </w:rPr>
        <w:br/>
      </w:r>
      <w:r>
        <w:rPr>
          <w:lang w:eastAsia="zh-CN"/>
        </w:rPr>
        <w:t>　　由于该小区是老旧小区，部分资料不全，我们接管康居花苑小区后，为了尽快熟悉小区设备情况，我们管理处工作人员不怕苦、不怕累，顶着烈日，掌握了大量的一手资料，为后期工作打下了坚实的基础，并受到了广大业主的称赞与好评。</w:t>
      </w:r>
      <w:r>
        <w:rPr>
          <w:lang w:eastAsia="zh-CN"/>
        </w:rPr>
        <w:br/>
      </w:r>
      <w:r>
        <w:rPr>
          <w:lang w:eastAsia="zh-CN"/>
        </w:rPr>
        <w:t>　　（2）根据小区实际情况，完成工作预案，提出合理的建议；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在熟悉小区各项情况后，我们针对小区的实际情况，完成了小区各项管理工作预案，如：车辆管理方案，治安管理方案，装修管理方案等。</w:t>
      </w:r>
      <w:r>
        <w:rPr>
          <w:lang w:eastAsia="zh-CN"/>
        </w:rPr>
        <w:br/>
      </w:r>
      <w:r>
        <w:rPr>
          <w:lang w:eastAsia="zh-CN"/>
        </w:rPr>
        <w:t>　　（3）搞好保安工作；</w:t>
      </w:r>
      <w:r>
        <w:rPr>
          <w:lang w:eastAsia="zh-CN"/>
        </w:rPr>
        <w:br/>
      </w:r>
      <w:r>
        <w:rPr>
          <w:lang w:eastAsia="zh-CN"/>
        </w:rPr>
        <w:t>　　保安工作是物业管理中的窗口，为了保证小区保安服务质量，制定了详细的考核办法，加强保安员的自身素质与业务技能，业主在小区内有一个良好精神面貌和业务素质的，保安员的工作受到一致好评。</w:t>
      </w:r>
      <w:r>
        <w:rPr>
          <w:lang w:eastAsia="zh-CN"/>
        </w:rPr>
        <w:br/>
      </w:r>
      <w:r>
        <w:rPr>
          <w:lang w:eastAsia="zh-CN"/>
        </w:rPr>
        <w:t>　　（二）加强管理服务工作，提高服务质量；</w:t>
      </w:r>
      <w:r>
        <w:rPr>
          <w:lang w:eastAsia="zh-CN"/>
        </w:rPr>
        <w:br/>
      </w:r>
      <w:r>
        <w:rPr>
          <w:lang w:eastAsia="zh-CN"/>
        </w:rPr>
        <w:t>　　（1）树立小区家园化，人性化管理服务理念。</w:t>
      </w:r>
      <w:r>
        <w:rPr>
          <w:lang w:eastAsia="zh-CN"/>
        </w:rPr>
        <w:br/>
      </w:r>
      <w:r>
        <w:rPr>
          <w:lang w:eastAsia="zh-CN"/>
        </w:rPr>
        <w:t>　　进驻康居花苑后，我们坚持实施家园化，人性化的管理，“以人为本”的服务精神；业主的需要就是我们的工作中心，为开展服务，让业主进入小区感到有一种温馨的感觉，我们开展特殊关照户的服务，对小区有生活困难的业主，在生活上给予关心与照顾，服务上给予优质服务，除此之外，我们还开展免费代办服务，如代收快递等，使业主有一种“有困难，找物业”的感受，服务工作受到业主良好的赞誉。</w:t>
      </w:r>
      <w:r>
        <w:rPr>
          <w:lang w:eastAsia="zh-CN"/>
        </w:rPr>
        <w:br/>
      </w:r>
      <w:r>
        <w:rPr>
          <w:lang w:eastAsia="zh-CN"/>
        </w:rPr>
        <w:t>　　（2）搞好维修服务工作</w:t>
      </w:r>
      <w:r>
        <w:rPr>
          <w:lang w:eastAsia="zh-CN"/>
        </w:rPr>
        <w:br/>
      </w:r>
      <w:r>
        <w:rPr>
          <w:lang w:eastAsia="zh-CN"/>
        </w:rPr>
        <w:t>　　维修服务工作是物业管理的一个重要环节，为此我们狠抓维修工作的及时率和完成率。为了搞好相关设施的维修工作，我们紧密地与开发商、施工队、生产厂家联手，确定了维修程序和办法，圆满完成以前物业公司遗留下多年来未完成的维修任务。我们及时定期对各种设施进行保养、检查，发现问题及时维修，及时处理。</w:t>
      </w:r>
      <w:r>
        <w:rPr>
          <w:lang w:eastAsia="zh-CN"/>
        </w:rPr>
        <w:br/>
      </w:r>
      <w:r>
        <w:rPr>
          <w:lang w:eastAsia="zh-CN"/>
        </w:rPr>
        <w:t>　　（3）认真听取业主意见，及时为住户排忧解难。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业主良好的工作建议，管理建议是我们的工作指针。因此我们做到住户反映的问题认真记录，及时处理，增进与业主间的沟通，耐心为业主作解释工作，并及时为住户排忧解难，如入住业主车辆停放问题，业主装修用沙堆放点等问题。我们这种“为业主着想，以业主为中心”的服务思想取得了良好的效果。</w:t>
      </w:r>
      <w:r>
        <w:rPr>
          <w:lang w:eastAsia="zh-CN"/>
        </w:rPr>
        <w:br/>
      </w:r>
      <w:r>
        <w:rPr>
          <w:lang w:eastAsia="zh-CN"/>
        </w:rPr>
        <w:t>　　（三）努力提高管理水平，促进物业管理上档次；</w:t>
      </w:r>
      <w:r>
        <w:rPr>
          <w:lang w:eastAsia="zh-CN"/>
        </w:rPr>
        <w:br/>
      </w:r>
      <w:r>
        <w:rPr>
          <w:lang w:eastAsia="zh-CN"/>
        </w:rPr>
        <w:t>　　（1）组织员工进行职工道德与管理技能培训，提高员工业务素质。</w:t>
      </w:r>
      <w:r>
        <w:rPr>
          <w:lang w:eastAsia="zh-CN"/>
        </w:rPr>
        <w:br/>
      </w:r>
      <w:r>
        <w:rPr>
          <w:lang w:eastAsia="zh-CN"/>
        </w:rPr>
        <w:t>　　管理处员工的综合素质与物业管理服务的质量、水平是密切相关的。根据这种情况，并结合小区大部分都是新进员工，接触物业管理时间短的实际情况，我制定了详细的培训计划和考核办法，定期对员工进行思想和业主管理水平的培训，并定期进行保安业务技能考试，使员工在思想上得到充实，管理技能上得到了提高，安排人员到相关部门去学习等。</w:t>
      </w:r>
      <w:r>
        <w:rPr>
          <w:lang w:eastAsia="zh-CN"/>
        </w:rPr>
        <w:br/>
      </w:r>
      <w:r>
        <w:rPr>
          <w:lang w:eastAsia="zh-CN"/>
        </w:rPr>
        <w:t>　　（2）利用先进的管理手段，建立健全科学的管理方式；</w:t>
      </w:r>
      <w:r>
        <w:rPr>
          <w:lang w:eastAsia="zh-CN"/>
        </w:rPr>
        <w:br/>
      </w:r>
      <w:r>
        <w:rPr>
          <w:lang w:eastAsia="zh-CN"/>
        </w:rPr>
        <w:t>　　我们紧跟社会发展步伐，使用电脑，对小区各档案收费帐目、管理计划等工作进行电脑管理，大大提高了工作效率，使管理处的基础工作达到一个新起点，为今后的创优工作打下了坚实基础。</w:t>
      </w:r>
      <w:r>
        <w:rPr>
          <w:lang w:eastAsia="zh-CN"/>
        </w:rPr>
        <w:br/>
      </w:r>
      <w:r>
        <w:rPr>
          <w:lang w:eastAsia="zh-CN"/>
        </w:rPr>
        <w:t>　　（四）搞好对外协调管理工作；</w:t>
      </w:r>
      <w:r>
        <w:rPr>
          <w:lang w:eastAsia="zh-CN"/>
        </w:rPr>
        <w:br/>
      </w:r>
      <w:r>
        <w:rPr>
          <w:lang w:eastAsia="zh-CN"/>
        </w:rPr>
        <w:t>　　搞好对外协调工作是物业管理工作顺利开展的关键，为此，我们紧密与集团总公司配合，积极主动和市物业科等主管部门沟通。</w:t>
      </w:r>
      <w:r>
        <w:rPr>
          <w:lang w:eastAsia="zh-CN"/>
        </w:rPr>
        <w:br/>
      </w:r>
      <w:r>
        <w:rPr>
          <w:lang w:eastAsia="zh-CN"/>
        </w:rPr>
        <w:t>　　三、存在的问题和教训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虽然，我们在这一年的工作中取得了一定成绩，但还有很多需要完善与加强的地方。</w:t>
      </w:r>
      <w:r>
        <w:rPr>
          <w:lang w:eastAsia="zh-CN"/>
        </w:rPr>
        <w:br/>
      </w:r>
      <w:r>
        <w:rPr>
          <w:lang w:eastAsia="zh-CN"/>
        </w:rPr>
        <w:t>　　第一、管理人员整体素质不高，服务意识不强各方面考虑不全面，实际处理事务的能力还有待提高；</w:t>
      </w:r>
      <w:r>
        <w:rPr>
          <w:lang w:eastAsia="zh-CN"/>
        </w:rPr>
        <w:br/>
      </w:r>
      <w:r>
        <w:rPr>
          <w:lang w:eastAsia="zh-CN"/>
        </w:rPr>
        <w:t>　　第二，与业主的沟通不够，了解不足。</w:t>
      </w:r>
      <w:r>
        <w:rPr>
          <w:lang w:eastAsia="zh-CN"/>
        </w:rPr>
        <w:br/>
      </w:r>
      <w:r>
        <w:rPr>
          <w:lang w:eastAsia="zh-CN"/>
        </w:rPr>
        <w:t>　　第三，设备、设施管理力度还需加强，针对以上几个问题，在20__年工作中，我们将吸取经验与教训，努力提高员工的业务技能与管理水平，把工作做得更好。</w:t>
      </w:r>
      <w:r>
        <w:rPr>
          <w:lang w:eastAsia="zh-CN"/>
        </w:rPr>
        <w:br/>
      </w:r>
      <w:r>
        <w:rPr>
          <w:lang w:eastAsia="zh-CN"/>
        </w:rPr>
        <w:t>　　在新的一年里我们将加快步伐，不断提高自身物业管理水平，不断完善小区各项管理工作，为使康居花苑早日跨入优秀物业管理小区做贡献，为__物业管理公司的发展添砖加瓦！</w:t>
      </w:r>
      <w:r>
        <w:rPr>
          <w:lang w:eastAsia="zh-CN"/>
        </w:rPr>
        <w:br/>
      </w:r>
      <w:r>
        <w:rPr>
          <w:lang w:eastAsia="zh-CN"/>
        </w:rPr>
        <w:t>　　物业管理小区年终总结 4</w:t>
      </w:r>
      <w:r>
        <w:rPr>
          <w:lang w:eastAsia="zh-CN"/>
        </w:rPr>
        <w:br/>
      </w:r>
      <w:r>
        <w:rPr>
          <w:lang w:eastAsia="zh-CN"/>
        </w:rPr>
        <w:t>　　__年是经济高速增长和金融危机并存的年代，对于富康花园来说也是极为不平凡的一年，从新年的堵管事件、业主的抱怨，到管理处改善薄弱的环节，赢得业主的好评，真实的记录了管理处所有工作人员的艰辛付出。其工作总结如下：</w:t>
      </w:r>
      <w:r>
        <w:rPr>
          <w:lang w:eastAsia="zh-CN"/>
        </w:rPr>
        <w:br/>
      </w:r>
      <w:r>
        <w:rPr>
          <w:lang w:eastAsia="zh-CN"/>
        </w:rPr>
        <w:t>　　一、由于我们的操作不合理和住户的违规使用，导致新年期间富康花园小区13栋209房被污水入浸，污水延伸到一楼商铺，给业主和商家都造成了很大的损失，管理处工作人员忙得不可开交，业主也是抱怨满腹。在公司的支持和管理处工作人员的共同努力下，经一个多礼拜的努力，此事终于得到了圆满的解决，业主还拿出现金给我处工作人员慰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二、市场环境的变化，导致我们管理处秩序维护员短缺，给小区的治安防范带来了挑战，由于人员的不足，致使两户住户的门锁被撬，虽未损失什么贵重物品，但说明了人员稳定的重要性。管理处上报公司，经对工资和人员做了相应的调整后，小区到目前为止，没有再发生过上述问题，确保了小区治安的稳定性。</w:t>
      </w:r>
      <w:r>
        <w:rPr>
          <w:lang w:eastAsia="zh-CN"/>
        </w:rPr>
        <w:br/>
      </w:r>
      <w:r>
        <w:rPr>
          <w:lang w:eastAsia="zh-CN"/>
        </w:rPr>
        <w:t>　　三、蝶恋花西餐厅占用小区的消防通道长达三年之久，造成业主对管理处的抱怨，也带来了消防隐患，经管理处多次协商、调节，并借用执法部门的整治时机，成功的让蝶恋花西餐厅归还了长期占用的消防通道，还提高了对消防的认识。此举得到了业主的好评，消除了安全隐患。</w:t>
      </w:r>
      <w:r>
        <w:rPr>
          <w:lang w:eastAsia="zh-CN"/>
        </w:rPr>
        <w:br/>
      </w:r>
      <w:r>
        <w:rPr>
          <w:lang w:eastAsia="zh-CN"/>
        </w:rPr>
        <w:t>　　四、人员紧缺，招聘时不能择优录取，有些员工私心较重，素质不过硬，给公司的声誉带来了一些负面的影响，经管理处与业主沟通，虽能得到理解，但是不可否认，这种行为应该胎死腹中，不能盟发。否则将会给公司带来毁灭性的打击。因此我们接下来的重任是一定要加强员工的素质培训，提高个人的荣辱观，体现物业管理人的真正价值。</w:t>
      </w:r>
      <w:r>
        <w:rPr>
          <w:lang w:eastAsia="zh-CN"/>
        </w:rPr>
        <w:br/>
      </w:r>
      <w:r>
        <w:rPr>
          <w:lang w:eastAsia="zh-CN"/>
        </w:rPr>
        <w:t>　　五、管理处积极响应公司的号召，制定有偿服务价格表，并率先在富康花园实施，虽有少数业主持有不同的意思，但经过沟通后，都欣然接受了这一事实。到目前为止运行壮况良好，此举不是为了增加公司的收入，而是规范了物业管理服务的范围。确认了业主和物管各自的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六、小区已成立8年之久，加上地下管网小很容易堵塞，管理处就按照年前制定的操作流程，历时一年的流程操作，现已无任何问题，管网畅通，还给了小区业主一个舒适卫生的生活环境，得到了公司和业主的好评。</w:t>
      </w:r>
      <w:r>
        <w:rPr>
          <w:lang w:eastAsia="zh-CN"/>
        </w:rPr>
        <w:br/>
      </w:r>
      <w:r>
        <w:rPr>
          <w:lang w:eastAsia="zh-CN"/>
        </w:rPr>
        <w:t>　　七、因为有了__年成功分亨芒果的经验，__年我们在芒果的管理和分享的过程中都做的得心应手，让小区的业主再一次享受了自己的节日—芒果节。看小区业主们分享着芒果盛宴，让我们深深的感触到，只有真心的付出，才会收获满意的微笑。物业管理艺术的`决巧就是看我们怎样去勾勒。</w:t>
      </w:r>
      <w:r>
        <w:rPr>
          <w:lang w:eastAsia="zh-CN"/>
        </w:rPr>
        <w:br/>
      </w:r>
      <w:r>
        <w:rPr>
          <w:lang w:eastAsia="zh-CN"/>
        </w:rPr>
        <w:t>　　八、楼宇天台的年久失修，暴露出了安全隐患，管理处工作人员扛着沉重的焊机，攀爬于每个楼道，经一个礼拜的努力，终于划上了圆满的句号。小区东西门的破损和当初的设计不合理，让小区业主饱受了烈日和雨水之苦，管理处决心改善其薄弱环节，投入大量的人力物力，进行改建，让以前的过关变成了现在的回家，也彰现了我们物业公司服务的本质。</w:t>
      </w:r>
      <w:r>
        <w:rPr>
          <w:lang w:eastAsia="zh-CN"/>
        </w:rPr>
        <w:br/>
      </w:r>
      <w:r>
        <w:rPr>
          <w:lang w:eastAsia="zh-CN"/>
        </w:rPr>
        <w:t>　　九、小区单元楼的门禁系统，是业主与管理处之间的畔脚石，多年来一直得不到有效的解决。管理处与业主进行反复的沟通，得到了大多数业主的认同，并同意由管理处牵头进行联系，共商门禁改造计划。此工程到目前为止，已成功的完成两栋楼宇的改造，投入使用后运行良好。管理处对已安装好的业主进行了回访，得到的答复是：“我家小孩到晚上9点了还到楼下去按自家的对讲机，让我们在家听对讲里面发出来的音乐，笑死人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由于受社会大环境的影响，富康花园管理处在13年进行了人员精减，由以前的16人精减这现在的13人，这对于我们来说是一个挑战，以前的成绩摆在那儿，并不能以精减了人员为借口，从而降低服务质量，这样就没办法得到业主的认可，经过大家的共同努力，用实际行动给出了答案。清洁卫生保持原来的标准；治安情况比去年好，全年共发生两起治安事件，立案一宗；由于对绿化没有什么投入，也只能维持原状。业主投诉率明显降低，管理处工作就略显清闲。</w:t>
      </w:r>
      <w:r>
        <w:rPr>
          <w:lang w:eastAsia="zh-CN"/>
        </w:rPr>
        <w:br/>
      </w:r>
      <w:r>
        <w:rPr>
          <w:lang w:eastAsia="zh-CN"/>
        </w:rPr>
        <w:t>　　纵观本年度，我们的工作虽小有收获，但是也还存在着许多的不足，希望接下来在公司的正确引导下，在各位领导的监督下，让我们向着正确的、稳固的方向发展，使我们的服务质量再上一个新台阶。</w:t>
      </w:r>
      <w:r>
        <w:rPr>
          <w:lang w:eastAsia="zh-CN"/>
        </w:rPr>
        <w:br/>
      </w:r>
      <w:r>
        <w:rPr>
          <w:lang w:eastAsia="zh-CN"/>
        </w:rPr>
        <w:t>　　物业管理小区年终总结 5</w:t>
      </w:r>
      <w:r>
        <w:rPr>
          <w:lang w:eastAsia="zh-CN"/>
        </w:rPr>
        <w:br/>
      </w:r>
      <w:r>
        <w:rPr>
          <w:lang w:eastAsia="zh-CN"/>
        </w:rPr>
        <w:t>　　20__年，在市住建局指导帮助下，按照市物业管理工作要求及__区20__年住房物业管理工作要点，以“提升管理素质、强化监管力度、规范管理程序、提高服务水平”爲目标，全面推动我区物业管理工作健康发展。现将__区20__年物业管理工作情况总结如下：</w:t>
      </w:r>
      <w:r>
        <w:rPr>
          <w:lang w:eastAsia="zh-CN"/>
        </w:rPr>
        <w:br/>
      </w:r>
      <w:r>
        <w:rPr>
          <w:lang w:eastAsia="zh-CN"/>
        </w:rPr>
        <w:t>　　一、物业管理基本情况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我区20__年物业管理工作，继续按照“市指导、区负责、镇街具体组织、社区负责落实”物业管理新体制要求，加强管理人员培训学习，继续实施老旧小区改造，积极调处物业矛盾纠纷，狠抓物业企业服务质量，全面提升物业管理服务水平。目前，全区共有社区52个，住宅小区（楼栋）614个，住宅面积1720万平方米，成立业主委员会的小区72个，实施专业化物业管理的小区有173个，物业管理覆盖率76%。辖区实施物业管理的企业101家，在我区内注册的物业服务企业62个，其中二级资质4家，三级资质52家，暂定级资质6家。全区目前有国家级物业示范小区1个、省级物业管理示范小区2个、市级物业示范小区12个，区级物业示范小区15个。我们主要抓了以下工作：</w:t>
      </w:r>
      <w:r>
        <w:rPr>
          <w:lang w:eastAsia="zh-CN"/>
        </w:rPr>
        <w:br/>
      </w:r>
      <w:r>
        <w:rPr>
          <w:lang w:eastAsia="zh-CN"/>
        </w:rPr>
        <w:t>　　二、主要做法</w:t>
      </w:r>
      <w:r>
        <w:rPr>
          <w:lang w:eastAsia="zh-CN"/>
        </w:rPr>
        <w:br/>
      </w:r>
      <w:r>
        <w:rPr>
          <w:lang w:eastAsia="zh-CN"/>
        </w:rPr>
        <w:t>　　（一）精心组织，爲各级座谈调研提供合理化建议意见。今年，我区分别完成了市人大、纪委，区人大、政协等单位对我区物业管理工作及老旧小区改造的调研视察，爲顺利完成各级组织座谈调研，给决策层提供合理化物业管理建议，我们精心准备、认真分析，多次组织镇街分管领导和专干收集征求物业管理工作建议和意见，认真准备检查交流点位，积极提供物业管理好的做法和当前管理存在的主要问题。圆满完成了各级座谈调研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二）详细摸底，继续实施老旧小区改造。今年共2次对全区约700个小区的建设单位、産权单位、建筑面积、供暖现状、小区负责人、物业管理等基本情况进行了统计摸底更新，及时整理汇总老旧小区和物业管理小区数量等相关情况，爲做好物业管理工作和老旧小区的维修整治提供依据。根据__区政府20__年工作报告关于“十件民生实事”的要求，即全年需完成10个老旧小区整治改造工作，这是继去年市上开展老旧小区整治受到广大业主好评之后，我区积极相应老旧小区维修整治这一惠民工作，按照市局老旧小区改造方法经验，由政府承担三分之二改造经费，业主承担三分之一改造经费，经多次调查摸底，征求镇街对老旧小区整治改造的意见，在上报46个老旧小区中筛选确定了需整治的10个小区，共维修屋面4401平方米，路面硬化3411平方米，楼面防水4000平方米等，共计维修经费约120万元，很好地解决了“三无”老旧小区屋面漏水、下水不通等影响业主基本生活的民生问题。目前老旧小区维修整治各项工作全面完成，很好地解决了部分老旧小区物业管理矛盾突出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三）创新思路，逐步深化物业管理考评。一是广泛开展业主座谈会，我们借鉴西关办事处开展业主座谈会经验，在全区推广开展业主座谈会活动，每季度每个物业小区至少开展一次业主座谈会，座谈会由业主、物业企业、镇街物业管理人员参加，由业主畅谈小区物业管理存在问题和建议，物业企业现场进行解答，现场不能答复的明确答复时限，同时西关办事处还开展了物业经理接待日活动，每月物业经理定时在小区物业办接待答复业主投诉建议等问题。通过开展业主座谈会活动，物业企业也明显感到和业主关系融洽了，矛盾纠纷解决容易了，小区也和谐了。二是推行物业例会制度。我区物业管理例会已开展4年了，通过每月第一个周一例会，不但能够及时传达上级部门管理精神，还能通过培训开拓与会人员物业管理知识面，定期准确掌握各镇街辖区物业管理中存在的问题，进行分析研究，探索解决方案，依此提升镇街管理人员水平。今年各镇街也积极推行物业管理例会制度，在区工作例会之后召开辖区物业企业负责人例会，及时传达市、区物业工作管理要求，听取物业企业服务情况汇报，全面掌握辖区物业管理情况，积极帮助解决小区存在矛盾纠纷，切实提升物业服务水平。三是积极开展创优评差活动，爲鼓励先进，树立典型，我区继续开展物业小区检查评比活动，评选优秀物业企业15个，复查确定5个区级示范小区，对4家物业小区管理服务差、业主满意度低的物业企业列入整改企业。同时，对去年考核优秀的16家物业企业（小区）和6个区级示范小区进行发牌表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四）服务于民，大力化解物业矛盾纠纷。一是深入开展“一对一指导”提升整治活动，爲及时发现和解决小区物业管理存在问题，督促提升小区物业管理整体水平，我们进一步深化“一对一指导”提升整治活动，重新下发77名住房物业管理专职人员“一对一指导”提升整治活动文件，明确相关要求，专职人员每月不少于两次到对应的物业小区进行检查，指导小区物业管理，同时将小区存在突出问题反映给所在镇街，各镇街在每月例会上要汇报“一对一指导”提升整治活动开展情况，切实把这项提升整治活动做实做好。二是大力化解物业小区矛盾纠纷，爲便于检查和督促处理物业小区矛盾纠纷，我们爲各镇街配发了执法记录仪，用执法记录仪及时记录反馈物业小区存在问题。今年全区共开展了3次物业矛盾纠纷大排查和整治工作，对我区101个物业企业173个物业小区进行了大排查和治理整顿工作，用执法记录仪拍摄存在问题的照片255张，现场下发43份整改通知书，及时督促物业企业整改小区矛盾纠纷，共调处群衆路五里新村等151起物业矛盾纠纷，解决蟠龙花园、尚枫嘉苑等大的矛盾纠纷6起。三是及时整改百姓问政反馈的物业问题。今年第38期《百姓问政——干部作风大家谈》节目内容爲物业管理问题，我们及时组织了业主代表进行座谈提问，根据百姓问政涉及我区32件物业矛盾纠纷，确定专人负责，分管领导带队及时进行专项调查处理，在规定时限内进行解决和答复，确保百姓问政涉及的物业问题得到及时解决和满意答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五）学习交流，全面提升物业管理服务整体水平。今年，全区共组织了7次物业专题培训参观工作，辖区101家物业服务企业、8个镇街52个社区物业管理人员共600余人次进行了培训学习。我们依托辖区资源，从学身边人、身边事做起，大力开展物业管理学习交流，一是大力宣传西关办事处物业管理经验方法，组织全区所有住房物业分管领导、干事、住房物业协管员共100余人到西关参观学习，学习西关办事处召开业主座谈会、物业企业例会等好的管理经验方法，通过学习，使大家感到学有所用、学有所教。二是发挥东岭物业企业的带动辐射作用，利用东岭物业国家示范小区标准，组织单位、企业进行学习，学习东岭物业设备间维修管护、日常管理等优点。在区上积极引导下，卧龙寺、西街办事处等镇街纷纷主动到西关办事处进行交流学习，联盟、朝阳等物业企业自发到东岭物业企业进行参观学习，物业管理单位和服务企业在辖区相互学习已蔚然成风。三是组织物业管理专干和协管员进行考试，7月份，我们组织了全区物业管理专干和协管员共100余人，在区委党校进行住房物业法规知识闭卷考试，对考核成绩好的个人和单位进行排名通报，对成绩优异的个人进行了物质奖励，收到了良好效果。</w:t>
      </w:r>
      <w:r>
        <w:rPr>
          <w:lang w:eastAsia="zh-CN"/>
        </w:rPr>
        <w:br/>
      </w:r>
      <w:r>
        <w:rPr>
          <w:lang w:eastAsia="zh-CN"/>
        </w:rPr>
        <w:t>　　（六）发挥优势，以“物业协会”引领行业健康发展。按照__区物业管理协会“服务企业、引导自律、规范发展”方针，促进行业健康有序发展。今年协会相继组织了物业企业培训、交流等各种活动，组织召开了第二次物业会员大会，大会改选了协会机构，增强了领导成员，总结了协会工作。物业协会利用网络及区物业管理平台建立了企业风采栏目，16家物业企业在风采栏目上介绍自身企业特点，宣扬优秀物业企业先进事迹，协会还筹备了“庆元旦、迎新春”爲主题的`文艺会演，目前已收集物业企业文艺节目共17个，正加紧排练，在元旦进行会演，以文艺节目来展现我们物业行业积极向上、服务业主、团结进取的良好风貌，通过协会开展各项活动，引领行业健康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七）积极探索，全面开展维修资金使用试点工作。爲保障住宅房屋共享受损部位及时得到维修、公用设施设备正常使用，维护房屋所有人的合法权益，今年市上在我区进行住宅专项维修资金管理使用试点工作，业主住宅维修资金的使用由所在街道进行现场堪察、受理，区住建局进行复核上报，市住建局审批拨款。爲了把老百姓住宅房屋的“养老钱”管好用好，根据新任务我们及时组织镇街进行培训，下发维修资金使用管理办法，并及时受理和指导住宅专项维修资金使用，目前全区8个镇街均已熟悉维修资金使用程序，年内已有共5个镇街受理6个小区使用维修资金约15万元，很好地解决了业主房屋维修问题。</w:t>
      </w:r>
      <w:r>
        <w:rPr>
          <w:lang w:eastAsia="zh-CN"/>
        </w:rPr>
        <w:br/>
      </w:r>
      <w:r>
        <w:rPr>
          <w:lang w:eastAsia="zh-CN"/>
        </w:rPr>
        <w:t>　　三、下步工作</w:t>
      </w:r>
      <w:r>
        <w:rPr>
          <w:lang w:eastAsia="zh-CN"/>
        </w:rPr>
        <w:br/>
      </w:r>
      <w:r>
        <w:rPr>
          <w:lang w:eastAsia="zh-CN"/>
        </w:rPr>
        <w:t>　　（一）进一步加大培训学习力度。一是加大物业管理人员参观学习，在学习身边单位管理经验方法的同时，走出去学习先进城市管理经验，全面提升我区物业管理水平。二是加大业主委员会的培训学习，通过组织业主委员会成员培训、交流学习，提升业主委员会自身素质，使其明确自身职责、义务和责任，自觉维护小区稳定，发挥业主委员会的监督协调作用。三是加强物业企业交流学习，目前我区物业企业管理水平参差不齐，企业间差距较大，也影响我区物业管理整体水平的提高，下一步，我们将通过指导镇街对辖区物业企业的交流学习提高，再到全区范围逐步进行学习提高，进而提升物业企业整体服务管理水平。</w:t>
      </w:r>
      <w:r>
        <w:rPr>
          <w:lang w:eastAsia="zh-CN"/>
        </w:rPr>
        <w:br/>
      </w:r>
      <w:r>
        <w:rPr>
          <w:lang w:eastAsia="zh-CN"/>
        </w:rPr>
        <w:t>　　（二）深入开展物业管理专项治理整顿。目前开展的物业管理专项治理整顿是省、市安排的全面提升物业管理服务水平，解决物业管理突出问题的一项重要工作，我们要借这次专项治理整顿爲契机，进一步加大物业企业管理，提升物业企业素质，化解各类矛盾纠纷，引导物业企业夯实服务理念，实施规范化管理、规模性经营。</w:t>
      </w:r>
      <w:r>
        <w:rPr>
          <w:lang w:eastAsia="zh-CN"/>
        </w:rPr>
        <w:br/>
      </w:r>
      <w:r>
        <w:rPr>
          <w:lang w:eastAsia="zh-CN"/>
        </w:rPr>
        <w:t>　　（三）探索研究业委会管理办法。业委会是小区物业管理的主要力量，业委会作用发挥好坏直接关系到小区的和谐稳定，从目前小区业委会管理来看，许多问题还有待解决，下一步我们将深入探索，研究切实可行的管理办法。</w:t>
      </w:r>
      <w:r>
        <w:rPr>
          <w:lang w:eastAsia="zh-CN"/>
        </w:rPr>
        <w:br/>
      </w:r>
      <w:r>
        <w:rPr>
          <w:lang w:eastAsia="zh-CN"/>
        </w:rPr>
        <w:t>　　物业管理小区年终总结 6</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__市__物业管理有限公司自20__年11月成立以来，履行委托服务合同的在管项目一个即观邸住宅小区，管理面积为5.4万平米。在主管部门领导与各有关部门大力支持下，我公司全体员工全力以赴，努力改进提高服务水平，从满足业主生活需求、促进物业保值增值两个方面着手，为搞好小区的物业管理服务做了大量的工作：</w:t>
      </w:r>
      <w:r>
        <w:rPr>
          <w:lang w:eastAsia="zh-CN"/>
        </w:rPr>
        <w:br/>
      </w:r>
      <w:r>
        <w:rPr>
          <w:lang w:eastAsia="zh-CN"/>
        </w:rPr>
        <w:t>　　1、基础服务方面</w:t>
      </w:r>
      <w:r>
        <w:rPr>
          <w:lang w:eastAsia="zh-CN"/>
        </w:rPr>
        <w:br/>
      </w:r>
      <w:r>
        <w:rPr>
          <w:lang w:eastAsia="zh-CN"/>
        </w:rPr>
        <w:t>　　观邸小区是20__年__月__日正式交付使用的。我公司按照要求与开发商签订了《前期物业管理服务合同》，与业主签订了《物业管理委托服务协议》和《房屋装修管理协议》，在项目入住前制定了各项小区物业管理公众制度，印发了《业主临时公约》、《住户手册》等。目前正在装修或完成装修的近150套，预计年底小区实际居住率将接近50%。我们正准备协助召开业主大会。</w:t>
      </w:r>
      <w:r>
        <w:rPr>
          <w:lang w:eastAsia="zh-CN"/>
        </w:rPr>
        <w:br/>
      </w:r>
      <w:r>
        <w:rPr>
          <w:lang w:eastAsia="zh-CN"/>
        </w:rPr>
        <w:t>　　为了保证服务质量，我们非常重视内部制度建立健全工作，制定了员工手册、各岗位工作程序文件和作业指导书、质量管理制度、收费管理制度、财务制度、岗位考核制度以及具体的落实措施和考核办法等，保证各个岗位、各项工作都“有法可依，有章可循”。为了保证各项制度的贯彻落实，我们成立了由各负责人组成的考核小组，把员工考绩与工资挂钩，提高了全体员工遵章守纪的自觉性，为各项制度的贯彻落实奠定了良好的基础。</w:t>
      </w:r>
      <w:r>
        <w:rPr>
          <w:lang w:eastAsia="zh-CN"/>
        </w:rPr>
        <w:br/>
      </w:r>
      <w:r>
        <w:rPr>
          <w:lang w:eastAsia="zh-CN"/>
        </w:rPr>
        <w:t>　　在人员招聘和管理方面，我们基本做到管理人员和专业技术人员持证上岗，先后派员工参加协会组织的上岗证取证学习11人；项目内员工全部统一着装，佩戴工号牌，强调规范严谨的工作作风。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档案管理方面，我们从项目接管时就注意按照住宅物业管理示范达标要求的八个方面进行归集整理和建档管理。目前，我们已经建立起业主基本资料与服务信息档案、房屋及其共用设施设备档案、项目日常管理过程资料档案等，并有专人负责管理。我们还利用计算机完成了业主服务档案的自动化处理，目前我们正根据《全国物业管理示范小区标准及评分细则》重新补充完善各种档案资料，对照标准找差距、订措施、制订整改方案，把整改计划落实到部门，落实到人。</w:t>
      </w:r>
      <w:r>
        <w:rPr>
          <w:lang w:eastAsia="zh-CN"/>
        </w:rPr>
        <w:br/>
      </w:r>
      <w:r>
        <w:rPr>
          <w:lang w:eastAsia="zh-CN"/>
        </w:rPr>
        <w:t>　　在客户服务方面，我们视客户满意度为生命。我们实行以客户服务中心为核心的管理服务模式，建立了24小时值班制度，设立了24小时服务电话8269288，建有公司网站，公布了公司电子邮箱和QQ即时通讯号码，随时随地接待客户报修、求助、问询和对物业管理服务的建议、质疑、投诉等。目前我们基本做到客户信息100%记录处理和100%回访，属于服务范围的维修30分钟有回应，属于保修单位维修的报修做到次日开工，很好的避免了前期物业管理中常见的房屋报修纠纷。</w:t>
      </w:r>
      <w:r>
        <w:rPr>
          <w:lang w:eastAsia="zh-CN"/>
        </w:rPr>
        <w:br/>
      </w:r>
      <w:r>
        <w:rPr>
          <w:lang w:eastAsia="zh-CN"/>
        </w:rPr>
        <w:t>　　一年来，我们进行了覆盖全体业主的面对面拜访沟通2次、书面意见征询2次，并与每一名业主保持经常性的电话沟通访问，做到至少一个月征询一次业主意见和建议。历次书面意见调查业主满意度都在95%以上。</w:t>
      </w:r>
      <w:r>
        <w:rPr>
          <w:lang w:eastAsia="zh-CN"/>
        </w:rPr>
        <w:br/>
      </w:r>
      <w:r>
        <w:rPr>
          <w:lang w:eastAsia="zh-CN"/>
        </w:rPr>
        <w:t>　　2、房屋管理与维修养护方面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观邸小区目前处于前期物业管理阶段，我们把完善小区配套设施和做好装修监管作为本项目房管维护工作的基本思路。</w:t>
      </w:r>
      <w:r>
        <w:rPr>
          <w:lang w:eastAsia="zh-CN"/>
        </w:rPr>
        <w:br/>
      </w:r>
      <w:r>
        <w:rPr>
          <w:lang w:eastAsia="zh-CN"/>
        </w:rPr>
        <w:t>　　项目接管后，在小区原有的状况下，我们又自主进行了部分小区配套设施的完善。目前小区两个主出入口有美观醒目的平面示意图，组团及楼栋、单元、户门标号标志明显。</w:t>
      </w:r>
      <w:r>
        <w:rPr>
          <w:lang w:eastAsia="zh-CN"/>
        </w:rPr>
        <w:br/>
      </w:r>
      <w:r>
        <w:rPr>
          <w:lang w:eastAsia="zh-CN"/>
        </w:rPr>
        <w:t>　　前期物业管理中装修监管是一个很重要的环节。我们按照建设部110号令要求与每一个入住业主签订了装修管理服务协议，坚持做到在办理装修申报手续时候与每位业主沟通交流30分钟，把装修注意事项和道理向业主讲透彻，让业主真正了解和理解物业公司对装修进行监管的必要性。在装修监管中实行小区管理员负责制，对建筑结构和外观的改动是严格禁止的，由小区管理员进行全程跟踪监管。但是对房屋使用功能方面的问题确需进行适当改动的，如阳台封闭问题，物业公司积极与业主一起共同研究解决问题的办法，由于重视业主自身的意见和建议，有了业主的参与，制定出来的统一解决办法能够得到顺利实施，在满足业主对房屋使用功能方面的要求的同时，保持了小区房屋结构和外观能够整齐美观。</w:t>
      </w:r>
      <w:r>
        <w:rPr>
          <w:lang w:eastAsia="zh-CN"/>
        </w:rPr>
        <w:br/>
      </w:r>
      <w:r>
        <w:rPr>
          <w:lang w:eastAsia="zh-CN"/>
        </w:rPr>
        <w:t>　　目前，小区无乱搭乱盖和改变房屋用途现象，防盗网、晾晒架、遮阳蓬、空调、太阳能等安装基本实现统一位置和安装方式；房屋外观基本保持美观，保修单位也计划在近期对部分存在污染和涂料颜色改变的墙面进行修复。</w:t>
      </w:r>
      <w:r>
        <w:rPr>
          <w:lang w:eastAsia="zh-CN"/>
        </w:rPr>
        <w:br/>
      </w:r>
      <w:r>
        <w:rPr>
          <w:lang w:eastAsia="zh-CN"/>
        </w:rPr>
        <w:t>　　3、共用设施设备管理方面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观邸作为一个新建的高档住宅区，有比较齐全的配套设施设备，类别多、数量多、户外设备多，做好这些设施设备的管理也成为我们搞好小区物业管理的.关键所在。我们主要在三个方面进行了努力：</w:t>
      </w:r>
      <w:r>
        <w:rPr>
          <w:lang w:eastAsia="zh-CN"/>
        </w:rPr>
        <w:br/>
      </w:r>
      <w:r>
        <w:rPr>
          <w:lang w:eastAsia="zh-CN"/>
        </w:rPr>
        <w:t>　　一是人力方面我们配备有2名专门的设施设备管理员，分两个片区来负责设施设备的巡查、保养维修工作；</w:t>
      </w:r>
      <w:r>
        <w:rPr>
          <w:lang w:eastAsia="zh-CN"/>
        </w:rPr>
        <w:br/>
      </w:r>
      <w:r>
        <w:rPr>
          <w:lang w:eastAsia="zh-CN"/>
        </w:rPr>
        <w:t>　　二是制度方面我们制定了一套设施设备的管理制度和办法，要求设备管理员按照规程操作，做好过程记录，保证设施设备正常运行和得到有效的监护、保养；</w:t>
      </w:r>
      <w:r>
        <w:rPr>
          <w:lang w:eastAsia="zh-CN"/>
        </w:rPr>
        <w:br/>
      </w:r>
      <w:r>
        <w:rPr>
          <w:lang w:eastAsia="zh-CN"/>
        </w:rPr>
        <w:t>　　三是管理方面我们要求设备管理员坚持按时巡查、及时维护，公司品质考核人员定期对设施设备管理情况进行检查考核，考核成绩与工资挂钩。</w:t>
      </w:r>
      <w:r>
        <w:rPr>
          <w:lang w:eastAsia="zh-CN"/>
        </w:rPr>
        <w:br/>
      </w:r>
      <w:r>
        <w:rPr>
          <w:lang w:eastAsia="zh-CN"/>
        </w:rPr>
        <w:t>　　目前小区内无任何架空管线，排水、排污管道通畅，无堵塞外溢现象；道路通畅，路面平整；井盖无缺损、无丢失，路面井盖不影响车辆和行人通行。</w:t>
      </w:r>
      <w:r>
        <w:rPr>
          <w:lang w:eastAsia="zh-CN"/>
        </w:rPr>
        <w:br/>
      </w:r>
      <w:r>
        <w:rPr>
          <w:lang w:eastAsia="zh-CN"/>
        </w:rPr>
        <w:t>　　4、保安、消防、车辆管理方面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无论对业主还是我们来说,安全是第一位的问题。结合小区所处位置及周边治安情况复杂、安全管理难度大的实际情况，为做好观邸小区的安全管理，我们设计了“内紧外松、点面结合、保证重点，技防人防、联防联保、综合治理”的安全防范管理思路。有18名训练有素的安全护卫人员对小区施行24小时准封闭式治安防范管理,2个主出入口设置24小时安全管理值班岗，对出入人员及大件物品进行核查：业主通过热情敬礼迎送，非业主必须通过楼宇可视对讲或其他方式联系业主授权并登记后方可入内，无业主授权一律不予放行；白天每2小时一次、夜晚每1小时一次对小区每一个楼栋和周界进行安全巡逻，并由电子巡更系统进行严格监督、确保按时按点按确定路线无漏巡。物业全体员工均要求做到保持高度警惕性，全员联动安全防范。</w:t>
      </w:r>
      <w:r>
        <w:rPr>
          <w:lang w:eastAsia="zh-CN"/>
        </w:rPr>
        <w:br/>
      </w:r>
      <w:r>
        <w:rPr>
          <w:lang w:eastAsia="zh-CN"/>
        </w:rPr>
        <w:t>　　我们坚决贯彻“预防为主,防消结合”的消防工作方针，认真做好小区消防安全管理工作。一方面制订了严格的消防安全制度和工作规范，成立了义务消防队伍，明确了消防责任人；另一方面注重对业主和员工消防知识的宣传、教育、培训；同时，加强对装修的消防管理，在每周六下午定期组织安全检查。</w:t>
      </w:r>
      <w:r>
        <w:rPr>
          <w:lang w:eastAsia="zh-CN"/>
        </w:rPr>
        <w:br/>
      </w:r>
      <w:r>
        <w:rPr>
          <w:lang w:eastAsia="zh-CN"/>
        </w:rPr>
        <w:t>　　在车辆管理方面，为最大限度的方便业主、保持小区行车秩序，主干道不限制车行方向，但是在容易出问题的转弯和会车等处设立了紧急提示标志；对占道停车通过贴温馨提示字条等人性化办法进行规劝；小区内目前车辆较多但是停车和交通秩序基本正常。</w:t>
      </w:r>
      <w:r>
        <w:rPr>
          <w:lang w:eastAsia="zh-CN"/>
        </w:rPr>
        <w:br/>
      </w:r>
      <w:r>
        <w:rPr>
          <w:lang w:eastAsia="zh-CN"/>
        </w:rPr>
        <w:t>　　接管一年多来，本项目未发生任何安全责任事故。</w:t>
      </w:r>
      <w:r>
        <w:rPr>
          <w:lang w:eastAsia="zh-CN"/>
        </w:rPr>
        <w:br/>
      </w:r>
      <w:r>
        <w:rPr>
          <w:lang w:eastAsia="zh-CN"/>
        </w:rPr>
        <w:t>　　5、环境卫生管理方面</w:t>
      </w:r>
      <w:r>
        <w:rPr>
          <w:lang w:eastAsia="zh-CN"/>
        </w:rPr>
        <w:br/>
      </w:r>
      <w:r>
        <w:rPr>
          <w:lang w:eastAsia="zh-CN"/>
        </w:rPr>
        <w:t>　　小区的环境卫生是品牌是门面，必须常抓不懈。因此，我们在环境服务上狠抓落实，狠抓效果。我们配备了齐全的环卫设施，小区内设有20多个垃圾桶和果皮箱，2台人力垃圾清运车，还配备了部分消毒杀虫的器械和药品。</w:t>
      </w:r>
      <w:r>
        <w:rPr>
          <w:lang w:eastAsia="zh-CN"/>
        </w:rPr>
        <w:br/>
      </w:r>
    </w:p>
    <w:p w:rsidR="001B1F19" w14:textId="27C3F48A">
      <w:pPr>
        <w:rPr>
          <w:rFonts w:hint="eastAsia"/>
          <w:lang w:eastAsia="zh-CN"/>
        </w:rPr>
      </w:pPr>
      <w:r>
        <w:rPr>
          <w:lang w:eastAsia="zh-CN"/>
        </w:rPr>
        <w:t>　　根据服务合同要求，小区实行标准化清扫保洁，专人定时清洁楼内和公共环境；对生活垃圾我们采取的是无二次污染的定时上门收取和即时转运的方法，小区内不设生活垃圾集中点，每天早晚两次上门收取垃圾，并马上清运出小区，装修垃圾目前我们也基本能够做到日产日清。</w:t>
      </w:r>
      <w:r>
        <w:rPr>
          <w:lang w:eastAsia="zh-CN"/>
        </w:rPr>
        <w:br/>
      </w:r>
      <w:r>
        <w:rPr>
          <w:lang w:eastAsia="zh-CN"/>
        </w:rPr>
        <w:t>　　6、绿化管理方面</w:t>
      </w:r>
      <w:r>
        <w:rPr>
          <w:lang w:eastAsia="zh-CN"/>
        </w:rPr>
        <w:br/>
      </w:r>
      <w:r>
        <w:rPr>
          <w:lang w:eastAsia="zh-CN"/>
        </w:rPr>
        <w:t>　　绿化管理目前仍由原工程施工单位承担，物业公司负责监督。部分未成活的草坪和植物已经进行了补种，公用绿地的管理及养护措施落实，配置了亲切儒雅的环境保护标示牌，无破坏、践踏及随意占用现象。小区内环境优雅，花草树木配置合理，为业主提供了整洁、舒适、美观的居住环境。</w:t>
      </w:r>
      <w:r>
        <w:rPr>
          <w:lang w:eastAsia="zh-CN"/>
        </w:rPr>
        <w:br/>
      </w:r>
      <w:r>
        <w:rPr>
          <w:lang w:eastAsia="zh-CN"/>
        </w:rPr>
        <w:t>　　7、精神文明建设方面</w:t>
      </w:r>
      <w:r>
        <w:rPr>
          <w:lang w:eastAsia="zh-CN"/>
        </w:rPr>
        <w:br/>
      </w:r>
      <w:r>
        <w:rPr>
          <w:lang w:eastAsia="zh-CN"/>
        </w:rPr>
        <w:t>　　为了增强广大业主对物业管理的认识，我们充分利用宣传栏及公司网站，进行公德良俗、法制法规及物业管理等内容的宣传；同时，根据小区业主实际入住情况，积极开展各种业主联谊活动、公益性社区活动等，增强业主之间以及业主与物业管理人员之间的交流和沟通，营造和谐的社区文化氛围。</w:t>
      </w:r>
      <w:r>
        <w:rPr>
          <w:lang w:eastAsia="zh-CN"/>
        </w:rPr>
        <w:br/>
      </w:r>
      <w:r>
        <w:rPr>
          <w:lang w:eastAsia="zh-CN"/>
        </w:rPr>
        <w:t>　　接管一年多里，我们先后组织进行了多次社区文化活动，其中少儿书画赛等活动得到了业主的广泛参与支持和好评，取得了良好的效果。</w:t>
      </w:r>
      <w:r>
        <w:rPr>
          <w:lang w:eastAsia="zh-CN"/>
        </w:rPr>
        <w:br/>
      </w:r>
      <w:r>
        <w:rPr>
          <w:lang w:eastAsia="zh-CN"/>
        </w:rPr>
        <w:t>　　8、管理效益方面</w:t>
      </w:r>
      <w:r>
        <w:rPr>
          <w:lang w:eastAsia="zh-CN"/>
        </w:rPr>
        <w:br/>
      </w:r>
      <w:r>
        <w:rPr>
          <w:lang w:eastAsia="zh-CN"/>
        </w:rPr>
        <w:t>　　由于措施得力，服务也基本得到了业主的广泛认可，加上我们重视与业主的沟通和交流，在过去的一年里我们的各项服务费用实际收缴率达到90%，目前正在积极收缴下一季的服务费用，根据情况反馈，可以达到98%以上。</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https://d.book118.com/187035144062006050</w:t>
        </w:r>
      </w:hyperlink>
    </w:p>
    <w:p w:rsidR="001B1F19">
      <w:pPr>
        <w:rPr>
          <w:rFonts w:hint="eastAsia"/>
          <w:lang w:eastAsia="zh-CN"/>
        </w:rPr>
      </w:pPr>
    </w:p>
    <w:sectPr>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7035144062006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