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简单店面转让协议范文（30篇）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简单店面转让协议范文（精选30篇）</w:t>
      </w:r>
      <w:r>
        <w:rPr>
          <w:lang w:eastAsia="zh-CN"/>
        </w:rPr>
        <w:br/>
      </w:r>
      <w:r>
        <w:rPr>
          <w:lang w:eastAsia="zh-CN"/>
        </w:rPr>
        <w:t xml:space="preserve">    简单店面转让协议范文 篇1 </w:t>
      </w:r>
      <w:r>
        <w:rPr>
          <w:lang w:eastAsia="zh-CN"/>
        </w:rPr>
        <w:br/>
      </w:r>
      <w:r>
        <w:rPr>
          <w:lang w:eastAsia="zh-CN"/>
        </w:rPr>
        <w:t>　　转让方(甲方)： 身份证号码：[1]</w:t>
      </w:r>
      <w:r>
        <w:rPr>
          <w:lang w:eastAsia="zh-CN"/>
        </w:rPr>
        <w:br/>
      </w:r>
      <w:r>
        <w:rPr>
          <w:lang w:eastAsia="zh-CN"/>
        </w:rPr>
        <w:t>　　住 址：</w:t>
      </w:r>
      <w:r>
        <w:rPr>
          <w:lang w:eastAsia="zh-CN"/>
        </w:rPr>
        <w:br/>
      </w:r>
      <w:r>
        <w:rPr>
          <w:lang w:eastAsia="zh-CN"/>
        </w:rPr>
        <w:t>　　受让方(乙方)： 身份证号码：</w:t>
      </w:r>
      <w:r>
        <w:rPr>
          <w:lang w:eastAsia="zh-CN"/>
        </w:rPr>
        <w:br/>
      </w:r>
      <w:r>
        <w:rPr>
          <w:lang w:eastAsia="zh-CN"/>
        </w:rPr>
        <w:t>　　住 址：</w:t>
      </w:r>
      <w:r>
        <w:rPr>
          <w:lang w:eastAsia="zh-CN"/>
        </w:rPr>
        <w:br/>
      </w:r>
      <w:r>
        <w:rPr>
          <w:lang w:eastAsia="zh-CN"/>
        </w:rPr>
        <w:t>　　出租方(丙方)： 身份证号码：</w:t>
      </w:r>
      <w:r>
        <w:rPr>
          <w:lang w:eastAsia="zh-CN"/>
        </w:rPr>
        <w:br/>
      </w:r>
      <w:r>
        <w:rPr>
          <w:lang w:eastAsia="zh-CN"/>
        </w:rPr>
        <w:t>　　住 址：</w:t>
      </w:r>
      <w:r>
        <w:rPr>
          <w:lang w:eastAsia="zh-CN"/>
        </w:rPr>
        <w:br/>
      </w:r>
      <w:r>
        <w:rPr>
          <w:lang w:eastAsia="zh-CN"/>
        </w:rPr>
        <w:t>　　根据我国《合同法》的有关规定，经甲、乙、丙三方友好协商，就下述门面转让事宜达成如下协议：</w:t>
      </w:r>
      <w:r>
        <w:rPr>
          <w:lang w:eastAsia="zh-CN"/>
        </w:rPr>
        <w:br/>
      </w:r>
      <w:r>
        <w:rPr>
          <w:lang w:eastAsia="zh-CN"/>
        </w:rPr>
        <w:t>　　一、转让门面</w:t>
      </w:r>
      <w:r>
        <w:rPr>
          <w:lang w:eastAsia="zh-CN"/>
        </w:rPr>
        <w:br/>
      </w:r>
      <w:r>
        <w:rPr>
          <w:lang w:eastAsia="zh-CN"/>
        </w:rPr>
        <w:t>　　转让门面位于 ，建筑面积 平方米;</w:t>
      </w:r>
      <w:r>
        <w:rPr>
          <w:lang w:eastAsia="zh-CN"/>
        </w:rPr>
        <w:br/>
      </w:r>
      <w:r>
        <w:rPr>
          <w:lang w:eastAsia="zh-CN"/>
        </w:rPr>
        <w:t>　　丙方为上述转让门面的所有权人和出租方。现对甲、乙双方根据本合同约定转让上述门面承租权的行为，丙方表现同意。</w:t>
      </w:r>
      <w:r>
        <w:rPr>
          <w:lang w:eastAsia="zh-CN"/>
        </w:rPr>
        <w:br/>
      </w:r>
      <w:r>
        <w:rPr>
          <w:lang w:eastAsia="zh-CN"/>
        </w:rPr>
        <w:t>　　原甲、丙双方所签门面租赁合同的权利与义务转由乙方享有和履行，乙方与丙方不再另行签订租赁合同。本合同生效和门面交接完毕后，甲、丙双方之间原门面租赁合同终止履行，权利义务自行解除。</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二、租金的结算与支付</w:t>
      </w:r>
      <w:r>
        <w:rPr>
          <w:lang w:eastAsia="zh-CN"/>
        </w:rPr>
        <w:br/>
      </w:r>
      <w:r>
        <w:rPr>
          <w:lang w:eastAsia="zh-CN"/>
        </w:rPr>
        <w:t>　　丙方与甲方原租赁合同，约定的租赁期间为 年，即自 年 月 日起 年 月 日止，月租金为 元人民币，现甲方剩余租期为 月，门面转让前尚欠租金、水电费、物业管理费等共计人民币 元，上述欠交款项由乙方在本合同生效后三日内支付给甲方。</w:t>
      </w:r>
      <w:r>
        <w:rPr>
          <w:lang w:eastAsia="zh-CN"/>
        </w:rPr>
        <w:br/>
      </w:r>
      <w:r>
        <w:rPr>
          <w:lang w:eastAsia="zh-CN"/>
        </w:rPr>
        <w:t>　　门面转让乙方后，甲、丙双方原门面租赁合同中所约定的租金转由乙方根据该合同约定(指有关金额、时间、付款方式和违约责任等条款)向丙方支付，甲方不再负有支付义务。</w:t>
      </w:r>
      <w:r>
        <w:rPr>
          <w:lang w:eastAsia="zh-CN"/>
        </w:rPr>
        <w:br/>
      </w:r>
      <w:r>
        <w:rPr>
          <w:lang w:eastAsia="zh-CN"/>
        </w:rPr>
        <w:t>　　三、门面设施、设备的归属</w:t>
      </w:r>
      <w:r>
        <w:rPr>
          <w:lang w:eastAsia="zh-CN"/>
        </w:rPr>
        <w:br/>
      </w:r>
      <w:r>
        <w:rPr>
          <w:lang w:eastAsia="zh-CN"/>
        </w:rPr>
        <w:t>　　转让门面现有装修设施在转让后归乙方所有。</w:t>
      </w:r>
      <w:r>
        <w:rPr>
          <w:lang w:eastAsia="zh-CN"/>
        </w:rPr>
        <w:br/>
      </w:r>
      <w:r>
        <w:rPr>
          <w:lang w:eastAsia="zh-CN"/>
        </w:rPr>
        <w:t>　　转让门面租赁期(含门面租赁合同续签期限)届满后，该门面装修设施的不动产归丙方所有，营业设备等动产归乙方(动产与不动产的划分按原有租赁合同执行)所有。</w:t>
      </w:r>
      <w:r>
        <w:rPr>
          <w:lang w:eastAsia="zh-CN"/>
        </w:rPr>
        <w:br/>
      </w:r>
      <w:r>
        <w:rPr>
          <w:lang w:eastAsia="zh-CN"/>
        </w:rPr>
        <w:t>　　乙方在接收该门面后，有权根据经营需要，在保证房屋安全使用的情况下进行再次装修。</w:t>
      </w:r>
      <w:r>
        <w:rPr>
          <w:lang w:eastAsia="zh-CN"/>
        </w:rPr>
        <w:br/>
      </w:r>
      <w:r>
        <w:rPr>
          <w:lang w:eastAsia="zh-CN"/>
        </w:rPr>
        <w:t>　　四、门面转让费的支付</w:t>
      </w:r>
      <w:r>
        <w:rPr>
          <w:lang w:eastAsia="zh-CN"/>
        </w:rPr>
        <w:br/>
      </w:r>
      <w:r>
        <w:rPr>
          <w:lang w:eastAsia="zh-CN"/>
        </w:rPr>
        <w:t>　　乙方于本合同签订之日向甲方支付定金 元。甲方在合同签订次日向乙方腾让门面并交付钥匙，同时乙方向甲方支付转让费共计人民币 元，(大写： )，上述费用已包括第三条所述的装修、装饰、设备(详见《转让财物交接清单》)及其他相关费用，此外甲方不得再向乙方索取任何其他费用。</w:t>
      </w:r>
      <w:r>
        <w:rPr>
          <w:lang w:eastAsia="zh-CN"/>
        </w:rPr>
        <w:br/>
      </w:r>
      <w:r>
        <w:rPr>
          <w:lang w:eastAsia="zh-CN"/>
        </w:rPr>
        <w:t>　　五、债权债务的处理</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乙方接手前该店铺所有的一切债权、债务均由甲方负责;接手后的一切经营行为及产生的债权、债务由乙方负责。</w:t>
      </w:r>
      <w:r>
        <w:rPr>
          <w:lang w:eastAsia="zh-CN"/>
        </w:rPr>
        <w:br/>
      </w:r>
      <w:r>
        <w:rPr>
          <w:lang w:eastAsia="zh-CN"/>
        </w:rPr>
        <w:t>　　六、交接条件、时间及方式</w:t>
      </w:r>
      <w:r>
        <w:rPr>
          <w:lang w:eastAsia="zh-CN"/>
        </w:rPr>
        <w:br/>
      </w:r>
      <w:r>
        <w:rPr>
          <w:lang w:eastAsia="zh-CN"/>
        </w:rPr>
        <w:t>　　转让门面定于 年 月 日正式交接。</w:t>
      </w:r>
      <w:r>
        <w:rPr>
          <w:lang w:eastAsia="zh-CN"/>
        </w:rPr>
        <w:br/>
      </w:r>
      <w:r>
        <w:rPr>
          <w:lang w:eastAsia="zh-CN"/>
        </w:rPr>
        <w:t xml:space="preserve">    简单店面转让协议范文 篇2 </w:t>
      </w:r>
      <w:r>
        <w:rPr>
          <w:lang w:eastAsia="zh-CN"/>
        </w:rPr>
        <w:br/>
      </w:r>
      <w:r>
        <w:rPr>
          <w:lang w:eastAsia="zh-CN"/>
        </w:rPr>
        <w:t>　　转让方(甲方)：_________________</w:t>
      </w:r>
      <w:r>
        <w:rPr>
          <w:lang w:eastAsia="zh-CN"/>
        </w:rPr>
        <w:br/>
      </w:r>
      <w:r>
        <w:rPr>
          <w:lang w:eastAsia="zh-CN"/>
        </w:rPr>
        <w:t>　　顶让方(乙方)：_________________</w:t>
      </w:r>
      <w:r>
        <w:rPr>
          <w:lang w:eastAsia="zh-CN"/>
        </w:rPr>
        <w:br/>
      </w:r>
      <w:r>
        <w:rPr>
          <w:lang w:eastAsia="zh-CN"/>
        </w:rPr>
        <w:t>　　甲、乙、双方经友好协商，就门面转让事宜达成以下协议：</w:t>
      </w:r>
      <w:r>
        <w:rPr>
          <w:lang w:eastAsia="zh-CN"/>
        </w:rPr>
        <w:br/>
      </w:r>
      <w:r>
        <w:rPr>
          <w:lang w:eastAsia="zh-CN"/>
        </w:rPr>
        <w:t>　　一、甲方将自己位于____________________的门面转让给乙方使用，建筑面积为24平方米;在甲方转让租期满后，由乙方自行向商铺房东协议顺延租期，甲方可出面帮乙方协调。</w:t>
      </w:r>
      <w:r>
        <w:rPr>
          <w:lang w:eastAsia="zh-CN"/>
        </w:rPr>
        <w:br/>
      </w:r>
      <w:r>
        <w:rPr>
          <w:lang w:eastAsia="zh-CN"/>
        </w:rPr>
        <w:t>　　二、商铺租期到_____________年_____________月_______日止，______月租金为________________元人民币，甲方剩余租期为____________月，均由乙方支付给商铺房东。转让费为_____________元(大写：____________)，包括门面所有设施设备、及商品。</w:t>
      </w:r>
      <w:r>
        <w:rPr>
          <w:lang w:eastAsia="zh-CN"/>
        </w:rPr>
        <w:br/>
      </w:r>
      <w:r>
        <w:rPr>
          <w:lang w:eastAsia="zh-CN"/>
        </w:rPr>
        <w:t>　　三、门面转让给乙方后，乙方同意代替甲方向商铺房东履行原有门面租赁合同中所规定的条款。</w:t>
      </w:r>
      <w:r>
        <w:rPr>
          <w:lang w:eastAsia="zh-CN"/>
        </w:rPr>
        <w:br/>
      </w:r>
      <w:r>
        <w:rPr>
          <w:lang w:eastAsia="zh-CN"/>
        </w:rPr>
        <w:t>　　四、转让后门面现有的装修、装饰全部归乙方所有，租赁期满后房屋装修等不动产归房东所有，营业设备等动产归乙方。乙方在接收该门面后，有权根据经营需要，自主增减经营项目。</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五、甲方在合同签订当日向乙方交付门面并交付钥匙，同时乙方向甲方支付转让费共计人民币___________元，(大写：____________)，剩余____________元，按每月__________元分次交付给甲方，直至付清为止，乙方拒付和拖欠时，甲方可单方强制变卖乙方财物作为垫付赔偿金，不足部分甲方依法要求乙方作出相应赔偿。</w:t>
      </w:r>
      <w:r>
        <w:rPr>
          <w:lang w:eastAsia="zh-CN"/>
        </w:rPr>
        <w:br/>
      </w:r>
      <w:r>
        <w:rPr>
          <w:lang w:eastAsia="zh-CN"/>
        </w:rPr>
        <w:t>　　六、乙方接手后该店铺所有的一切债权、债务均由乙方负责。</w:t>
      </w:r>
      <w:r>
        <w:rPr>
          <w:lang w:eastAsia="zh-CN"/>
        </w:rPr>
        <w:br/>
      </w:r>
      <w:r>
        <w:rPr>
          <w:lang w:eastAsia="zh-CN"/>
        </w:rPr>
        <w:t>　　七、甲方提供自己名字为法人的营业执照给乙方使用，若乙方利用门面来做违法犯罪的事项，甲方可单方强制注销所提供的所有证照，带来的后果由乙方自行承担，所有证照在年审时所产生的相关费用，均由乙方承担。</w:t>
      </w:r>
      <w:r>
        <w:rPr>
          <w:lang w:eastAsia="zh-CN"/>
        </w:rPr>
        <w:br/>
      </w:r>
      <w:r>
        <w:rPr>
          <w:lang w:eastAsia="zh-CN"/>
        </w:rPr>
        <w:t>　　八、乙方应该按时在每月______日前交付门面租金，若乙方拖欠租金和水费、电费、管理费等相关费用，造成不良后果，由乙方自行承担，与甲方无任何关系。</w:t>
      </w:r>
      <w:r>
        <w:rPr>
          <w:lang w:eastAsia="zh-CN"/>
        </w:rPr>
        <w:br/>
      </w:r>
      <w:r>
        <w:rPr>
          <w:lang w:eastAsia="zh-CN"/>
        </w:rPr>
        <w:t>　　九、甲方转让门面给乙方后，所产生和发生的一切事务均与甲方无关。</w:t>
      </w:r>
      <w:r>
        <w:rPr>
          <w:lang w:eastAsia="zh-CN"/>
        </w:rPr>
        <w:br/>
      </w:r>
      <w:r>
        <w:rPr>
          <w:lang w:eastAsia="zh-CN"/>
        </w:rPr>
        <w:t>　　十、本合同一式两份，双方各执一份，自双方签字之日起生效，具有同等法律效力。</w:t>
      </w:r>
      <w:r>
        <w:rPr>
          <w:lang w:eastAsia="zh-CN"/>
        </w:rPr>
        <w:br/>
      </w:r>
      <w:r>
        <w:rPr>
          <w:lang w:eastAsia="zh-CN"/>
        </w:rPr>
        <w:t>　　甲方签字：_________________</w:t>
      </w:r>
      <w:r>
        <w:rPr>
          <w:lang w:eastAsia="zh-CN"/>
        </w:rPr>
        <w:br/>
      </w:r>
      <w:r>
        <w:rPr>
          <w:lang w:eastAsia="zh-CN"/>
        </w:rPr>
        <w:t>　　乙方签字：_________________</w:t>
      </w:r>
      <w:r>
        <w:rPr>
          <w:lang w:eastAsia="zh-CN"/>
        </w:rPr>
        <w:br/>
      </w:r>
      <w:r>
        <w:rPr>
          <w:lang w:eastAsia="zh-CN"/>
        </w:rPr>
        <w:t>　　签订日期：_________________</w:t>
      </w:r>
      <w:r>
        <w:rPr>
          <w:lang w:eastAsia="zh-CN"/>
        </w:rPr>
        <w:br/>
      </w:r>
      <w:r>
        <w:rPr>
          <w:lang w:eastAsia="zh-CN"/>
        </w:rPr>
        <w:t xml:space="preserve">    简单店面转让协议范文 篇3 </w:t>
      </w:r>
      <w:r>
        <w:rPr>
          <w:lang w:eastAsia="zh-CN"/>
        </w:rPr>
        <w:br/>
      </w:r>
      <w:r>
        <w:rPr>
          <w:lang w:eastAsia="zh-CN"/>
        </w:rPr>
        <w:t>　　甲方：_______________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乙方：_______________</w:t>
      </w:r>
      <w:r>
        <w:rPr>
          <w:lang w:eastAsia="zh-CN"/>
        </w:rPr>
        <w:br/>
      </w:r>
      <w:r>
        <w:rPr>
          <w:lang w:eastAsia="zh-CN"/>
        </w:rPr>
        <w:t>　　双方兹就营业转让事宜，订立本契约，条件如下：</w:t>
      </w:r>
      <w:r>
        <w:rPr>
          <w:lang w:eastAsia="zh-CN"/>
        </w:rPr>
        <w:br/>
      </w:r>
      <w:r>
        <w:rPr>
          <w:lang w:eastAsia="zh-CN"/>
        </w:rPr>
        <w:t>　　一、转让标的：</w:t>
      </w:r>
      <w:r>
        <w:rPr>
          <w:lang w:eastAsia="zh-CN"/>
        </w:rPr>
        <w:br/>
      </w:r>
      <w:r>
        <w:rPr>
          <w:lang w:eastAsia="zh-CN"/>
        </w:rPr>
        <w:t>　　甲方愿将独资设立，坐落_____市_____路______号的______________，转让予乙方经营。</w:t>
      </w:r>
      <w:r>
        <w:rPr>
          <w:lang w:eastAsia="zh-CN"/>
        </w:rPr>
        <w:br/>
      </w:r>
      <w:r>
        <w:rPr>
          <w:lang w:eastAsia="zh-CN"/>
        </w:rPr>
        <w:t>　　二、本件转让价格及其计算标准：</w:t>
      </w:r>
      <w:r>
        <w:rPr>
          <w:lang w:eastAsia="zh-CN"/>
        </w:rPr>
        <w:br/>
      </w:r>
      <w:r>
        <w:rPr>
          <w:lang w:eastAsia="zh-CN"/>
        </w:rPr>
        <w:t>　　(一)______________全部生财器具，存货作价为人民币________元。生财器具及存货另列清册交分别标明价格。</w:t>
      </w:r>
      <w:r>
        <w:rPr>
          <w:lang w:eastAsia="zh-CN"/>
        </w:rPr>
        <w:br/>
      </w:r>
      <w:r>
        <w:rPr>
          <w:lang w:eastAsia="zh-CN"/>
        </w:rPr>
        <w:t>　　(二)上列生财器具，存货经盘点如有增减变化数量，则依清册所记载价格，增减给付现金。</w:t>
      </w:r>
      <w:r>
        <w:rPr>
          <w:lang w:eastAsia="zh-CN"/>
        </w:rPr>
        <w:br/>
      </w:r>
      <w:r>
        <w:rPr>
          <w:lang w:eastAsia="zh-CN"/>
        </w:rPr>
        <w:t>　　(三)甲方应收未收款约计__________元(详移交清册)，悉数由乙方承受，不另计价。惟乙方应承受甲方对外所欠一切债务。</w:t>
      </w:r>
      <w:r>
        <w:rPr>
          <w:lang w:eastAsia="zh-CN"/>
        </w:rPr>
        <w:br/>
      </w:r>
      <w:r>
        <w:rPr>
          <w:lang w:eastAsia="zh-CN"/>
        </w:rPr>
        <w:t>　　三、付款办法：</w:t>
      </w:r>
      <w:r>
        <w:rPr>
          <w:lang w:eastAsia="zh-CN"/>
        </w:rPr>
        <w:br/>
      </w:r>
      <w:r>
        <w:rPr>
          <w:lang w:eastAsia="zh-CN"/>
        </w:rPr>
        <w:t>　　于签订本契约的同时，乙方交付甲方___________元;其余款于点交完讫之日一次付清。</w:t>
      </w:r>
      <w:r>
        <w:rPr>
          <w:lang w:eastAsia="zh-CN"/>
        </w:rPr>
        <w:br/>
      </w:r>
      <w:r>
        <w:rPr>
          <w:lang w:eastAsia="zh-CN"/>
        </w:rPr>
        <w:t>　　四、点交日期及地点：</w:t>
      </w:r>
      <w:r>
        <w:rPr>
          <w:lang w:eastAsia="zh-CN"/>
        </w:rPr>
        <w:br/>
      </w:r>
      <w:r>
        <w:rPr>
          <w:lang w:eastAsia="zh-CN"/>
        </w:rPr>
        <w:t>　　双方订定___________年___________月_____日为点交日期，并定于__________行现场为点交地点。</w:t>
      </w:r>
      <w:r>
        <w:rPr>
          <w:lang w:eastAsia="zh-CN"/>
        </w:rPr>
        <w:br/>
      </w:r>
      <w:r>
        <w:rPr>
          <w:lang w:eastAsia="zh-CN"/>
        </w:rPr>
        <w:t>　　立契约书人__________</w:t>
      </w:r>
      <w:r>
        <w:rPr>
          <w:lang w:eastAsia="zh-CN"/>
        </w:rPr>
        <w:br/>
      </w:r>
      <w:r>
        <w:rPr>
          <w:lang w:eastAsia="zh-CN"/>
        </w:rPr>
        <w:t>　　甲方：_______________</w:t>
      </w:r>
      <w:r>
        <w:rPr>
          <w:lang w:eastAsia="zh-CN"/>
        </w:rPr>
        <w:br/>
      </w:r>
      <w:r>
        <w:rPr>
          <w:lang w:eastAsia="zh-CN"/>
        </w:rPr>
        <w:t>　　保证人：_______________</w:t>
      </w:r>
      <w:r>
        <w:rPr>
          <w:lang w:eastAsia="zh-CN"/>
        </w:rPr>
        <w:br/>
      </w:r>
      <w:r>
        <w:rPr>
          <w:lang w:eastAsia="zh-CN"/>
        </w:rPr>
        <w:t>　　乙方：_______________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保证人：_______________</w:t>
      </w:r>
      <w:r>
        <w:rPr>
          <w:lang w:eastAsia="zh-CN"/>
        </w:rPr>
        <w:br/>
      </w:r>
      <w:r>
        <w:rPr>
          <w:lang w:eastAsia="zh-CN"/>
        </w:rPr>
        <w:t>　　___________年___________月_____日</w:t>
      </w:r>
      <w:r>
        <w:rPr>
          <w:lang w:eastAsia="zh-CN"/>
        </w:rPr>
        <w:br/>
      </w:r>
      <w:r>
        <w:rPr>
          <w:lang w:eastAsia="zh-CN"/>
        </w:rPr>
        <w:t xml:space="preserve">    简单店面转让协议范文 篇4 </w:t>
      </w:r>
      <w:r>
        <w:rPr>
          <w:lang w:eastAsia="zh-CN"/>
        </w:rPr>
        <w:br/>
      </w:r>
      <w:r>
        <w:rPr>
          <w:lang w:eastAsia="zh-CN"/>
        </w:rPr>
        <w:t>　　转让方(甲方)</w:t>
      </w:r>
      <w:r>
        <w:rPr>
          <w:lang w:eastAsia="zh-CN"/>
        </w:rPr>
        <w:br/>
      </w:r>
      <w:r>
        <w:rPr>
          <w:lang w:eastAsia="zh-CN"/>
        </w:rPr>
        <w:t>　　身份证号码：</w:t>
      </w:r>
      <w:r>
        <w:rPr>
          <w:lang w:eastAsia="zh-CN"/>
        </w:rPr>
        <w:br/>
      </w:r>
      <w:r>
        <w:rPr>
          <w:lang w:eastAsia="zh-CN"/>
        </w:rPr>
        <w:t>　　顶让方(乙方)：</w:t>
      </w:r>
      <w:r>
        <w:rPr>
          <w:lang w:eastAsia="zh-CN"/>
        </w:rPr>
        <w:br/>
      </w:r>
      <w:r>
        <w:rPr>
          <w:lang w:eastAsia="zh-CN"/>
        </w:rPr>
        <w:t>　　身份证号码：</w:t>
      </w:r>
      <w:r>
        <w:rPr>
          <w:lang w:eastAsia="zh-CN"/>
        </w:rPr>
        <w:br/>
      </w:r>
      <w:r>
        <w:rPr>
          <w:lang w:eastAsia="zh-CN"/>
        </w:rPr>
        <w:t>　　房东(丙方)：______________</w:t>
      </w:r>
      <w:r>
        <w:rPr>
          <w:lang w:eastAsia="zh-CN"/>
        </w:rPr>
        <w:br/>
      </w:r>
      <w:r>
        <w:rPr>
          <w:lang w:eastAsia="zh-CN"/>
        </w:rPr>
        <w:t>　　身份证号码：________________</w:t>
      </w:r>
      <w:r>
        <w:rPr>
          <w:lang w:eastAsia="zh-CN"/>
        </w:rPr>
        <w:br/>
      </w:r>
      <w:r>
        <w:rPr>
          <w:lang w:eastAsia="zh-CN"/>
        </w:rPr>
        <w:t>　　甲、乙、丙三方经友好协商，就门面转让事宜达成以下协议：</w:t>
      </w:r>
      <w:r>
        <w:rPr>
          <w:lang w:eastAsia="zh-CN"/>
        </w:rPr>
        <w:br/>
      </w:r>
      <w:r>
        <w:rPr>
          <w:lang w:eastAsia="zh-CN"/>
        </w:rPr>
        <w:t>　　一、丙方同意甲方将自己位于大方县高店乡政府对面的门面转让给乙方使用，建筑面积为 70平方米;并保证乙方同等享有甲方在原有房屋租赁合同中所享有的权利与义务，在甲方转让租期满后，并由乙方与丙方按原合同条款重新续签订租赁合同。</w:t>
      </w:r>
      <w:r>
        <w:rPr>
          <w:lang w:eastAsia="zh-CN"/>
        </w:rPr>
        <w:br/>
      </w:r>
      <w:r>
        <w:rPr>
          <w:lang w:eastAsia="zh-CN"/>
        </w:rPr>
        <w:t>　　二、丙方与甲方已签订了租赁合同，租期到20__年8月1日至20__年8月1日止，年租金为6000元人民币.</w:t>
      </w:r>
      <w:r>
        <w:rPr>
          <w:lang w:eastAsia="zh-CN"/>
        </w:rPr>
        <w:br/>
      </w:r>
      <w:r>
        <w:rPr>
          <w:lang w:eastAsia="zh-CN"/>
        </w:rPr>
        <w:t>　　三、门面转让给乙方后，乙方同意代替甲方向丙方履行原有门面租赁合同中所规定的条款。</w:t>
      </w:r>
      <w:r>
        <w:rPr>
          <w:lang w:eastAsia="zh-CN"/>
        </w:rPr>
        <w:br/>
      </w:r>
      <w:r>
        <w:rPr>
          <w:lang w:eastAsia="zh-CN"/>
        </w:rPr>
        <w:t>　　四、转让后门面现有的装修、装饰全部归乙方所有，租赁期满后房屋装修等不动产归丙方所有，营业设备等动产归乙方(动产与不动产的划分按原有租赁合同执行)。乙方在接收该门面后，有权根据经营需要，在保证房屋安全使用的情况下进行装修。</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五、乙方于本合同签订之日向甲方支付定金10000元。(交付定金后如甲方反悔慨不退还定金，)甲方在合同签订7日向乙方腾让门面</w:t>
      </w:r>
      <w:r>
        <w:rPr>
          <w:lang w:eastAsia="zh-CN"/>
        </w:rPr>
        <w:br/>
      </w:r>
      <w:r>
        <w:rPr>
          <w:lang w:eastAsia="zh-CN"/>
        </w:rPr>
        <w:t>　　并交付钥匙，同时乙方向甲方支付转让费共计人民币39000元，(大写：叁万玖仟元)，上述费用已包括第三条所述的装修、装饰、设备及其他相关费用，此外甲方不得再向乙方索取任何其他费用。</w:t>
      </w:r>
      <w:r>
        <w:rPr>
          <w:lang w:eastAsia="zh-CN"/>
        </w:rPr>
        <w:br/>
      </w:r>
      <w:r>
        <w:rPr>
          <w:lang w:eastAsia="zh-CN"/>
        </w:rPr>
        <w:t>　　六、乙方接手前该店铺所有的一切债权、债务均由甲方负责;接手后的一切经营行为及产生的债权、债务由乙方负责。</w:t>
      </w:r>
      <w:r>
        <w:rPr>
          <w:lang w:eastAsia="zh-CN"/>
        </w:rPr>
        <w:br/>
      </w:r>
      <w:r>
        <w:rPr>
          <w:lang w:eastAsia="zh-CN"/>
        </w:rPr>
        <w:t>　　七、违约责任：(1)甲方保证该门面有合法承租权并有权依法转让，应该按时交付门面，逾期一天按一百元的标准向乙方支付违约金，超过15天乙方有权解除合同;(2)乙方应该按时接收门面，逾期一天按一百元的标准向甲方支付违约金，超过15天甲方有权解除合同;</w:t>
      </w:r>
      <w:r>
        <w:rPr>
          <w:lang w:eastAsia="zh-CN"/>
        </w:rPr>
        <w:br/>
      </w:r>
      <w:r>
        <w:rPr>
          <w:lang w:eastAsia="zh-CN"/>
        </w:rPr>
        <w:t>　　(3)丙方保证该房屋在租赁期内有合法使用权和进行出租等，否则应该赔偿乙方转让费用同等的损失。</w:t>
      </w:r>
      <w:r>
        <w:rPr>
          <w:lang w:eastAsia="zh-CN"/>
        </w:rPr>
        <w:br/>
      </w:r>
      <w:r>
        <w:rPr>
          <w:lang w:eastAsia="zh-CN"/>
        </w:rPr>
        <w:t>　　八、如因自然灾害等不可抗因素导致乙方经营受损的与甲方无关。</w:t>
      </w:r>
      <w:r>
        <w:rPr>
          <w:lang w:eastAsia="zh-CN"/>
        </w:rPr>
        <w:br/>
      </w:r>
      <w:r>
        <w:rPr>
          <w:lang w:eastAsia="zh-CN"/>
        </w:rPr>
        <w:t>　　九、本合同一式三份，三方各执一份，自三方签字之日起生效。 甲方签字：_______________</w:t>
      </w:r>
      <w:r>
        <w:rPr>
          <w:lang w:eastAsia="zh-CN"/>
        </w:rPr>
        <w:br/>
      </w:r>
      <w:r>
        <w:rPr>
          <w:lang w:eastAsia="zh-CN"/>
        </w:rPr>
        <w:t>　　乙方签字：_______________</w:t>
      </w:r>
      <w:r>
        <w:rPr>
          <w:lang w:eastAsia="zh-CN"/>
        </w:rPr>
        <w:br/>
      </w:r>
      <w:r>
        <w:rPr>
          <w:lang w:eastAsia="zh-CN"/>
        </w:rPr>
        <w:t>　　丙方签字：_______________</w:t>
      </w:r>
      <w:r>
        <w:rPr>
          <w:lang w:eastAsia="zh-CN"/>
        </w:rPr>
        <w:br/>
      </w:r>
      <w:r>
        <w:rPr>
          <w:lang w:eastAsia="zh-CN"/>
        </w:rPr>
        <w:t>　　签订日期：_______________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签订地点：_______________</w:t>
      </w:r>
      <w:r>
        <w:rPr>
          <w:lang w:eastAsia="zh-CN"/>
        </w:rPr>
        <w:br/>
      </w:r>
      <w:r>
        <w:rPr>
          <w:lang w:eastAsia="zh-CN"/>
        </w:rPr>
        <w:t xml:space="preserve">    简单店面转让协议范文 篇5 </w:t>
      </w:r>
      <w:r>
        <w:rPr>
          <w:lang w:eastAsia="zh-CN"/>
        </w:rPr>
        <w:br/>
      </w:r>
      <w:r>
        <w:rPr>
          <w:lang w:eastAsia="zh-CN"/>
        </w:rPr>
        <w:t>　　转让方（甲方）：__________ 身份证号码：__________________</w:t>
      </w:r>
      <w:r>
        <w:rPr>
          <w:lang w:eastAsia="zh-CN"/>
        </w:rPr>
        <w:br/>
      </w:r>
      <w:r>
        <w:rPr>
          <w:lang w:eastAsia="zh-CN"/>
        </w:rPr>
        <w:t>　　顶让方（乙方）：__________ 身份证号码：__________________</w:t>
      </w:r>
      <w:r>
        <w:rPr>
          <w:lang w:eastAsia="zh-CN"/>
        </w:rPr>
        <w:br/>
      </w:r>
      <w:r>
        <w:rPr>
          <w:lang w:eastAsia="zh-CN"/>
        </w:rPr>
        <w:t>　　甲、乙、双方经友好协商，就店铺转让事宜达成以下协议：</w:t>
      </w:r>
      <w:r>
        <w:rPr>
          <w:lang w:eastAsia="zh-CN"/>
        </w:rPr>
        <w:br/>
      </w:r>
      <w:r>
        <w:rPr>
          <w:lang w:eastAsia="zh-CN"/>
        </w:rPr>
        <w:t>　　一、甲方同意将自己位于_______省________县_________街________________店铺转让给乙方使用，建筑面积为_____平方米；并保证乙方同等享有甲方在原有房屋租赁合同中所享有的权利与义务。</w:t>
      </w:r>
      <w:r>
        <w:rPr>
          <w:lang w:eastAsia="zh-CN"/>
        </w:rPr>
        <w:br/>
      </w:r>
      <w:r>
        <w:rPr>
          <w:lang w:eastAsia="zh-CN"/>
        </w:rPr>
        <w:t>　　二、店铺转让给乙方后，乙方同意代替甲方履行原有店铺租赁合同中所规定的条款，并且定期交纳租金及该合同所约定的应由甲方交纳的水电费及其他各项费用。</w:t>
      </w:r>
      <w:r>
        <w:rPr>
          <w:lang w:eastAsia="zh-CN"/>
        </w:rPr>
        <w:br/>
      </w:r>
      <w:r>
        <w:rPr>
          <w:lang w:eastAsia="zh-CN"/>
        </w:rPr>
        <w:t>　　三、转让后店铺现有的装修、装饰及其他所有设备和房屋装修等；营业设备等全部归乙方。</w:t>
      </w:r>
      <w:r>
        <w:rPr>
          <w:lang w:eastAsia="zh-CN"/>
        </w:rPr>
        <w:br/>
      </w:r>
      <w:r>
        <w:rPr>
          <w:lang w:eastAsia="zh-CN"/>
        </w:rPr>
        <w:t>　　四、乙方在_____年_____月_____日向甲方支付转让费共计人民币__________元整，（大写：人民币_______________元整）</w:t>
      </w:r>
      <w:r>
        <w:rPr>
          <w:lang w:eastAsia="zh-CN"/>
        </w:rPr>
        <w:br/>
      </w:r>
      <w:r>
        <w:rPr>
          <w:lang w:eastAsia="zh-CN"/>
        </w:rPr>
        <w:t>　　五、乙方接手前该店铺所有的一切债权、债务均由甲方负责；接手后的一切经营行为及产生的债权、债务由乙方负责。</w:t>
      </w:r>
      <w:r>
        <w:rPr>
          <w:lang w:eastAsia="zh-CN"/>
        </w:rPr>
        <w:br/>
      </w:r>
      <w:r>
        <w:rPr>
          <w:lang w:eastAsia="zh-CN"/>
        </w:rPr>
        <w:t>　　六、如因自然灾害等不可抗因素导致乙方经营受损的与甲方无关，但遇政府规划，国家征用拆迁店铺，其有关补偿归乙方。</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七、本合同一式______份，双方各执一份，自双方签字之日起生效。</w:t>
      </w:r>
      <w:r>
        <w:rPr>
          <w:lang w:eastAsia="zh-CN"/>
        </w:rPr>
        <w:br/>
      </w:r>
      <w:r>
        <w:rPr>
          <w:lang w:eastAsia="zh-CN"/>
        </w:rPr>
        <w:t>　　甲方（签章）：____________</w:t>
      </w:r>
      <w:r>
        <w:rPr>
          <w:lang w:eastAsia="zh-CN"/>
        </w:rPr>
        <w:br/>
      </w:r>
      <w:r>
        <w:rPr>
          <w:lang w:eastAsia="zh-CN"/>
        </w:rPr>
        <w:t>　　乙方（签章）：____________</w:t>
      </w:r>
      <w:r>
        <w:rPr>
          <w:lang w:eastAsia="zh-CN"/>
        </w:rPr>
        <w:br/>
      </w:r>
      <w:r>
        <w:rPr>
          <w:lang w:eastAsia="zh-CN"/>
        </w:rPr>
        <w:t>　　日期：__________________</w:t>
      </w:r>
      <w:r>
        <w:rPr>
          <w:lang w:eastAsia="zh-CN"/>
        </w:rPr>
        <w:br/>
      </w:r>
      <w:r>
        <w:rPr>
          <w:lang w:eastAsia="zh-CN"/>
        </w:rPr>
        <w:t xml:space="preserve">    简单店面转让协议范文 篇6 </w:t>
      </w:r>
      <w:r>
        <w:rPr>
          <w:lang w:eastAsia="zh-CN"/>
        </w:rPr>
        <w:br/>
      </w:r>
      <w:r>
        <w:rPr>
          <w:lang w:eastAsia="zh-CN"/>
        </w:rPr>
        <w:t>　　出租方(以下简称甲方)：____________</w:t>
      </w:r>
      <w:r>
        <w:rPr>
          <w:lang w:eastAsia="zh-CN"/>
        </w:rPr>
        <w:br/>
      </w:r>
      <w:r>
        <w:rPr>
          <w:lang w:eastAsia="zh-CN"/>
        </w:rPr>
        <w:t>　　地址：__________________联系电话：________________</w:t>
      </w:r>
      <w:r>
        <w:rPr>
          <w:lang w:eastAsia="zh-CN"/>
        </w:rPr>
        <w:br/>
      </w:r>
      <w:r>
        <w:rPr>
          <w:lang w:eastAsia="zh-CN"/>
        </w:rPr>
        <w:t>　　承租方(以下简称乙方)：_________</w:t>
      </w:r>
      <w:r>
        <w:rPr>
          <w:lang w:eastAsia="zh-CN"/>
        </w:rPr>
        <w:br/>
      </w:r>
      <w:r>
        <w:rPr>
          <w:lang w:eastAsia="zh-CN"/>
        </w:rPr>
        <w:t>　　地址：______________________联系电话：________________</w:t>
      </w:r>
      <w:r>
        <w:rPr>
          <w:lang w:eastAsia="zh-CN"/>
        </w:rPr>
        <w:br/>
      </w:r>
      <w:r>
        <w:rPr>
          <w:lang w:eastAsia="zh-CN"/>
        </w:rPr>
        <w:t>　　甲方就乙方承租甲方场地(商铺)用以商业经营活动，根据《中华人民共和国合同法》《中华人民共和国房地产管理法》、《城市房屋租赁管理办法》及其它相关法律的规定，经甲乙双方协商一致，订立本合同。</w:t>
      </w:r>
      <w:r>
        <w:rPr>
          <w:lang w:eastAsia="zh-CN"/>
        </w:rPr>
        <w:br/>
      </w:r>
      <w:r>
        <w:rPr>
          <w:lang w:eastAsia="zh-CN"/>
        </w:rPr>
        <w:t>　　第一条租赁场地</w:t>
      </w:r>
      <w:r>
        <w:rPr>
          <w:lang w:eastAsia="zh-CN"/>
        </w:rPr>
        <w:br/>
      </w:r>
      <w:r>
        <w:rPr>
          <w:lang w:eastAsia="zh-CN"/>
        </w:rPr>
        <w:t>　　1、本合同项下的租赁场地位于市区街号公司内之层号铺位。</w:t>
      </w:r>
      <w:r>
        <w:rPr>
          <w:lang w:eastAsia="zh-CN"/>
        </w:rPr>
        <w:br/>
      </w:r>
      <w:r>
        <w:rPr>
          <w:lang w:eastAsia="zh-CN"/>
        </w:rPr>
        <w:t>　　2、租赁商铺面积：租赁商铺建筑面积为平方米(以具有测量资质的单位出具的数据为准)。</w:t>
      </w:r>
      <w:r>
        <w:rPr>
          <w:lang w:eastAsia="zh-CN"/>
        </w:rPr>
        <w:br/>
      </w:r>
      <w:r>
        <w:rPr>
          <w:lang w:eastAsia="zh-CN"/>
        </w:rPr>
        <w:t>　　3、乙方将在租赁商铺内按照甲方所规定的经营范围合法经营，经营范围为：，乙方不得更改经营范围及项目。</w:t>
      </w:r>
      <w:r>
        <w:rPr>
          <w:lang w:eastAsia="zh-CN"/>
        </w:rPr>
        <w:br/>
      </w:r>
      <w:r>
        <w:rPr>
          <w:lang w:eastAsia="zh-CN"/>
        </w:rPr>
        <w:t>　　第二条租赁期限</w:t>
      </w:r>
      <w:r>
        <w:rPr>
          <w:lang w:eastAsia="zh-CN"/>
        </w:rPr>
        <w:br/>
      </w:r>
      <w:r>
        <w:rPr>
          <w:lang w:eastAsia="zh-CN"/>
        </w:rPr>
        <w:t>　　1、租赁期限自_____年__月__日起至_____年__月__日止。</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第三条租金及相关费用的缴纳</w:t>
      </w:r>
      <w:r>
        <w:rPr>
          <w:lang w:eastAsia="zh-CN"/>
        </w:rPr>
        <w:br/>
      </w:r>
      <w:r>
        <w:rPr>
          <w:lang w:eastAsia="zh-CN"/>
        </w:rPr>
        <w:t>　　1、乙方应按时向甲方缴纳的租金及费用包括：</w:t>
      </w:r>
      <w:r>
        <w:rPr>
          <w:lang w:eastAsia="zh-CN"/>
        </w:rPr>
        <w:br/>
      </w:r>
      <w:r>
        <w:rPr>
          <w:lang w:eastAsia="zh-CN"/>
        </w:rPr>
        <w:t>　　(1)本商铺实行日租制，每日每平方米(按建筑面积计算)为_____元，承租期租金合计_____元，大写__________。租金每月缴纳一次，租金以预缴方式收取，乙方须在每期租金支付前15日内，将下期租金支付甲方。</w:t>
      </w:r>
      <w:r>
        <w:rPr>
          <w:lang w:eastAsia="zh-CN"/>
        </w:rPr>
        <w:br/>
      </w:r>
      <w:r>
        <w:rPr>
          <w:lang w:eastAsia="zh-CN"/>
        </w:rPr>
        <w:t>　　(2)综合管理费：每日每平方米(按建筑面积计算)元(包括管理费、公共区域能源综合管理费)，大写_____，缴纳时间同第(1)条。</w:t>
      </w:r>
      <w:r>
        <w:rPr>
          <w:lang w:eastAsia="zh-CN"/>
        </w:rPr>
        <w:br/>
      </w:r>
      <w:r>
        <w:rPr>
          <w:lang w:eastAsia="zh-CN"/>
        </w:rPr>
        <w:t>　　2、签订本合同时，乙方应向甲方缴纳：</w:t>
      </w:r>
      <w:r>
        <w:rPr>
          <w:lang w:eastAsia="zh-CN"/>
        </w:rPr>
        <w:br/>
      </w:r>
      <w:r>
        <w:rPr>
          <w:lang w:eastAsia="zh-CN"/>
        </w:rPr>
        <w:t>　　租赁保证金：5000元(大写：伍仟元整)。合同终止后，甲方在扣除乙方应缴纳的各项相关费用后，于90日内无客户投诉，赔偿等问题无息退还余额予乙方。</w:t>
      </w:r>
      <w:r>
        <w:rPr>
          <w:lang w:eastAsia="zh-CN"/>
        </w:rPr>
        <w:br/>
      </w:r>
      <w:r>
        <w:rPr>
          <w:lang w:eastAsia="zh-CN"/>
        </w:rPr>
        <w:t>　　3、乙方进入场地后，如需对商铺进行装修，将按照《商场经营管理公约》向甲方缴纳装修抵押金，装修抵押金为_元(大写：贰仟元整)。装修完成后，经甲方确认无损坏、破坏商铺环境、设施设备等条件后，一个月后无息退还装修抵押金。</w:t>
      </w:r>
      <w:r>
        <w:rPr>
          <w:lang w:eastAsia="zh-CN"/>
        </w:rPr>
        <w:br/>
      </w:r>
      <w:r>
        <w:rPr>
          <w:lang w:eastAsia="zh-CN"/>
        </w:rPr>
        <w:t>　　第四条乙方对租赁场地的改造</w:t>
      </w:r>
      <w:r>
        <w:rPr>
          <w:lang w:eastAsia="zh-CN"/>
        </w:rPr>
        <w:br/>
      </w:r>
      <w:r>
        <w:rPr>
          <w:lang w:eastAsia="zh-CN"/>
        </w:rPr>
        <w:t>　　1、乙方如需对承租商铺进行装修改造，须将装修方案报经甲方审核。经甲方批准后方可进行施工，未经书面批准不得进行任何改动。</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乙方对租赁场地的装修改造均不应对建筑物的主体结构安全、消防、电路和其它各种管线的使用安全及整体美观造成不良影响，并不得影响甲方或第三方的正常经营，否则，乙方应立即改正，并赔偿因此给甲方和第三方造成的损失。</w:t>
      </w:r>
      <w:r>
        <w:rPr>
          <w:lang w:eastAsia="zh-CN"/>
        </w:rPr>
        <w:br/>
      </w:r>
      <w:r>
        <w:rPr>
          <w:lang w:eastAsia="zh-CN"/>
        </w:rPr>
        <w:t>　　3、乙方如需对商铺的电力系统进行改造，或增加照明设施等，须报经甲方审核，并经书面回复后严格按照《地区电气安全工作规程》、《地区电气安装标准》进行施工。增加后的用电费用由乙方自行承担。</w:t>
      </w:r>
      <w:r>
        <w:rPr>
          <w:lang w:eastAsia="zh-CN"/>
        </w:rPr>
        <w:br/>
      </w:r>
      <w:r>
        <w:rPr>
          <w:lang w:eastAsia="zh-CN"/>
        </w:rPr>
        <w:t>　　第五条甲乙双方的权力和义务</w:t>
      </w:r>
      <w:r>
        <w:rPr>
          <w:lang w:eastAsia="zh-CN"/>
        </w:rPr>
        <w:br/>
      </w:r>
      <w:r>
        <w:rPr>
          <w:lang w:eastAsia="zh-CN"/>
        </w:rPr>
        <w:t>　　(一)甲方的权力和义务</w:t>
      </w:r>
      <w:r>
        <w:rPr>
          <w:lang w:eastAsia="zh-CN"/>
        </w:rPr>
        <w:br/>
      </w:r>
      <w:r>
        <w:rPr>
          <w:lang w:eastAsia="zh-CN"/>
        </w:rPr>
        <w:t>　　1、甲方尊重乙方的经营权，不干涉乙方的正常经营活动。</w:t>
      </w:r>
      <w:r>
        <w:rPr>
          <w:lang w:eastAsia="zh-CN"/>
        </w:rPr>
        <w:br/>
      </w:r>
      <w:r>
        <w:rPr>
          <w:lang w:eastAsia="zh-CN"/>
        </w:rPr>
        <w:t>　　2、租赁期间，甲乙方共同保障商场的共用附属设施处于正常的可使用和安全状态。</w:t>
      </w:r>
      <w:r>
        <w:rPr>
          <w:lang w:eastAsia="zh-CN"/>
        </w:rPr>
        <w:br/>
      </w:r>
      <w:r>
        <w:rPr>
          <w:lang w:eastAsia="zh-CN"/>
        </w:rPr>
        <w:t>　　(二)乙方的权力和义务</w:t>
      </w:r>
      <w:r>
        <w:rPr>
          <w:lang w:eastAsia="zh-CN"/>
        </w:rPr>
        <w:br/>
      </w:r>
      <w:r>
        <w:rPr>
          <w:lang w:eastAsia="zh-CN"/>
        </w:rPr>
        <w:t>　　1、乙方有权要求甲方按照合同的约定日期交付租赁场地，在甲方不按时交付商铺时，乙方有权要求甲方顺延租赁日期。</w:t>
      </w:r>
      <w:r>
        <w:rPr>
          <w:lang w:eastAsia="zh-CN"/>
        </w:rPr>
        <w:br/>
      </w:r>
      <w:r>
        <w:rPr>
          <w:lang w:eastAsia="zh-CN"/>
        </w:rPr>
        <w:t>　　2、乙方应按时缴纳租金，综合管理费及其它所有费用。</w:t>
      </w:r>
      <w:r>
        <w:rPr>
          <w:lang w:eastAsia="zh-CN"/>
        </w:rPr>
        <w:br/>
      </w:r>
      <w:r>
        <w:rPr>
          <w:lang w:eastAsia="zh-CN"/>
        </w:rPr>
        <w:t>　　3、乙方应遵守《商场经营管理公约》及商场的各项管理制度，接受商场管理公司的统一管理。</w:t>
      </w:r>
      <w:r>
        <w:rPr>
          <w:lang w:eastAsia="zh-CN"/>
        </w:rPr>
        <w:br/>
      </w:r>
      <w:r>
        <w:rPr>
          <w:lang w:eastAsia="zh-CN"/>
        </w:rPr>
        <w:t>　　4、乙方应根据合同约定的经营范围依法经营，保证商品及服务质量，明码标价，并应对所售商品实行“三包”。</w:t>
      </w:r>
      <w:r>
        <w:rPr>
          <w:lang w:eastAsia="zh-CN"/>
        </w:rPr>
        <w:br/>
      </w:r>
      <w:r>
        <w:rPr>
          <w:lang w:eastAsia="zh-CN"/>
        </w:rPr>
        <w:t>　　5、合同终止时，乙方应按约定时间向甲方返还租赁商铺。</w:t>
      </w:r>
      <w:r>
        <w:rPr>
          <w:lang w:eastAsia="zh-CN"/>
        </w:rPr>
        <w:br/>
      </w:r>
      <w:r>
        <w:rPr>
          <w:lang w:eastAsia="zh-CN"/>
        </w:rPr>
        <w:t>　　第六条合同的变更和解除</w:t>
      </w:r>
      <w:r>
        <w:rPr>
          <w:lang w:eastAsia="zh-CN"/>
        </w:rPr>
        <w:br/>
      </w:r>
      <w:r>
        <w:rPr>
          <w:lang w:eastAsia="zh-CN"/>
        </w:rPr>
        <w:t>　　1、合同如需变更，甲乙双方应另行签订书面协议。</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2、本合同终止时，双方应检查商铺内设备、设施，设备、设施能正常运转并归还甲方，如有损坏的乙方应承担赔偿责任。</w:t>
      </w:r>
      <w:r>
        <w:rPr>
          <w:lang w:eastAsia="zh-CN"/>
        </w:rPr>
        <w:br/>
      </w:r>
      <w:r>
        <w:rPr>
          <w:lang w:eastAsia="zh-CN"/>
        </w:rPr>
        <w:t>　　3、本合同终止后，乙方应将该场地恢复原样，逾期搬迁的，应向甲方支付占有期间的租金及产生的各种费用。</w:t>
      </w:r>
      <w:r>
        <w:rPr>
          <w:lang w:eastAsia="zh-CN"/>
        </w:rPr>
        <w:br/>
      </w:r>
      <w:r>
        <w:rPr>
          <w:lang w:eastAsia="zh-CN"/>
        </w:rPr>
        <w:t>　　4、同等条件下，乙方在合同期满后，有优先续租权。</w:t>
      </w:r>
      <w:r>
        <w:rPr>
          <w:lang w:eastAsia="zh-CN"/>
        </w:rPr>
        <w:br/>
      </w:r>
      <w:r>
        <w:rPr>
          <w:lang w:eastAsia="zh-CN"/>
        </w:rPr>
        <w:t>　　第七条违约金及违约责任</w:t>
      </w:r>
      <w:r>
        <w:rPr>
          <w:lang w:eastAsia="zh-CN"/>
        </w:rPr>
        <w:br/>
      </w:r>
      <w:r>
        <w:rPr>
          <w:lang w:eastAsia="zh-CN"/>
        </w:rPr>
        <w:t>　　1、若甲方在乙方没有违反本合同的情况下提前解除合同或租给他人，视为甲方违约，负责赔偿乙方元。</w:t>
      </w:r>
      <w:r>
        <w:rPr>
          <w:lang w:eastAsia="zh-CN"/>
        </w:rPr>
        <w:br/>
      </w:r>
      <w:r>
        <w:rPr>
          <w:lang w:eastAsia="zh-CN"/>
        </w:rPr>
        <w:t>　　2、若乙方在甲方没有违反本合同的情况下提前解除合同，视为乙方违约，乙方负责赔偿甲方违约金元。</w:t>
      </w:r>
      <w:r>
        <w:rPr>
          <w:lang w:eastAsia="zh-CN"/>
        </w:rPr>
        <w:br/>
      </w:r>
      <w:r>
        <w:rPr>
          <w:lang w:eastAsia="zh-CN"/>
        </w:rPr>
        <w:t>　　3、若乙方将商铺擅自转租给第三方，视为违约，应支付违约金_____元。</w:t>
      </w:r>
      <w:r>
        <w:rPr>
          <w:lang w:eastAsia="zh-CN"/>
        </w:rPr>
        <w:br/>
      </w:r>
      <w:r>
        <w:rPr>
          <w:lang w:eastAsia="zh-CN"/>
        </w:rPr>
        <w:t>　　4、若乙方不按期支付甲方租金及各项费用情况下，视为违约，甲方有权终止本合同收回商铺，甲方从乙方租赁保证金中扣除乙方应缴纳的租金及各项费用后，将余额无息退予乙方，若乙方风险抵押金总额不足以支付甲方租金及各项费用，乙方应在2日内将余额补交甲方。</w:t>
      </w:r>
      <w:r>
        <w:rPr>
          <w:lang w:eastAsia="zh-CN"/>
        </w:rPr>
        <w:br/>
      </w:r>
      <w:r>
        <w:rPr>
          <w:lang w:eastAsia="zh-CN"/>
        </w:rPr>
        <w:t>　　5、乙方如果严重违反《商场经营管理公约》以及商场管理制度的情况下，甲方视其违约，甲方有权终止本合同并收回商铺，乙方承担由此产生的相关责任。</w:t>
      </w:r>
      <w:r>
        <w:rPr>
          <w:lang w:eastAsia="zh-CN"/>
        </w:rPr>
        <w:br/>
      </w:r>
      <w:r>
        <w:rPr>
          <w:lang w:eastAsia="zh-CN"/>
        </w:rPr>
        <w:t>　　第八条免责条件</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若租赁商铺因不可抗力的自然灾害导致损毁或造成承租人损失的。双方互不承担责任。</w:t>
      </w:r>
      <w:r>
        <w:rPr>
          <w:lang w:eastAsia="zh-CN"/>
        </w:rPr>
        <w:br/>
      </w:r>
      <w:r>
        <w:rPr>
          <w:lang w:eastAsia="zh-CN"/>
        </w:rPr>
        <w:t>　　第九条争议的解决方式</w:t>
      </w:r>
      <w:r>
        <w:rPr>
          <w:lang w:eastAsia="zh-CN"/>
        </w:rPr>
        <w:br/>
      </w:r>
      <w:r>
        <w:rPr>
          <w:lang w:eastAsia="zh-CN"/>
        </w:rPr>
        <w:t>　　本合同在履行中如发生争议，双方应友好协商解决，协商不成时，任何一方均可以向商场所在地人民法院起诉。</w:t>
      </w:r>
      <w:r>
        <w:rPr>
          <w:lang w:eastAsia="zh-CN"/>
        </w:rPr>
        <w:br/>
      </w:r>
      <w:r>
        <w:rPr>
          <w:lang w:eastAsia="zh-CN"/>
        </w:rPr>
        <w:t>　　第十条其它事项</w:t>
      </w:r>
      <w:r>
        <w:rPr>
          <w:lang w:eastAsia="zh-CN"/>
        </w:rPr>
        <w:br/>
      </w:r>
      <w:r>
        <w:rPr>
          <w:lang w:eastAsia="zh-CN"/>
        </w:rPr>
        <w:t>　　1、本合同如有未尽事宜，经甲、乙双方共同协商，另行签订补充协议。</w:t>
      </w:r>
      <w:r>
        <w:rPr>
          <w:lang w:eastAsia="zh-CN"/>
        </w:rPr>
        <w:br/>
      </w:r>
      <w:r>
        <w:rPr>
          <w:lang w:eastAsia="zh-CN"/>
        </w:rPr>
        <w:t>　　2、附件</w:t>
      </w:r>
      <w:r>
        <w:rPr>
          <w:lang w:eastAsia="zh-CN"/>
        </w:rPr>
        <w:br/>
      </w:r>
      <w:r>
        <w:rPr>
          <w:lang w:eastAsia="zh-CN"/>
        </w:rPr>
        <w:t>　　(1)甲方产权证明文件略</w:t>
      </w:r>
      <w:r>
        <w:rPr>
          <w:lang w:eastAsia="zh-CN"/>
        </w:rPr>
        <w:br/>
      </w:r>
      <w:r>
        <w:rPr>
          <w:lang w:eastAsia="zh-CN"/>
        </w:rPr>
        <w:t>　　(2)乙方身份证复印件略</w:t>
      </w:r>
      <w:r>
        <w:rPr>
          <w:lang w:eastAsia="zh-CN"/>
        </w:rPr>
        <w:br/>
      </w:r>
      <w:r>
        <w:rPr>
          <w:lang w:eastAsia="zh-CN"/>
        </w:rPr>
        <w:t>　　3、商场结算方式：</w:t>
      </w:r>
      <w:r>
        <w:rPr>
          <w:lang w:eastAsia="zh-CN"/>
        </w:rPr>
        <w:br/>
      </w:r>
      <w:r>
        <w:rPr>
          <w:lang w:eastAsia="zh-CN"/>
        </w:rPr>
        <w:t>　　商场采取统一收费方式进行经营管理，商场财务部以天为一个周期进行结算;商场统一办理结算银行卡，此卡由财务部发给方，由甲乙双方自行商定;</w:t>
      </w:r>
      <w:r>
        <w:rPr>
          <w:lang w:eastAsia="zh-CN"/>
        </w:rPr>
        <w:br/>
      </w:r>
      <w:r>
        <w:rPr>
          <w:lang w:eastAsia="zh-CN"/>
        </w:rPr>
        <w:t>　　4、本合同自甲乙双方签字盖章之日起生效，本合同一式两份，甲乙双方各执一份，均有同等法律效力。</w:t>
      </w:r>
      <w:r>
        <w:rPr>
          <w:lang w:eastAsia="zh-CN"/>
        </w:rPr>
        <w:br/>
      </w:r>
      <w:r>
        <w:rPr>
          <w:lang w:eastAsia="zh-CN"/>
        </w:rPr>
        <w:t>　　甲方：____________________乙方：____________________</w:t>
      </w:r>
      <w:r>
        <w:rPr>
          <w:lang w:eastAsia="zh-CN"/>
        </w:rPr>
        <w:br/>
      </w:r>
      <w:r>
        <w:rPr>
          <w:lang w:eastAsia="zh-CN"/>
        </w:rPr>
        <w:t>　　联系人：____________________联系人：____________________</w:t>
      </w:r>
      <w:r>
        <w:rPr>
          <w:lang w:eastAsia="zh-CN"/>
        </w:rPr>
        <w:br/>
      </w:r>
      <w:r>
        <w:rPr>
          <w:lang w:eastAsia="zh-CN"/>
        </w:rPr>
        <w:t>　　电话：____________________电话：____________________</w:t>
      </w:r>
      <w:r>
        <w:rPr>
          <w:lang w:eastAsia="zh-CN"/>
        </w:rPr>
        <w:br/>
      </w:r>
      <w:r>
        <w:rPr>
          <w:lang w:eastAsia="zh-CN"/>
        </w:rPr>
        <w:t>　　身份证号：____________________身份证号：____________________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户口所在地联系电话：___________</w:t>
      </w:r>
      <w:r>
        <w:rPr>
          <w:lang w:eastAsia="zh-CN"/>
        </w:rPr>
        <w:br/>
      </w:r>
      <w:r>
        <w:rPr>
          <w:lang w:eastAsia="zh-CN"/>
        </w:rPr>
        <w:t>　　户口所在地邮编：______________</w:t>
      </w:r>
      <w:r>
        <w:rPr>
          <w:lang w:eastAsia="zh-CN"/>
        </w:rPr>
        <w:br/>
      </w:r>
      <w:r>
        <w:rPr>
          <w:lang w:eastAsia="zh-CN"/>
        </w:rPr>
        <w:t>　　编号：____________________</w:t>
      </w:r>
      <w:r>
        <w:rPr>
          <w:lang w:eastAsia="zh-CN"/>
        </w:rPr>
        <w:br/>
      </w:r>
      <w:r>
        <w:rPr>
          <w:lang w:eastAsia="zh-CN"/>
        </w:rPr>
        <w:t>　　商铺号：____________________</w:t>
      </w:r>
      <w:r>
        <w:rPr>
          <w:lang w:eastAsia="zh-CN"/>
        </w:rPr>
        <w:br/>
      </w:r>
      <w:r>
        <w:rPr>
          <w:lang w:eastAsia="zh-CN"/>
        </w:rPr>
        <w:t>　　经营者：____________________</w:t>
      </w:r>
      <w:r>
        <w:rPr>
          <w:lang w:eastAsia="zh-CN"/>
        </w:rPr>
        <w:br/>
      </w:r>
      <w:r>
        <w:rPr>
          <w:lang w:eastAsia="zh-CN"/>
        </w:rPr>
        <w:t>　　签订日期：___________________</w:t>
      </w:r>
      <w:r>
        <w:rPr>
          <w:lang w:eastAsia="zh-CN"/>
        </w:rPr>
        <w:br/>
      </w:r>
      <w:r>
        <w:rPr>
          <w:lang w:eastAsia="zh-CN"/>
        </w:rPr>
        <w:t xml:space="preserve">    简单店面转让协议范文 篇7 </w:t>
      </w:r>
      <w:r>
        <w:rPr>
          <w:lang w:eastAsia="zh-CN"/>
        </w:rPr>
        <w:br/>
      </w:r>
      <w:r>
        <w:rPr>
          <w:lang w:eastAsia="zh-CN"/>
        </w:rPr>
        <w:t>　　店面转让协议书</w:t>
      </w:r>
      <w:r>
        <w:rPr>
          <w:lang w:eastAsia="zh-CN"/>
        </w:rPr>
        <w:br/>
      </w:r>
      <w:r>
        <w:rPr>
          <w:lang w:eastAsia="zh-CN"/>
        </w:rPr>
        <w:t>　　转让方（甲方）：__________身份证号码：__________________</w:t>
      </w:r>
      <w:r>
        <w:rPr>
          <w:lang w:eastAsia="zh-CN"/>
        </w:rPr>
        <w:br/>
      </w:r>
      <w:r>
        <w:rPr>
          <w:lang w:eastAsia="zh-CN"/>
        </w:rPr>
        <w:t>　　顶让方（乙方）：__________身份证号码：__________________</w:t>
      </w:r>
      <w:r>
        <w:rPr>
          <w:lang w:eastAsia="zh-CN"/>
        </w:rPr>
        <w:br/>
      </w:r>
      <w:r>
        <w:rPr>
          <w:lang w:eastAsia="zh-CN"/>
        </w:rPr>
        <w:t>　　甲、乙、双方经友好协商，就店铺转让事宜达成以下协议：</w:t>
      </w:r>
      <w:r>
        <w:rPr>
          <w:lang w:eastAsia="zh-CN"/>
        </w:rPr>
        <w:br/>
      </w:r>
      <w:r>
        <w:rPr>
          <w:lang w:eastAsia="zh-CN"/>
        </w:rPr>
        <w:t>　　一、甲方同意将自己位于_______省________县_________街________________店铺转让给乙方使用，建筑面积为_____平方米；并保证乙方同等享有甲方在原有房屋租赁合同中所享有的权利与义务。</w:t>
      </w:r>
      <w:r>
        <w:rPr>
          <w:lang w:eastAsia="zh-CN"/>
        </w:rPr>
        <w:br/>
      </w:r>
      <w:r>
        <w:rPr>
          <w:lang w:eastAsia="zh-CN"/>
        </w:rPr>
        <w:t>　　二、店铺转让给乙方后，乙方同意代替甲方履行原有店铺租赁合同中所规定的条款，并且定期交纳租金及该合同所约定的应由甲方交纳的水电费及其他各项费用。</w:t>
      </w:r>
      <w:r>
        <w:rPr>
          <w:lang w:eastAsia="zh-CN"/>
        </w:rPr>
        <w:br/>
      </w:r>
      <w:r>
        <w:rPr>
          <w:lang w:eastAsia="zh-CN"/>
        </w:rPr>
        <w:t>　　三、转让后店铺现有的装修、装饰及其他所有设备和房屋装修等；营业设备等全部归乙方。</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四、乙方在_____年_____月_____日向甲方支付转让费共计人民币__________元整，（大写：人民币_______________元整）</w:t>
      </w:r>
      <w:r>
        <w:rPr>
          <w:lang w:eastAsia="zh-CN"/>
        </w:rPr>
        <w:br/>
      </w:r>
      <w:r>
        <w:rPr>
          <w:lang w:eastAsia="zh-CN"/>
        </w:rPr>
        <w:t>　　五、乙方接手前该店铺所有的一切债权、债务均由甲方负责；接手后的一切经营行为及产生的债权、债务由乙方负责。</w:t>
      </w:r>
      <w:r>
        <w:rPr>
          <w:lang w:eastAsia="zh-CN"/>
        </w:rPr>
        <w:br/>
      </w:r>
      <w:r>
        <w:rPr>
          <w:lang w:eastAsia="zh-CN"/>
        </w:rPr>
        <w:t>　　六、如因自然灾害等不可抗因素导致乙方经营受损的与甲方无关，但遇政府规划，国家征用拆迁店铺，其有关补偿归乙方。</w:t>
      </w:r>
      <w:r>
        <w:rPr>
          <w:lang w:eastAsia="zh-CN"/>
        </w:rPr>
        <w:br/>
      </w:r>
      <w:r>
        <w:rPr>
          <w:lang w:eastAsia="zh-CN"/>
        </w:rPr>
        <w:t>　　七、本合同一式两份，双方各执一份，自双方签字之日起生效。</w:t>
      </w:r>
      <w:r>
        <w:rPr>
          <w:lang w:eastAsia="zh-CN"/>
        </w:rPr>
        <w:br/>
      </w:r>
      <w:r>
        <w:rPr>
          <w:lang w:eastAsia="zh-CN"/>
        </w:rPr>
        <w:t>　　甲方（签章）：乙方（签章）：</w:t>
      </w:r>
      <w:r>
        <w:rPr>
          <w:lang w:eastAsia="zh-CN"/>
        </w:rPr>
        <w:br/>
      </w:r>
      <w:r>
        <w:rPr>
          <w:lang w:eastAsia="zh-CN"/>
        </w:rPr>
        <w:t>　　联系电话：联系电话：</w:t>
      </w:r>
      <w:r>
        <w:rPr>
          <w:lang w:eastAsia="zh-CN"/>
        </w:rPr>
        <w:br/>
      </w:r>
      <w:r>
        <w:rPr>
          <w:lang w:eastAsia="zh-CN"/>
        </w:rPr>
        <w:t>　　日期：日期：</w:t>
      </w:r>
      <w:r>
        <w:rPr>
          <w:lang w:eastAsia="zh-CN"/>
        </w:rPr>
        <w:br/>
      </w:r>
      <w:r>
        <w:rPr>
          <w:lang w:eastAsia="zh-CN"/>
        </w:rPr>
        <w:t xml:space="preserve">    简单店面转让协议范文 篇8 </w:t>
      </w:r>
      <w:r>
        <w:rPr>
          <w:lang w:eastAsia="zh-CN"/>
        </w:rPr>
        <w:br/>
      </w:r>
      <w:r>
        <w:rPr>
          <w:lang w:eastAsia="zh-CN"/>
        </w:rPr>
        <w:t>　　甲方：(转让方)</w:t>
      </w:r>
      <w:r>
        <w:rPr>
          <w:lang w:eastAsia="zh-CN"/>
        </w:rPr>
        <w:br/>
      </w:r>
      <w:r>
        <w:rPr>
          <w:lang w:eastAsia="zh-CN"/>
        </w:rPr>
        <w:t>　　乙方：(受让方)</w:t>
      </w:r>
      <w:r>
        <w:rPr>
          <w:lang w:eastAsia="zh-CN"/>
        </w:rPr>
        <w:br/>
      </w:r>
      <w:r>
        <w:rPr>
          <w:lang w:eastAsia="zh-CN"/>
        </w:rPr>
        <w:t>　　根据《合同法》，就甲方将位于 的商铺，转让给乙方一事，甲乙双方经友好协商，就店面转让达成以下协议：</w:t>
      </w:r>
      <w:r>
        <w:rPr>
          <w:lang w:eastAsia="zh-CN"/>
        </w:rPr>
        <w:br/>
      </w:r>
      <w:r>
        <w:rPr>
          <w:lang w:eastAsia="zh-CN"/>
        </w:rPr>
        <w:t>　　第一条 甲方 年 月 日起将位于 商场层 号商铺{面积 平方米}转让给乙方使用。</w:t>
      </w:r>
      <w:r>
        <w:rPr>
          <w:lang w:eastAsia="zh-CN"/>
        </w:rPr>
        <w:br/>
      </w:r>
      <w:r>
        <w:rPr>
          <w:lang w:eastAsia="zh-CN"/>
        </w:rPr>
        <w:t>　　第二条 该店铺所有权证号码</w:t>
      </w:r>
      <w:r>
        <w:rPr>
          <w:lang w:eastAsia="zh-CN"/>
        </w:rPr>
        <w:br/>
      </w:r>
      <w:r>
        <w:rPr>
          <w:lang w:eastAsia="zh-CN"/>
        </w:rPr>
        <w:t>　　为 ，产权为 商场。 商场与甲方签订了租赁合同，合同到期时间为 年 月 日，月租为人民币 元，店面交给乙方使用后，乙方同意代替甲方向 商场履行租赁合同，每月交纳该合同约定由甲交纳的租金等各项费用。</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第三条 乙方一次性向甲方支付转让费人民币 元(小写： 元)，除此之外甲方不得以任何理由向乙方索取任何其他费用。</w:t>
      </w:r>
      <w:r>
        <w:rPr>
          <w:lang w:eastAsia="zh-CN"/>
        </w:rPr>
        <w:br/>
      </w:r>
      <w:r>
        <w:rPr>
          <w:lang w:eastAsia="zh-CN"/>
        </w:rPr>
        <w:t>　　第四条 甲方必须保证在甲方与 商场合同期限内乙方可以正常经营。</w:t>
      </w:r>
      <w:r>
        <w:rPr>
          <w:lang w:eastAsia="zh-CN"/>
        </w:rPr>
        <w:br/>
      </w:r>
      <w:r>
        <w:rPr>
          <w:lang w:eastAsia="zh-CN"/>
        </w:rPr>
        <w:t>　　第五条 自合同签订之日起乙方拥有对该店铺一切经营权利甲方不得以任何理由收回。</w:t>
      </w:r>
      <w:r>
        <w:rPr>
          <w:lang w:eastAsia="zh-CN"/>
        </w:rPr>
        <w:br/>
      </w:r>
      <w:r>
        <w:rPr>
          <w:lang w:eastAsia="zh-CN"/>
        </w:rPr>
        <w:t>　　第六条 该店铺的营业执照由甲方办理，经营范围为 。甲方与 商场的租用期内继续以甲方名义办理营业执照，税务登记等相关手续，相关费用及由乙方经营引起的债权债务全部由乙方负责，与甲方无关;乙方接手前，该店铺的所欠一切债务由甲方负责偿还，与乙方无关。</w:t>
      </w:r>
      <w:r>
        <w:rPr>
          <w:lang w:eastAsia="zh-CN"/>
        </w:rPr>
        <w:br/>
      </w:r>
      <w:r>
        <w:rPr>
          <w:lang w:eastAsia="zh-CN"/>
        </w:rPr>
        <w:t>　　第七条 甲方与 商场的合同期满后由甲方负责协调乙方和 商场签订该店铺的续约合同，如遇特殊</w:t>
      </w:r>
      <w:r>
        <w:rPr>
          <w:lang w:eastAsia="zh-CN"/>
        </w:rPr>
        <w:br/>
      </w:r>
      <w:r>
        <w:rPr>
          <w:lang w:eastAsia="zh-CN"/>
        </w:rPr>
        <w:t>　　原因甲方与 商场合同期满后无法协调乙方与 商场签订该店铺的续约合同，甲方有义务继续以甲方名义和 商场签订该商铺的续约合同，直至乙方顺利以乙方名义与 商场签订该店铺的租赁合同为止。</w:t>
      </w:r>
      <w:r>
        <w:rPr>
          <w:lang w:eastAsia="zh-CN"/>
        </w:rPr>
        <w:br/>
      </w:r>
      <w:r>
        <w:rPr>
          <w:lang w:eastAsia="zh-CN"/>
        </w:rPr>
        <w:t>　　第八条 如甲方与 商场合同期限内乙方无法正常经营，或甲方与 商场的合同期满后甲方无法履行合同第七条之约定，甲方必须无条件退还乙方转让费 元整并承担一切相关之违约责任。</w:t>
      </w:r>
      <w:r>
        <w:rPr>
          <w:lang w:eastAsia="zh-CN"/>
        </w:rPr>
        <w:br/>
      </w:r>
      <w:r>
        <w:rPr>
          <w:lang w:eastAsia="zh-CN"/>
        </w:rPr>
        <w:t>　　第九条 如乙方顺利和 商场签订该商铺的租赁合同商场押金由乙方负责交付该商铺之前的押金仍归甲方所有。</w:t>
      </w:r>
      <w:r>
        <w:rPr>
          <w:lang w:eastAsia="zh-CN"/>
        </w:rPr>
        <w:br/>
      </w:r>
      <w:r>
        <w:rPr>
          <w:lang w:eastAsia="zh-CN"/>
        </w:rPr>
        <w:t>　　第十条 合同一式两份，甲乙双方各式一份，具有相同法律效力。</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甲方： 乙方：</w:t>
      </w:r>
      <w:r>
        <w:rPr>
          <w:lang w:eastAsia="zh-CN"/>
        </w:rPr>
        <w:br/>
      </w:r>
      <w:r>
        <w:rPr>
          <w:lang w:eastAsia="zh-CN"/>
        </w:rPr>
        <w:t xml:space="preserve">    简单店面转让协议范文 篇9 </w:t>
      </w:r>
      <w:r>
        <w:rPr>
          <w:lang w:eastAsia="zh-CN"/>
        </w:rPr>
        <w:br/>
      </w:r>
      <w:r>
        <w:rPr>
          <w:lang w:eastAsia="zh-CN"/>
        </w:rPr>
        <w:t>　　立契约书人赵钱即兴国商行(以下简称甲方)孙李(以下简称乙方)，双方兹就营业转让事宜，订立本契约，条件如下：</w:t>
      </w:r>
      <w:r>
        <w:rPr>
          <w:lang w:eastAsia="zh-CN"/>
        </w:rPr>
        <w:br/>
      </w:r>
      <w:r>
        <w:rPr>
          <w:lang w:eastAsia="zh-CN"/>
        </w:rPr>
        <w:t>　　一、转让标的：甲方愿将独资设立，坐落__市_路_号的兴国商行，转让予乙方经营。</w:t>
      </w:r>
      <w:r>
        <w:rPr>
          <w:lang w:eastAsia="zh-CN"/>
        </w:rPr>
        <w:br/>
      </w:r>
      <w:r>
        <w:rPr>
          <w:lang w:eastAsia="zh-CN"/>
        </w:rPr>
        <w:t>　　二、本件转让价格及其计算标准：</w:t>
      </w:r>
      <w:r>
        <w:rPr>
          <w:lang w:eastAsia="zh-CN"/>
        </w:rPr>
        <w:br/>
      </w:r>
      <w:r>
        <w:rPr>
          <w:lang w:eastAsia="zh-CN"/>
        </w:rPr>
        <w:t>　　(一)兴国商行全部生财器具，存货作价为人民币__万元。生财器具及存货另列清册交分别标明价格。</w:t>
      </w:r>
      <w:r>
        <w:rPr>
          <w:lang w:eastAsia="zh-CN"/>
        </w:rPr>
        <w:br/>
      </w:r>
      <w:r>
        <w:rPr>
          <w:lang w:eastAsia="zh-CN"/>
        </w:rPr>
        <w:t>　　(二)上列生财器具，存货经盘点如有增减变化数量，则依清册所记载价格，增减给付现金。</w:t>
      </w:r>
      <w:r>
        <w:rPr>
          <w:lang w:eastAsia="zh-CN"/>
        </w:rPr>
        <w:br/>
      </w:r>
      <w:r>
        <w:rPr>
          <w:lang w:eastAsia="zh-CN"/>
        </w:rPr>
        <w:t>　　(三)甲方应收未收款约计_万元(详移交清册)，悉数由乙方承受，不另计价。惟乙方应承受甲方对外所欠一切债务(详移交清册)。</w:t>
      </w:r>
      <w:r>
        <w:rPr>
          <w:lang w:eastAsia="zh-CN"/>
        </w:rPr>
        <w:br/>
      </w:r>
      <w:r>
        <w:rPr>
          <w:lang w:eastAsia="zh-CN"/>
        </w:rPr>
        <w:t>　　三、付款办法：于签订本契约的同时，乙方交付甲方_万元;其余款于点交完讫之日一次付清。</w:t>
      </w:r>
      <w:r>
        <w:rPr>
          <w:lang w:eastAsia="zh-CN"/>
        </w:rPr>
        <w:br/>
      </w:r>
      <w:r>
        <w:rPr>
          <w:lang w:eastAsia="zh-CN"/>
        </w:rPr>
        <w:t>　　四、点交日期及地点：双方订定________年____月____日为点交日期，并定于商行现场为点交地点。</w:t>
      </w:r>
      <w:r>
        <w:rPr>
          <w:lang w:eastAsia="zh-CN"/>
        </w:rPr>
        <w:br/>
      </w:r>
      <w:r>
        <w:rPr>
          <w:lang w:eastAsia="zh-CN"/>
        </w:rPr>
        <w:t>　　五、特约事项：</w:t>
      </w:r>
      <w:r>
        <w:rPr>
          <w:lang w:eastAsia="zh-CN"/>
        </w:rPr>
        <w:br/>
      </w:r>
      <w:r>
        <w:rPr>
          <w:lang w:eastAsia="zh-CN"/>
        </w:rPr>
        <w:t>　　(一)本件点交以前，所有甲方对外所欠一切债务，概由乙方承受教育，并由乙方将营业承受承担债务的情况通知各债权人。点交前所积欠一切税捐、水电费用、房租、员工薪资亦同。</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(二)商号名称或延用原名称，或变更名称，悉依乙方自便，甲方不得置同。甲方并应协同乙方办理商号变更登记手续，不得借故推辞。</w:t>
      </w:r>
      <w:r>
        <w:rPr>
          <w:lang w:eastAsia="zh-CN"/>
        </w:rPr>
        <w:br/>
      </w:r>
      <w:r>
        <w:rPr>
          <w:lang w:eastAsia="zh-CN"/>
        </w:rPr>
        <w:t>　　(三)商号现承租坐落__市_路_号的租赁权，由甲方让与乙方，并由甲方负责出租人与乙方办理续租________年，与乙方另行换立租约，如出租人不允许续租或要求增加租金或提出其他条件，致乙方受害时，甲方应负赔偿责任。</w:t>
      </w:r>
      <w:r>
        <w:rPr>
          <w:lang w:eastAsia="zh-CN"/>
        </w:rPr>
        <w:br/>
      </w:r>
      <w:r>
        <w:rPr>
          <w:lang w:eastAsia="zh-CN"/>
        </w:rPr>
        <w:t>　　六、违约处罚：任何一方违反本契所列各条情形之一，即视违约论，对方有权解除契约。如系乙方违约，愿将已付款项，任由甲方没收;若系甲方违约，则应按所收的款项加倍返还以为违约处罚。若有其它损害，仍得请求赔偿。</w:t>
      </w:r>
      <w:r>
        <w:rPr>
          <w:lang w:eastAsia="zh-CN"/>
        </w:rPr>
        <w:br/>
      </w:r>
      <w:r>
        <w:rPr>
          <w:lang w:eastAsia="zh-CN"/>
        </w:rPr>
        <w:t>　　七、甲乙双方应各觅保证人，对甲乙双方的违约对他方应负赔偿责任，愿各负连带赔偿之责，并均抛弃先诉抗辩权。</w:t>
      </w:r>
      <w:r>
        <w:rPr>
          <w:lang w:eastAsia="zh-CN"/>
        </w:rPr>
        <w:br/>
      </w:r>
      <w:r>
        <w:rPr>
          <w:lang w:eastAsia="zh-CN"/>
        </w:rPr>
        <w:t>　　八、本契约一式四份，由甲乙双方及保证人各执一份为凭。</w:t>
      </w:r>
      <w:r>
        <w:rPr>
          <w:lang w:eastAsia="zh-CN"/>
        </w:rPr>
        <w:br/>
      </w:r>
      <w:r>
        <w:rPr>
          <w:lang w:eastAsia="zh-CN"/>
        </w:rPr>
        <w:t>　　立契约书人</w:t>
      </w:r>
      <w:r>
        <w:rPr>
          <w:lang w:eastAsia="zh-CN"/>
        </w:rPr>
        <w:br/>
      </w:r>
      <w:r>
        <w:rPr>
          <w:lang w:eastAsia="zh-CN"/>
        </w:rPr>
        <w:t>　　甲方：</w:t>
      </w:r>
      <w:r>
        <w:rPr>
          <w:lang w:eastAsia="zh-CN"/>
        </w:rPr>
        <w:br/>
      </w:r>
      <w:r>
        <w:rPr>
          <w:lang w:eastAsia="zh-CN"/>
        </w:rPr>
        <w:t>　　保证人：</w:t>
      </w:r>
      <w:r>
        <w:rPr>
          <w:lang w:eastAsia="zh-CN"/>
        </w:rPr>
        <w:br/>
      </w:r>
      <w:r>
        <w:rPr>
          <w:lang w:eastAsia="zh-CN"/>
        </w:rPr>
        <w:t>　　乙方：</w:t>
      </w:r>
      <w:r>
        <w:rPr>
          <w:lang w:eastAsia="zh-CN"/>
        </w:rPr>
        <w:br/>
      </w:r>
      <w:r>
        <w:rPr>
          <w:lang w:eastAsia="zh-CN"/>
        </w:rPr>
        <w:t>　　保证人：</w:t>
      </w:r>
      <w:r>
        <w:rPr>
          <w:lang w:eastAsia="zh-CN"/>
        </w:rPr>
        <w:br/>
      </w:r>
      <w:r>
        <w:rPr>
          <w:lang w:eastAsia="zh-CN"/>
        </w:rPr>
        <w:t>　　5.甲方在乙方进行安装调试时应给予协助和协调各方关系，乙方应及时提出需要甲方协助和协调的内容，以便保证合同的正常履行;</w:t>
      </w:r>
      <w:r>
        <w:rPr>
          <w:lang w:eastAsia="zh-CN"/>
        </w:rPr>
        <w:br/>
      </w:r>
      <w:r>
        <w:rPr>
          <w:lang w:eastAsia="zh-CN"/>
        </w:rPr>
        <w:t>　　6.甲方对乙方的技术及商业机密予以保密;</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7.乙方有权按照合同，要求甲方支付相应款项;</w:t>
      </w:r>
      <w:r>
        <w:rPr>
          <w:lang w:eastAsia="zh-CN"/>
        </w:rPr>
        <w:br/>
      </w:r>
      <w:r>
        <w:rPr>
          <w:lang w:eastAsia="zh-CN"/>
        </w:rPr>
        <w:t>　　8.乙方有权在实施安装调试时，提出合乎情理的协助要求;</w:t>
      </w:r>
      <w:r>
        <w:rPr>
          <w:lang w:eastAsia="zh-CN"/>
        </w:rPr>
        <w:br/>
      </w:r>
      <w:r>
        <w:rPr>
          <w:lang w:eastAsia="zh-CN"/>
        </w:rPr>
        <w:t>　　9.双方指定联系人，所有保修过程均应由双方经手人签字纪录。</w:t>
      </w:r>
      <w:r>
        <w:rPr>
          <w:lang w:eastAsia="zh-CN"/>
        </w:rPr>
        <w:br/>
      </w:r>
      <w:r>
        <w:rPr>
          <w:lang w:eastAsia="zh-CN"/>
        </w:rPr>
        <w:t>　　五，争议</w:t>
      </w:r>
      <w:r>
        <w:rPr>
          <w:lang w:eastAsia="zh-CN"/>
        </w:rPr>
        <w:br/>
      </w:r>
      <w:r>
        <w:rPr>
          <w:lang w:eastAsia="zh-CN"/>
        </w:rPr>
        <w:t>　　双方本着友好合作的态度，对合同履行过程中发生的违约行为进行及时的协商解决，如不能协商解决可通过法律诉讼解决。</w:t>
      </w:r>
      <w:r>
        <w:rPr>
          <w:lang w:eastAsia="zh-CN"/>
        </w:rPr>
        <w:br/>
      </w:r>
      <w:r>
        <w:rPr>
          <w:lang w:eastAsia="zh-CN"/>
        </w:rPr>
        <w:t>　　六，其它</w:t>
      </w:r>
      <w:r>
        <w:rPr>
          <w:lang w:eastAsia="zh-CN"/>
        </w:rPr>
        <w:br/>
      </w:r>
      <w:r>
        <w:rPr>
          <w:lang w:eastAsia="zh-CN"/>
        </w:rPr>
        <w:t>　　1.本合同一式四份，甲乙双方各执一份，政府采购管理办公室一份，政府采购中心一份;</w:t>
      </w:r>
      <w:r>
        <w:rPr>
          <w:lang w:eastAsia="zh-CN"/>
        </w:rPr>
        <w:br/>
      </w:r>
      <w:r>
        <w:rPr>
          <w:lang w:eastAsia="zh-CN"/>
        </w:rPr>
        <w:t>　　2.本合同自签订之日起生效;</w:t>
      </w:r>
      <w:r>
        <w:rPr>
          <w:lang w:eastAsia="zh-CN"/>
        </w:rPr>
        <w:br/>
      </w:r>
      <w:r>
        <w:rPr>
          <w:lang w:eastAsia="zh-CN"/>
        </w:rPr>
        <w:t>　　3.本项目的招标文件，投标文件，中标通知书是合同的附件，与合同具有同等的法律效力;</w:t>
      </w:r>
      <w:r>
        <w:rPr>
          <w:lang w:eastAsia="zh-CN"/>
        </w:rPr>
        <w:br/>
      </w:r>
      <w:r>
        <w:rPr>
          <w:lang w:eastAsia="zh-CN"/>
        </w:rPr>
        <w:t>　　4.其它未尽事宜，由双方友好协商解决，并参照《民法典》有关条款执行。</w:t>
      </w:r>
      <w:r>
        <w:rPr>
          <w:lang w:eastAsia="zh-CN"/>
        </w:rPr>
        <w:br/>
      </w:r>
      <w:r>
        <w:rPr>
          <w:lang w:eastAsia="zh-CN"/>
        </w:rPr>
        <w:t>　　甲方(印章)：____________________乙方(印章)：____________________</w:t>
      </w:r>
      <w:r>
        <w:rPr>
          <w:lang w:eastAsia="zh-CN"/>
        </w:rPr>
        <w:br/>
      </w:r>
      <w:r>
        <w:rPr>
          <w:lang w:eastAsia="zh-CN"/>
        </w:rPr>
        <w:t>　　甲方代表(签字)：____________________乙方代表(签字)：____________________</w:t>
      </w:r>
      <w:r>
        <w:rPr>
          <w:lang w:eastAsia="zh-CN"/>
        </w:rPr>
        <w:br/>
      </w:r>
      <w:r>
        <w:rPr>
          <w:lang w:eastAsia="zh-CN"/>
        </w:rPr>
        <w:t>　　地址：____________________地址：____________________</w:t>
      </w:r>
      <w:r>
        <w:rPr>
          <w:lang w:eastAsia="zh-CN"/>
        </w:rPr>
        <w:br/>
      </w:r>
      <w:r>
        <w:rPr>
          <w:lang w:eastAsia="zh-CN"/>
        </w:rPr>
        <w:t>　　电话：____________________电话：____________________</w:t>
      </w:r>
      <w:r>
        <w:rPr>
          <w:lang w:eastAsia="zh-CN"/>
        </w:rPr>
        <w:br/>
      </w:r>
      <w:r>
        <w:rPr>
          <w:lang w:eastAsia="zh-CN"/>
        </w:rPr>
        <w:t>　　日期：____________________</w:t>
      </w:r>
      <w:r>
        <w:rPr>
          <w:lang w:eastAsia="zh-CN"/>
        </w:rPr>
        <w:br/>
      </w:r>
      <w:r>
        <w:rPr>
          <w:lang w:eastAsia="zh-CN"/>
        </w:rPr>
        <w:t>　　见证方：____________________政府采购中心</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见证方代表(签字)：</w:t>
      </w:r>
      <w:r>
        <w:rPr>
          <w:lang w:eastAsia="zh-CN"/>
        </w:rPr>
        <w:br/>
      </w:r>
      <w:r>
        <w:rPr>
          <w:lang w:eastAsia="zh-CN"/>
        </w:rPr>
        <w:t>　　地址：____________________</w:t>
      </w:r>
      <w:r>
        <w:rPr>
          <w:lang w:eastAsia="zh-CN"/>
        </w:rPr>
        <w:br/>
      </w:r>
      <w:r>
        <w:rPr>
          <w:lang w:eastAsia="zh-CN"/>
        </w:rPr>
        <w:t xml:space="preserve">    简单店面转让协议范文 篇10 </w:t>
      </w:r>
      <w:r>
        <w:rPr>
          <w:lang w:eastAsia="zh-CN"/>
        </w:rPr>
        <w:br/>
      </w:r>
      <w:r>
        <w:rPr>
          <w:lang w:eastAsia="zh-CN"/>
        </w:rPr>
        <w:t>　　转让方(甲方)：__________________ 身份证号码：___________________</w:t>
      </w:r>
      <w:r>
        <w:rPr>
          <w:lang w:eastAsia="zh-CN"/>
        </w:rPr>
        <w:br/>
      </w:r>
      <w:r>
        <w:rPr>
          <w:lang w:eastAsia="zh-CN"/>
        </w:rPr>
        <w:t>　　顶让方(乙方)：__________________ 身份证号码：___________________</w:t>
      </w:r>
      <w:r>
        <w:rPr>
          <w:lang w:eastAsia="zh-CN"/>
        </w:rPr>
        <w:br/>
      </w:r>
      <w:r>
        <w:rPr>
          <w:lang w:eastAsia="zh-CN"/>
        </w:rPr>
        <w:t>　　房东(丙方)： ___________________ 身份证号码：___________________</w:t>
      </w:r>
      <w:r>
        <w:rPr>
          <w:lang w:eastAsia="zh-CN"/>
        </w:rPr>
        <w:br/>
      </w:r>
      <w:r>
        <w:rPr>
          <w:lang w:eastAsia="zh-CN"/>
        </w:rPr>
        <w:t>　　甲、乙、丙三方经友好协商，就店铺转让事宜达成以下协议：</w:t>
      </w:r>
      <w:r>
        <w:rPr>
          <w:lang w:eastAsia="zh-CN"/>
        </w:rPr>
        <w:br/>
      </w:r>
      <w:r>
        <w:rPr>
          <w:lang w:eastAsia="zh-CN"/>
        </w:rPr>
        <w:t>　　一、丙方同意甲方将自己位于__街(路)__号的店铺(原为：__)转让给乙方使用，建筑面积为平方米;并保证乙方同等享有甲方在原有房屋租赁合同中所享有的权利与义务。</w:t>
      </w:r>
      <w:r>
        <w:rPr>
          <w:lang w:eastAsia="zh-CN"/>
        </w:rPr>
        <w:br/>
      </w:r>
      <w:r>
        <w:rPr>
          <w:lang w:eastAsia="zh-CN"/>
        </w:rPr>
        <w:t>　　二、丙方与甲方已签订了租赁合同，租期到20__年__月__日止，年租金为__元人民币(大写：__)，租金为每年交付一次，并于约定日期提前一个月交至丙方。店铺转让给乙方后，乙方同意代替甲方向丙方履行原有店铺租赁合同中所规定的条款，并且每年定期交纳租金及该合同所约定的应由甲方交纳的水电费及其他各项费用。</w:t>
      </w:r>
      <w:r>
        <w:rPr>
          <w:lang w:eastAsia="zh-CN"/>
        </w:rPr>
        <w:br/>
      </w:r>
      <w:r>
        <w:rPr>
          <w:lang w:eastAsia="zh-CN"/>
        </w:rPr>
        <w:t>　　三、转让后店铺现有的装修、装饰及其他所有设备全部归乙方所有，租赁期满后房屋装修等不动产归丙方所有，营业设备等动产归乙方(动产与不动产的划分按原有租赁合同执行)。</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四、乙方在20__年__月__日前一次性向甲方支付转让费共计人民币__元，(大写：__)，上述费用已包括第三条所述的装修、装饰、设备及其他相关费用，此外甲方不得再向乙方索取任何其他费用。</w:t>
      </w:r>
      <w:r>
        <w:rPr>
          <w:lang w:eastAsia="zh-CN"/>
        </w:rPr>
        <w:br/>
      </w:r>
      <w:r>
        <w:rPr>
          <w:lang w:eastAsia="zh-CN"/>
        </w:rPr>
        <w:t>　　五、甲方应该协助乙方办理该店铺的工商营业执照、卫生许可证等相关证件的过户手续，但相关费用由乙方负责;乙方接手前该店铺所有的一切债权、债务均由甲方负责;接手后的一切经营行为及产生的债权、债务由乙方负责。</w:t>
      </w:r>
      <w:r>
        <w:rPr>
          <w:lang w:eastAsia="zh-CN"/>
        </w:rPr>
        <w:br/>
      </w:r>
      <w:r>
        <w:rPr>
          <w:lang w:eastAsia="zh-CN"/>
        </w:rPr>
        <w:t>　　六、如乙方逾期交付转让金，除甲方交铺日期相应顺延外，乙方应每日向甲方支付转让费的千分之一作为违约金，逾期30日的，甲方有权解除合同，并且乙方必须按照转让费的10%向甲方支付违约金。如果由于甲方原因导致转让中止，甲方同样承担违约责任，并向乙方支付转让费的10%作为违约金。</w:t>
      </w:r>
      <w:r>
        <w:rPr>
          <w:lang w:eastAsia="zh-CN"/>
        </w:rPr>
        <w:br/>
      </w:r>
      <w:r>
        <w:rPr>
          <w:lang w:eastAsia="zh-CN"/>
        </w:rPr>
        <w:t>　　七、如因自然灾害等不可抗因素导致乙方经营受损的与甲方无关，但遇政府规划，国家征用拆迁店铺，其有关补偿归乙方。</w:t>
      </w:r>
      <w:r>
        <w:rPr>
          <w:lang w:eastAsia="zh-CN"/>
        </w:rPr>
        <w:br/>
      </w:r>
      <w:r>
        <w:rPr>
          <w:lang w:eastAsia="zh-CN"/>
        </w:rPr>
        <w:t>　　八、本合同一式三份，三方各执一份，自三方签字之日起生效。</w:t>
      </w:r>
      <w:r>
        <w:rPr>
          <w:lang w:eastAsia="zh-CN"/>
        </w:rPr>
        <w:br/>
      </w:r>
      <w:r>
        <w:rPr>
          <w:lang w:eastAsia="zh-CN"/>
        </w:rPr>
        <w:t>　　甲方签字(盖章)：______________</w:t>
      </w:r>
      <w:r>
        <w:rPr>
          <w:lang w:eastAsia="zh-CN"/>
        </w:rPr>
        <w:br/>
      </w:r>
      <w:r>
        <w:rPr>
          <w:lang w:eastAsia="zh-CN"/>
        </w:rPr>
        <w:t>　　日期：__________________________</w:t>
      </w:r>
      <w:r>
        <w:rPr>
          <w:lang w:eastAsia="zh-CN"/>
        </w:rPr>
        <w:br/>
      </w:r>
      <w:r>
        <w:rPr>
          <w:lang w:eastAsia="zh-CN"/>
        </w:rPr>
        <w:t>　　乙方签字(盖章)：______________</w:t>
      </w:r>
      <w:r>
        <w:rPr>
          <w:lang w:eastAsia="zh-CN"/>
        </w:rPr>
        <w:br/>
      </w:r>
      <w:r>
        <w:rPr>
          <w:lang w:eastAsia="zh-CN"/>
        </w:rPr>
        <w:t>　　日期：__________________________</w:t>
      </w:r>
      <w:r>
        <w:rPr>
          <w:lang w:eastAsia="zh-CN"/>
        </w:rPr>
        <w:br/>
      </w:r>
      <w:r>
        <w:rPr>
          <w:lang w:eastAsia="zh-CN"/>
        </w:rPr>
        <w:t>　　丙方签字(盖章)：______________</w:t>
      </w:r>
      <w:r>
        <w:rPr>
          <w:lang w:eastAsia="zh-CN"/>
        </w:rPr>
        <w:br/>
      </w:r>
      <w:r>
        <w:rPr>
          <w:lang w:eastAsia="zh-CN"/>
        </w:rPr>
        <w:t>　　日期：__________________________</w:t>
      </w:r>
      <w:r>
        <w:rPr>
          <w:lang w:eastAsia="zh-CN"/>
        </w:rPr>
        <w:br/>
      </w:r>
      <w:r>
        <w:rPr>
          <w:lang w:eastAsia="zh-CN"/>
        </w:rPr>
        <w:t xml:space="preserve">    简单店面转让协议范文 篇11 </w:t>
      </w:r>
      <w:r>
        <w:rPr>
          <w:lang w:eastAsia="zh-CN"/>
        </w:rPr>
        <w:br/>
      </w:r>
      <w:r>
        <w:rPr>
          <w:lang w:eastAsia="zh-CN"/>
        </w:rPr>
        <w:t>　　转让方（甲方）：身份证号码：</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转让方（乙方）：身份证号码：</w:t>
      </w:r>
      <w:r>
        <w:rPr>
          <w:lang w:eastAsia="zh-CN"/>
        </w:rPr>
        <w:br/>
      </w:r>
      <w:r>
        <w:rPr>
          <w:lang w:eastAsia="zh-CN"/>
        </w:rPr>
        <w:t>　　甲、乙双方经友好协商，就店面转让事宜达成以下本店面转让合同书范本内容：</w:t>
      </w:r>
      <w:r>
        <w:rPr>
          <w:lang w:eastAsia="zh-CN"/>
        </w:rPr>
        <w:br/>
      </w:r>
      <w:r>
        <w:rPr>
          <w:lang w:eastAsia="zh-CN"/>
        </w:rPr>
        <w:t>　　一、甲方将自己位于店面（原为：）转让给乙方使用，并保证乙方同等享有甲方在原有房屋租赁合同中所享有的权利与义务。</w:t>
      </w:r>
      <w:r>
        <w:rPr>
          <w:lang w:eastAsia="zh-CN"/>
        </w:rPr>
        <w:br/>
      </w:r>
      <w:r>
        <w:rPr>
          <w:lang w:eastAsia="zh-CN"/>
        </w:rPr>
        <w:t>　　二、乙方与甲方已签订了租赁合同，租期到止，年租金为_元人民币（大写：整），租金为一次性交清，并于约定日期提前一个月交至甲方。店面转让给乙方后，乙方履行原有店面租赁合同中所规定的条款，并且定期交纳租金及该合同所约定的应由甲方交纳的水电费及其他各项费用。</w:t>
      </w:r>
      <w:r>
        <w:rPr>
          <w:lang w:eastAsia="zh-CN"/>
        </w:rPr>
        <w:br/>
      </w:r>
      <w:r>
        <w:rPr>
          <w:lang w:eastAsia="zh-CN"/>
        </w:rPr>
        <w:t>　　三、转让后店面现有的装修、装饰及其他所有设备全部归乙方所有，租赁期满后房屋装修等不动产归出租方所有，营业设备等动产归乙方。</w:t>
      </w:r>
      <w:r>
        <w:rPr>
          <w:lang w:eastAsia="zh-CN"/>
        </w:rPr>
        <w:br/>
      </w:r>
      <w:r>
        <w:rPr>
          <w:lang w:eastAsia="zh-CN"/>
        </w:rPr>
        <w:t>　　（动产与不动产的划分按原有租赁合同执行）。</w:t>
      </w:r>
      <w:r>
        <w:rPr>
          <w:lang w:eastAsia="zh-CN"/>
        </w:rPr>
        <w:br/>
      </w:r>
      <w:r>
        <w:rPr>
          <w:lang w:eastAsia="zh-CN"/>
        </w:rPr>
        <w:t>　　四、乙方在_年_月_日前一次性向甲方支付转让费共计人民币，（大写：整），上述费用已包括第三条所述的装修、装饰、设备及其他相关费用，此外甲方不得再向乙方索取任何其他费用。</w:t>
      </w:r>
      <w:r>
        <w:rPr>
          <w:lang w:eastAsia="zh-CN"/>
        </w:rPr>
        <w:br/>
      </w:r>
      <w:r>
        <w:rPr>
          <w:lang w:eastAsia="zh-CN"/>
        </w:rPr>
        <w:t>　　五、甲方应该协助乙方办理该店面的工商营业执照等相关证件的过户手续，但相关费用由乙方负责；乙方接手前该店面所有的一切债权、债务均由甲方负责；接手后的一切经营行为及产生的债权、债务由乙方负责。</w:t>
      </w:r>
      <w:r>
        <w:rPr>
          <w:lang w:eastAsia="zh-CN"/>
        </w:rPr>
        <w:br/>
      </w:r>
      <w:r>
        <w:rPr>
          <w:lang w:eastAsia="zh-CN"/>
        </w:rPr>
        <w:t>　　（动产与不动产的划分按原有租赁合同执行）。</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四、乙方在_年_月_日前一次性向甲方支付转让费共计人民币，（大写：整），上述费用已包括第三条所述的装修、装饰、设备及其他相关费用，此外甲方不得再向乙方索取任何其他费用。</w:t>
      </w:r>
      <w:r>
        <w:rPr>
          <w:lang w:eastAsia="zh-CN"/>
        </w:rPr>
        <w:br/>
      </w:r>
      <w:r>
        <w:rPr>
          <w:lang w:eastAsia="zh-CN"/>
        </w:rPr>
        <w:t>　　五、甲方应该协助乙方办理该店面的工商营业执照等相关证件的过户手续，但相关费用由乙方负责；乙方接手前该店面所有的一切债权、债务均由甲方负责；接手后的一切经营行为及产生的债权、债务由乙方负责。</w:t>
      </w:r>
      <w:r>
        <w:rPr>
          <w:lang w:eastAsia="zh-CN"/>
        </w:rPr>
        <w:br/>
      </w:r>
      <w:r>
        <w:rPr>
          <w:lang w:eastAsia="zh-CN"/>
        </w:rPr>
        <w:t>　　甲方签字：日期：</w:t>
      </w:r>
      <w:r>
        <w:rPr>
          <w:lang w:eastAsia="zh-CN"/>
        </w:rPr>
        <w:br/>
      </w:r>
      <w:r>
        <w:rPr>
          <w:lang w:eastAsia="zh-CN"/>
        </w:rPr>
        <w:t xml:space="preserve">    简单店面转让协议范文 篇12 </w:t>
      </w:r>
      <w:r>
        <w:rPr>
          <w:lang w:eastAsia="zh-CN"/>
        </w:rPr>
        <w:br/>
      </w:r>
      <w:r>
        <w:rPr>
          <w:lang w:eastAsia="zh-CN"/>
        </w:rPr>
        <w:t>　　立契约书人赵_即兴国（以下简称甲方）孙_（以下简称乙方），双方兹就营业转让事宜，订立本契约，条件如下：</w:t>
      </w:r>
      <w:r>
        <w:rPr>
          <w:lang w:eastAsia="zh-CN"/>
        </w:rPr>
        <w:br/>
      </w:r>
      <w:r>
        <w:rPr>
          <w:lang w:eastAsia="zh-CN"/>
        </w:rPr>
        <w:t>　　一、 转让标的：甲方愿将独资设立，坐落 市路号的兴国，转让予乙方经营。</w:t>
      </w:r>
      <w:r>
        <w:rPr>
          <w:lang w:eastAsia="zh-CN"/>
        </w:rPr>
        <w:br/>
      </w:r>
      <w:r>
        <w:rPr>
          <w:lang w:eastAsia="zh-CN"/>
        </w:rPr>
        <w:t>　　二、 本件转让价格及其计算标准：</w:t>
      </w:r>
      <w:r>
        <w:rPr>
          <w:lang w:eastAsia="zh-CN"/>
        </w:rPr>
        <w:br/>
      </w:r>
      <w:r>
        <w:rPr>
          <w:lang w:eastAsia="zh-CN"/>
        </w:rPr>
        <w:t>　　（一） 兴国全部生财器具，存货作价为人民币 万元。生财器具及存货另列清册交分别标明价格。</w:t>
      </w:r>
      <w:r>
        <w:rPr>
          <w:lang w:eastAsia="zh-CN"/>
        </w:rPr>
        <w:br/>
      </w:r>
      <w:r>
        <w:rPr>
          <w:lang w:eastAsia="zh-CN"/>
        </w:rPr>
        <w:t>　　（二） 上列生财器具，存货经盘点如有增减变化数量，则依清册所记载价格，增减给付现金。</w:t>
      </w:r>
      <w:r>
        <w:rPr>
          <w:lang w:eastAsia="zh-CN"/>
        </w:rPr>
        <w:br/>
      </w:r>
      <w:r>
        <w:rPr>
          <w:lang w:eastAsia="zh-CN"/>
        </w:rPr>
        <w:t>　　（三） 甲方应收未收款约计万元（详移交清册），悉数由乙方承受，不另计价。惟乙方应承受甲方对外所欠一切债务（详移交清册）。</w:t>
      </w:r>
      <w:r>
        <w:rPr>
          <w:lang w:eastAsia="zh-CN"/>
        </w:rPr>
        <w:br/>
      </w:r>
      <w:r>
        <w:rPr>
          <w:lang w:eastAsia="zh-CN"/>
        </w:rPr>
        <w:t>　　三、</w:t>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付款办法：于签订本契约的同时，乙方交付甲方万元；其余款于点交完讫之日一次付清。</w:t>
      </w:r>
      <w:r>
        <w:rPr>
          <w:lang w:eastAsia="zh-CN"/>
        </w:rPr>
        <w:br/>
      </w:r>
      <w:r>
        <w:rPr>
          <w:lang w:eastAsia="zh-CN"/>
        </w:rPr>
        <w:t>　　四、 点交日期及地点：双方订定________年____月____日为点交日期，并定于现场为点交地点。</w:t>
      </w:r>
      <w:r>
        <w:rPr>
          <w:lang w:eastAsia="zh-CN"/>
        </w:rPr>
        <w:br/>
      </w:r>
      <w:r>
        <w:rPr>
          <w:lang w:eastAsia="zh-CN"/>
        </w:rPr>
        <w:t>　　五、 特约事项：</w:t>
      </w:r>
      <w:r>
        <w:rPr>
          <w:lang w:eastAsia="zh-CN"/>
        </w:rPr>
        <w:br/>
      </w:r>
      <w:r>
        <w:rPr>
          <w:lang w:eastAsia="zh-CN"/>
        </w:rPr>
        <w:t>　　（一） 本件点交以前，所有甲方对外所欠一切债务，概由乙方承受教育，并由乙方将营业承受承担债务的情况通知各债权人。点交前所积欠一切税捐、水电费用、房租、员工薪资亦同。</w:t>
      </w:r>
      <w:r>
        <w:rPr>
          <w:lang w:eastAsia="zh-CN"/>
        </w:rPr>
        <w:br/>
      </w:r>
      <w:r>
        <w:rPr>
          <w:lang w:eastAsia="zh-CN"/>
        </w:rPr>
        <w:t>　　（二） 商号名称或延用原名称，或变更名称，悉依乙方自便，甲方不得置同。甲方并应协同乙方办理商号变更登记手续，不得借故推辞。</w:t>
      </w:r>
      <w:r>
        <w:rPr>
          <w:lang w:eastAsia="zh-CN"/>
        </w:rPr>
        <w:br/>
      </w:r>
      <w:r>
        <w:rPr>
          <w:lang w:eastAsia="zh-CN"/>
        </w:rPr>
        <w:t>　　（三） 商号现承租坐落 市路号的租赁权，由甲方让与乙方，并由甲方负责出租人与乙方办理续租年，与乙方另行换立租约，如出租人不允许续租或要求增加租金或提出其他条件，致乙方受害时，甲方应负赔偿责任。</w:t>
      </w:r>
      <w:r>
        <w:rPr>
          <w:lang w:eastAsia="zh-CN"/>
        </w:rPr>
        <w:br/>
      </w:r>
      <w:r>
        <w:rPr>
          <w:lang w:eastAsia="zh-CN"/>
        </w:rPr>
        <w:t>　　六、 违约处罚：任何一方违反本契所列各条情形之一，即视违约论，对方有权解除契约。如系乙方违约，愿将已付款项，任由甲方没收；若系甲方违约，则应按所收的款项加倍返还以为违约处罚。若有其它损害，仍得请求赔偿。</w:t>
      </w:r>
      <w:r>
        <w:rPr>
          <w:lang w:eastAsia="zh-CN"/>
        </w:rPr>
        <w:br/>
      </w:r>
      <w:r>
        <w:rPr>
          <w:lang w:eastAsia="zh-CN"/>
        </w:rPr>
        <w:t>　　七、 甲乙双方应各觅保证人，对甲乙双方的违约对他方应负赔偿责任，愿各负连带赔偿之责，并均抛弃先诉抗辩权。</w:t>
      </w:r>
      <w:r>
        <w:rPr>
          <w:lang w:eastAsia="zh-CN"/>
        </w:rPr>
        <w:br/>
      </w:r>
      <w:r>
        <w:rPr>
          <w:lang w:eastAsia="zh-CN"/>
        </w:rPr>
        <w:t>　　八、 本契约一式四份，由甲乙双方及保证人各执一份为凭。 立契约书人 甲方：保证人： 乙方：保证人：</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5.甲方在乙方进行安装调试时应给予协助和协调各方关系,乙方应及时提出需要甲方协助和协调的内容,以便保证合同的正常履行;</w:t>
      </w:r>
      <w:r>
        <w:rPr>
          <w:lang w:eastAsia="zh-CN"/>
        </w:rPr>
        <w:br/>
      </w:r>
      <w:r>
        <w:rPr>
          <w:lang w:eastAsia="zh-CN"/>
        </w:rPr>
        <w:t>　　6.甲方对乙方的技术及商业机密予以保密;</w:t>
      </w:r>
      <w:r>
        <w:rPr>
          <w:lang w:eastAsia="zh-CN"/>
        </w:rPr>
        <w:br/>
      </w:r>
      <w:r>
        <w:rPr>
          <w:lang w:eastAsia="zh-CN"/>
        </w:rPr>
        <w:t>　　7.乙方有权按照合同,要求甲方支付相应款项;</w:t>
      </w:r>
      <w:r>
        <w:rPr>
          <w:lang w:eastAsia="zh-CN"/>
        </w:rPr>
        <w:br/>
      </w:r>
      <w:r>
        <w:rPr>
          <w:lang w:eastAsia="zh-CN"/>
        </w:rPr>
        <w:t>　　8.乙方有权在实施安装调试时,提出合乎情理的协助要求;</w:t>
      </w:r>
      <w:r>
        <w:rPr>
          <w:lang w:eastAsia="zh-CN"/>
        </w:rPr>
        <w:br/>
      </w:r>
      <w:r>
        <w:rPr>
          <w:lang w:eastAsia="zh-CN"/>
        </w:rPr>
        <w:t>　　9.双方指定联系人,所有保修过程均应由双方经手人签字纪录.五,争议双方本着友好合作的态度,对合同履行过程中发生的违约行为进行及时的协商解决,如不能协商解决可通过法律诉讼解决.六,其它</w:t>
      </w:r>
      <w:r>
        <w:rPr>
          <w:lang w:eastAsia="zh-CN"/>
        </w:rPr>
        <w:br/>
      </w:r>
      <w:r>
        <w:rPr>
          <w:lang w:eastAsia="zh-CN"/>
        </w:rPr>
        <w:t>　　1.本合同一式四份,甲乙双方各执一份,政府采购管理办公室一份,政府采购中心一份;</w:t>
      </w:r>
      <w:r>
        <w:rPr>
          <w:lang w:eastAsia="zh-CN"/>
        </w:rPr>
        <w:br/>
      </w:r>
      <w:r>
        <w:rPr>
          <w:lang w:eastAsia="zh-CN"/>
        </w:rPr>
        <w:t>　　2.本合同自签订之日起生效;</w:t>
      </w:r>
      <w:r>
        <w:rPr>
          <w:lang w:eastAsia="zh-CN"/>
        </w:rPr>
        <w:br/>
      </w:r>
      <w:r>
        <w:rPr>
          <w:lang w:eastAsia="zh-CN"/>
        </w:rPr>
        <w:t>　　3.本项目的招标文件,投标文件,中标通知书是合同的附件,与合同具有同等的法律效力;</w:t>
      </w:r>
      <w:r>
        <w:rPr>
          <w:lang w:eastAsia="zh-CN"/>
        </w:rPr>
        <w:br/>
      </w:r>
      <w:r>
        <w:rPr>
          <w:lang w:eastAsia="zh-CN"/>
        </w:rPr>
        <w:t>　　4.其它未尽事宜,由双方友好协商解决,并参照《中华人民共和国民法典》有关条款执行.甲方(印章):</w:t>
      </w:r>
      <w:r>
        <w:rPr>
          <w:lang w:eastAsia="zh-CN"/>
        </w:rPr>
        <w:br/>
      </w:r>
      <w:r>
        <w:rPr>
          <w:lang w:eastAsia="zh-CN"/>
        </w:rPr>
        <w:t>　　____________________</w:t>
      </w:r>
      <w:r>
        <w:rPr>
          <w:lang w:eastAsia="zh-CN"/>
        </w:rPr>
        <w:br/>
      </w:r>
      <w:r>
        <w:rPr>
          <w:lang w:eastAsia="zh-CN"/>
        </w:rPr>
        <w:t>　　乙方(印章):</w:t>
      </w:r>
      <w:r>
        <w:rPr>
          <w:lang w:eastAsia="zh-CN"/>
        </w:rPr>
        <w:br/>
      </w:r>
      <w:r>
        <w:rPr>
          <w:lang w:eastAsia="zh-CN"/>
        </w:rPr>
        <w:t>　　____________________甲方代表(签字): ____________________</w:t>
      </w:r>
      <w:r>
        <w:rPr>
          <w:lang w:eastAsia="zh-CN"/>
        </w:rPr>
        <w:br/>
      </w:r>
      <w:r>
        <w:rPr>
          <w:lang w:eastAsia="zh-CN"/>
        </w:rPr>
        <w:t>　　乙方代表(签字): ____________________地址:</w:t>
      </w:r>
      <w:r>
        <w:rPr>
          <w:lang w:eastAsia="zh-CN"/>
        </w:rPr>
        <w:br/>
      </w:r>
      <w:r>
        <w:rPr>
          <w:lang w:eastAsia="zh-CN"/>
        </w:rPr>
        <w:t>　　____________________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地址:</w:t>
      </w:r>
      <w:r>
        <w:rPr>
          <w:lang w:eastAsia="zh-CN"/>
        </w:rPr>
        <w:br/>
      </w:r>
      <w:r>
        <w:rPr>
          <w:lang w:eastAsia="zh-CN"/>
        </w:rPr>
        <w:t>　　____________________电话:</w:t>
      </w:r>
      <w:r>
        <w:rPr>
          <w:lang w:eastAsia="zh-CN"/>
        </w:rPr>
        <w:br/>
      </w:r>
      <w:r>
        <w:rPr>
          <w:lang w:eastAsia="zh-CN"/>
        </w:rPr>
        <w:t>　　____________________</w:t>
      </w:r>
      <w:r>
        <w:rPr>
          <w:lang w:eastAsia="zh-CN"/>
        </w:rPr>
        <w:br/>
      </w:r>
      <w:r>
        <w:rPr>
          <w:lang w:eastAsia="zh-CN"/>
        </w:rPr>
        <w:t>　　电话:</w:t>
      </w:r>
      <w:r>
        <w:rPr>
          <w:lang w:eastAsia="zh-CN"/>
        </w:rPr>
        <w:br/>
      </w:r>
      <w:r>
        <w:rPr>
          <w:lang w:eastAsia="zh-CN"/>
        </w:rPr>
        <w:t>　　____日期:</w:t>
      </w:r>
      <w:r>
        <w:rPr>
          <w:lang w:eastAsia="zh-CN"/>
        </w:rPr>
        <w:br/>
      </w:r>
      <w:r>
        <w:rPr>
          <w:lang w:eastAsia="zh-CN"/>
        </w:rPr>
        <w:t>　　____________________见证方:____________________政府采购中心见证方代表(签字):地址:____________________ 第五条：甲方的责任甲方同意在下列方面承担义务：</w:t>
      </w:r>
      <w:r>
        <w:rPr>
          <w:lang w:eastAsia="zh-CN"/>
        </w:rPr>
        <w:br/>
      </w:r>
      <w:r>
        <w:rPr>
          <w:lang w:eastAsia="zh-CN"/>
        </w:rPr>
        <w:t>　　1、 承诺并保证作为 产品的中国总代理完全有资格与乙方签订本协议。</w:t>
      </w:r>
      <w:r>
        <w:rPr>
          <w:lang w:eastAsia="zh-CN"/>
        </w:rPr>
        <w:br/>
      </w:r>
      <w:r>
        <w:rPr>
          <w:lang w:eastAsia="zh-CN"/>
        </w:rPr>
        <w:t>　　2、 自费提供样品和一切可以供应的广告资料。</w:t>
      </w:r>
      <w:r>
        <w:rPr>
          <w:lang w:eastAsia="zh-CN"/>
        </w:rPr>
        <w:br/>
      </w:r>
      <w:r>
        <w:rPr>
          <w:lang w:eastAsia="zh-CN"/>
        </w:rPr>
        <w:t>　　3、 提供现行的国内价目表，并将价目表内任何预期的变更迅速通知乙方。</w:t>
      </w:r>
      <w:r>
        <w:rPr>
          <w:lang w:eastAsia="zh-CN"/>
        </w:rPr>
        <w:br/>
      </w:r>
      <w:r>
        <w:rPr>
          <w:lang w:eastAsia="zh-CN"/>
        </w:rPr>
        <w:t>　　4、 甲方将向乙方提供一定数量的产品资料。大批量的资料在必要的情况下可由乙方申请甲方提供。</w:t>
      </w:r>
      <w:r>
        <w:rPr>
          <w:lang w:eastAsia="zh-CN"/>
        </w:rPr>
        <w:br/>
      </w:r>
      <w:r>
        <w:rPr>
          <w:lang w:eastAsia="zh-CN"/>
        </w:rPr>
        <w:t>　　5、 应及时向乙方提供其产品在国际市场上的行业动态信息，经常提供有利于推销产品的意见，以便乙方能采取多元化的市场推广策略和销售方式。</w:t>
      </w:r>
      <w:r>
        <w:rPr>
          <w:lang w:eastAsia="zh-CN"/>
        </w:rPr>
        <w:br/>
      </w:r>
      <w:r>
        <w:rPr>
          <w:lang w:eastAsia="zh-CN"/>
        </w:rPr>
        <w:t>　　6、 甲方将对乙方的工程师提供全面的技术培训，并提供足够的技术支持。</w:t>
      </w:r>
      <w:r>
        <w:rPr>
          <w:lang w:eastAsia="zh-CN"/>
        </w:rPr>
        <w:br/>
      </w:r>
      <w:r>
        <w:rPr>
          <w:lang w:eastAsia="zh-CN"/>
        </w:rPr>
        <w:t>　　7、</w:t>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甲方对于乙方售出的产品，凡是属于产品质量问题的而引起的损失，一切均由甲方承担责任或给予更换。第六条：乙方的责任</w:t>
      </w:r>
      <w:r>
        <w:rPr>
          <w:lang w:eastAsia="zh-CN"/>
        </w:rPr>
        <w:br/>
      </w:r>
      <w:r>
        <w:rPr>
          <w:lang w:eastAsia="zh-CN"/>
        </w:rPr>
        <w:t>　　1、 为在“地区”内推销“产品”并为客户服务，应自费提供和保持一个有经营能力的机构，并尽一切努力争取达到有利于甲方为利用“地区”内各种销售机会而制定的销售指标。</w:t>
      </w:r>
      <w:r>
        <w:rPr>
          <w:lang w:eastAsia="zh-CN"/>
        </w:rPr>
        <w:br/>
      </w:r>
      <w:r>
        <w:rPr>
          <w:lang w:eastAsia="zh-CN"/>
        </w:rPr>
        <w:t>　　2、 乙方应根据需要，在“地区”内发展区域性代理商和分销商，签订合同和管理将由乙方独立负责。</w:t>
      </w:r>
      <w:r>
        <w:rPr>
          <w:lang w:eastAsia="zh-CN"/>
        </w:rPr>
        <w:br/>
      </w:r>
      <w:r>
        <w:rPr>
          <w:lang w:eastAsia="zh-CN"/>
        </w:rPr>
        <w:t>　　3、 乙方将配备足够的销售工程师和技术工程师来配合市场销售的需求，他们会全面了解系列产品的特性及用途，并能够承担培训，现场检测服务和操作示范等任务。</w:t>
      </w:r>
      <w:r>
        <w:rPr>
          <w:lang w:eastAsia="zh-CN"/>
        </w:rPr>
        <w:br/>
      </w:r>
      <w:r>
        <w:rPr>
          <w:lang w:eastAsia="zh-CN"/>
        </w:rPr>
        <w:t>　　4、 供给甲方有关销售“产品”的详细报告，以及尽可能多的有关“地区”内各种销售机会和竞争者推销活动的情报。</w:t>
      </w:r>
      <w:r>
        <w:rPr>
          <w:lang w:eastAsia="zh-CN"/>
        </w:rPr>
        <w:br/>
      </w:r>
      <w:r>
        <w:rPr>
          <w:lang w:eastAsia="zh-CN"/>
        </w:rPr>
        <w:t>　　5、 乙方应尊重和保护甲方的知识产权，并保证不将售出的任何甲方产品`复制后用于商业目的。</w:t>
      </w:r>
      <w:r>
        <w:rPr>
          <w:lang w:eastAsia="zh-CN"/>
        </w:rPr>
        <w:br/>
      </w:r>
      <w:r>
        <w:rPr>
          <w:lang w:eastAsia="zh-CN"/>
        </w:rPr>
        <w:t>　　第七条：双方关系根据本协议所建立的甲方和乙方，在协议有效期内的关系仅属卖方和买方的关系。任何一方均无权对某一第三者代表另一方，或以另一方的名义签订合同。本协议并不产生代理权，如果任何一方以另一方的名义或以另一方代理人的名义行事，以致另一方遭受损失时，该导致损失的一方，应使受害的一方不负担由此而发生的费用。双方并未也无意建立任何代理、合伙、合营企业或雇主和雇员的关系。</w:t>
      </w:r>
      <w:r>
        <w:rPr>
          <w:lang w:eastAsia="zh-CN"/>
        </w:rPr>
        <w:br/>
      </w:r>
      <w:r>
        <w:rPr>
          <w:lang w:eastAsia="zh-CN"/>
        </w:rPr>
        <w:t>　　第八条：甲方名称等的使用</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一、特许乙方得为商业上的目的使用“商标”和“行名”或它们的简称或变称，并得标明自己为“地区”内“产品”的经销商。</w:t>
      </w:r>
      <w:r>
        <w:rPr>
          <w:lang w:eastAsia="zh-CN"/>
        </w:rPr>
        <w:br/>
      </w:r>
      <w:r>
        <w:rPr>
          <w:lang w:eastAsia="zh-CN"/>
        </w:rPr>
        <w:t>　　二、注册如乙方提出要求，甲方应自费负责为“商标”和“专名”在“地区”内办理申请、正式注册并保持其效力。</w:t>
      </w:r>
      <w:r>
        <w:rPr>
          <w:lang w:eastAsia="zh-CN"/>
        </w:rPr>
        <w:br/>
      </w:r>
      <w:r>
        <w:rPr>
          <w:lang w:eastAsia="zh-CN"/>
        </w:rPr>
        <w:t>　　第九条：期限、终止本协议自＿＿＿＿年＿＿月＿＿日起生效，有效期为＿＿＿年，如遇下列情况和条件，本协议应终止：</w:t>
      </w:r>
      <w:r>
        <w:rPr>
          <w:lang w:eastAsia="zh-CN"/>
        </w:rPr>
        <w:br/>
      </w:r>
      <w:r>
        <w:rPr>
          <w:lang w:eastAsia="zh-CN"/>
        </w:rPr>
        <w:t>　　1，如任何一方有违背本协议的实质行为，另一方得以书面通知该方，叙述此种违约行为，并说明除非该方对此种违约行为按本节规定加以纠正，否则另一方将按照本节规定终止本协议。如该通知发出后九十天内仍未得到纠正，则本协议根据这一事实在上述九十天期终时即时终止，或2，如任何一方根据破产法或债务人救济法提出或同意提出破产申请或其他救济申请，或被裁定破产，或解散，或清理，或对债权人作任何转让，或对该方指定了产业管理人或类似人员，则在上述任何情况下，另一方得在任何时侯以书面通知即终止本协议。</w:t>
      </w:r>
      <w:r>
        <w:rPr>
          <w:lang w:eastAsia="zh-CN"/>
        </w:rPr>
        <w:br/>
      </w:r>
      <w:r>
        <w:rPr>
          <w:lang w:eastAsia="zh-CN"/>
        </w:rPr>
        <w:t>　　3，如遇本协议所规定的某种不可抗力事由，以致协议一方在超过＿＿天期限后尚无法履行其义务时，则另一方可在任何时侯以书面通知立即终止本协议。</w:t>
      </w:r>
      <w:r>
        <w:rPr>
          <w:lang w:eastAsia="zh-CN"/>
        </w:rPr>
        <w:br/>
      </w:r>
      <w:r>
        <w:rPr>
          <w:lang w:eastAsia="zh-CN"/>
        </w:rPr>
        <w:t>　　第十条：解约的影响凡在本协议终止前双方间已发生而尚未了结的任何债务，或在本协议终止前由于一方违约而发生的另一方的损害赔偿请求权，均不受本协议终止的影响。</w:t>
      </w:r>
      <w:r>
        <w:rPr>
          <w:lang w:eastAsia="zh-CN"/>
        </w:rPr>
        <w:br/>
      </w:r>
      <w:r>
        <w:rPr>
          <w:lang w:eastAsia="zh-CN"/>
        </w:rPr>
        <w:t>　　第十一条：保证</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一、标准甲方向乙方保证，所有“产品”均符合“地区”内的标准。可以出售，并适合销售目的。甲方并保证“产品”在原料和制造工艺方面均符合质量标准。</w:t>
      </w:r>
      <w:r>
        <w:rPr>
          <w:lang w:eastAsia="zh-CN"/>
        </w:rPr>
        <w:br/>
      </w:r>
      <w:r>
        <w:rPr>
          <w:lang w:eastAsia="zh-CN"/>
        </w:rPr>
        <w:t>　　二、免受损失凡因“产品”被指称质量低劣，或因侵犯专利、商标，或因在“地区”内销售或使用“产品”而引起的其他任何类似的责任事由，甲方应保护乙方，使之不受损失。</w:t>
      </w:r>
      <w:r>
        <w:rPr>
          <w:lang w:eastAsia="zh-CN"/>
        </w:rPr>
        <w:br/>
      </w:r>
      <w:r>
        <w:rPr>
          <w:lang w:eastAsia="zh-CN"/>
        </w:rPr>
        <w:t>　　三、质量如乙方发现任何“产品”质量低劣，并将此事实通知甲方，甲方应按乙方提出的要求，立即予以调换或对乙方给予补偿，其费用由甲方自行负担。对由于上述调换或补偿而引起的损害，乙方不丧失其索赔权。</w:t>
      </w:r>
      <w:r>
        <w:rPr>
          <w:lang w:eastAsia="zh-CN"/>
        </w:rPr>
        <w:br/>
      </w:r>
      <w:r>
        <w:rPr>
          <w:lang w:eastAsia="zh-CN"/>
        </w:rPr>
        <w:t>　　第十二条：一般条款</w:t>
      </w:r>
      <w:r>
        <w:rPr>
          <w:lang w:eastAsia="zh-CN"/>
        </w:rPr>
        <w:br/>
      </w:r>
      <w:r>
        <w:rPr>
          <w:lang w:eastAsia="zh-CN"/>
        </w:rPr>
        <w:t>　　一、不可抗力本协议任何一方如遇到非所能控制的事由，以致直接或间接地造成任何延误或无法履行本协议及（或）各个单独合同的一部或全部条款时，则在此范围内得以免除其责任。此类事由包括但不限于：水灾、火灾、海啸、地震、以外事故或机械故障、天灾、战争、封锁、禁运、劫持、战争威胁、战争性情况、扣押、暴动、动员、暴乱、非暴力骚乱、革命、制裁、抢劫、罢工、劳动纠纷、工业干扰、动力供应不足、缺乏正常运输工具、金融恐慌、交易所关闭、国有化、禁止进口或出口、拒发政府命令、敌对行动或其他类似或不类似上述原因而非该方或双方所能控制的。如由于立法或政府行政命令以致任何一方或双方失去根据本协议应得的利益时，双方应重新审查本协议的条款以便恢复任何一方或双方根据本协议原已取得的同样的相应的地位。</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由于发生不可抗力事由的书面的通知，应由受影响一方以合理速度送达另一方。</w:t>
      </w:r>
      <w:r>
        <w:rPr>
          <w:lang w:eastAsia="zh-CN"/>
        </w:rPr>
        <w:br/>
      </w:r>
      <w:r>
        <w:rPr>
          <w:lang w:eastAsia="zh-CN"/>
        </w:rPr>
        <w:t>　　二、转让本协议任何一方在未征得另一方书面同意之前，不得转让本协议或本协议内规定的任何权利和义务。任何转让在未征得对方事前明确的书面同意之前，应属无效。</w:t>
      </w:r>
      <w:r>
        <w:rPr>
          <w:lang w:eastAsia="zh-CN"/>
        </w:rPr>
        <w:br/>
      </w:r>
      <w:r>
        <w:rPr>
          <w:lang w:eastAsia="zh-CN"/>
        </w:rPr>
        <w:t>　　三、商业机密本协议任何一方均不得在本协议期限内或期满后＿＿内，对不论与另一方有否竞争的任何个人、行号或公司泄漏有关另一方业务经营或行情的任何消息或情报。</w:t>
      </w:r>
      <w:r>
        <w:rPr>
          <w:lang w:eastAsia="zh-CN"/>
        </w:rPr>
        <w:br/>
      </w:r>
      <w:r>
        <w:rPr>
          <w:lang w:eastAsia="zh-CN"/>
        </w:rPr>
        <w:t>　　四、通知根据本协议规定所发出的任何通知应以中文和英文作成书面，并以预付邮资的航空挂号信，按上文载明的地址或本协议任何一方可能按本节规定通知送达的其他地址，送交收件人。任何此种通知应视为在付邮日后第＿＿个营业日送达。而此种通知正式付邮的证件，应视为送达此种通知的充分证明。</w:t>
      </w:r>
      <w:r>
        <w:rPr>
          <w:lang w:eastAsia="zh-CN"/>
        </w:rPr>
        <w:br/>
      </w:r>
      <w:r>
        <w:rPr>
          <w:lang w:eastAsia="zh-CN"/>
        </w:rPr>
        <w:t>　　五、适用法律和贸易条款本协议的成立、效力、解释和履行，应以</w:t>
      </w:r>
      <w:r>
        <w:rPr>
          <w:lang w:eastAsia="zh-CN"/>
        </w:rPr>
        <w:br/>
      </w:r>
      <w:r>
        <w:rPr>
          <w:lang w:eastAsia="zh-CN"/>
        </w:rPr>
        <w:t>　　国法律为准。本协议内的贸易条件应服从修订的</w:t>
      </w:r>
      <w:r>
        <w:rPr>
          <w:lang w:eastAsia="zh-CN"/>
        </w:rPr>
        <w:br/>
      </w:r>
      <w:r>
        <w:rPr>
          <w:lang w:eastAsia="zh-CN"/>
        </w:rPr>
        <w:t>　　条款的规定和解释。</w:t>
      </w:r>
      <w:r>
        <w:rPr>
          <w:lang w:eastAsia="zh-CN"/>
        </w:rPr>
        <w:br/>
      </w:r>
      <w:r>
        <w:rPr>
          <w:lang w:eastAsia="zh-CN"/>
        </w:rPr>
        <w:t>　　六、仲裁所有其他一切来自本协议或关于本协议、或关于违背本协议的争执或异议，在双方通过善意协商未能达成和解时，应提交苏州仲裁委员会按其仲裁规则进行仲裁，裁决应视为终局裁决，对协议双方均有约束力。</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七、可分割性本协议内各条款应视为可以分割，本协议内任何条款的无效，不应影响本协议其余条款的效力。</w:t>
      </w:r>
      <w:r>
        <w:rPr>
          <w:lang w:eastAsia="zh-CN"/>
        </w:rPr>
        <w:br/>
      </w:r>
      <w:r>
        <w:rPr>
          <w:lang w:eastAsia="zh-CN"/>
        </w:rPr>
        <w:t>　　八、保留权利协议任何一方在任何时侯不坚持另一方执行本协议的任何条款时，不应视为放弃此项条款或放弃以后坚持另一方执行此项条款的权利。</w:t>
      </w:r>
      <w:r>
        <w:rPr>
          <w:lang w:eastAsia="zh-CN"/>
        </w:rPr>
        <w:br/>
      </w:r>
      <w:r>
        <w:rPr>
          <w:lang w:eastAsia="zh-CN"/>
        </w:rPr>
        <w:t>　　九、其他约定本协议包括双方关于本协议主题的全部协议和谅解，并取代双方以前关于本协议主题以书面或口头提出的任何性质的讨论所达成的一切协议和谅解，除本协议有明文规定者外，其他有关本协议主题的任何条件、定义、保证或声明，对双方均无约束力。关于本协议的任何更正、修改、更换或变更，以书面为之，并明确与本协议有关、由协议双方正式授权的人员或代表签署。</w:t>
      </w:r>
      <w:r>
        <w:rPr>
          <w:lang w:eastAsia="zh-CN"/>
        </w:rPr>
        <w:br/>
      </w:r>
      <w:r>
        <w:rPr>
          <w:lang w:eastAsia="zh-CN"/>
        </w:rPr>
        <w:t>　　为证明起见，本协议作成一两份，在本协议起自所载的日期内双方正式授权的人员或代表签署。</w:t>
      </w:r>
      <w:r>
        <w:rPr>
          <w:lang w:eastAsia="zh-CN"/>
        </w:rPr>
        <w:br/>
      </w:r>
      <w:r>
        <w:rPr>
          <w:lang w:eastAsia="zh-CN"/>
        </w:rPr>
        <w:t>　　甲方：</w:t>
      </w:r>
      <w:r>
        <w:rPr>
          <w:lang w:eastAsia="zh-CN"/>
        </w:rPr>
        <w:br/>
      </w:r>
      <w:r>
        <w:rPr>
          <w:lang w:eastAsia="zh-CN"/>
        </w:rPr>
        <w:t>　　乙方：关主管部门无规定的，由甲乙双方商定包装物回收办法，作为合同附件。产品的包装费用，除国家另有规定者外，不得向甲方另外收取。如果甲方有特殊要求的，双方应当在合同中商定，其包装费超过原定标准的，超过部分由甲方负担；其包装费低于原定标准的，相应降低产品价格。）</w:t>
      </w:r>
      <w:r>
        <w:rPr>
          <w:lang w:eastAsia="zh-CN"/>
        </w:rPr>
        <w:br/>
      </w:r>
      <w:r>
        <w:rPr>
          <w:lang w:eastAsia="zh-CN"/>
        </w:rPr>
        <w:t>　　第四条</w:t>
      </w:r>
      <w:r>
        <w:rPr>
          <w:lang w:eastAsia="zh-CN"/>
        </w:rPr>
        <w:br/>
      </w:r>
      <w:r>
        <w:rPr>
          <w:lang w:eastAsia="zh-CN"/>
        </w:rPr>
        <w:t>　　产品的交货单位、交货方法、运输方式、到货地点（包括专用线、码头）</w:t>
      </w:r>
      <w:r>
        <w:rPr>
          <w:lang w:eastAsia="zh-CN"/>
        </w:rPr>
        <w:br/>
      </w:r>
      <w:r>
        <w:rPr>
          <w:lang w:eastAsia="zh-CN"/>
        </w:rPr>
        <w:t>　　1.产品的交货单位：＿＿＿＿＿＿＿＿＿＿＿＿。</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2.交货方法，按下列第（</w:t>
      </w:r>
      <w:r>
        <w:rPr>
          <w:lang w:eastAsia="zh-CN"/>
        </w:rPr>
        <w:br/>
      </w:r>
      <w:r>
        <w:rPr>
          <w:lang w:eastAsia="zh-CN"/>
        </w:rPr>
        <w:t>　　）项执行：</w:t>
      </w:r>
      <w:r>
        <w:rPr>
          <w:lang w:eastAsia="zh-CN"/>
        </w:rPr>
        <w:br/>
      </w:r>
      <w:r>
        <w:rPr>
          <w:lang w:eastAsia="zh-CN"/>
        </w:rPr>
        <w:t>　　（1）乙方送货（国家主管部门规定有送货办法的，按规定的办法执行；没有规定送货办法的，按甲乙协议执行）；</w:t>
      </w:r>
      <w:r>
        <w:rPr>
          <w:lang w:eastAsia="zh-CN"/>
        </w:rPr>
        <w:br/>
      </w:r>
      <w:r>
        <w:rPr>
          <w:lang w:eastAsia="zh-CN"/>
        </w:rPr>
        <w:t>　　（2）乙方代运（乙方代办运输，应充分考虑甲方的要求，商定合理的运输路线和运输工具）；</w:t>
      </w:r>
      <w:r>
        <w:rPr>
          <w:lang w:eastAsia="zh-CN"/>
        </w:rPr>
        <w:br/>
      </w:r>
      <w:r>
        <w:rPr>
          <w:lang w:eastAsia="zh-CN"/>
        </w:rPr>
        <w:t>　　（3）甲方自提自运。</w:t>
      </w:r>
      <w:r>
        <w:rPr>
          <w:lang w:eastAsia="zh-CN"/>
        </w:rPr>
        <w:br/>
      </w:r>
      <w:r>
        <w:rPr>
          <w:lang w:eastAsia="zh-CN"/>
        </w:rPr>
        <w:t>　　3.运输方式：＿＿＿＿＿＿＿＿＿＿。</w:t>
      </w:r>
      <w:r>
        <w:rPr>
          <w:lang w:eastAsia="zh-CN"/>
        </w:rPr>
        <w:br/>
      </w:r>
      <w:r>
        <w:rPr>
          <w:lang w:eastAsia="zh-CN"/>
        </w:rPr>
        <w:t>　　4.到货地点和接货单位（或接货人）＿＿＿＿＿＿＿＿＿＿＿＿＿＿＿＿。</w:t>
      </w:r>
      <w:r>
        <w:rPr>
          <w:lang w:eastAsia="zh-CN"/>
        </w:rPr>
        <w:br/>
      </w:r>
      <w:r>
        <w:rPr>
          <w:lang w:eastAsia="zh-CN"/>
        </w:rPr>
        <w:t>　　（甲方如要求变更到货地点或接货人，应在合同规定的交货期限〈月份或季度〉前四十天通知乙方，以便乙方编月度要车（船）计划；必须由甲方派人押送的，应在合同中明确规定；甲乙双方对产品的运输和装卸，应按有关规定与运输部门办理交换手续，作出记录，双方签字，明确甲、乙方和运输部门的责任。）</w:t>
      </w:r>
      <w:r>
        <w:rPr>
          <w:lang w:eastAsia="zh-CN"/>
        </w:rPr>
        <w:br/>
      </w:r>
      <w:r>
        <w:rPr>
          <w:lang w:eastAsia="zh-CN"/>
        </w:rPr>
        <w:t>　　第五条</w:t>
      </w:r>
      <w:r>
        <w:rPr>
          <w:lang w:eastAsia="zh-CN"/>
        </w:rPr>
        <w:br/>
      </w:r>
      <w:r>
        <w:rPr>
          <w:lang w:eastAsia="zh-CN"/>
        </w:rPr>
        <w:t>　　产品的交（提）货期限</w:t>
      </w:r>
      <w:r>
        <w:rPr>
          <w:lang w:eastAsia="zh-CN"/>
        </w:rPr>
        <w:br/>
      </w:r>
      <w:r>
        <w:rPr>
          <w:lang w:eastAsia="zh-CN"/>
        </w:rPr>
        <w:t>　　（规定送货或代运的产品的交货日期，以甲方发运产品时承运部门签发的戳记日期为准，当事人另有约定者，从约定；合同规定甲方自提产品的交货日期，以乙方按合同规定通知的提货日期为准。乙方的提货通知中，应给予甲方必要的途中时间，实际交货或提货日期早于或迟于合同规定的日期，应视为提前或逾期交货或提货。）</w:t>
      </w:r>
      <w:r>
        <w:rPr>
          <w:lang w:eastAsia="zh-CN"/>
        </w:rPr>
        <w:br/>
      </w:r>
    </w:p>
    <w:p w:rsidR="001B1F19" w14:textId="27C3F48A">
      <w:pPr>
        <w:rPr>
          <w:lang w:eastAsia="zh-CN"/>
        </w:rPr>
      </w:pPr>
      <w:r>
        <w:rPr>
          <w:lang w:eastAsia="zh-CN"/>
        </w:rPr>
        <w:t>　　第六条</w:t>
      </w:r>
      <w:r>
        <w:rPr>
          <w:lang w:eastAsia="zh-CN"/>
        </w:rPr>
        <w:br/>
      </w:r>
      <w:r>
        <w:rPr>
          <w:lang w:eastAsia="zh-CN"/>
        </w:rPr>
        <w:t>　　产品的价格与货款的结算</w:t>
      </w:r>
      <w:r>
        <w:rPr>
          <w:lang w:eastAsia="zh-CN"/>
        </w:rPr>
        <w:br/>
      </w:r>
      <w:r>
        <w:rPr>
          <w:lang w:eastAsia="zh-CN"/>
        </w:rPr>
        <w:t>　　1.产品的价格，按下列第（</w:t>
      </w:r>
      <w:r>
        <w:rPr>
          <w:lang w:eastAsia="zh-CN"/>
        </w:rPr>
        <w:br/>
      </w:r>
      <w:r>
        <w:rPr>
          <w:lang w:eastAsia="zh-CN"/>
        </w:rPr>
        <w:t>　　）项执行：</w:t>
      </w:r>
      <w:r>
        <w:rPr>
          <w:lang w:eastAsia="zh-CN"/>
        </w:rPr>
        <w:br/>
      </w:r>
      <w:r>
        <w:rPr>
          <w:lang w:eastAsia="zh-CN"/>
        </w:rPr>
        <w:t>　　（1）按国家定价执行；</w:t>
      </w:r>
      <w:r>
        <w:rPr>
          <w:lang w:eastAsia="zh-CN"/>
        </w:rPr>
        <w:br/>
      </w:r>
      <w:r>
        <w:rPr>
          <w:lang w:eastAsia="zh-CN"/>
        </w:rPr>
        <w:t>　　（2）应由国家定价而尚无定价的产品，按物价主管部门的批准价执行；</w:t>
      </w:r>
      <w:r>
        <w:rPr>
          <w:lang w:eastAsia="zh-CN"/>
        </w:rPr>
        <w:br/>
      </w:r>
      <w:r>
        <w:rPr>
          <w:lang w:eastAsia="zh-CN"/>
        </w:rPr>
        <w:t>　　（3）不属于国家定价的产品，或因对产品有特殊技术要求需要提高或降低价格的，按甲乙双方的商定价执行。</w:t>
      </w:r>
      <w:r>
        <w:rPr>
          <w:lang w:eastAsia="zh-CN"/>
        </w:rPr>
        <w:br/>
      </w:r>
      <w:r>
        <w:rPr>
          <w:lang w:eastAsia="zh-CN"/>
        </w:rPr>
        <w:t>　　（执行国家定价的，在合同规定的交货或提货期内，遇国家调整价格时，按交货时的价格执行。逾期交货的，遇价格上涨时，按原价执行；遇价格下降时，按新价执行。逾期提货 或逾期付款的，遇价格上涨时，按新价格执行；遇价格下降时，按原价执行。由于逾期付款而发生调整价格的差价，由甲乙双方另行结算，不在原托收结算金额中冲抵。执行浮动价和协商定价的，按合同规定的价格执行。）</w:t>
      </w:r>
      <w:r>
        <w:rPr>
          <w:lang w:eastAsia="zh-CN"/>
        </w:rPr>
        <w:br/>
      </w:r>
      <w:r>
        <w:rPr>
          <w:lang w:eastAsia="zh-CN"/>
        </w:rPr>
        <w:t>　　2.产品货款的结算：产品的货款、实际支付的运杂费和其它费用的结算，按照中国人民银行结算办法的规定办理。</w:t>
      </w:r>
      <w:r>
        <w:rPr>
          <w:lang w:eastAsia="zh-CN"/>
        </w:rPr>
        <w:br/>
      </w:r>
      <w:r>
        <w:rPr>
          <w:lang w:eastAsia="zh-CN"/>
        </w:rPr>
        <w:t>　　（用托收承付方式结算的，合同中应注明验单付款或验货付款。验货付款的承付期限一般为十天，从运输部门向收货单位发出提货通知的次日起算。凡当事人在合同中约定缩短或延长验货期限的，应当在托收凭证上写明，银行从其规定。）</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https://d.book118.com/187043014111006052</w:t>
        </w:r>
      </w:hyperlink>
    </w:p>
    <w:p w:rsidR="001B1F19">
      <w:pPr>
        <w:rPr>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704301411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