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开学升旗仪式活动主持词（34篇）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开学升旗仪式活动主持词（精选34篇）</w:t>
      </w:r>
      <w:r>
        <w:rPr>
          <w:lang w:eastAsia="zh-CN"/>
        </w:rPr>
        <w:br/>
      </w:r>
      <w:r>
        <w:rPr>
          <w:lang w:eastAsia="zh-CN"/>
        </w:rPr>
        <w:t xml:space="preserve">    开学升旗仪式活动主持词 篇1 </w:t>
      </w:r>
      <w:r>
        <w:rPr>
          <w:lang w:eastAsia="zh-CN"/>
        </w:rPr>
        <w:br/>
      </w:r>
      <w:r>
        <w:rPr>
          <w:lang w:eastAsia="zh-CN"/>
        </w:rPr>
        <w:t>　　尊敬的各位领导、老师，亲爱的同学们：</w:t>
      </w:r>
      <w:r>
        <w:rPr>
          <w:lang w:eastAsia="zh-CN"/>
        </w:rPr>
        <w:br/>
      </w:r>
      <w:r>
        <w:rPr>
          <w:lang w:eastAsia="zh-CN"/>
        </w:rPr>
        <w:t>　　大家上午好。</w:t>
      </w:r>
      <w:r>
        <w:rPr>
          <w:lang w:eastAsia="zh-CN"/>
        </w:rPr>
        <w:br/>
      </w:r>
      <w:r>
        <w:rPr>
          <w:lang w:eastAsia="zh-CN"/>
        </w:rPr>
        <w:t>　　今天是开学的第一天。</w:t>
      </w:r>
      <w:r>
        <w:rPr>
          <w:lang w:eastAsia="zh-CN"/>
        </w:rPr>
        <w:br/>
      </w:r>
      <w:r>
        <w:rPr>
          <w:lang w:eastAsia="zh-CN"/>
        </w:rPr>
        <w:t>　　每年的第一学期开学第一天，都是阳光明媚，秋风送爽。</w:t>
      </w:r>
      <w:r>
        <w:rPr>
          <w:lang w:eastAsia="zh-CN"/>
        </w:rPr>
        <w:br/>
      </w:r>
      <w:r>
        <w:rPr>
          <w:lang w:eastAsia="zh-CN"/>
        </w:rPr>
        <w:t>　　在这个收获的季节，在这美丽祥和的日子里，我们迎来了新学年第一天升旗仪式。</w:t>
      </w:r>
      <w:r>
        <w:rPr>
          <w:lang w:eastAsia="zh-CN"/>
        </w:rPr>
        <w:br/>
      </w:r>
      <w:r>
        <w:rPr>
          <w:lang w:eastAsia="zh-CN"/>
        </w:rPr>
        <w:t>　　新学期，新气象，我已然感到，希望正在我们每一个人心中充盈、升腾。</w:t>
      </w:r>
      <w:r>
        <w:rPr>
          <w:lang w:eastAsia="zh-CN"/>
        </w:rPr>
        <w:br/>
      </w:r>
      <w:r>
        <w:rPr>
          <w:lang w:eastAsia="zh-CN"/>
        </w:rPr>
        <w:t>　　从今天开始250名新一年的小同学正式融入了第七小学，</w:t>
      </w:r>
      <w:r>
        <w:rPr>
          <w:lang w:eastAsia="zh-CN"/>
        </w:rPr>
        <w:br/>
      </w:r>
      <w:r>
        <w:rPr>
          <w:lang w:eastAsia="zh-CN"/>
        </w:rPr>
        <w:t>　　他们将与我们共同在校这个充满生机与活力的大集体中学习与生活。</w:t>
      </w:r>
      <w:r>
        <w:rPr>
          <w:lang w:eastAsia="zh-CN"/>
        </w:rPr>
        <w:br/>
      </w:r>
      <w:r>
        <w:rPr>
          <w:lang w:eastAsia="zh-CN"/>
        </w:rPr>
        <w:t>　　在此，让我们用热烈的掌声欢迎这些小弟弟、小妹妹们的加入。</w:t>
      </w:r>
      <w:r>
        <w:rPr>
          <w:lang w:eastAsia="zh-CN"/>
        </w:rPr>
        <w:br/>
      </w:r>
      <w:r>
        <w:rPr>
          <w:lang w:eastAsia="zh-CN"/>
        </w:rPr>
        <w:t>　　下面，我宣布：__小学第一周升旗仪式准备开始。</w:t>
      </w:r>
      <w:r>
        <w:rPr>
          <w:lang w:eastAsia="zh-CN"/>
        </w:rPr>
        <w:br/>
      </w:r>
      <w:r>
        <w:rPr>
          <w:lang w:eastAsia="zh-CN"/>
        </w:rPr>
        <w:t>　　首先请大队辅导员介绍升旗手、护旗手</w:t>
      </w:r>
      <w:r>
        <w:rPr>
          <w:lang w:eastAsia="zh-CN"/>
        </w:rPr>
        <w:br/>
      </w:r>
      <w:r>
        <w:rPr>
          <w:lang w:eastAsia="zh-CN"/>
        </w:rPr>
        <w:t>　　第一项：升国旗奏国歌，请全体同学立正，少先队员敬礼。(放国歌)</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第二项：唱国歌(放国歌)</w:t>
      </w:r>
      <w:r>
        <w:rPr>
          <w:lang w:eastAsia="zh-CN"/>
        </w:rPr>
        <w:br/>
      </w:r>
      <w:r>
        <w:rPr>
          <w:lang w:eastAsia="zh-CN"/>
        </w:rPr>
        <w:t>　　第三项：请苗校长在国旗下讲话</w:t>
      </w:r>
      <w:r>
        <w:rPr>
          <w:lang w:eastAsia="zh-CN"/>
        </w:rPr>
        <w:br/>
      </w:r>
      <w:r>
        <w:rPr>
          <w:lang w:eastAsia="zh-CN"/>
        </w:rPr>
        <w:t>　　同学们，之所以有锄禾日当午的老农，那是因为他们的心中有一个金色的秋天;之所以有那么多身居荒漠、甘居寂寞的科学家，那是因为他们的心中深埋着卫星升空的渴望、他们心中充满对蓝天的向往。同学们，有耕耘就有收获，在我们成长的历程中播下的每一片种子，都将长成参天大树;在我们前进的路途上洒的每一滴汗水，终将会汇成大海中的浩瀚碧波。让我们从今天起严格要求自己，做一名优秀的小学生!</w:t>
      </w:r>
      <w:r>
        <w:rPr>
          <w:lang w:eastAsia="zh-CN"/>
        </w:rPr>
        <w:br/>
      </w:r>
      <w:r>
        <w:rPr>
          <w:lang w:eastAsia="zh-CN"/>
        </w:rPr>
        <w:t xml:space="preserve">    开学升旗仪式活动主持词 篇2 </w:t>
      </w:r>
      <w:r>
        <w:rPr>
          <w:lang w:eastAsia="zh-CN"/>
        </w:rPr>
        <w:br/>
      </w:r>
      <w:r>
        <w:rPr>
          <w:lang w:eastAsia="zh-CN"/>
        </w:rPr>
        <w:t>　　敬爱的老师，亲爱的同学们：</w:t>
      </w:r>
      <w:r>
        <w:rPr>
          <w:lang w:eastAsia="zh-CN"/>
        </w:rPr>
        <w:br/>
      </w:r>
      <w:r>
        <w:rPr>
          <w:lang w:eastAsia="zh-CN"/>
        </w:rPr>
        <w:t>　　上午好！</w:t>
      </w:r>
      <w:r>
        <w:rPr>
          <w:lang w:eastAsia="zh-CN"/>
        </w:rPr>
        <w:br/>
      </w:r>
      <w:r>
        <w:rPr>
          <w:lang w:eastAsia="zh-CN"/>
        </w:rPr>
        <w:t>　　新春伊始，万象更新！因为新学期的开学，我们的校园又变得生机勃勃，充满朝气。今天，我们举行20__年度春季升旗仪式暨新学期开学典礼。</w:t>
      </w:r>
      <w:r>
        <w:rPr>
          <w:lang w:eastAsia="zh-CN"/>
        </w:rPr>
        <w:br/>
      </w:r>
      <w:r>
        <w:rPr>
          <w:lang w:eastAsia="zh-CN"/>
        </w:rPr>
        <w:t>　　回顾上一学期我们各方面都取得了令人满意的成绩。</w:t>
      </w:r>
      <w:r>
        <w:rPr>
          <w:lang w:eastAsia="zh-CN"/>
        </w:rPr>
        <w:br/>
      </w:r>
      <w:r>
        <w:rPr>
          <w:lang w:eastAsia="zh-CN"/>
        </w:rPr>
        <w:t>　　在安全方面：</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全年没有发生一起安全事故，同学们都遵纪守规，校园里文明行为在我们学校盛行，安全意识大幅度提高。放学路上、回家路上，无论是乘坐校车的同学还是家长接送的同学，还有自己走读的几位学生都没有出现任何的安全事故，20__年是非常顺利的一年，我们学校的师生度过了一个安全、温馨、顺利的'一年，用一个非常网络的语言叫“666”！</w:t>
      </w:r>
      <w:r>
        <w:rPr>
          <w:lang w:eastAsia="zh-CN"/>
        </w:rPr>
        <w:br/>
      </w:r>
      <w:r>
        <w:rPr>
          <w:lang w:eastAsia="zh-CN"/>
        </w:rPr>
        <w:t>　　在品行方面：</w:t>
      </w:r>
      <w:r>
        <w:rPr>
          <w:lang w:eastAsia="zh-CN"/>
        </w:rPr>
        <w:br/>
      </w:r>
      <w:r>
        <w:rPr>
          <w:lang w:eastAsia="zh-CN"/>
        </w:rPr>
        <w:t>　　没有人乱丢垃圾、随地吐痰，没有人故意大声喧哗，课间追逐打闹的现象也已基本杜绝。说脏话、打架再也没有出现过。教室里、餐厅里、走廊上、楼梯间处处充满了“文明、和谐、友善”的氛围~！彬彬有礼、整洁的校服、鲜艳的红领巾、标准的队礼已成为我们学校的一道风景！“引导、激励、发展”的品行教育模式已初现成效。</w:t>
      </w:r>
      <w:r>
        <w:rPr>
          <w:lang w:eastAsia="zh-CN"/>
        </w:rPr>
        <w:br/>
      </w:r>
      <w:r>
        <w:rPr>
          <w:lang w:eastAsia="zh-CN"/>
        </w:rPr>
        <w:t>　　在读书写字方面：</w:t>
      </w:r>
      <w:r>
        <w:rPr>
          <w:lang w:eastAsia="zh-CN"/>
        </w:rPr>
        <w:br/>
      </w:r>
      <w:r>
        <w:rPr>
          <w:lang w:eastAsia="zh-CN"/>
        </w:rPr>
        <w:t>　　我们坚持5年的晨读、午练终于看到了效果，作业、试卷上整齐的方块字美观大方！书法贴吧里，走廊上到处可见同学们方方正正的方块字！同学们都喜欢上了读书，课间随处可以看到同学们在一起读书的场景，读书吧、教室里，看到了很多学生在读名著，优秀的课外书籍！每学期读好两本书、每个寒假、暑假读好一本书已经成为同学们的标配！新学期里希望大家继续检查读好书、写好字！</w:t>
      </w:r>
      <w:r>
        <w:rPr>
          <w:lang w:eastAsia="zh-CN"/>
        </w:rPr>
        <w:br/>
      </w:r>
      <w:r>
        <w:rPr>
          <w:lang w:eastAsia="zh-CN"/>
        </w:rPr>
        <w:t>　　在社团活动方面：</w:t>
      </w:r>
      <w:r>
        <w:rPr>
          <w:lang w:eastAsia="zh-CN"/>
        </w:rPr>
        <w:br/>
      </w:r>
      <w:r>
        <w:rPr>
          <w:lang w:eastAsia="zh-CN"/>
        </w:rPr>
        <w:t>　　我们坚持四年的周三社团兴趣小组也结出了一批批硕果：小樱桃五音戏、金刚葫芦娃、画画、书法、合唱舞蹈、篮球、足球、乒乓球等等，让同学们享受到了运动、艺术带来的快乐，一些同学的特长也有长足的进步！</w:t>
      </w:r>
      <w:r>
        <w:rPr>
          <w:lang w:eastAsia="zh-CN"/>
        </w:rPr>
        <w:br/>
      </w:r>
      <w:r>
        <w:rPr>
          <w:lang w:eastAsia="zh-CN"/>
        </w:rPr>
        <w:t>　　在学习成绩方面：</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我们的教学成绩一年一个台阶，同学们的学习习惯越来越好，放学后主动完成作业，家长的重视程度越来越高，我们老师们教学水平也是越来越高，老师们课后也加倍付出！在上学期的期末考试中，所有学科的及格率、优秀率全部达标，达标率100%。平均分全学区名次有15个班科完成任务，17个班科位列全学区前5名，11个班科进入前3名！创大寨小学历史上有记录以来的最好成绩！</w:t>
      </w:r>
      <w:r>
        <w:rPr>
          <w:lang w:eastAsia="zh-CN"/>
        </w:rPr>
        <w:br/>
      </w:r>
      <w:r>
        <w:rPr>
          <w:lang w:eastAsia="zh-CN"/>
        </w:rPr>
        <w:t>　　值此机会，我要再次向辛勤工作的全体教职员工表示崇高的敬意和衷心的感谢！再向努力学习并取得进步的同学们表示真诚的祝贺！</w:t>
      </w:r>
      <w:r>
        <w:rPr>
          <w:lang w:eastAsia="zh-CN"/>
        </w:rPr>
        <w:br/>
      </w:r>
      <w:r>
        <w:rPr>
          <w:lang w:eastAsia="zh-CN"/>
        </w:rPr>
        <w:t>　　下面我宣读上学期受表彰的学生和优秀班集体：</w:t>
      </w:r>
      <w:r>
        <w:rPr>
          <w:lang w:eastAsia="zh-CN"/>
        </w:rPr>
        <w:br/>
      </w:r>
      <w:r>
        <w:rPr>
          <w:lang w:eastAsia="zh-CN"/>
        </w:rPr>
        <w:t>　　在上学期放假前，我们已经表彰了优秀的学习标兵，三好学生、优秀班干部、进步之星等，在这里我们就不再宣读。</w:t>
      </w:r>
      <w:r>
        <w:rPr>
          <w:lang w:eastAsia="zh-CN"/>
        </w:rPr>
        <w:br/>
      </w:r>
      <w:r>
        <w:rPr>
          <w:lang w:eastAsia="zh-CN"/>
        </w:rPr>
        <w:t>　　获得优秀班集体的是：</w:t>
      </w:r>
      <w:r>
        <w:rPr>
          <w:lang w:eastAsia="zh-CN"/>
        </w:rPr>
        <w:br/>
      </w:r>
      <w:r>
        <w:rPr>
          <w:lang w:eastAsia="zh-CN"/>
        </w:rPr>
        <w:t>　　6.2、3.2、3.1、5.1、1.2、1.1</w:t>
      </w:r>
      <w:r>
        <w:rPr>
          <w:lang w:eastAsia="zh-CN"/>
        </w:rPr>
        <w:br/>
      </w:r>
      <w:r>
        <w:rPr>
          <w:lang w:eastAsia="zh-CN"/>
        </w:rPr>
        <w:t>　　请上台领奖</w:t>
      </w:r>
      <w:r>
        <w:rPr>
          <w:lang w:eastAsia="zh-CN"/>
        </w:rPr>
        <w:br/>
      </w:r>
      <w:r>
        <w:rPr>
          <w:lang w:eastAsia="zh-CN"/>
        </w:rPr>
        <w:t>　　获得卫生先进班集体的是5.1、4.1、3.1、6.2、3.2、1.2</w:t>
      </w:r>
      <w:r>
        <w:rPr>
          <w:lang w:eastAsia="zh-CN"/>
        </w:rPr>
        <w:br/>
      </w:r>
      <w:r>
        <w:rPr>
          <w:lang w:eastAsia="zh-CN"/>
        </w:rPr>
        <w:t>　　请上台领奖</w:t>
      </w:r>
      <w:r>
        <w:rPr>
          <w:lang w:eastAsia="zh-CN"/>
        </w:rPr>
        <w:br/>
      </w:r>
      <w:r>
        <w:rPr>
          <w:lang w:eastAsia="zh-CN"/>
        </w:rPr>
        <w:t>　　同时，我们也评出了优秀班主任代表和优秀教师代表。</w:t>
      </w:r>
      <w:r>
        <w:rPr>
          <w:lang w:eastAsia="zh-CN"/>
        </w:rPr>
        <w:br/>
      </w:r>
      <w:r>
        <w:rPr>
          <w:lang w:eastAsia="zh-CN"/>
        </w:rPr>
        <w:t>　　获得优秀班主任代表荣誉的是李__老师，</w:t>
      </w:r>
      <w:r>
        <w:rPr>
          <w:lang w:eastAsia="zh-CN"/>
        </w:rPr>
        <w:br/>
      </w:r>
      <w:r>
        <w:rPr>
          <w:lang w:eastAsia="zh-CN"/>
        </w:rPr>
        <w:t>　　获得优秀教师代表荣誉的是袭__老师</w:t>
      </w:r>
      <w:r>
        <w:rPr>
          <w:lang w:eastAsia="zh-CN"/>
        </w:rPr>
        <w:br/>
      </w:r>
      <w:r>
        <w:rPr>
          <w:lang w:eastAsia="zh-CN"/>
        </w:rPr>
        <w:t>　　请两位老师上台领奖</w:t>
      </w:r>
      <w:r>
        <w:rPr>
          <w:lang w:eastAsia="zh-CN"/>
        </w:rPr>
        <w:br/>
      </w:r>
      <w:r>
        <w:rPr>
          <w:lang w:eastAsia="zh-CN"/>
        </w:rPr>
        <w:t>　　下面我们欢迎优秀学生代表王上台发言。</w:t>
      </w:r>
      <w:r>
        <w:rPr>
          <w:lang w:eastAsia="zh-CN"/>
        </w:rPr>
        <w:br/>
      </w:r>
      <w:r>
        <w:rPr>
          <w:lang w:eastAsia="zh-CN"/>
        </w:rPr>
        <w:t>　　让我们再次用热了的掌声向获得表彰的班集体和老师表示祝贺</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新学期升旗仪式暨开学典礼主持词回顾上个学期，我们播种过希望，也收获了累累硕果，同学们在各项活动中取得了不错的成绩。当然，在过去的一学期里，也有不经尽如人意的地方，还有学生不爱学习、不爱读书、还经常撒谎、不诚实、不文明的行为还在！我希望这些同学能在新的学期里能改过自新，积极学习、刻苦钻研，尽快赶上来！</w:t>
      </w:r>
      <w:r>
        <w:rPr>
          <w:lang w:eastAsia="zh-CN"/>
        </w:rPr>
        <w:br/>
      </w:r>
      <w:r>
        <w:rPr>
          <w:lang w:eastAsia="zh-CN"/>
        </w:rPr>
        <w:t>　　尤其是六年级的同学们，你们在大寨小学学习生活还有四个月的时间，更紧张、更令人向往的初中学习生活在等待着你们，你们准备好了吗？请珍惜小学学习时光，加倍努力，为初中的学习生活打下坚实的基础！</w:t>
      </w:r>
      <w:r>
        <w:rPr>
          <w:lang w:eastAsia="zh-CN"/>
        </w:rPr>
        <w:br/>
      </w:r>
      <w:r>
        <w:rPr>
          <w:lang w:eastAsia="zh-CN"/>
        </w:rPr>
        <w:t>　　成绩属于昨天，希望永远在明天，实际行动就在今天！</w:t>
      </w:r>
      <w:r>
        <w:rPr>
          <w:lang w:eastAsia="zh-CN"/>
        </w:rPr>
        <w:br/>
      </w:r>
      <w:r>
        <w:rPr>
          <w:lang w:eastAsia="zh-CN"/>
        </w:rPr>
        <w:t>　　第一，要做一个有理想的人。</w:t>
      </w:r>
      <w:r>
        <w:rPr>
          <w:lang w:eastAsia="zh-CN"/>
        </w:rPr>
        <w:br/>
      </w:r>
      <w:r>
        <w:rPr>
          <w:lang w:eastAsia="zh-CN"/>
        </w:rPr>
        <w:t>　　孔子说过，凡事预则立。每个同学都要给自己定出一个明确的目标，有一个伟大的人生理想。如果你没有理想，没有目标，每天庸庸碌碌，从此停止进步，那未来你一辈子的日子堆积起来将永远是一堆琐碎。</w:t>
      </w:r>
      <w:r>
        <w:rPr>
          <w:lang w:eastAsia="zh-CN"/>
        </w:rPr>
        <w:br/>
      </w:r>
      <w:r>
        <w:rPr>
          <w:lang w:eastAsia="zh-CN"/>
        </w:rPr>
        <w:t>　　所以，我希望所有的同学能把自己每天平凡的日子用努力堆砌成伟大的人生，这样我们一定能变成一个伟大的生命。</w:t>
      </w:r>
      <w:r>
        <w:rPr>
          <w:lang w:eastAsia="zh-CN"/>
        </w:rPr>
        <w:br/>
      </w:r>
      <w:r>
        <w:rPr>
          <w:lang w:eastAsia="zh-CN"/>
        </w:rPr>
        <w:t>　　第二，要做一个有责任感的人。</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一名优秀人才必须具备四种品质：对国家、对社会、对家庭有责任感，对学习和工作有进取精神，对他人有竞争更有团队合作精神，对自己有否定和超越的态度。这四种品质的核心就是责任感，对我们同学来说，勤奋学习、刻苦锻炼是对自己的责任，遵守校纪校规，遵守社会公德就是你对学校、对社会的责任，孝敬父母、尊敬长辈，就是你对家庭的责任，爱护公物、讲究卫生、关心集体就是你对班级的责任，如果没有了责任感，就不会有团结向上的班集体、整洁优美的学习环境，就不会有稳定的社会秩序，所以希望同学们要以对国家、对学校、对班级、对家庭、对人生的责任感，只有这样，才能在未来的社会中有立足之地，才能在发展自己的同时促进社会发展，实现自己人生价值</w:t>
      </w:r>
      <w:r>
        <w:rPr>
          <w:lang w:eastAsia="zh-CN"/>
        </w:rPr>
        <w:br/>
      </w:r>
      <w:r>
        <w:rPr>
          <w:lang w:eastAsia="zh-CN"/>
        </w:rPr>
        <w:t>　　第三，养成良好的习惯。</w:t>
      </w:r>
      <w:r>
        <w:rPr>
          <w:lang w:eastAsia="zh-CN"/>
        </w:rPr>
        <w:br/>
      </w:r>
      <w:r>
        <w:rPr>
          <w:lang w:eastAsia="zh-CN"/>
        </w:rPr>
        <w:t>　　良好的习惯是一个人成才的基础，对幸福的人生起到奠基作用，希望同学们时刻不忘习惯的养成，自觉遵守《小学生守则》、《小学生日常行为规范》和《品端行正，天道酬勤172条》。在学校里，多数是小事，但又没有小事。比如：坚决不带零食进校，进校就进入学习状态，不随地吐痰，不乱扔废弃物，弯腰捡起一张纸屑，听到小预备铃声就立即进教室，并迅速安静下来，摆放好学习用品等……事情都很小，但都关系到同学们良好习惯的养成，对于同学们的品行而言，显然又是一件大事。</w:t>
      </w:r>
      <w:r>
        <w:rPr>
          <w:lang w:eastAsia="zh-CN"/>
        </w:rPr>
        <w:br/>
      </w:r>
      <w:r>
        <w:rPr>
          <w:lang w:eastAsia="zh-CN"/>
        </w:rPr>
        <w:t>　　第四，勤奋学习。</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如果把学生这个词名词解释的话，学生就是学习“生东西”的人，东西会了熟了就不用学了，学习新东西是我们的主要任务，知识的丰富，技能的提高，品格的养成都离不开学习。同学们发扬刻苦钻研精神，认真改掉学习中的一些不良习惯，不浪费一分一秒，在同学中开展比、学、赶、帮活动，人人订出目标并向自己理想的目标奋斗。特别是我们那些在学习中有一定困难，在以前的考试以及竞赛中留下了遗憾的同学，你们更要吸取教训，加倍努力，力争缩小与其他同学的差距。</w:t>
      </w:r>
      <w:r>
        <w:rPr>
          <w:lang w:eastAsia="zh-CN"/>
        </w:rPr>
        <w:br/>
      </w:r>
      <w:r>
        <w:rPr>
          <w:lang w:eastAsia="zh-CN"/>
        </w:rPr>
        <w:t>　　第五，珍爱生命，树立安全意识。</w:t>
      </w:r>
      <w:r>
        <w:rPr>
          <w:lang w:eastAsia="zh-CN"/>
        </w:rPr>
        <w:br/>
      </w:r>
      <w:r>
        <w:rPr>
          <w:lang w:eastAsia="zh-CN"/>
        </w:rPr>
        <w:t>　　教育无小事，安全大于天。我们要高度关注自己的生命，对自己负责，对父母负责，对社会负责。同学们一定要听从老师的教导，上楼、下楼、出操、课间活动，上学、放学等都要把安全放在第一位，乘车的要系好安全带。绝不能开展危险性游戏，更要密切地与老师联系，发现问题及时把情况告知学校或班主任，提高自己的安全防范能力。同时要遵守交通规则，讲究饮食卫生，时时刻刻切实把安全放在第一位。</w:t>
      </w:r>
      <w:r>
        <w:rPr>
          <w:lang w:eastAsia="zh-CN"/>
        </w:rPr>
        <w:br/>
      </w:r>
      <w:r>
        <w:rPr>
          <w:lang w:eastAsia="zh-CN"/>
        </w:rPr>
        <w:t>　　老师们、同学们，春天是百花盛开的季节，千帆竞发，百舸争流。一年之计在于春，在这希望的春天里，让我们踏着春天的脚步，勤奋学习，积极工作，锐意进取，追求卓越，为取得更好的成绩而努力奋斗！</w:t>
      </w:r>
      <w:r>
        <w:rPr>
          <w:lang w:eastAsia="zh-CN"/>
        </w:rPr>
        <w:br/>
      </w:r>
      <w:r>
        <w:rPr>
          <w:lang w:eastAsia="zh-CN"/>
        </w:rPr>
        <w:t>　　最后一首歌《苔》送给大家。</w:t>
      </w:r>
      <w:r>
        <w:rPr>
          <w:lang w:eastAsia="zh-CN"/>
        </w:rPr>
        <w:br/>
      </w:r>
      <w:r>
        <w:rPr>
          <w:lang w:eastAsia="zh-CN"/>
        </w:rPr>
        <w:t xml:space="preserve">    开学升旗仪式活动主持词 篇3 </w:t>
      </w:r>
      <w:r>
        <w:rPr>
          <w:lang w:eastAsia="zh-CN"/>
        </w:rPr>
        <w:br/>
      </w:r>
      <w:r>
        <w:rPr>
          <w:lang w:eastAsia="zh-CN"/>
        </w:rPr>
        <w:t>　　各位老师，各位同学：</w:t>
      </w:r>
      <w:r>
        <w:rPr>
          <w:lang w:eastAsia="zh-CN"/>
        </w:rPr>
        <w:br/>
      </w:r>
      <w:r>
        <w:rPr>
          <w:lang w:eastAsia="zh-CN"/>
        </w:rPr>
        <w:t>　　大家好!</w:t>
      </w:r>
      <w:r>
        <w:rPr>
          <w:lang w:eastAsia="zh-CN"/>
        </w:rPr>
        <w:br/>
      </w:r>
      <w:r>
        <w:rPr>
          <w:lang w:eastAsia="zh-CN"/>
        </w:rPr>
        <w:t>　　新春伊始，万物复苏。在这明媚的春光里，在这充满希望的新学期，祝老师在新的一年里，身体健康、万事如意;同学们好好学习、天天向上。</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同学们，新的一年开始了，大家又长大了一岁，我相信大家比以前更成熟了、更懂事了、更自信了。新学期、新打算，你们想不想在新的学期中取得更好的成绩呢?下面送给大家四句话：</w:t>
      </w:r>
      <w:r>
        <w:rPr>
          <w:lang w:eastAsia="zh-CN"/>
        </w:rPr>
        <w:br/>
      </w:r>
      <w:r>
        <w:rPr>
          <w:lang w:eastAsia="zh-CN"/>
        </w:rPr>
        <w:t>　　第一句话是：新的学期要一切从头来。不管你过去怎样，老师们最关心的是你现在的表现，你能不能把握每一个今天。在新的学年里，你面临新的任务和挑战，你有机会从头再来。</w:t>
      </w:r>
      <w:r>
        <w:rPr>
          <w:lang w:eastAsia="zh-CN"/>
        </w:rPr>
        <w:br/>
      </w:r>
      <w:r>
        <w:rPr>
          <w:lang w:eastAsia="zh-CN"/>
        </w:rPr>
        <w:t>　　如果因为过去有了一点成绩而洋洋得意，骄傲自满，你必定会停滞不前，甚至一落千丈。同样，如果你过去有这样那样的不足，你应该勇于告别过去，完善自我，挑战自我，重塑一个崭新的自己。</w:t>
      </w:r>
      <w:r>
        <w:rPr>
          <w:lang w:eastAsia="zh-CN"/>
        </w:rPr>
        <w:br/>
      </w:r>
      <w:r>
        <w:rPr>
          <w:lang w:eastAsia="zh-CN"/>
        </w:rPr>
        <w:t>　　第二句话是：要培养习惯，学会做人。欲成才，先成人。在激烈竞争的现代社会，仅仅有点成绩、有点才能还不够，只有具备了良好的习惯、美好的品德、高尚的情操，才能真正成为对社会有用的人才。</w:t>
      </w:r>
      <w:r>
        <w:rPr>
          <w:lang w:eastAsia="zh-CN"/>
        </w:rPr>
        <w:br/>
      </w:r>
      <w:r>
        <w:rPr>
          <w:lang w:eastAsia="zh-CN"/>
        </w:rPr>
        <w:t>　　因此，我们要以《小学生日常行为规范》和学校规定的行为准则，处处严格要求自己，要做到自尊自爱，努力上进，在学校的各种活动中争先创优。要举止文明，礼貌待人，尊敬师长，团结同学，要严守纪律，有意识的培养良好习惯。</w:t>
      </w:r>
      <w:r>
        <w:rPr>
          <w:lang w:eastAsia="zh-CN"/>
        </w:rPr>
        <w:br/>
      </w:r>
      <w:r>
        <w:rPr>
          <w:lang w:eastAsia="zh-CN"/>
        </w:rPr>
        <w:t>　　第三句话是：主动学习，实干加巧干。在学习上，要有明确的目标，要不怕吃苦，要积极主动地去钻研，去思考，去聆听，去阅读，要做学习的主人，不做学习的奴隶。</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主动学习的知识容易懂，记得牢，会越来越有兴趣，越来越觉得学习的快乐，而被动学习则正好相反。所以，希望同学们从新学期开始都要做学习的主人。</w:t>
      </w:r>
      <w:r>
        <w:rPr>
          <w:lang w:eastAsia="zh-CN"/>
        </w:rPr>
        <w:br/>
      </w:r>
      <w:r>
        <w:rPr>
          <w:lang w:eastAsia="zh-CN"/>
        </w:rPr>
        <w:t>　　另外，在学习上，我们提倡两个字“实”和“巧”。实就是要踏踏实实地学，扎扎实实地练，掌握最基本的知识，做到“日日清，周周清”，决不让问题从自己眼前溜过去。巧就是要灵巧地学，而不是投机取巧，是要掌握好的学习方法。</w:t>
      </w:r>
      <w:r>
        <w:rPr>
          <w:lang w:eastAsia="zh-CN"/>
        </w:rPr>
        <w:br/>
      </w:r>
      <w:r>
        <w:rPr>
          <w:lang w:eastAsia="zh-CN"/>
        </w:rPr>
        <w:t>　　要根据学科特点，自身差异，在老师的'指导下，寻找适合的最有效的学习方法。只要做到了这些，就一定能取得好的成绩。</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第四句话是：勇于争先，敢拼才会赢。要求同学们要有不怕吃苦、敢于拼搏的精神。大部分成功人士身上，都有一般人没有的顽强不屈的意志、敢于拼搏的精神、吃苦耐劳的走在校园里时常能听到同学们响亮而亲切的问喉声。学校团委安排的文明礼仪岗每天在校门口迎接上学的学生和上班的老师，而美好的一天就在这声声问好声中开始。随着文明礼仪教育的深入开展，课上举手的人多了，和声细语讨论问题的人多了;课间吵闹的人少了;地上的纸屑少了，随手捡垃圾的人多了，我们的校园比以前更干净了;宿舍的内务比以前更干净了，熄灯后讲话的人少了，教室开无人灯开的少了，随手关灯的人多了;为小事吵架动手的人少了;楼梯上追逐打闹的人少了，相互谦让的人多了……。三月的春风吹拂下，既暖了人，更暖了人心，这一切都是同学们遵守学校文明礼仪的结果，也是学校倡导文明礼仪的成果，来之不易，更需要我们每个人用心呵护。当然，我们也应该看到在全校师生共奏的文明礼仪和谐乐章中的不和谐音符，还是会发现了有些同学在这方面做的还不够，如进学校不挂戴胸卡，穿着打扮跟学生不相配，中午进餐依然跑步进食堂，不顾他人安危;浪费粮食现象非常严重。有些同学一下课就往小店跑，零食不断口，垃圾随地乱丢;很多学生还在不许购物的时间内去购物。还有些同学留连校门口的小食摊，不顾形象，不顾安全……。看到这些现象我们感到痛心，感到不安，更让我们有深思的必要。为什么这些现象并没有随着文明礼仪教育的深入而在我们学校绝迹呢，我希望这些学生能迅速提高自己的思想认识，迅速提高对养成文明礼貌的良好形象重要性的认识，从而自觉地规范自己平时的言行，并逐步养成良好的文明习惯。如果你失去了今天，你不算失败，因为明天会再来。如果你失去了金钱，你不算失败，因为人生的价值不在钱袋。</w:t>
      </w:r>
      <w:r>
        <w:rPr>
          <w:lang w:eastAsia="zh-CN"/>
        </w:rPr>
        <w:br/>
      </w:r>
      <w:r>
        <w:rPr>
          <w:lang w:eastAsia="zh-CN"/>
        </w:rPr>
        <w:t>　　如果你失去了文明，你是彻彻底底的失败，因为你已经失去了做人的真谛。希望同学们一定要从我做起，从每一件小事做起，让文明礼仪之花在江阴高中初中部的校园里处处盛开。礼仪是无处不在的，它可以表现出一个人的道德修养，它可以增进人与人之间的友谊，它的作用太多太多了。在这阳春三月，春意浓浓、生机勃勃，意味着我们该有一个崭新面貌。那么怎样才能使小学生礼仪洋溢在美丽的校园里呢?我们小学生要着装得体，符合学生身份，体现出新世纪学生篷勃向上的风采，因为仪表、仪容、仪态可以让人一看便知道你的修养。</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升旗仪式，最为庄严。这凝聚了文明与热血的国旗，在礼仪的包围中更显得鲜艳。此时此刻，国旗下的我们要严肃认真、精神饱满、高唱国歌，不负于“礼仪之邦”这个美誉。课堂礼仪对老师的教学影响很大，它直接关系着一个班的荣誉与凝聚力，体现这个班的班风班貌。校园礼仪就更重要了，下课后的休息时间，不随地吐痰、乱扔纸屑、不拿粉笔头玩、上下楼梯一律右行、见老师和客人要用普通话主动问好。我们还应该爱护花草树木和一切设施，不穿越绿化带，爱护清洁卫生，服从老师管理和接受值周学生的批评劝阻。受到老师的帮助，应主动诚恳地说谢谢。同学之间也离不开礼仪，它就像润滑油，使粗糙的磨擦消迹，如果有矛盾，多进行自我反省。互相理解、宽容待人。培养较强的协作精神，这样使班级更团结、友谊更深厚。</w:t>
      </w:r>
      <w:r>
        <w:rPr>
          <w:lang w:eastAsia="zh-CN"/>
        </w:rPr>
        <w:br/>
      </w:r>
      <w:r>
        <w:rPr>
          <w:lang w:eastAsia="zh-CN"/>
        </w:rPr>
        <w:t>　　在3月这个文明礼貌月，全中国都弥漫着文明礼貌的芳香。而这些芳香正来自于各种花朵，你，便是他们中的一份子，相信自己，我们一定能行。我们将挑起传承礼仪的使命，无负于未来，无负于这教育我们的美丽校园。我的演讲到此结束!谢谢!</w:t>
      </w:r>
      <w:r>
        <w:rPr>
          <w:lang w:eastAsia="zh-CN"/>
        </w:rPr>
        <w:br/>
      </w:r>
      <w:r>
        <w:rPr>
          <w:lang w:eastAsia="zh-CN"/>
        </w:rPr>
        <w:t xml:space="preserve">    开学升旗仪式活动主持词 篇4 </w:t>
      </w:r>
      <w:r>
        <w:rPr>
          <w:lang w:eastAsia="zh-CN"/>
        </w:rPr>
        <w:br/>
      </w:r>
      <w:r>
        <w:rPr>
          <w:lang w:eastAsia="zh-CN"/>
        </w:rPr>
        <w:t>　　尊敬的各位领导、老师、亲爱的同学们：</w:t>
      </w:r>
      <w:r>
        <w:rPr>
          <w:lang w:eastAsia="zh-CN"/>
        </w:rPr>
        <w:br/>
      </w:r>
      <w:r>
        <w:rPr>
          <w:lang w:eastAsia="zh-CN"/>
        </w:rPr>
        <w:t>　　大家下午好！</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今天，天格外蓝，风格外轻，阳光格外灿烂。站在主席台上，望着你们亲切的笑脸，我的心中也格外激动。在这美丽祥和的日子，我们学校的全体教职工、全体学生欢聚在这里，举行本学期第一次盛大聚会：开学典礼。看啊，激动流露在我们每一个人的脸上，充溢在我们每个人的心中。是啊，想一想未来那无数个充满希望的日子，我们怎么能不感动、不激动呢？我已然感到，希望也正在我们每一个人心中充盈、升腾。</w:t>
      </w:r>
      <w:r>
        <w:rPr>
          <w:lang w:eastAsia="zh-CN"/>
        </w:rPr>
        <w:br/>
      </w:r>
      <w:r>
        <w:rPr>
          <w:lang w:eastAsia="zh-CN"/>
        </w:rPr>
        <w:t>　　从今天开始，一批新同学新老师正式融入了八庙中学这个充满生机与活力的大集体，在今后的三年和以后更漫长的岁月里，__中学的风景一定会因为你们的到来而更加美丽，__中学的未来也一定会因为你们的到来而更加精_。在此，我谨代表中学所有教职工向新同学、新老师表示热烈的欢迎和衷心的祝贺！同时我代表学校党委、行政、工会向一年来默默耕耘在教育教学战线上，为学校的进步与发展付出_苦劳动，取得优异成绩的全体教职工同志们致以崇高的敬礼；向努力学习、积极进取，以文明礼貌的言行、奋发向上的风貌为学校争光添_的全体同学表示衷心的感谢！</w:t>
      </w:r>
      <w:r>
        <w:rPr>
          <w:lang w:eastAsia="zh-CN"/>
        </w:rPr>
        <w:br/>
      </w:r>
      <w:r>
        <w:rPr>
          <w:lang w:eastAsia="zh-CN"/>
        </w:rPr>
        <w:t>　　今天参加我们大会的领导和来宾有：………………………………。</w:t>
      </w:r>
      <w:r>
        <w:rPr>
          <w:lang w:eastAsia="zh-CN"/>
        </w:rPr>
        <w:br/>
      </w:r>
      <w:r>
        <w:rPr>
          <w:lang w:eastAsia="zh-CN"/>
        </w:rPr>
        <w:t>　　让我们以热烈的掌声对各位领导和来宾的光临表示感谢！</w:t>
      </w:r>
      <w:r>
        <w:rPr>
          <w:lang w:eastAsia="zh-CN"/>
        </w:rPr>
        <w:br/>
      </w:r>
      <w:r>
        <w:rPr>
          <w:lang w:eastAsia="zh-CN"/>
        </w:rPr>
        <w:t>　　现在，我郑重宣布：__中学20__—20__学年度第一学期开学典礼现在开始。</w:t>
      </w:r>
      <w:r>
        <w:rPr>
          <w:lang w:eastAsia="zh-CN"/>
        </w:rPr>
        <w:br/>
      </w:r>
      <w:r>
        <w:rPr>
          <w:lang w:eastAsia="zh-CN"/>
        </w:rPr>
        <w:t xml:space="preserve">    开学升旗仪式活动主持词 篇5 </w:t>
      </w:r>
      <w:r>
        <w:rPr>
          <w:lang w:eastAsia="zh-CN"/>
        </w:rPr>
        <w:br/>
      </w:r>
      <w:r>
        <w:rPr>
          <w:lang w:eastAsia="zh-CN"/>
        </w:rPr>
        <w:t>　　各位老师：</w:t>
      </w:r>
      <w:r>
        <w:rPr>
          <w:lang w:eastAsia="zh-CN"/>
        </w:rPr>
        <w:br/>
      </w:r>
      <w:r>
        <w:rPr>
          <w:lang w:eastAsia="zh-CN"/>
        </w:rPr>
        <w:t>　　新年好！欢回到学校，今天我们在这里召开新学期开学工作会议，首先向各位拜个晚年，祝大家__年大吉，万事如意，身体健康，工作顺利！</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今天的会议主要有这样几个议程：首先将由校长作开学工作报告，然后请校长就抓好日常教育教学管理，规范教师工作作布置。接着由教导处谈谈新学期工作思路并布置近期主要工作，再由教科室、德育处、教技室负责人分别谈谈本学期的工作设想。</w:t>
      </w:r>
      <w:r>
        <w:rPr>
          <w:lang w:eastAsia="zh-CN"/>
        </w:rPr>
        <w:br/>
      </w:r>
      <w:r>
        <w:rPr>
          <w:lang w:eastAsia="zh-CN"/>
        </w:rPr>
        <w:t>　　下面我们进行会议的第一个议程，让我们以热烈的掌声有请校长作开学工作报告！……</w:t>
      </w:r>
      <w:r>
        <w:rPr>
          <w:lang w:eastAsia="zh-CN"/>
        </w:rPr>
        <w:br/>
      </w:r>
      <w:r>
        <w:rPr>
          <w:lang w:eastAsia="zh-CN"/>
        </w:rPr>
        <w:t>　　刚刚孙校长简要传达了上级部门教育工作会议，并部署了本学期的工作，希望全体教职工能深刻领会孙校长的，以更加饱满的激情，更加务实的作风，为推进学校内涵发展，提高学校的办学品位，打造学校办学特色而努力。</w:t>
      </w:r>
      <w:r>
        <w:rPr>
          <w:lang w:eastAsia="zh-CN"/>
        </w:rPr>
        <w:br/>
      </w:r>
      <w:r>
        <w:rPr>
          <w:lang w:eastAsia="zh-CN"/>
        </w:rPr>
        <w:t>　　下面进行第二个议程，掌声有请沈校长。……</w:t>
      </w:r>
      <w:r>
        <w:rPr>
          <w:lang w:eastAsia="zh-CN"/>
        </w:rPr>
        <w:br/>
      </w:r>
      <w:r>
        <w:rPr>
          <w:lang w:eastAsia="zh-CN"/>
        </w:rPr>
        <w:t>　　刚才校长针对规范教师教学行为，加强日常教育教学管理问题，谈得非常详细，分析了我们管理中存在的一些问题，并提出了改进的目标、要求，而且措施也很明确，本学期学校将在这些方面加大检查、管理的力度，并与奖惩、考核制度挂钩，以提高管理实效。也希能加以重视，并积极配合工作的开展。</w:t>
      </w:r>
      <w:r>
        <w:rPr>
          <w:lang w:eastAsia="zh-CN"/>
        </w:rPr>
        <w:br/>
      </w:r>
      <w:r>
        <w:rPr>
          <w:lang w:eastAsia="zh-CN"/>
        </w:rPr>
        <w:t>　　下面进行第三个议程，有请工会马主席谈谈本学期工会的主要工作。</w:t>
      </w:r>
      <w:r>
        <w:rPr>
          <w:lang w:eastAsia="zh-CN"/>
        </w:rPr>
        <w:br/>
      </w:r>
      <w:r>
        <w:rPr>
          <w:lang w:eastAsia="zh-CN"/>
        </w:rPr>
        <w:t>　　下面进行第四项议程，请教导处戈教导谈谈本学期的工作思路，并布置一下近期的重要工作。……另外有个情况跟大家作个说明，由于现在音体美教研组人数比较多，不利于开展教研活动，经协商现分成体育组和艺术组两个教研组，体育教研组长_，艺术组包括音乐和美术教师，教研组长由_担任，其他没有变化。</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接下来进行会议的第五个议程，欢迎教科室殷主任谈谈新学期教科室的工作思路。掌声有请！……</w:t>
      </w:r>
      <w:r>
        <w:rPr>
          <w:lang w:eastAsia="zh-CN"/>
        </w:rPr>
        <w:br/>
      </w:r>
      <w:r>
        <w:rPr>
          <w:lang w:eastAsia="zh-CN"/>
        </w:rPr>
        <w:t>　　下面进行第六个议程，请德育处徐主任谈谈本学期德育处、少先队的工作设想。掌声欢迎！……</w:t>
      </w:r>
      <w:r>
        <w:rPr>
          <w:lang w:eastAsia="zh-CN"/>
        </w:rPr>
        <w:br/>
      </w:r>
      <w:r>
        <w:rPr>
          <w:lang w:eastAsia="zh-CN"/>
        </w:rPr>
        <w:t>　　下面进行会议的最后一个议程，有请教技室查主任谈谈本学期教技室主要工作。掌声欢迎！……</w:t>
      </w:r>
      <w:r>
        <w:rPr>
          <w:lang w:eastAsia="zh-CN"/>
        </w:rPr>
        <w:br/>
      </w:r>
      <w:r>
        <w:rPr>
          <w:lang w:eastAsia="zh-CN"/>
        </w:rPr>
        <w:t>　　另外有两件事情说一下：一是明天学生报到，教师早上8点半上班，后天正式上课就按规定的作息时间执行。二是请班主任老师于明天下午1点半之前将要在食堂就餐的学生名单报食堂，内线电话：。餐费收多少请关注群消息，总务处胡主任会在今天下班前发通知。</w:t>
      </w:r>
      <w:r>
        <w:rPr>
          <w:lang w:eastAsia="zh-CN"/>
        </w:rPr>
        <w:br/>
      </w:r>
      <w:r>
        <w:rPr>
          <w:lang w:eastAsia="zh-CN"/>
        </w:rPr>
        <w:t>　　老师们，新的一年孕育着新的希望，让我们满怀信心迎接挑战，满腔热情投入工作，进一步增强责任感和使命感，振奋，为我校的蓬勃发展而努力！今天上午的会议就到这里结束，下午请各位老师打扫、好办公室，做好所有的开学准备工作，开开心心迎接学生回到校园。散会。</w:t>
      </w:r>
      <w:r>
        <w:rPr>
          <w:lang w:eastAsia="zh-CN"/>
        </w:rPr>
        <w:br/>
      </w:r>
      <w:r>
        <w:rPr>
          <w:lang w:eastAsia="zh-CN"/>
        </w:rPr>
        <w:t xml:space="preserve">    开学升旗仪式活动主持词 篇6 </w:t>
      </w:r>
      <w:r>
        <w:rPr>
          <w:lang w:eastAsia="zh-CN"/>
        </w:rPr>
        <w:br/>
      </w:r>
      <w:r>
        <w:rPr>
          <w:lang w:eastAsia="zh-CN"/>
        </w:rPr>
        <w:t>　　尊敬的各位、来宾，亲爱的老师、同学们：</w:t>
      </w:r>
      <w:r>
        <w:rPr>
          <w:lang w:eastAsia="zh-CN"/>
        </w:rPr>
        <w:br/>
      </w:r>
      <w:r>
        <w:rPr>
          <w:lang w:eastAsia="zh-CN"/>
        </w:rPr>
        <w:t>　　大家好!</w:t>
      </w:r>
      <w:r>
        <w:rPr>
          <w:lang w:eastAsia="zh-CN"/>
        </w:rPr>
        <w:br/>
      </w:r>
      <w:r>
        <w:rPr>
          <w:lang w:eastAsia="zh-CN"/>
        </w:rPr>
        <w:t>　　寒雪梅中尽，春风柳上归，经过了一个平安、愉快的寒假，我们满怀着新的希望迎来了生机勃勃的年春季。今天我们又回到了这美丽的校园。在这祥和的日子，我们黎曙小学的全体师生又欢聚在这里，举行本学期的开学典礼。</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好，今天参加我们开学典礼并在主席台就座的校有：我们亲爱的陈校长、主管教学工作的肖校长、主管安全、学生工作的杨主任，让我们以热烈的掌声欢迎。现在，我宣布：黎曙小学学春季开学典礼暨升旗仪式现在开始。</w:t>
      </w:r>
      <w:r>
        <w:rPr>
          <w:lang w:eastAsia="zh-CN"/>
        </w:rPr>
        <w:br/>
      </w:r>
      <w:r>
        <w:rPr>
          <w:lang w:eastAsia="zh-CN"/>
        </w:rPr>
        <w:t>　　一、 升国旗升国旗升国旗升国旗，奏国歌奏国歌奏国歌奏国歌。 请全体肃立!老师和一年级、学前班同学行注目礼，全体少先队员脱帽、敬礼! 礼毕!</w:t>
      </w:r>
      <w:r>
        <w:rPr>
          <w:lang w:eastAsia="zh-CN"/>
        </w:rPr>
        <w:br/>
      </w:r>
      <w:r>
        <w:rPr>
          <w:lang w:eastAsia="zh-CN"/>
        </w:rPr>
        <w:t>　　二、 校长校长校长校长。</w:t>
      </w:r>
      <w:r>
        <w:rPr>
          <w:lang w:eastAsia="zh-CN"/>
        </w:rPr>
        <w:br/>
      </w:r>
      <w:r>
        <w:rPr>
          <w:lang w:eastAsia="zh-CN"/>
        </w:rPr>
        <w:t>　　回首，我们黎曙小学人以坚实的步履，换来了丰硕的收获。黎曙小学之所以能够蓬勃发展，葱惠四方，是因为有一位勤奋博学、创新争先、献身教育的好校长!下面，让我们以热烈的掌声欢迎陈校长为我们。</w:t>
      </w:r>
      <w:r>
        <w:rPr>
          <w:lang w:eastAsia="zh-CN"/>
        </w:rPr>
        <w:br/>
      </w:r>
      <w:r>
        <w:rPr>
          <w:lang w:eastAsia="zh-CN"/>
        </w:rPr>
        <w:t>　　三、 教师代表</w:t>
      </w:r>
      <w:r>
        <w:rPr>
          <w:lang w:eastAsia="zh-CN"/>
        </w:rPr>
        <w:br/>
      </w:r>
      <w:r>
        <w:rPr>
          <w:lang w:eastAsia="zh-CN"/>
        </w:rPr>
        <w:t>　　从校长的谆谆教诲中，我们进一步明确了新学期的奋斗目标和努力方向，我们会会努力实现目标。下面让我们用掌声欢迎优秀教师黎曙小学大队辅导员阳小平老师发言。</w:t>
      </w:r>
      <w:r>
        <w:rPr>
          <w:lang w:eastAsia="zh-CN"/>
        </w:rPr>
        <w:br/>
      </w:r>
      <w:r>
        <w:rPr>
          <w:lang w:eastAsia="zh-CN"/>
        </w:rPr>
        <w:t>　　四、 优秀学生表彰春季开学典礼感谢老师精彩的发言。学生是学习的主体，在过去的一学期中黎曙小学涌现出了一大批德智体美都优秀的学生，下面请陈校长宣读优秀学生名单，请肖校长、杨主任为获奖学生颁发奖状。</w:t>
      </w:r>
      <w:r>
        <w:rPr>
          <w:lang w:eastAsia="zh-CN"/>
        </w:rPr>
        <w:br/>
      </w:r>
      <w:r>
        <w:rPr>
          <w:lang w:eastAsia="zh-CN"/>
        </w:rPr>
        <w:t>　　五、学生代表发言</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请同学们再次以热烈的掌声对获奖同学表示祝贺，他们去的好成绩获得表彰有什么诀窍吗?下面进行大会第五请优秀学生代表</w:t>
      </w:r>
      <w:r>
        <w:rPr>
          <w:lang w:eastAsia="zh-CN"/>
        </w:rPr>
        <w:t xml:space="preserve"> 发言</w:t>
      </w:r>
      <w:r>
        <w:rPr>
          <w:lang w:eastAsia="zh-CN"/>
        </w:rPr>
        <w:br/>
      </w:r>
      <w:r>
        <w:rPr>
          <w:lang w:eastAsia="zh-CN"/>
        </w:rPr>
        <w:t>　　六、 肖校长</w:t>
      </w:r>
      <w:r>
        <w:rPr>
          <w:lang w:eastAsia="zh-CN"/>
        </w:rPr>
        <w:br/>
      </w:r>
      <w:r>
        <w:rPr>
          <w:lang w:eastAsia="zh-CN"/>
        </w:rPr>
        <w:t>　　大会第六项肖校长</w:t>
      </w:r>
      <w:r>
        <w:rPr>
          <w:lang w:eastAsia="zh-CN"/>
        </w:rPr>
        <w:br/>
      </w:r>
      <w:r>
        <w:rPr>
          <w:lang w:eastAsia="zh-CN"/>
        </w:rPr>
        <w:t>　　七、 杨主任</w:t>
      </w:r>
      <w:r>
        <w:rPr>
          <w:lang w:eastAsia="zh-CN"/>
        </w:rPr>
        <w:br/>
      </w:r>
      <w:r>
        <w:rPr>
          <w:lang w:eastAsia="zh-CN"/>
        </w:rPr>
        <w:t>　　八、 结束语</w:t>
      </w:r>
      <w:r>
        <w:rPr>
          <w:lang w:eastAsia="zh-CN"/>
        </w:rPr>
        <w:br/>
      </w:r>
      <w:r>
        <w:rPr>
          <w:lang w:eastAsia="zh-CN"/>
        </w:rPr>
        <w:t>　　亲爱的老师、同学们，刚才的嘱托、期望，以及老师和学生代表的表态，无不鼓舞着黎曙小学的每一位师生。展望黎曙小学美好的蓝图，期待灿烂的未来，我们坚信：成功永远属于智慧、执着的黎曙人。让我们共同祝福：黎曙小学的明天更美好!我宣布：开学典礼到此结束。掌声欢送、来宾退场。请各班有秩序带回。</w:t>
      </w:r>
      <w:r>
        <w:rPr>
          <w:lang w:eastAsia="zh-CN"/>
        </w:rPr>
        <w:br/>
      </w:r>
      <w:r>
        <w:rPr>
          <w:lang w:eastAsia="zh-CN"/>
        </w:rPr>
        <w:t xml:space="preserve">    开学升旗仪式活动主持词 篇7 </w:t>
      </w:r>
      <w:r>
        <w:rPr>
          <w:lang w:eastAsia="zh-CN"/>
        </w:rPr>
        <w:br/>
      </w:r>
      <w:r>
        <w:rPr>
          <w:lang w:eastAsia="zh-CN"/>
        </w:rPr>
        <w:t>　　尊敬的各位领导、老师，亲爱的同学们：</w:t>
      </w:r>
      <w:r>
        <w:rPr>
          <w:lang w:eastAsia="zh-CN"/>
        </w:rPr>
        <w:br/>
      </w:r>
      <w:r>
        <w:rPr>
          <w:lang w:eastAsia="zh-CN"/>
        </w:rPr>
        <w:t>　　又是一个崭新的早晨，又是一个激情洋溢的时刻。今天，由我来为大家主持升旗仪式。我是五年级1班的，担任本班的中队长和数学科代表。</w:t>
      </w:r>
      <w:r>
        <w:rPr>
          <w:lang w:eastAsia="zh-CN"/>
        </w:rPr>
        <w:br/>
      </w:r>
      <w:r>
        <w:rPr>
          <w:lang w:eastAsia="zh-CN"/>
        </w:rPr>
        <w:t>　　随着时间的推移，五年级五班全体同学携手共进已走过了五载春秋。没有什么特别突出的地方，只是众多班级中普普通通的一个，但我们积极进取，我们团结友爱，我们以自己的方式散发光芒。我们是待雕的璞玉，我们是埋藏的宝藏。经过精雕细琢，艰苦磨炼，我们一定能成为晶莹夺目的美玉，一定能放射出耀眼的光芒。下面，我向大家介绍本次升旗仪式的国旗下讲话人和升旗手。</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国旗下讲话人：</w:t>
      </w:r>
      <w:r>
        <w:rPr>
          <w:lang w:eastAsia="zh-CN"/>
        </w:rPr>
        <w:br/>
      </w:r>
      <w:r>
        <w:rPr>
          <w:lang w:eastAsia="zh-CN"/>
        </w:rPr>
        <w:t>　　-_：我们班的班长，节气如竹，品性如莲。高雅温柔的你一直带给大家这样的感觉。无论是课堂上的妙语连珠，还是午餐时的彬彬有礼，只要有你的地方，总能听到赞许的声音。无论什么时候，她总是我们欢乐的源泉。</w:t>
      </w:r>
      <w:r>
        <w:rPr>
          <w:lang w:eastAsia="zh-CN"/>
        </w:rPr>
        <w:br/>
      </w:r>
      <w:r>
        <w:rPr>
          <w:lang w:eastAsia="zh-CN"/>
        </w:rPr>
        <w:t>　　升旗手：</w:t>
      </w:r>
      <w:r>
        <w:rPr>
          <w:lang w:eastAsia="zh-CN"/>
        </w:rPr>
        <w:br/>
      </w:r>
      <w:r>
        <w:rPr>
          <w:lang w:eastAsia="zh-CN"/>
        </w:rPr>
        <w:t>　　-_：我们班的学习委员，她带给大家的总是春天般的温暖感觉。她的善良，她的朴实，她的宽容，她对班级所做的一切一切，让我们永远难忘。她高超的组织才能，优异的学习成绩，高尚的人格精神，都堪称班级的楷模。</w:t>
      </w:r>
      <w:r>
        <w:rPr>
          <w:lang w:eastAsia="zh-CN"/>
        </w:rPr>
        <w:br/>
      </w:r>
      <w:r>
        <w:rPr>
          <w:lang w:eastAsia="zh-CN"/>
        </w:rPr>
        <w:t>　　-_： 有志者事竟成。你是一条龙，却从来不张扬跋扈，你用沉默的力量征服了学习中的一座座高峰。天行健，君子以自强不息。这句话在他的身上体现地淋漓尽致。</w:t>
      </w:r>
      <w:r>
        <w:rPr>
          <w:lang w:eastAsia="zh-CN"/>
        </w:rPr>
        <w:br/>
      </w:r>
      <w:r>
        <w:rPr>
          <w:lang w:eastAsia="zh-CN"/>
        </w:rPr>
        <w:t>　　全体立正!升旗仪式现在开始!</w:t>
      </w:r>
      <w:r>
        <w:rPr>
          <w:lang w:eastAsia="zh-CN"/>
        </w:rPr>
        <w:br/>
      </w:r>
      <w:r>
        <w:rPr>
          <w:lang w:eastAsia="zh-CN"/>
        </w:rPr>
        <w:t>　　第一项：出旗!</w:t>
      </w:r>
      <w:r>
        <w:rPr>
          <w:lang w:eastAsia="zh-CN"/>
        </w:rPr>
        <w:br/>
      </w:r>
      <w:r>
        <w:rPr>
          <w:lang w:eastAsia="zh-CN"/>
        </w:rPr>
        <w:t>　　第二项：升国旗，奏国歌!全体立正，少先队员行队礼!(敬礼!) (礼毕!)</w:t>
      </w:r>
      <w:r>
        <w:rPr>
          <w:lang w:eastAsia="zh-CN"/>
        </w:rPr>
        <w:br/>
      </w:r>
      <w:r>
        <w:rPr>
          <w:lang w:eastAsia="zh-CN"/>
        </w:rPr>
        <w:t>　　第三项：唱国歌!指挥：-_同学。</w:t>
      </w:r>
      <w:r>
        <w:rPr>
          <w:lang w:eastAsia="zh-CN"/>
        </w:rPr>
        <w:br/>
      </w:r>
      <w:r>
        <w:rPr>
          <w:lang w:eastAsia="zh-CN"/>
        </w:rPr>
        <w:t>　　第四项:下面请-_同学为我们做国旗下讲话，大家欢迎!</w:t>
      </w:r>
      <w:r>
        <w:rPr>
          <w:lang w:eastAsia="zh-CN"/>
        </w:rPr>
        <w:br/>
      </w:r>
      <w:r>
        <w:rPr>
          <w:lang w:eastAsia="zh-CN"/>
        </w:rPr>
        <w:t>　　升旗仪式到此结束，下周的升旗仪式由五年级__班承办，请老师先退场，各班同学有序退场</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在这静谧而清新的早晨，我们站在旗杆下，举行庄严的升旗仪式。</w:t>
      </w:r>
      <w:r>
        <w:rPr>
          <w:lang w:eastAsia="zh-CN"/>
        </w:rPr>
        <w:br/>
      </w:r>
      <w:r>
        <w:rPr>
          <w:lang w:eastAsia="zh-CN"/>
        </w:rPr>
        <w:t>　　面对着鲜艳的五星红旗，我们心潮起伏，热血沸腾。</w:t>
      </w:r>
      <w:r>
        <w:rPr>
          <w:lang w:eastAsia="zh-CN"/>
        </w:rPr>
        <w:br/>
      </w:r>
      <w:r>
        <w:rPr>
          <w:lang w:eastAsia="zh-CN"/>
        </w:rPr>
        <w:t>　　曾记得，百多年来，中华民族受侵略遭凌-辱的历史，</w:t>
      </w:r>
      <w:r>
        <w:rPr>
          <w:lang w:eastAsia="zh-CN"/>
        </w:rPr>
        <w:br/>
      </w:r>
      <w:r>
        <w:rPr>
          <w:lang w:eastAsia="zh-CN"/>
        </w:rPr>
        <w:t>　　曾记得，中华儿女前仆后继，英勇斗争的峥嵘岁月，</w:t>
      </w:r>
      <w:r>
        <w:rPr>
          <w:lang w:eastAsia="zh-CN"/>
        </w:rPr>
        <w:br/>
      </w:r>
      <w:r>
        <w:rPr>
          <w:lang w:eastAsia="zh-CN"/>
        </w:rPr>
        <w:t>　　曾记得，五星红旗在天-安-门广场升起的第一天,我们深深懂得，今天的幸福生</w:t>
      </w:r>
      <w:r>
        <w:rPr>
          <w:lang w:eastAsia="zh-CN"/>
        </w:rPr>
        <w:br/>
      </w:r>
      <w:r>
        <w:rPr>
          <w:lang w:eastAsia="zh-CN"/>
        </w:rPr>
        <w:t>　　活来之不易，深深懂得，没有共产党就没有新中国。</w:t>
      </w:r>
      <w:r>
        <w:rPr>
          <w:lang w:eastAsia="zh-CN"/>
        </w:rPr>
        <w:br/>
      </w:r>
      <w:r>
        <w:rPr>
          <w:lang w:eastAsia="zh-CN"/>
        </w:rPr>
        <w:t>　　啊，国旗，您是祖国的象征，人民的骄傲!您是用烈士的鲜血染成!</w:t>
      </w:r>
      <w:r>
        <w:rPr>
          <w:lang w:eastAsia="zh-CN"/>
        </w:rPr>
        <w:br/>
      </w:r>
      <w:r>
        <w:rPr>
          <w:lang w:eastAsia="zh-CN"/>
        </w:rPr>
        <w:t>　　啊，国旗，您是革命的旗帜，胜利的旗帜，人民的旗帜!</w:t>
      </w:r>
      <w:r>
        <w:rPr>
          <w:lang w:eastAsia="zh-CN"/>
        </w:rPr>
        <w:br/>
      </w:r>
      <w:r>
        <w:rPr>
          <w:lang w:eastAsia="zh-CN"/>
        </w:rPr>
        <w:t>　　啊，国旗，为了人民共和国灿烂的明天,为了维护祖国神圣不可侵犯的尊严，</w:t>
      </w:r>
      <w:r>
        <w:rPr>
          <w:lang w:eastAsia="zh-CN"/>
        </w:rPr>
        <w:br/>
      </w:r>
      <w:r>
        <w:rPr>
          <w:lang w:eastAsia="zh-CN"/>
        </w:rPr>
        <w:t>　　我们一定努力学习，奋发向上!</w:t>
      </w:r>
      <w:r>
        <w:rPr>
          <w:lang w:eastAsia="zh-CN"/>
        </w:rPr>
        <w:br/>
      </w:r>
      <w:r>
        <w:rPr>
          <w:lang w:eastAsia="zh-CN"/>
        </w:rPr>
        <w:t>　　在这庄严的时刻，请您接受我们崇高的敬礼!(礼毕)</w:t>
      </w:r>
      <w:r>
        <w:rPr>
          <w:lang w:eastAsia="zh-CN"/>
        </w:rPr>
        <w:br/>
      </w:r>
      <w:r>
        <w:rPr>
          <w:lang w:eastAsia="zh-CN"/>
        </w:rPr>
        <w:t>　　二、下面请_ _ _ 同学国旗下讲话。</w:t>
      </w:r>
      <w:r>
        <w:rPr>
          <w:lang w:eastAsia="zh-CN"/>
        </w:rPr>
        <w:br/>
      </w:r>
      <w:r>
        <w:rPr>
          <w:lang w:eastAsia="zh-CN"/>
        </w:rPr>
        <w:t>　　三、请学校政教处讲话讲话。</w:t>
      </w:r>
      <w:r>
        <w:rPr>
          <w:lang w:eastAsia="zh-CN"/>
        </w:rPr>
        <w:br/>
      </w:r>
      <w:r>
        <w:rPr>
          <w:lang w:eastAsia="zh-CN"/>
        </w:rPr>
        <w:t>　　四、本周升旗仪式到此结束，请老师队伍先退场，各班以排头为基准向前靠拢，跑步退场。</w:t>
      </w:r>
      <w:r>
        <w:rPr>
          <w:lang w:eastAsia="zh-CN"/>
        </w:rPr>
        <w:br/>
      </w:r>
      <w:r>
        <w:rPr>
          <w:lang w:eastAsia="zh-CN"/>
        </w:rPr>
        <w:t xml:space="preserve">    开学升旗仪式活动主持词 篇8 </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一、开场词：尊敬的各位老师，各位家长朋友，亲爱的孩子们：大家早上好!爆竹辞旧，春风送暖，跟着春天的脚步我们又迎来了新的学期。在这个美好祥和的日子里，我们全体师生欢聚在美丽的校园，共同迎接新的成长历程，现在，我宣布中佳星海幼儿园开学典礼正式开始。</w:t>
      </w:r>
      <w:r>
        <w:rPr>
          <w:lang w:eastAsia="zh-CN"/>
        </w:rPr>
        <w:br/>
      </w:r>
      <w:r>
        <w:rPr>
          <w:lang w:eastAsia="zh-CN"/>
        </w:rPr>
        <w:t>　　二、升旗仪式：首先，是我园新学期的升旗仪式，有请可爱的升旗手和护旗手。</w:t>
      </w:r>
      <w:r>
        <w:rPr>
          <w:lang w:eastAsia="zh-CN"/>
        </w:rPr>
        <w:br/>
      </w:r>
      <w:r>
        <w:rPr>
          <w:lang w:eastAsia="zh-CN"/>
        </w:rPr>
        <w:t>　　三、园长和幼儿寄语：新的一年，园长妈妈对老师和小朋友们寄予很大的期望，有很多话要对大家说，我们小朋友也有心里话要告诉园长妈妈和老师们。现在让我们以热烈的掌声有请蔡园长和幼儿代表给我们作开学寄语。</w:t>
      </w:r>
      <w:r>
        <w:rPr>
          <w:lang w:eastAsia="zh-CN"/>
        </w:rPr>
        <w:br/>
      </w:r>
      <w:r>
        <w:rPr>
          <w:lang w:eastAsia="zh-CN"/>
        </w:rPr>
        <w:t>　　四、全勤宝宝颁奖：回顾上个学期，我园有52名幼儿整个学期坚持每天上幼儿园，没有请过一天，被评为中佳星海幼儿园“全勤宝宝”，下面有请获奖幼儿上台领奖!有请蔡园长为他们颁奖!让我们把热烈的掌声送给获奖的小朋友们，祝愿他们在新的一年里有更大的收获。</w:t>
      </w:r>
      <w:r>
        <w:rPr>
          <w:lang w:eastAsia="zh-CN"/>
        </w:rPr>
        <w:br/>
      </w:r>
      <w:r>
        <w:rPr>
          <w:lang w:eastAsia="zh-CN"/>
        </w:rPr>
        <w:t>　　五、节目《新年好》：昔年的鞭炮声还在耳畔回响，亲人的祝福还在耳边回荡，下面有请老师们带来的律动《新年好》，祝愿各位老师、家长朋友和小朋友新春快乐，生活美满，掌声有请!</w:t>
      </w:r>
      <w:r>
        <w:rPr>
          <w:lang w:eastAsia="zh-CN"/>
        </w:rPr>
        <w:br/>
      </w:r>
      <w:r>
        <w:rPr>
          <w:lang w:eastAsia="zh-CN"/>
        </w:rPr>
        <w:t>　　六、英语律动：小朋友们，你们开心吗?让我们大家一起跳起来，唱起来，把快乐带给身边的每一个人，下面有请全园师生一起带来英语律动。</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结束语：新的学期，新的起点，亲爱的家长朋友，感谢您对我园的支持和厚爱，在幼儿园这片沃土上，在老师的精心培育下，我们的孩子，如春天的小苗，正迎着阳光茁壮成长!__幼儿园__年度第二学期开学典礼到此结束。谢谢大家!</w:t>
      </w:r>
      <w:r>
        <w:rPr>
          <w:lang w:eastAsia="zh-CN"/>
        </w:rPr>
        <w:br/>
      </w:r>
      <w:r>
        <w:rPr>
          <w:lang w:eastAsia="zh-CN"/>
        </w:rPr>
        <w:t xml:space="preserve">    开学升旗仪式活动主持词 篇9 </w:t>
      </w:r>
      <w:r>
        <w:rPr>
          <w:lang w:eastAsia="zh-CN"/>
        </w:rPr>
        <w:br/>
      </w:r>
      <w:r>
        <w:rPr>
          <w:lang w:eastAsia="zh-CN"/>
        </w:rPr>
        <w:t>　　老师们、同学们：大家好!</w:t>
      </w:r>
      <w:r>
        <w:rPr>
          <w:lang w:eastAsia="zh-CN"/>
        </w:rPr>
        <w:br/>
      </w:r>
      <w:r>
        <w:rPr>
          <w:lang w:eastAsia="zh-CN"/>
        </w:rPr>
        <w:t>　　在优美静谧的北校区，伴随着春天的脚步，我们迎来了新的学期。今天，风和日丽，阳光明媚，我们在此欢聚一堂，隆重召开新学期开学典礼。</w:t>
      </w:r>
      <w:r>
        <w:rPr>
          <w:lang w:eastAsia="zh-CN"/>
        </w:rPr>
        <w:br/>
      </w:r>
      <w:r>
        <w:rPr>
          <w:lang w:eastAsia="zh-CN"/>
        </w:rPr>
        <w:t>　　本次会议共有四项议程，下面逐步进行：</w:t>
      </w:r>
      <w:r>
        <w:rPr>
          <w:lang w:eastAsia="zh-CN"/>
        </w:rPr>
        <w:br/>
      </w:r>
      <w:r>
        <w:rPr>
          <w:lang w:eastAsia="zh-CN"/>
        </w:rPr>
        <w:t>　　第一项：升国旗，奏国歌。全体起立，行注目礼。(大家请坐)</w:t>
      </w:r>
      <w:r>
        <w:rPr>
          <w:lang w:eastAsia="zh-CN"/>
        </w:rPr>
        <w:br/>
      </w:r>
      <w:r>
        <w:rPr>
          <w:lang w:eastAsia="zh-CN"/>
        </w:rPr>
        <w:t>　　第二项：上学期期末考试中，对总成绩优秀和单科成绩第一名的学生以及优秀学生干部进行颁奖。现在由________宣布优秀学生名单。</w:t>
      </w:r>
      <w:r>
        <w:rPr>
          <w:lang w:eastAsia="zh-CN"/>
        </w:rPr>
        <w:br/>
      </w:r>
      <w:r>
        <w:rPr>
          <w:lang w:eastAsia="zh-CN"/>
        </w:rPr>
        <w:t>　　第三项：由学生代表________同学发言，大家欢迎。</w:t>
      </w:r>
      <w:r>
        <w:rPr>
          <w:lang w:eastAsia="zh-CN"/>
        </w:rPr>
        <w:br/>
      </w:r>
      <w:r>
        <w:rPr>
          <w:lang w:eastAsia="zh-CN"/>
        </w:rPr>
        <w:t>　　第四项：欢迎____校长发言，大家欢迎。</w:t>
      </w:r>
      <w:r>
        <w:rPr>
          <w:lang w:eastAsia="zh-CN"/>
        </w:rPr>
        <w:br/>
      </w:r>
      <w:r>
        <w:rPr>
          <w:lang w:eastAsia="zh-CN"/>
        </w:rPr>
        <w:t>　　同学们，聆听了____校长高屋建瓴的教诲，语重心长的期盼和诲人不倦的叮咛，听取了________同学充满豪情的誓言，我们心潮澎湃，满怀信心。</w:t>
      </w:r>
      <w:r>
        <w:rPr>
          <w:lang w:eastAsia="zh-CN"/>
        </w:rPr>
        <w:br/>
      </w:r>
      <w:r>
        <w:rPr>
          <w:lang w:eastAsia="zh-CN"/>
        </w:rPr>
        <w:t>　　同学们，没有经历过拼搏学习的一生是不完整的一生，是不精彩的一生。幸运的是，我们大家正走在拼搏学习的道路上，这是通向成功的道路。</w:t>
      </w:r>
      <w:r>
        <w:rPr>
          <w:lang w:eastAsia="zh-CN"/>
        </w:rPr>
        <w:br/>
      </w:r>
      <w:r>
        <w:rPr>
          <w:lang w:eastAsia="zh-CN"/>
        </w:rPr>
        <w:t xml:space="preserve">    开学升旗仪式活动主持词 篇10 </w:t>
      </w:r>
      <w:r>
        <w:rPr>
          <w:lang w:eastAsia="zh-CN"/>
        </w:rPr>
        <w:br/>
      </w:r>
      <w:r>
        <w:rPr>
          <w:lang w:eastAsia="zh-CN"/>
        </w:rPr>
        <w:t>　　尊敬的老师，亲爱的同学们：</w:t>
      </w:r>
      <w:r>
        <w:rPr>
          <w:lang w:eastAsia="zh-CN"/>
        </w:rPr>
        <w:br/>
      </w:r>
      <w:r>
        <w:rPr>
          <w:lang w:eastAsia="zh-CN"/>
        </w:rPr>
        <w:t>　　我们又迎来了新学期的开始。</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首先，我代表学校全体同学对辛勤工作的老师们致以衷心的感谢和祝福，祝老师们工作顺利，身体健康，万事如意。</w:t>
      </w:r>
      <w:r>
        <w:rPr>
          <w:lang w:eastAsia="zh-CN"/>
        </w:rPr>
        <w:br/>
      </w:r>
      <w:r>
        <w:rPr>
          <w:lang w:eastAsia="zh-CN"/>
        </w:rPr>
        <w:t>　　上学期，我们在学校学到了许多科学文化知识，懂得了不少做人的道理，学会了许多求异创新的本领，使我们的头脑日渐聪明，让我们的人格日趋完善。因此，我们的点滴进步，无一不凝聚着老师的心血。同学们，面对着为我们日夜操劳的老师，我们要大声地对老师们说：“老师，您辛苦了！”</w:t>
      </w:r>
      <w:r>
        <w:rPr>
          <w:lang w:eastAsia="zh-CN"/>
        </w:rPr>
        <w:br/>
      </w:r>
      <w:r>
        <w:rPr>
          <w:lang w:eastAsia="zh-CN"/>
        </w:rPr>
        <w:t xml:space="preserve">    开学升旗仪式活动主持词 篇11 </w:t>
      </w:r>
      <w:r>
        <w:rPr>
          <w:lang w:eastAsia="zh-CN"/>
        </w:rPr>
        <w:br/>
      </w:r>
      <w:r>
        <w:rPr>
          <w:lang w:eastAsia="zh-CN"/>
        </w:rPr>
        <w:t>　　大家上午好。</w:t>
      </w:r>
      <w:r>
        <w:rPr>
          <w:lang w:eastAsia="zh-CN"/>
        </w:rPr>
        <w:br/>
      </w:r>
      <w:r>
        <w:rPr>
          <w:lang w:eastAsia="zh-CN"/>
        </w:rPr>
        <w:t>　　今天是开学的第一天。20__年9月开学第一天升旗仪式</w:t>
      </w:r>
      <w:r>
        <w:rPr>
          <w:lang w:eastAsia="zh-CN"/>
        </w:rPr>
        <w:br/>
      </w:r>
      <w:r>
        <w:rPr>
          <w:lang w:eastAsia="zh-CN"/>
        </w:rPr>
        <w:t>　　每年的第一学期开学第一天，都是阳光明媚，秋风送爽。</w:t>
      </w:r>
      <w:r>
        <w:rPr>
          <w:lang w:eastAsia="zh-CN"/>
        </w:rPr>
        <w:br/>
      </w:r>
      <w:r>
        <w:rPr>
          <w:lang w:eastAsia="zh-CN"/>
        </w:rPr>
        <w:t>　　在这个收获的季节，在这美丽祥和的日子里，我们迎来了新学年第一天升旗仪式。</w:t>
      </w:r>
      <w:r>
        <w:rPr>
          <w:lang w:eastAsia="zh-CN"/>
        </w:rPr>
        <w:br/>
      </w:r>
      <w:r>
        <w:rPr>
          <w:lang w:eastAsia="zh-CN"/>
        </w:rPr>
        <w:t>　　新学期，新气象，我已然感到，希望正在我们每一个人心中充盈、升腾。</w:t>
      </w:r>
      <w:r>
        <w:rPr>
          <w:lang w:eastAsia="zh-CN"/>
        </w:rPr>
        <w:br/>
      </w:r>
      <w:r>
        <w:rPr>
          <w:lang w:eastAsia="zh-CN"/>
        </w:rPr>
        <w:t>　　从今天开始250名新一年的小同学正式融入了第七小学，20__年9月开学第一天升旗仪式主持词</w:t>
      </w:r>
      <w:r>
        <w:rPr>
          <w:lang w:eastAsia="zh-CN"/>
        </w:rPr>
        <w:br/>
      </w:r>
      <w:r>
        <w:rPr>
          <w:lang w:eastAsia="zh-CN"/>
        </w:rPr>
        <w:t>　　他们将与我们共同在校这个充满生机与活力的大集体中学习与生活。</w:t>
      </w:r>
      <w:r>
        <w:rPr>
          <w:lang w:eastAsia="zh-CN"/>
        </w:rPr>
        <w:br/>
      </w:r>
      <w:r>
        <w:rPr>
          <w:lang w:eastAsia="zh-CN"/>
        </w:rPr>
        <w:t>　　在此，让我们用热烈的掌声欢迎这些小弟弟、小妹妹们的加入。</w:t>
      </w:r>
      <w:r>
        <w:rPr>
          <w:lang w:eastAsia="zh-CN"/>
        </w:rPr>
        <w:br/>
      </w:r>
      <w:r>
        <w:rPr>
          <w:lang w:eastAsia="zh-CN"/>
        </w:rPr>
        <w:t>　　下面，我宣布：__小学第一周升旗仪式准备开始。</w:t>
      </w:r>
      <w:r>
        <w:rPr>
          <w:lang w:eastAsia="zh-CN"/>
        </w:rPr>
        <w:br/>
      </w:r>
      <w:r>
        <w:rPr>
          <w:lang w:eastAsia="zh-CN"/>
        </w:rPr>
        <w:t>　　首先请大队辅导员介绍升旗手、护旗手</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第一项：升国旗奏国歌，请全体同学立正，少先队员敬礼。（放国歌）</w:t>
      </w:r>
      <w:r>
        <w:rPr>
          <w:lang w:eastAsia="zh-CN"/>
        </w:rPr>
        <w:br/>
      </w:r>
      <w:r>
        <w:rPr>
          <w:lang w:eastAsia="zh-CN"/>
        </w:rPr>
        <w:t>　　第二项：唱国歌（放国歌）</w:t>
      </w:r>
      <w:r>
        <w:rPr>
          <w:lang w:eastAsia="zh-CN"/>
        </w:rPr>
        <w:br/>
      </w:r>
      <w:r>
        <w:rPr>
          <w:lang w:eastAsia="zh-CN"/>
        </w:rPr>
        <w:t>　　第三项：请苗校长在国旗下讲话</w:t>
      </w:r>
      <w:r>
        <w:rPr>
          <w:lang w:eastAsia="zh-CN"/>
        </w:rPr>
        <w:br/>
      </w:r>
      <w:r>
        <w:rPr>
          <w:lang w:eastAsia="zh-CN"/>
        </w:rPr>
        <w:t>　　同学们，之所以有锄禾日当午的老农，那是因为他们的心中有一个金色的秋天；之所以有那么多身居荒漠、甘居寂寞的科学家，那是因为他们的心中深埋着卫星升空的渴望、他们心中充满对蓝天的向往。同学们，有耕耘就有收获，在我们成长的历程中播下的每一片种子，都将长成参天大树；在我们前进的路途上洒的每一滴汗水，终将会汇成大海中的浩瀚碧波。让我们从今天起严格要求自己，做一名优秀的小学生！</w:t>
      </w:r>
      <w:r>
        <w:rPr>
          <w:lang w:eastAsia="zh-CN"/>
        </w:rPr>
        <w:br/>
      </w:r>
      <w:r>
        <w:rPr>
          <w:lang w:eastAsia="zh-CN"/>
        </w:rPr>
        <w:t>　　第一周升旗仪式升旗仪式到此结束</w:t>
      </w:r>
      <w:r>
        <w:rPr>
          <w:lang w:eastAsia="zh-CN"/>
        </w:rPr>
        <w:br/>
      </w:r>
      <w:r>
        <w:rPr>
          <w:lang w:eastAsia="zh-CN"/>
        </w:rPr>
        <w:t xml:space="preserve">    开学升旗仪式活动主持词 篇12 </w:t>
      </w:r>
      <w:r>
        <w:rPr>
          <w:lang w:eastAsia="zh-CN"/>
        </w:rPr>
        <w:br/>
      </w:r>
      <w:r>
        <w:rPr>
          <w:lang w:eastAsia="zh-CN"/>
        </w:rPr>
        <w:t>　　董校长的讲话，对每一名同学提出了殷切的希望！为了更好的落实学校领导的要求，在今天下午的班会时间，全体班主任老师要带领学生认真学习讨论董校长的讲话精神，就印象最深刻的一点谈谈自己的感想。如董校长在新学期第一次升旗仪式上做这次讲话的目的是什么？在做人、做事、学习等方面你该怎样落实？</w:t>
      </w:r>
      <w:r>
        <w:rPr>
          <w:lang w:eastAsia="zh-CN"/>
        </w:rPr>
        <w:br/>
      </w:r>
    </w:p>
    <w:p w:rsidR="001B1F19" w14:textId="27C3F48A">
      <w:pPr>
        <w:rPr>
          <w:lang w:eastAsia="zh-CN"/>
        </w:rPr>
      </w:pPr>
      <w:r>
        <w:rPr>
          <w:lang w:eastAsia="zh-CN"/>
        </w:rPr>
        <w:t>　　大浪淘沙，方显真金本色，暴雨冲过，更显青松巍峨。同学们，有耕耘就有收获，在你们成长的历程中所播下的每一粒种子，都将长成参天大树；你们前进的路途上洒落的每一滴汗水，终将映衬出喜悦的笑脸。最后，祝愿全体同学在新学期，有新的进步。升旗仪式结束，各班按照指定顺序带回。</w:t>
      </w:r>
      <w:r>
        <w:rPr>
          <w:lang w:eastAsia="zh-CN"/>
        </w:rPr>
        <w:br/>
      </w:r>
      <w:r>
        <w:rPr>
          <w:lang w:eastAsia="zh-CN"/>
        </w:rPr>
        <w:t xml:space="preserve">    开学升旗仪式活动主持词 篇13 </w:t>
      </w:r>
      <w:r>
        <w:rPr>
          <w:lang w:eastAsia="zh-CN"/>
        </w:rPr>
        <w:br/>
      </w:r>
      <w:r>
        <w:rPr>
          <w:lang w:eastAsia="zh-CN"/>
        </w:rPr>
        <w:t>　　各位领导、老师，亲爱的同学们：</w:t>
      </w:r>
      <w:r>
        <w:rPr>
          <w:lang w:eastAsia="zh-CN"/>
        </w:rPr>
        <w:br/>
      </w:r>
      <w:r>
        <w:rPr>
          <w:lang w:eastAsia="zh-CN"/>
        </w:rPr>
        <w:t>　　大家早上好！花木萌动，大地复苏。伴随着春天的脚步，我们又迎来了一个充满希望与憧憬的新学期。在这天气晴朗、阳光明媚的早晨，我们高二年级全体师生迎来了本学期第一次升旗仪式。我宣布：金乡二中升旗仪式现在开始！</w:t>
      </w:r>
      <w:r>
        <w:rPr>
          <w:lang w:eastAsia="zh-CN"/>
        </w:rPr>
        <w:br/>
      </w:r>
      <w:r>
        <w:rPr>
          <w:lang w:eastAsia="zh-CN"/>
        </w:rPr>
        <w:t>　　第一项，升国旗，奏国歌，全体师生行注目礼。</w:t>
      </w:r>
      <w:r>
        <w:rPr>
          <w:lang w:eastAsia="zh-CN"/>
        </w:rPr>
        <w:br/>
      </w:r>
      <w:r>
        <w:rPr>
          <w:lang w:eastAsia="zh-CN"/>
        </w:rPr>
        <w:t>　　第二项，由12班的丁志远同学作国旗下的演讲，大家欢迎。</w:t>
      </w:r>
      <w:r>
        <w:rPr>
          <w:lang w:eastAsia="zh-CN"/>
        </w:rPr>
        <w:br/>
      </w:r>
      <w:r>
        <w:rPr>
          <w:lang w:eastAsia="zh-CN"/>
        </w:rPr>
        <w:t>　　丁志远同学是我们高二年级秀的学生和学生会干部代表。他有责任意识，有感恩情怀，有理想抱负，有奋斗精神。入校一年多来，他志存高远，刻苦勤奋。不仅工作干得好，而且学习成绩非常优秀。希望同学们以他为榜样，坚持拼搏进取，不断超越自我，为年级增光，为学校添彩！</w:t>
      </w:r>
      <w:r>
        <w:rPr>
          <w:lang w:eastAsia="zh-CN"/>
        </w:rPr>
        <w:br/>
      </w:r>
      <w:r>
        <w:rPr>
          <w:lang w:eastAsia="zh-CN"/>
        </w:rPr>
        <w:t>　　第三项，请年级殷主任作国旗下的讲话，大家欢迎。</w:t>
      </w:r>
      <w:r>
        <w:rPr>
          <w:lang w:eastAsia="zh-CN"/>
        </w:rPr>
        <w:br/>
      </w:r>
      <w:r>
        <w:rPr>
          <w:lang w:eastAsia="zh-CN"/>
        </w:rPr>
        <w:t>　　殷主任的讲话情真意切，语重心长，既有师长的殷切教导，又有朋友般的诚挚关怀。记得海伦凯勒曾说过，信心是命运的主宰。希望同学们都能拿出信心，主宰命运，拿出亮剑精神，铸就人生辉煌。“海到尽头天作岸，山登绝顶我为峰。”我们要的就是这样一种霸气！</w:t>
      </w:r>
      <w:r>
        <w:rPr>
          <w:lang w:eastAsia="zh-CN"/>
        </w:rPr>
        <w:br/>
      </w:r>
      <w:r>
        <w:rPr>
          <w:lang w:eastAsia="zh-CN"/>
        </w:rPr>
        <w:t xml:space="preserve">    开学升旗仪式活动主持词 篇14 </w:t>
      </w:r>
      <w:r>
        <w:rPr>
          <w:lang w:eastAsia="zh-CN"/>
        </w:rPr>
        <w:br/>
      </w:r>
      <w:r>
        <w:rPr>
          <w:lang w:eastAsia="zh-CN"/>
        </w:rPr>
        <w:t>　　亲爱的老师们、同学们：</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https://d.book118.com/187104034111006052</w:t>
        </w:r>
      </w:hyperlink>
    </w:p>
    <w:p w:rsidR="001B1F19">
      <w:pPr>
        <w:rPr>
          <w:lang w:eastAsia="zh-CN"/>
        </w:rPr>
      </w:pPr>
    </w:p>
    <w:sectPr>
      <w:type w:val="nextPage"/>
      <w:pgSz w:w="11906" w:h="16838"/>
      <w:pgMar w:top="1440" w:right="1800" w:bottom="1440" w:left="1800" w:header="851" w:footer="992" w:gutter="0"/>
      <w:pgNumType w:start="2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87104034111006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