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jc w:val="center"/>
      </w:pPr>
      <w:r>
        <w:rPr>
          <w:rFonts w:ascii="宋体" w:eastAsia="宋体" w:hAnsi="宋体"/>
          <w:sz w:val="36"/>
        </w:rPr>
        <w:t>安全学习心得体会</w:t>
      </w:r>
    </w:p>
    <w:p>
      <w:pPr>
        <w:spacing w:before="100" w:after="200" w:line="360" w:lineRule="auto"/>
        <w:ind w:firstLine="576"/>
        <w:jc w:val="left"/>
      </w:pPr>
      <w:r>
        <w:rPr>
          <w:rFonts w:ascii="宋体" w:eastAsia="宋体" w:hAnsi="宋体"/>
          <w:sz w:val="28"/>
        </w:rPr>
        <w:t>安全，是一个时刻回响在我们耳边的一个词。在学校老师不停的强调，在家中家长也不停的强调，可见，“安全”这个词已经深入人心，人的生命只有一次，因此，我们只有加强自身的安全防范意识，才能体现出生命纷</w:t>
      </w:r>
    </w:p>
    <w:p>
      <w:pPr>
        <w:spacing w:before="100" w:after="200" w:line="360" w:lineRule="auto"/>
        <w:ind w:firstLine="576"/>
        <w:jc w:val="left"/>
      </w:pPr>
      <w:r>
        <w:rPr>
          <w:rFonts w:ascii="宋体" w:eastAsia="宋体" w:hAnsi="宋体"/>
          <w:sz w:val="28"/>
        </w:rPr>
        <w:t>可是，究竟有多少人真正懂得“安全”的真正含义。一支未熄灭的烟头便让无数的生命结束了。其实人人都知道吸烟是有害健康的，可为什么我国的“烟民”还是在不断的增多呢？有多少人知道，“烟民”的增多将意味着什么？意味着发生火灾的频率又增多了。有的人只为争取那一点点的时间，便不遵守交通规则，就那么一点点的时间又让多少年轻的生命死于车祸；就那么一点点的时间让不计其数的富有朝气，活力的生命停止了呼吸，离开了亲人，也永远的离开了这个美丽的世界。我在新闻上听到过一则消息：在一所幼儿园里，因一盘檀香引燃了从床上掉下来的棉被，让13名无辜的小生命在睡眠中悄然的离开了这个世界。那么多的小生命都还没来得及过属于他们自己的人生，没来得及向生他们的父母告别一下，还没为祖国做贡献，也还没有放眼去看这个世界，便离开了人间，多么让人遗憾啊！他们可是祖国未来的栋梁啊！</w:t>
      </w:r>
    </w:p>
    <w:p>
      <w:pPr>
        <w:spacing w:before="100" w:after="200" w:line="360" w:lineRule="auto"/>
        <w:ind w:firstLine="576"/>
        <w:jc w:val="left"/>
      </w:pPr>
      <w:r>
        <w:rPr>
          <w:rFonts w:ascii="宋体" w:eastAsia="宋体" w:hAnsi="宋体"/>
          <w:sz w:val="28"/>
        </w:rPr>
        <w:t>我们要像案例中的学校那样，安全要时时抓、事事抓，要常态化。在安全演练时，一定要严肃、认真，学生不能嘻嘻哈哈。不能为了完成老师布置的任务才演练，不能为了演练才演练。演练是要自发的、为了养成良好的安全习惯而演练的。并且安全教育要涉及方方面面，比如要有防火、防震、防毒、防电、防交通事故、防暑、防溺水等。</w:t>
      </w:r>
    </w:p>
    <w:p>
      <w:pPr>
        <w:spacing w:before="100" w:after="200" w:line="360" w:lineRule="auto"/>
        <w:ind w:firstLine="576"/>
        <w:jc w:val="left"/>
        <w:sectPr w:rsidSect="00034616">
          <w:pgSz w:w="11906" w:h="16838"/>
          <w:pgMar w:top="1440" w:right="1440" w:bottom="1440" w:left="1440" w:header="720" w:footer="720" w:gutter="0"/>
          <w:cols w:space="720"/>
          <w:docGrid w:linePitch="360"/>
        </w:sectPr>
      </w:pPr>
    </w:p>
    <w:p>
      <w:pPr>
        <w:spacing w:before="100" w:after="200" w:line="360" w:lineRule="auto"/>
        <w:ind w:firstLine="576"/>
        <w:jc w:val="left"/>
      </w:pPr>
      <w:r>
        <w:rPr>
          <w:rFonts w:ascii="宋体" w:eastAsia="宋体" w:hAnsi="宋体"/>
          <w:sz w:val="28"/>
        </w:rPr>
        <w:t>其实，这些都不是最重要的，而只要每个人在生活中都多用一点心，做每件事都多想想会造成什么样的后果。这样，这些事故的发生频率将会大大降低，才能使我们的和谐社会真正的和谐、安宁。多用一点爱心对待任何事，就像歌曲唱的一样“只要人人都献出一点爱，世界将变成美好的人间”。</w:t>
      </w:r>
    </w:p>
    <w:p>
      <w:pPr>
        <w:spacing w:before="100" w:after="200" w:line="360" w:lineRule="auto"/>
        <w:ind w:firstLine="576"/>
        <w:jc w:val="left"/>
      </w:pPr>
      <w:r>
        <w:rPr>
          <w:rFonts w:ascii="宋体" w:eastAsia="宋体" w:hAnsi="宋体"/>
          <w:sz w:val="28"/>
        </w:rPr>
        <w:t>我学习了安全教育案例，收获、感慨也很多，尤其是关于校园安全隐患的有关问题，感触很深。</w:t>
      </w:r>
    </w:p>
    <w:p>
      <w:pPr>
        <w:spacing w:before="100" w:after="200" w:line="360" w:lineRule="auto"/>
        <w:ind w:firstLine="576"/>
        <w:jc w:val="left"/>
      </w:pPr>
      <w:r>
        <w:rPr>
          <w:rFonts w:ascii="宋体" w:eastAsia="宋体" w:hAnsi="宋体"/>
          <w:sz w:val="28"/>
        </w:rPr>
        <w:t>我觉得学校安全，首先要从思想上、意识上重视起来。思想上、意识上重视了，就能增强做好安全工作的责任感、紧迫感、使命感。而责任感、紧迫感、使命感有时做好一切工作的前提。</w:t>
      </w:r>
    </w:p>
    <w:p>
      <w:pPr>
        <w:spacing w:before="100" w:after="200" w:line="360" w:lineRule="auto"/>
        <w:ind w:firstLine="576"/>
        <w:jc w:val="left"/>
      </w:pPr>
      <w:r>
        <w:rPr>
          <w:rFonts w:ascii="宋体" w:eastAsia="宋体" w:hAnsi="宋体"/>
          <w:sz w:val="28"/>
        </w:rPr>
        <w:t>其次，学校安全教育要常规化。我们要像案例中的学校那样，安全要时时抓、事事抓，要常态化。在安全演练时，一定要严肃、认真，学生不能嘻嘻哈哈，老师更不能嘻嘻哈哈。不能为了完成上级布置的任务才演练，不能为了演练才演练。演练是要自发的、为了养成良好的安全习惯而演练的。并且安全教育要涉及方方面面，比如要有防火、防震、防毒、防电、防交通事故、防暑、防溺水等。</w:t>
      </w:r>
    </w:p>
    <w:p>
      <w:pPr>
        <w:spacing w:before="100" w:after="200" w:line="360" w:lineRule="auto"/>
        <w:ind w:firstLine="576"/>
        <w:jc w:val="left"/>
      </w:pPr>
      <w:r>
        <w:rPr>
          <w:rFonts w:ascii="宋体" w:eastAsia="宋体" w:hAnsi="宋体"/>
          <w:sz w:val="28"/>
        </w:rPr>
        <w:t>第三，教师要以身作则。老师在安全教育时，不能光要求学生怎么样做，老师的身教更重于言教。这就要求老师在安全方面也给学生做出榜样，不能说一套做一套。</w:t>
      </w:r>
    </w:p>
    <w:p>
      <w:pPr>
        <w:spacing w:before="100" w:after="200" w:line="360" w:lineRule="auto"/>
        <w:ind w:firstLine="576"/>
        <w:jc w:val="left"/>
      </w:pPr>
      <w:r>
        <w:rPr>
          <w:rFonts w:ascii="宋体" w:eastAsia="宋体" w:hAnsi="宋体"/>
          <w:sz w:val="28"/>
        </w:rPr>
        <w:t>总之，学校安全无小事。事事、处处都存在安全隐患。人人树立安全意识，采取安全措施，严加防范，将不安全因素消灭在萌芽状态，只有这样，学校的安全工作才能做好。在今后的工作中，我们深信：在总结过去经验的基础上，经过全体师生的共同努力，我校的安全工作一定能确保万无一失。</w:t>
      </w:r>
    </w:p>
    <w:p>
      <w:pPr>
        <w:spacing w:before="100" w:after="200" w:line="360" w:lineRule="auto"/>
        <w:ind w:firstLine="576"/>
        <w:jc w:val="left"/>
        <w:sectPr w:rsidSect="00034616">
          <w:type w:val="nextPage"/>
          <w:pgSz w:w="11906" w:h="16838"/>
          <w:pgMar w:top="1440" w:right="1440" w:bottom="1440" w:left="1440" w:header="720" w:footer="720" w:gutter="0"/>
          <w:pgNumType w:start="2"/>
          <w:cols w:space="720"/>
          <w:titlePg w:val="0"/>
          <w:docGrid w:linePitch="360"/>
        </w:sectPr>
      </w:pPr>
      <w:r>
        <w:rPr>
          <w:rFonts w:ascii="宋体" w:eastAsia="宋体" w:hAnsi="宋体"/>
          <w:sz w:val="28"/>
        </w:rPr>
        <w:t>飞行安全教育心得体会</w:t>
      </w:r>
    </w:p>
    <w:p>
      <w:pPr>
        <w:spacing w:before="100" w:after="200" w:line="360" w:lineRule="auto"/>
        <w:ind w:firstLine="576"/>
        <w:jc w:val="left"/>
      </w:pPr>
      <w:r>
        <w:rPr>
          <w:rFonts w:ascii="宋体" w:eastAsia="宋体" w:hAnsi="宋体"/>
          <w:sz w:val="28"/>
        </w:rPr>
        <w:t>生命是美好的，生活是多姿多彩的，而要拥有这一切的前提是安全。所以我们一定要时刻加强安全意识，努力增强自我防范能力，作到警钟长鸣！同学们生活在幸福、温暖的家庭里，受到父母和家人的关心、爱护，似乎并不存在什么危险。但是，家庭生活中仍然有许多事情需要备加注意和小心对待，否则很容易发生危险，酿成事故。下面就谈谈家居安全要注意什么：</w:t>
      </w:r>
    </w:p>
    <w:p>
      <w:pPr>
        <w:spacing w:before="100" w:after="200" w:line="360" w:lineRule="auto"/>
        <w:jc w:val="left"/>
      </w:pPr>
      <w:r>
        <w:rPr>
          <w:rFonts w:ascii="宋体 (中文正文)" w:eastAsia="宋体" w:hAnsi="宋体 (中文正文)"/>
          <w:b/>
          <w:sz w:val="28"/>
        </w:rPr>
        <w:t>一、校园中存在的安全隐患。（可请学生列举一些现象）</w:t>
      </w:r>
    </w:p>
    <w:p>
      <w:pPr>
        <w:spacing w:before="100" w:after="200" w:line="360" w:lineRule="auto"/>
        <w:ind w:firstLine="576"/>
        <w:jc w:val="left"/>
      </w:pPr>
      <w:r>
        <w:rPr>
          <w:rFonts w:ascii="宋体" w:eastAsia="宋体" w:hAnsi="宋体"/>
          <w:sz w:val="28"/>
        </w:rPr>
        <w:t>1、学生集会、集体活动、课间活动的安全隐患。2、学生饮食、就餐的安全隐患。3、学生交通安全隐患。4、校园隐性伤害的隐患。</w:t>
      </w:r>
    </w:p>
    <w:p>
      <w:pPr>
        <w:spacing w:before="100" w:after="200" w:line="360" w:lineRule="auto"/>
        <w:jc w:val="left"/>
      </w:pPr>
      <w:r>
        <w:rPr>
          <w:rFonts w:ascii="宋体 (中文正文)" w:eastAsia="宋体" w:hAnsi="宋体 (中文正文)"/>
          <w:b/>
          <w:sz w:val="28"/>
        </w:rPr>
        <w:t>二、学生集会、集体活动、课间活动中应该注意的安全事项。</w:t>
      </w:r>
    </w:p>
    <w:p>
      <w:pPr>
        <w:spacing w:before="100" w:after="200" w:line="360" w:lineRule="auto"/>
        <w:ind w:firstLine="576"/>
        <w:jc w:val="left"/>
      </w:pPr>
      <w:r>
        <w:rPr>
          <w:rFonts w:ascii="宋体" w:eastAsia="宋体" w:hAnsi="宋体"/>
          <w:sz w:val="28"/>
        </w:rPr>
        <w:t>上下楼梯要注意什么？</w:t>
      </w:r>
    </w:p>
    <w:p>
      <w:pPr>
        <w:spacing w:before="100" w:after="200" w:line="360" w:lineRule="auto"/>
        <w:ind w:firstLine="576"/>
        <w:jc w:val="left"/>
      </w:pPr>
      <w:r>
        <w:rPr>
          <w:rFonts w:ascii="宋体" w:eastAsia="宋体" w:hAnsi="宋体"/>
          <w:sz w:val="28"/>
        </w:rPr>
        <w:t>1、不要因为赶时间而奔跑。2、在人多的地方一定要扶好栏杆。3、整队下楼时要与同学保持一定距离。4、上下楼时不要将手放在兜里。5、不要在楼道内弯腰拾东西、系鞋带。6、上下楼靠右行。集体活动中要一切行动听指挥，遵守时间，遵守纪律，遵守秩序，语言文明。</w:t>
      </w:r>
    </w:p>
    <w:p>
      <w:pPr>
        <w:spacing w:before="100" w:after="200" w:line="360" w:lineRule="auto"/>
        <w:ind w:firstLine="576"/>
        <w:jc w:val="left"/>
      </w:pPr>
      <w:r>
        <w:rPr>
          <w:rFonts w:ascii="宋体" w:eastAsia="宋体" w:hAnsi="宋体"/>
          <w:sz w:val="28"/>
        </w:rPr>
        <w:t>课间活动应当注意什么？</w:t>
      </w:r>
    </w:p>
    <w:p>
      <w:pPr>
        <w:spacing w:before="100" w:after="200" w:line="360" w:lineRule="auto"/>
        <w:ind w:firstLine="576"/>
        <w:jc w:val="left"/>
      </w:pPr>
      <w:r>
        <w:rPr>
          <w:rFonts w:ascii="宋体" w:eastAsia="宋体" w:hAnsi="宋体"/>
          <w:sz w:val="28"/>
        </w:rPr>
        <w:t>1室外空气新鲜，课间活动应当尽量在室外，但不要远离教室，以免耽误下面的课程。2、活动的强度要适当，不要做剧烈的活动，以保证继续上课时不疲劳、精力集中、精神饱满。3、活动的方式要简便易行，如做做操等。4、活动要注意安全，切忌猛追猛打，要避免发生扭伤、碰伤等危险。</w:t>
      </w:r>
    </w:p>
    <w:p>
      <w:pPr>
        <w:spacing w:before="100" w:after="200" w:line="360" w:lineRule="auto"/>
        <w:jc w:val="left"/>
        <w:sectPr w:rsidSect="00034616">
          <w:type w:val="nextPage"/>
          <w:pgSz w:w="11906" w:h="16838"/>
          <w:pgMar w:top="1440" w:right="1440" w:bottom="1440" w:left="1440" w:header="720" w:footer="720" w:gutter="0"/>
          <w:pgNumType w:start="3"/>
          <w:cols w:space="720"/>
          <w:titlePg w:val="0"/>
          <w:docGrid w:linePitch="360"/>
        </w:sectPr>
      </w:pPr>
      <w:r>
        <w:rPr>
          <w:rFonts w:ascii="宋体 (中文正文)" w:eastAsia="宋体" w:hAnsi="宋体 (中文正文)"/>
          <w:b/>
          <w:sz w:val="28"/>
        </w:rPr>
        <w:t>三、学生饮食、就餐的安全注意事项。</w:t>
      </w:r>
    </w:p>
    <w:p>
      <w:pPr>
        <w:spacing w:before="100" w:after="200" w:line="360" w:lineRule="auto"/>
        <w:ind w:firstLine="576"/>
        <w:jc w:val="left"/>
      </w:pPr>
      <w:r>
        <w:rPr>
          <w:rFonts w:ascii="宋体" w:eastAsia="宋体" w:hAnsi="宋体"/>
          <w:sz w:val="28"/>
        </w:rPr>
        <w:t>不吃过期、腐烂食品，有毒的药物（如杀虫剂、鼠药等）要放在安全的地方。</w:t>
      </w:r>
    </w:p>
    <w:p>
      <w:pPr>
        <w:spacing w:before="100" w:after="200" w:line="360" w:lineRule="auto"/>
        <w:ind w:firstLine="576"/>
        <w:jc w:val="left"/>
      </w:pPr>
      <w:r>
        <w:rPr>
          <w:rFonts w:ascii="宋体" w:eastAsia="宋体" w:hAnsi="宋体"/>
          <w:sz w:val="28"/>
        </w:rPr>
        <w:t>禁止购买用竹签串起的食物：油反复使用，竹签容易伤人，食品卫生得不到保证，油炸食品有致癌物质。</w:t>
      </w:r>
    </w:p>
    <w:p>
      <w:pPr>
        <w:spacing w:before="100" w:after="200" w:line="360" w:lineRule="auto"/>
        <w:jc w:val="left"/>
      </w:pPr>
      <w:r>
        <w:rPr>
          <w:rFonts w:ascii="宋体 (中文正文)" w:eastAsia="宋体" w:hAnsi="宋体 (中文正文)"/>
          <w:b/>
          <w:sz w:val="28"/>
        </w:rPr>
        <w:t>四、交通安全注意事项</w:t>
      </w:r>
    </w:p>
    <w:p>
      <w:pPr>
        <w:spacing w:before="100" w:after="200" w:line="360" w:lineRule="auto"/>
        <w:ind w:firstLine="576"/>
        <w:jc w:val="left"/>
      </w:pPr>
      <w:r>
        <w:rPr>
          <w:rFonts w:ascii="宋体" w:eastAsia="宋体" w:hAnsi="宋体"/>
          <w:sz w:val="28"/>
        </w:rPr>
        <w:t>行人靠右走，过马路要走斑马线，注意观察来往车辆，红灯停，绿灯行，遵守交通规则。</w:t>
      </w:r>
    </w:p>
    <w:p>
      <w:pPr>
        <w:spacing w:before="100" w:after="200" w:line="360" w:lineRule="auto"/>
        <w:jc w:val="left"/>
      </w:pPr>
      <w:r>
        <w:rPr>
          <w:rFonts w:ascii="宋体 (中文正文)" w:eastAsia="宋体" w:hAnsi="宋体 (中文正文)"/>
          <w:sz w:val="28"/>
        </w:rPr>
        <w:t>乘坐公交车注意事项：</w:t>
      </w:r>
    </w:p>
    <w:p>
      <w:pPr>
        <w:spacing w:before="100" w:after="200" w:line="360" w:lineRule="auto"/>
        <w:ind w:firstLine="576"/>
        <w:jc w:val="left"/>
      </w:pPr>
      <w:r>
        <w:rPr>
          <w:rFonts w:ascii="宋体" w:eastAsia="宋体" w:hAnsi="宋体"/>
          <w:sz w:val="28"/>
        </w:rPr>
        <w:t>1、车停稳后，方能上下车，上下车时注意秩序，不要拥挤。</w:t>
      </w:r>
    </w:p>
    <w:p>
      <w:pPr>
        <w:spacing w:before="100" w:after="200" w:line="360" w:lineRule="auto"/>
        <w:ind w:firstLine="576"/>
        <w:jc w:val="left"/>
      </w:pPr>
      <w:r>
        <w:rPr>
          <w:rFonts w:ascii="宋体" w:eastAsia="宋体" w:hAnsi="宋体"/>
          <w:sz w:val="28"/>
        </w:rPr>
        <w:t>2、乘车时，要站稳扶牢，不要把身体任何部位伸出窗外，人多时，应该注意看管好自身物品，谨防扒手。</w:t>
      </w:r>
    </w:p>
    <w:p>
      <w:pPr>
        <w:spacing w:before="100" w:after="200" w:line="360" w:lineRule="auto"/>
        <w:ind w:firstLine="576"/>
        <w:jc w:val="left"/>
      </w:pPr>
      <w:r>
        <w:rPr>
          <w:rFonts w:ascii="宋体" w:eastAsia="宋体" w:hAnsi="宋体"/>
          <w:sz w:val="28"/>
        </w:rPr>
        <w:t>3、注意公共场所礼仪，时刻牢记“寿春品牌，当我责任”。不要大声喧哗，保持环境卫生，主动为老若病残让座等。</w:t>
      </w:r>
    </w:p>
    <w:p>
      <w:pPr>
        <w:spacing w:before="100" w:after="200" w:line="360" w:lineRule="auto"/>
        <w:ind w:firstLine="576"/>
        <w:jc w:val="left"/>
      </w:pPr>
      <w:r>
        <w:rPr>
          <w:rFonts w:ascii="宋体" w:eastAsia="宋体" w:hAnsi="宋体"/>
          <w:sz w:val="28"/>
        </w:rPr>
        <w:t>骑自行车须知</w:t>
      </w:r>
    </w:p>
    <w:p>
      <w:pPr>
        <w:spacing w:before="100" w:after="200" w:line="360" w:lineRule="auto"/>
        <w:ind w:firstLine="576"/>
        <w:jc w:val="left"/>
        <w:sectPr w:rsidSect="00034616">
          <w:type w:val="nextPage"/>
          <w:pgSz w:w="11906" w:h="16838"/>
          <w:pgMar w:top="1440" w:right="1440" w:bottom="1440" w:left="1440" w:header="720" w:footer="720" w:gutter="0"/>
          <w:pgNumType w:start="4"/>
          <w:cols w:space="720"/>
          <w:titlePg w:val="0"/>
          <w:docGrid w:linePitch="360"/>
        </w:sectPr>
      </w:pPr>
    </w:p>
    <w:p>
      <w:pPr>
        <w:spacing w:before="100" w:after="200" w:line="360" w:lineRule="auto"/>
        <w:ind w:firstLine="576"/>
        <w:jc w:val="left"/>
      </w:pPr>
      <w:r>
        <w:rPr>
          <w:rFonts w:ascii="宋体" w:eastAsia="宋体" w:hAnsi="宋体"/>
          <w:sz w:val="28"/>
        </w:rPr>
        <w:t>1、要学习了解、自觉遵守道路交通法规。2、保持车况良好，车铃、刹车齐全有效。3、行驶中要遵守交通信号灯，不得抢穿红灯。4、穿越无信号灯的十字路口，必须"一慢、二看、三通过"。5、必须在规定的非机动车道内行驶；在无分道标志线的道路，必须靠边行驶。6、行驶时不要随意抢占机动车道、不要多车并排行驶。7、行驶时要集中思想，不要带着耳机收听广播、音乐。8、在转弯时必须看清后面来车，先伸手示意，不要突然转弯、斜行转弯。9、对于不同天气特点，做到安全行车：顺风不要借助风势骑快车；逆风不要低头猛骑不看路；雾天视线变差要慢速骑行；下雪结冰路滑要扶稳车把；雨天穿戴雨披更要多留心</w:t>
      </w:r>
    </w:p>
    <w:p>
      <w:pPr>
        <w:spacing w:before="100" w:after="200" w:line="360" w:lineRule="auto"/>
        <w:jc w:val="left"/>
      </w:pPr>
      <w:r>
        <w:rPr>
          <w:rFonts w:ascii="宋体 (中文正文)" w:eastAsia="宋体" w:hAnsi="宋体 (中文正文)"/>
          <w:b/>
          <w:sz w:val="28"/>
        </w:rPr>
        <w:t>五、其他校园安全的注意事项：</w:t>
      </w:r>
    </w:p>
    <w:p>
      <w:pPr>
        <w:spacing w:before="100" w:after="200" w:line="360" w:lineRule="auto"/>
        <w:ind w:firstLine="576"/>
        <w:jc w:val="left"/>
      </w:pPr>
      <w:r>
        <w:rPr>
          <w:rFonts w:ascii="宋体" w:eastAsia="宋体" w:hAnsi="宋体"/>
          <w:sz w:val="28"/>
        </w:rPr>
        <w:t>1、如何正确对待老师的批评，甚至误解？</w:t>
      </w:r>
    </w:p>
    <w:p>
      <w:pPr>
        <w:spacing w:before="100" w:after="200" w:line="360" w:lineRule="auto"/>
        <w:ind w:firstLine="576"/>
        <w:jc w:val="left"/>
      </w:pPr>
      <w:r>
        <w:rPr>
          <w:rFonts w:ascii="宋体" w:eastAsia="宋体" w:hAnsi="宋体"/>
          <w:sz w:val="28"/>
        </w:rPr>
        <w:t>敢于自我反省，认真反思。如果真是老师误解，应该和老师好好交流。切忌偏激，甚至做出什么过激的行动。</w:t>
      </w:r>
    </w:p>
    <w:p>
      <w:pPr>
        <w:spacing w:before="100" w:after="200" w:line="360" w:lineRule="auto"/>
        <w:ind w:firstLine="576"/>
        <w:jc w:val="left"/>
      </w:pPr>
      <w:r>
        <w:rPr>
          <w:rFonts w:ascii="宋体" w:eastAsia="宋体" w:hAnsi="宋体"/>
          <w:sz w:val="28"/>
        </w:rPr>
        <w:t>2、你与同学发生矛盾怎么办？</w:t>
      </w:r>
    </w:p>
    <w:p>
      <w:pPr>
        <w:spacing w:before="100" w:after="200" w:line="360" w:lineRule="auto"/>
        <w:ind w:firstLine="576"/>
        <w:jc w:val="left"/>
      </w:pPr>
      <w:r>
        <w:rPr>
          <w:rFonts w:ascii="宋体" w:eastAsia="宋体" w:hAnsi="宋体"/>
          <w:sz w:val="28"/>
        </w:rPr>
        <w:t>自己的所作所为也要有安全意识。青少年时期容易冲动，容易感情用事，因此，在同学间遇到矛盾时，一定要冷静，要理智，切忌用拳头代替说理，给自己和同学带来不良的后果。</w:t>
      </w:r>
    </w:p>
    <w:p>
      <w:pPr>
        <w:spacing w:before="100" w:after="200" w:line="360" w:lineRule="auto"/>
        <w:ind w:firstLine="576"/>
        <w:jc w:val="left"/>
      </w:pPr>
      <w:r>
        <w:rPr>
          <w:rFonts w:ascii="宋体" w:eastAsia="宋体" w:hAnsi="宋体"/>
          <w:sz w:val="28"/>
        </w:rPr>
        <w:t>3、如何加强教室安全</w:t>
      </w:r>
    </w:p>
    <w:p>
      <w:pPr>
        <w:spacing w:before="100" w:after="200" w:line="360" w:lineRule="auto"/>
        <w:ind w:firstLine="576"/>
        <w:jc w:val="left"/>
      </w:pPr>
      <w:r>
        <w:rPr>
          <w:rFonts w:ascii="宋体" w:eastAsia="宋体" w:hAnsi="宋体"/>
          <w:sz w:val="28"/>
        </w:rPr>
        <w:t>要注意教室的安全。学生上课离开本班教室一定要关好门窗，要将钱和贵重物品带在身上，不能给小偷有可之机；不要把球带到教学楼，在教室楼的走廓上踢，这种行为既违反了校规，又存在着很大的安全隐患，试想一想，若把玻璃窗踢碎，玻璃片飞入哪一位同学的眼中，哪后果是不堪设想的。</w:t>
      </w:r>
    </w:p>
    <w:p>
      <w:pPr>
        <w:spacing w:before="100" w:after="200" w:line="360" w:lineRule="auto"/>
        <w:ind w:firstLine="576"/>
        <w:jc w:val="left"/>
      </w:pPr>
      <w:r>
        <w:rPr>
          <w:rFonts w:ascii="宋体" w:eastAsia="宋体" w:hAnsi="宋体"/>
          <w:sz w:val="28"/>
        </w:rPr>
        <w:t>4、为什么不能提前到校？</w:t>
      </w:r>
    </w:p>
    <w:p>
      <w:pPr>
        <w:spacing w:before="100" w:after="200" w:line="360" w:lineRule="auto"/>
        <w:ind w:firstLine="576"/>
        <w:jc w:val="left"/>
      </w:pPr>
      <w:r>
        <w:rPr>
          <w:rFonts w:ascii="宋体" w:eastAsia="宋体" w:hAnsi="宋体"/>
          <w:sz w:val="28"/>
        </w:rPr>
        <w:t>校门没开，一些学生在校门发生矛盾，无人调解会造成不必要的伤害。在校门外拥挤，会造成意外伤害。</w:t>
      </w:r>
    </w:p>
    <w:p>
      <w:pPr>
        <w:spacing w:before="100" w:after="200" w:line="360" w:lineRule="auto"/>
        <w:ind w:firstLine="576"/>
        <w:jc w:val="left"/>
      </w:pPr>
      <w:r>
        <w:rPr>
          <w:rFonts w:ascii="宋体" w:eastAsia="宋体" w:hAnsi="宋体"/>
          <w:sz w:val="28"/>
        </w:rPr>
        <w:t>5、当自己感到身体不适时，怎么办？</w:t>
      </w:r>
    </w:p>
    <w:p>
      <w:pPr>
        <w:spacing w:before="100" w:after="200" w:line="360" w:lineRule="auto"/>
        <w:ind w:firstLine="576"/>
        <w:jc w:val="left"/>
        <w:sectPr w:rsidSect="00034616">
          <w:type w:val="nextPage"/>
          <w:pgSz w:w="11906" w:h="16838"/>
          <w:pgMar w:top="1440" w:right="1440" w:bottom="1440" w:left="1440" w:header="720" w:footer="720" w:gutter="0"/>
          <w:pgNumType w:start="5"/>
          <w:cols w:space="720"/>
          <w:titlePg w:val="0"/>
          <w:docGrid w:linePitch="360"/>
        </w:sectPr>
      </w:pPr>
      <w:r>
        <w:rPr>
          <w:rFonts w:ascii="宋体" w:eastAsia="宋体" w:hAnsi="宋体"/>
          <w:sz w:val="28"/>
        </w:rPr>
        <w:t>6、你不认识的人自称是你家人的朋友，要将你接走，你怎么办？</w:t>
      </w:r>
    </w:p>
    <w:p>
      <w:pPr>
        <w:spacing w:before="100" w:after="200" w:line="360" w:lineRule="auto"/>
        <w:ind w:firstLine="576"/>
        <w:jc w:val="left"/>
      </w:pPr>
      <w:r>
        <w:rPr>
          <w:rFonts w:ascii="宋体" w:eastAsia="宋体" w:hAnsi="宋体"/>
          <w:sz w:val="28"/>
        </w:rPr>
        <w:t>7、安全小常识</w:t>
      </w:r>
    </w:p>
    <w:p>
      <w:pPr>
        <w:spacing w:before="100" w:after="200" w:line="360" w:lineRule="auto"/>
        <w:jc w:val="left"/>
      </w:pPr>
      <w:r>
        <w:rPr>
          <w:rFonts w:ascii="宋体 (中文正文)" w:eastAsia="宋体" w:hAnsi="宋体 (中文正文)"/>
          <w:sz w:val="28"/>
        </w:rPr>
        <w:t>临危逃生的基本原则：</w:t>
      </w:r>
    </w:p>
    <w:p>
      <w:pPr>
        <w:spacing w:before="100" w:after="200" w:line="360" w:lineRule="auto"/>
        <w:ind w:firstLine="576"/>
        <w:jc w:val="left"/>
      </w:pPr>
      <w:r>
        <w:rPr>
          <w:rFonts w:ascii="宋体" w:eastAsia="宋体" w:hAnsi="宋体"/>
          <w:sz w:val="28"/>
        </w:rPr>
        <w:t>“119”，火警</w:t>
      </w:r>
    </w:p>
    <w:p>
      <w:pPr>
        <w:spacing w:before="100" w:after="200" w:line="360" w:lineRule="auto"/>
        <w:ind w:firstLine="576"/>
        <w:jc w:val="left"/>
      </w:pPr>
      <w:r>
        <w:rPr>
          <w:rFonts w:ascii="宋体" w:eastAsia="宋体" w:hAnsi="宋体"/>
          <w:sz w:val="28"/>
        </w:rPr>
        <w:t>“110”，报警</w:t>
      </w:r>
    </w:p>
    <w:p>
      <w:pPr>
        <w:spacing w:before="100" w:after="200" w:line="360" w:lineRule="auto"/>
        <w:ind w:firstLine="576"/>
        <w:jc w:val="left"/>
      </w:pPr>
      <w:r>
        <w:rPr>
          <w:rFonts w:ascii="宋体" w:eastAsia="宋体" w:hAnsi="宋体"/>
          <w:sz w:val="28"/>
        </w:rPr>
        <w:t>“120”，急救</w:t>
      </w:r>
    </w:p>
    <w:p>
      <w:pPr>
        <w:spacing w:before="100" w:after="200" w:line="360" w:lineRule="auto"/>
        <w:ind w:firstLine="576"/>
        <w:jc w:val="left"/>
      </w:pPr>
      <w:r>
        <w:rPr>
          <w:rFonts w:ascii="宋体" w:eastAsia="宋体" w:hAnsi="宋体"/>
          <w:sz w:val="28"/>
        </w:rPr>
        <w:t>“122”，交通事故报警</w:t>
      </w:r>
    </w:p>
    <w:p>
      <w:pPr>
        <w:spacing w:before="100" w:after="200" w:line="360" w:lineRule="auto"/>
        <w:ind w:firstLine="576"/>
        <w:jc w:val="left"/>
      </w:pPr>
      <w:r>
        <w:rPr>
          <w:rFonts w:ascii="宋体" w:eastAsia="宋体" w:hAnsi="宋体"/>
          <w:sz w:val="28"/>
        </w:rPr>
        <w:t>为配合公安交警部门维护交通秩序，遵守交通法规，做好交通安全和事故防护工作，作为一名车辆驾驶人员，保证如下：</w:t>
      </w:r>
    </w:p>
    <w:p>
      <w:pPr>
        <w:spacing w:before="100" w:after="200" w:line="360" w:lineRule="auto"/>
        <w:ind w:firstLine="576"/>
        <w:jc w:val="left"/>
      </w:pPr>
      <w:r>
        <w:rPr>
          <w:rFonts w:ascii="宋体" w:eastAsia="宋体" w:hAnsi="宋体"/>
          <w:sz w:val="28"/>
        </w:rPr>
        <w:t>一、保证坚持“安全第一，预防为主”的方针，严格遵守交通法规和单位制定的安全管理制度。执照驾车。</w:t>
      </w:r>
    </w:p>
    <w:p>
      <w:pPr>
        <w:spacing w:before="100" w:after="200" w:line="360" w:lineRule="auto"/>
        <w:ind w:firstLine="576"/>
        <w:jc w:val="left"/>
      </w:pPr>
      <w:r>
        <w:rPr>
          <w:rFonts w:ascii="宋体" w:eastAsia="宋体" w:hAnsi="宋体"/>
          <w:sz w:val="28"/>
        </w:rPr>
        <w:t>二、保证定期检查安全学习，准时参加安全日活动，学习交通法规等，不断提高思想认识，增强安全意识。</w:t>
      </w:r>
    </w:p>
    <w:p>
      <w:pPr>
        <w:spacing w:before="100" w:after="200" w:line="360" w:lineRule="auto"/>
        <w:ind w:firstLine="576"/>
        <w:jc w:val="left"/>
      </w:pPr>
      <w:r>
        <w:rPr>
          <w:rFonts w:ascii="宋体" w:eastAsia="宋体" w:hAnsi="宋体"/>
          <w:sz w:val="28"/>
        </w:rPr>
        <w:t>三、保证车辆出行前，认真做好车辆安全检查，做到机油，汽油，刹车油，冷却水，轮胎，气压，制动转向，喇叭，灯光的安全、准确、可靠，保证汽车处于良好状态。</w:t>
      </w:r>
    </w:p>
    <w:p>
      <w:pPr>
        <w:spacing w:before="100" w:after="200" w:line="360" w:lineRule="auto"/>
        <w:jc w:val="left"/>
      </w:pPr>
      <w:r>
        <w:rPr>
          <w:rFonts w:ascii="宋体 (中文正文)" w:eastAsia="宋体" w:hAnsi="宋体 (中文正文)"/>
          <w:b/>
          <w:sz w:val="28"/>
        </w:rPr>
        <w:t>四、保证车辆在行驶途中，保持高度警惕，克服麻痹思想，遵守交通规则，注意安全行驶。</w:t>
      </w:r>
    </w:p>
    <w:p>
      <w:pPr>
        <w:spacing w:before="100" w:after="200" w:line="360" w:lineRule="auto"/>
        <w:jc w:val="left"/>
      </w:pPr>
      <w:r>
        <w:rPr>
          <w:rFonts w:ascii="宋体 (中文正文)" w:eastAsia="宋体" w:hAnsi="宋体 (中文正文)"/>
          <w:b/>
          <w:sz w:val="28"/>
        </w:rPr>
        <w:t>五、保证酒后不开车，不开“英雄车”</w:t>
      </w:r>
    </w:p>
    <w:p>
      <w:pPr>
        <w:spacing w:before="100" w:after="200" w:line="360" w:lineRule="auto"/>
        <w:ind w:firstLine="576"/>
        <w:jc w:val="left"/>
        <w:sectPr w:rsidSect="00034616">
          <w:type w:val="nextPage"/>
          <w:pgSz w:w="11906" w:h="16838"/>
          <w:pgMar w:top="1440" w:right="1440" w:bottom="1440" w:left="1440" w:header="720" w:footer="720" w:gutter="0"/>
          <w:pgNumType w:start="6"/>
          <w:cols w:space="720"/>
          <w:titlePg w:val="0"/>
          <w:docGrid w:linePitch="360"/>
        </w:sectPr>
      </w:pPr>
      <w:r>
        <w:rPr>
          <w:rFonts w:ascii="宋体" w:eastAsia="宋体" w:hAnsi="宋体"/>
          <w:sz w:val="28"/>
        </w:rPr>
        <w:t>最近一段时期，我参加了宏惠驾校，驾驶员学习培训班。通过理论知识和驾驶业务知识的系统培训学习，对交通法规和安全驾驶等基础知识有了进一步的理解和认识。对安全驾驶有了更深刻的体会。</w:t>
      </w:r>
    </w:p>
    <w:p>
      <w:pPr>
        <w:spacing w:before="100" w:after="200" w:line="360" w:lineRule="auto"/>
        <w:ind w:firstLine="576"/>
        <w:jc w:val="left"/>
      </w:pPr>
      <w:r>
        <w:rPr>
          <w:rFonts w:ascii="宋体" w:eastAsia="宋体" w:hAnsi="宋体"/>
          <w:sz w:val="28"/>
        </w:rPr>
        <w:t>驾驶人是导致道路交通事故的最重要因素，绝大部分的交通事故都是由于驾驶人本身的违法行为造成的。许多驾驶人法律意识淡薄，安全知识匮乏。无证驾车、超速行驶、酒后驾驶、违法超车会车、违法载人载货等严重交通违法行为已成为导致交通事故的主要原因。如果每一位驾驶人都能够珍爱自己和他人的生命，以安全为最高准则，遵守法规，谨慎驾驶，那么就可以避免许多交通事故的发生，挽救许许多多无辜的生命！</w:t>
      </w:r>
    </w:p>
    <w:p>
      <w:pPr>
        <w:spacing w:before="100" w:after="200" w:line="360" w:lineRule="auto"/>
        <w:ind w:firstLine="576"/>
        <w:jc w:val="left"/>
      </w:pPr>
      <w:r>
        <w:rPr>
          <w:rFonts w:ascii="宋体" w:eastAsia="宋体" w:hAnsi="宋体"/>
          <w:sz w:val="28"/>
        </w:rPr>
        <w:t>以下是我在学习驾驶期间向各位师傅学到和自己总结出来的几点意见，不对之处多多包涵，多指教。</w:t>
      </w:r>
    </w:p>
    <w:p>
      <w:pPr>
        <w:spacing w:before="100" w:after="200" w:line="360" w:lineRule="auto"/>
        <w:ind w:firstLine="576"/>
        <w:jc w:val="left"/>
      </w:pPr>
      <w:r>
        <w:rPr>
          <w:rFonts w:ascii="宋体" w:eastAsia="宋体" w:hAnsi="宋体"/>
          <w:sz w:val="28"/>
        </w:rPr>
        <w:t>一、准时参加交通安全警示教育学习，及时了解安全新形势，通过每一次听课和其他培训学习，工作上吸取大家的经验教训，稳重驾驶是安全行车的重要保证，安全学习是定期提醒我们对安全提供警惕，一点都不能松懈。</w:t>
      </w:r>
    </w:p>
    <w:p>
      <w:pPr>
        <w:spacing w:before="100" w:after="200" w:line="360" w:lineRule="auto"/>
        <w:ind w:firstLine="576"/>
        <w:jc w:val="left"/>
      </w:pPr>
      <w:r>
        <w:rPr>
          <w:rFonts w:ascii="宋体" w:eastAsia="宋体" w:hAnsi="宋体"/>
          <w:sz w:val="28"/>
        </w:rPr>
        <w:t>二、在高速公路上一定要保持最安全的距离。特别是高速公路出入口位置，是交通事故的黑点，所以公路上保持车距是最重要的；其次是不要乱变行车路线，不要左穿右插，违章超车，按线行车，一定要铭记在心，要时时刻刻提醒自己正确行驶的标线，才能保证安全。</w:t>
      </w:r>
    </w:p>
    <w:p>
      <w:pPr>
        <w:spacing w:before="100" w:after="200" w:line="360" w:lineRule="auto"/>
        <w:ind w:firstLine="576"/>
        <w:jc w:val="left"/>
      </w:pPr>
      <w:r>
        <w:rPr>
          <w:rFonts w:ascii="宋体" w:eastAsia="宋体" w:hAnsi="宋体"/>
          <w:sz w:val="28"/>
        </w:rPr>
        <w:t>三、在城市道路行车，一定要按规定的车速，规定的路线行驶，不闯红灯，不抢道路，观察行人的状态，要以人为先。</w:t>
      </w:r>
    </w:p>
    <w:p>
      <w:pPr>
        <w:spacing w:before="100" w:after="200" w:line="360" w:lineRule="auto"/>
        <w:ind w:firstLine="576"/>
        <w:jc w:val="left"/>
        <w:sectPr w:rsidSect="00034616">
          <w:type w:val="nextPage"/>
          <w:pgSz w:w="11906" w:h="16838"/>
          <w:pgMar w:top="1440" w:right="1440" w:bottom="1440" w:left="1440" w:header="720" w:footer="720" w:gutter="0"/>
          <w:pgNumType w:start="7"/>
          <w:cols w:space="720"/>
          <w:titlePg w:val="0"/>
          <w:docGrid w:linePitch="360"/>
        </w:sectPr>
      </w:pPr>
      <w:r>
        <w:rPr>
          <w:rFonts w:ascii="宋体" w:eastAsia="宋体" w:hAnsi="宋体"/>
          <w:sz w:val="28"/>
        </w:rPr>
        <w:t>四、在风雨季节路面可能有积水，要看清楚是路面积水水深情况，过路时发动机转速一定保持平稳，以低速档行驶，过完水路面后，要踩几下刹车排出车轮里面的积水。如遇暴风雨视线不清时，要靠边停车待行，等暴风雨过后再行，一定要做到四防，即：“一防视线不清，二防行车撞人，三防车辆侧滑，四防涉水陷车”，驾车出行时时刻牢记。</w:t>
      </w:r>
    </w:p>
    <w:p>
      <w:pPr>
        <w:spacing w:before="100" w:after="200" w:line="360" w:lineRule="auto"/>
        <w:ind w:firstLine="576"/>
        <w:jc w:val="left"/>
      </w:pPr>
      <w:r>
        <w:rPr>
          <w:rFonts w:ascii="宋体" w:eastAsia="宋体" w:hAnsi="宋体"/>
          <w:sz w:val="28"/>
        </w:rPr>
        <w:t>安全驾驶，就是要自觉维护交通秩序，做到“宁停三分，不抢一秒”，开文明车，行文明路，以实际行动争做交通安全、文明行车的模范，做一个懂法守法的驾驶员。</w:t>
      </w:r>
    </w:p>
    <w:p>
      <w:pPr>
        <w:spacing w:before="100" w:after="200" w:line="360" w:lineRule="auto"/>
        <w:ind w:firstLine="576"/>
        <w:jc w:val="left"/>
      </w:pPr>
      <w:r>
        <w:rPr>
          <w:rFonts w:ascii="宋体" w:eastAsia="宋体" w:hAnsi="宋体"/>
          <w:sz w:val="28"/>
        </w:rPr>
        <w:t>安全文化是指人类追求自身健康，社会安定，抵御自然灾害和保护人民生命财产不受意外伤害的知识，制度和组织机构的总和。能否正确认识和处理安全文化与企业的发展市场经济，企业职工及企业文化者关系，将影响到企业的兴衰，领导者的成败及企业职工的效益，也是当前创“国网双文明单位”标兵企业必须面对的重大课题之一、</w:t>
      </w:r>
    </w:p>
    <w:p>
      <w:pPr>
        <w:spacing w:before="100" w:after="200" w:line="360" w:lineRule="auto"/>
        <w:jc w:val="left"/>
      </w:pPr>
      <w:r>
        <w:rPr>
          <w:rFonts w:ascii="宋体 (中文正文)" w:eastAsia="宋体" w:hAnsi="宋体 (中文正文)"/>
          <w:b/>
          <w:sz w:val="28"/>
        </w:rPr>
        <w:t>一、电力企业安全文化与企业发展的重要性</w:t>
      </w:r>
    </w:p>
    <w:p>
      <w:pPr>
        <w:spacing w:before="100" w:after="200" w:line="360" w:lineRule="auto"/>
        <w:ind w:firstLine="576"/>
        <w:jc w:val="left"/>
      </w:pPr>
      <w:r>
        <w:rPr>
          <w:rFonts w:ascii="宋体" w:eastAsia="宋体" w:hAnsi="宋体"/>
          <w:sz w:val="28"/>
        </w:rPr>
        <w:t>电力企业由于的力度加大，厂网分开“国电公司”分为几个大的公司。从我们搞供电的“国网公司”来讲，依赖于高科技、高文化、高管理，同时，也蕴藏着更大的危险性。在高科技的电力工作中，遵循“安全生产，生产必须安全”的原则，实现零目标的安全价值观正在企业中确立。也标志着我们电力企业安全文化质量和作用上了一个新台阶。安全文化与电力企业发展的关系也比其他许多企业更为突出，第一这是因为安全文化体系制约了企业的发展。安全文化与企业发展的关系以下列表述；犹如电气的绝缘与导电，人体的排放与吸收。电气设备即使有强大的送电能力，而没有良好的绝缘，电能也无法输送和利用；人体消化功能一出了毛病，吃多了就有生命危险。两者互相制约，互相配合，互相矛盾，又互相统一、</w:t>
      </w:r>
    </w:p>
    <w:p>
      <w:pPr>
        <w:spacing w:before="100" w:after="200" w:line="360" w:lineRule="auto"/>
        <w:ind w:firstLine="576"/>
        <w:jc w:val="left"/>
        <w:sectPr w:rsidSect="00034616">
          <w:type w:val="nextPage"/>
          <w:pgSz w:w="11906" w:h="16838"/>
          <w:pgMar w:top="1440" w:right="1440" w:bottom="1440" w:left="1440" w:header="720" w:footer="720" w:gutter="0"/>
          <w:pgNumType w:start="8"/>
          <w:cols w:space="720"/>
          <w:titlePg w:val="0"/>
          <w:docGrid w:linePitch="360"/>
        </w:sectPr>
      </w:pPr>
      <w:r>
        <w:rPr>
          <w:rFonts w:ascii="宋体" w:eastAsia="宋体" w:hAnsi="宋体"/>
          <w:sz w:val="28"/>
        </w:rPr>
        <w:t>电力企业安全文化属于管理文化，它包括建立，加强生产流程的各种规章制度，建立人们执行这些规范的观念，意识，行为准则和价值观，实现系统本质安全。所以安全文化是解决质的问题，是一项安全系统工程，对我们电力企业发展将会起到制衡作用。</w:t>
      </w:r>
    </w:p>
    <w:p>
      <w:pPr>
        <w:spacing w:before="100" w:after="200" w:line="360" w:lineRule="auto"/>
        <w:ind w:firstLine="576"/>
        <w:jc w:val="left"/>
      </w:pPr>
      <w:r>
        <w:rPr>
          <w:rFonts w:ascii="宋体" w:eastAsia="宋体" w:hAnsi="宋体"/>
          <w:sz w:val="28"/>
        </w:rPr>
        <w:t>安全文化指导企业发展。安全文化是物质基础的产物，属上层建筑范畴。在我们电力企业中多年来在安全管理上不断加强。在措施上不断完善；员工的安全意识不断增强，安全形势向好的方向发展，安全水平不断提高，但尽管如此，队伍中习惯性违章还有屡禁不止的现象，生产和人身事故时有发生，“要我安全”变为“我要安全”的安全文化还未形成。</w:t>
      </w:r>
    </w:p>
    <w:p>
      <w:pPr>
        <w:spacing w:before="100" w:after="200" w:line="360" w:lineRule="auto"/>
        <w:ind w:firstLine="576"/>
        <w:jc w:val="left"/>
      </w:pPr>
      <w:r>
        <w:rPr>
          <w:rFonts w:ascii="宋体" w:eastAsia="宋体" w:hAnsi="宋体"/>
          <w:sz w:val="28"/>
        </w:rPr>
        <w:t>电力企业进行现代化管理阶段，安全文化也需得到飞跃发展，使企业安全基础牢固，效益增高，形成安全文化的特点是“我要安全”，“安全第一”。我从一份资料中看到：“1906年，美国一钢铁公司董事长凯利首次提出“安全第一”作为经营方针，使该公司从萧条中振兴起来，从此安全文化被提到议事日程，并推动整个世纪现代化工业企业的发展。这充分显示了安全文化对企业发展的促进作用，即上层建筑对经济基础的指导作用。</w:t>
      </w:r>
    </w:p>
    <w:p>
      <w:pPr>
        <w:spacing w:before="100" w:after="200" w:line="360" w:lineRule="auto"/>
        <w:ind w:firstLine="576"/>
        <w:jc w:val="left"/>
      </w:pPr>
      <w:r>
        <w:rPr>
          <w:rFonts w:ascii="宋体" w:eastAsia="宋体" w:hAnsi="宋体"/>
          <w:sz w:val="28"/>
        </w:rPr>
        <w:t>安全文化是企业稳定发展的因素。代表电力生产安全的文化是人们从灾难、失败到成功，胜利过程中建立起来的优秀文化。安全文化代表新的生产力，能够哺育优秀的价值规律成为我们企业发展的重要财富。我们电力企业安全文化水平越高，塑造的人才就越具有高的生产力，对社会创造的价值就越高。因此，无论是我们过去的“双达标”、“创一流”、“贯标认证”，到现在要奋斗的“国网双文明单位标兵”，可以说都抓住了企业稳定发展的因素。企业如果没有形成安全文化，缺乏稳因的安全基础，就很难成为一个稳定的企业，即是一时上去了，也难免因一些人的不安全行为而退落。</w:t>
      </w:r>
    </w:p>
    <w:p>
      <w:pPr>
        <w:spacing w:before="100" w:after="200" w:line="360" w:lineRule="auto"/>
        <w:jc w:val="left"/>
      </w:pPr>
      <w:r>
        <w:rPr>
          <w:rFonts w:ascii="宋体 (中文正文)" w:eastAsia="宋体" w:hAnsi="宋体 (中文正文)"/>
          <w:b/>
          <w:sz w:val="28"/>
        </w:rPr>
        <w:t>二、电力企业安全文化与市场经济的重要性</w:t>
      </w:r>
    </w:p>
    <w:p>
      <w:pPr>
        <w:spacing w:before="100" w:after="200" w:line="360" w:lineRule="auto"/>
        <w:ind w:firstLine="576"/>
        <w:jc w:val="left"/>
        <w:sectPr w:rsidSect="00034616">
          <w:type w:val="nextPage"/>
          <w:pgSz w:w="11906" w:h="16838"/>
          <w:pgMar w:top="1440" w:right="1440" w:bottom="1440" w:left="1440" w:header="720" w:footer="720" w:gutter="0"/>
          <w:pgNumType w:start="9"/>
          <w:cols w:space="720"/>
          <w:titlePg w:val="0"/>
          <w:docGrid w:linePitch="360"/>
        </w:sectPr>
      </w:pPr>
    </w:p>
    <w:p>
      <w:pPr>
        <w:spacing w:before="100" w:after="200" w:line="360" w:lineRule="auto"/>
        <w:ind w:firstLine="576"/>
        <w:jc w:val="left"/>
      </w:pPr>
      <w:r>
        <w:rPr>
          <w:rFonts w:ascii="宋体" w:eastAsia="宋体" w:hAnsi="宋体"/>
          <w:sz w:val="28"/>
        </w:rPr>
        <w:t>市场经济的特点之一是法制经济，因此在社会主义市场经济条件下的安全文化也具有法制文化的性质。电力企业中各种安全法规、条例、规程、标准是法制文化的表现形成，通过生产过程及市场流通，在“电”这个特殊商品中自始至终体现出来，同时又接受市场和社会检验，以适应社会主义市场经济发展必不可少的重要性。</w:t>
      </w:r>
    </w:p>
    <w:p>
      <w:pPr>
        <w:spacing w:before="100" w:after="200" w:line="360" w:lineRule="auto"/>
        <w:ind w:firstLine="576"/>
        <w:jc w:val="left"/>
      </w:pPr>
      <w:r>
        <w:rPr>
          <w:rFonts w:ascii="宋体" w:eastAsia="宋体" w:hAnsi="宋体"/>
          <w:sz w:val="28"/>
        </w:rPr>
        <w:t>另一方面，电力产品具有特殊性，安全指标是它的第一选择。没有安全就没有“电”这个产品。电力事故涉及面广，会引起社会反响，企业由此可能推动失去信誉，失去效益和凝聚力，甚至被市场淘汰。所以，安全文化对市场经济与企业导向非常重要。</w:t>
      </w:r>
    </w:p>
    <w:p>
      <w:pPr>
        <w:spacing w:before="100" w:after="200" w:line="360" w:lineRule="auto"/>
        <w:ind w:firstLine="576"/>
        <w:jc w:val="left"/>
      </w:pPr>
      <w:r>
        <w:rPr>
          <w:rFonts w:ascii="宋体" w:eastAsia="宋体" w:hAnsi="宋体"/>
          <w:sz w:val="28"/>
        </w:rPr>
        <w:t>首先，电力企业的生产必须坚持“安全第一”落实“预防为主”的措施：一是掌握事故的客观规律性，二是对薄弱的环节，危险源的措施要有针对性，三是各级控制要经常性，群众性。充分发挥保证体系和监督体系的作用，建设系统安安工程，用科学和技术手段识别，控制和消除危险。狠抓人、机、料、法、环系统本质安全化，确保系统安全运行。</w:t>
      </w:r>
    </w:p>
    <w:p>
      <w:pPr>
        <w:spacing w:before="100" w:after="200" w:line="360" w:lineRule="auto"/>
        <w:ind w:firstLine="576"/>
        <w:jc w:val="left"/>
      </w:pPr>
      <w:r>
        <w:rPr>
          <w:rFonts w:ascii="宋体" w:eastAsia="宋体" w:hAnsi="宋体"/>
          <w:sz w:val="28"/>
        </w:rPr>
        <w:t>其次，确保电能高质量。电能质量是建立在安全基础上的一个综合指标。单纯依靠传统的行政管理已不能适应现代社会和市场经济发展需要，必须建立以安全文化为基础的安全管理模式。通过市场导向，提高职工道德规范，敬业爱岗，遵章守纪，实事求是，精益求精，精心作业，正确操作，为社会服务，为企业奉献，营造一个良好的文化氛围，使全体职工转变管理观念，使企业转变经营机制，在激烈的市场竞争中占领一席之地。</w:t>
      </w:r>
    </w:p>
    <w:p>
      <w:pPr>
        <w:spacing w:before="100" w:after="200" w:line="360" w:lineRule="auto"/>
        <w:ind w:firstLine="576"/>
        <w:jc w:val="left"/>
      </w:pPr>
      <w:r>
        <w:rPr>
          <w:rFonts w:ascii="宋体" w:eastAsia="宋体" w:hAnsi="宋体"/>
          <w:sz w:val="28"/>
        </w:rPr>
        <w:t>三、电力企业安全文化与职工关系的重要性对企业来说，安全文化也是效益文化，它能协调企业的发展，增加企业的效益。</w:t>
      </w:r>
    </w:p>
    <w:p>
      <w:pPr>
        <w:spacing w:before="100" w:after="200" w:line="360" w:lineRule="auto"/>
        <w:ind w:firstLine="576"/>
        <w:jc w:val="left"/>
        <w:sectPr w:rsidSect="00034616">
          <w:type w:val="nextPage"/>
          <w:pgSz w:w="11906" w:h="16838"/>
          <w:pgMar w:top="1440" w:right="1440" w:bottom="1440" w:left="1440" w:header="720" w:footer="720" w:gutter="0"/>
          <w:pgNumType w:start="10"/>
          <w:cols w:space="720"/>
          <w:titlePg w:val="0"/>
          <w:docGrid w:linePitch="360"/>
        </w:sectPr>
      </w:pPr>
    </w:p>
    <w:p>
      <w:pPr>
        <w:spacing w:before="100" w:after="200" w:line="360" w:lineRule="auto"/>
        <w:ind w:firstLine="576"/>
        <w:jc w:val="left"/>
      </w:pPr>
      <w:r>
        <w:rPr>
          <w:rFonts w:ascii="宋体" w:eastAsia="宋体" w:hAnsi="宋体"/>
          <w:sz w:val="28"/>
        </w:rPr>
        <w:t>对职工来讲，安全文化是保护文化，它能促进自我约束，调理情操，把生活和生产中的危险度降到安全水平。这是因为；一是发展安全文化是维护企业职工的根本利益。据有关资料显示，近几年来虽说人身事故比七十年代、八十年代有明显下降，但还占电力生产事故总数的20%之多，其中违章伤亡的占80%以上，这说明人们的不安全行为屡禁不止，反映了企业职工自我保护意识差，缺少安全文化，不懂得保命。下面仅举一例说明：1993年4月11日原石码坪变春检时，因违章作业发生冯触电死亡事故。事故发生后给当时的天水供电局带来了极大的不幸，全局陷入困境。大家都盯住出事的那个单位，上级怨下级，干部怨职工。可见，创建和发展电力企业安全文化，重点要放在加强人、机、料、法、环本质安全文化建设上，做到五者最佳匹配，而人的本质安全文化建设又是重中之重。</w:t>
      </w:r>
    </w:p>
    <w:p>
      <w:pPr>
        <w:spacing w:before="100" w:after="200" w:line="360" w:lineRule="auto"/>
        <w:ind w:firstLine="576"/>
        <w:jc w:val="left"/>
      </w:pPr>
      <w:r>
        <w:rPr>
          <w:rFonts w:ascii="宋体" w:eastAsia="宋体" w:hAnsi="宋体"/>
          <w:sz w:val="28"/>
        </w:rPr>
        <w:t>依靠全员建设安全文化。常见一些事故报告的原因分析中都有一条“职工安全素质不高”但仔细推敲，其根本原因还是干部安全素质不高，高层次人员的安全素质不高，电力企业相当于一个大学，厂局长相当于一个大学的校长，干部是教授、教师、学生的文化水平也取决于校长和教授、教师的水平。企业的领导和干部不了解安全文化的重要性，不知如何去提高职工的安全素质，缺乏中肯的指导，科学的立法，正确的实践，求真务实的作风，职工的安全素质不可能高。</w:t>
      </w:r>
    </w:p>
    <w:p>
      <w:pPr>
        <w:spacing w:before="100" w:after="200" w:line="360" w:lineRule="auto"/>
        <w:ind w:firstLine="576"/>
        <w:jc w:val="left"/>
      </w:pPr>
      <w:r>
        <w:rPr>
          <w:rFonts w:ascii="宋体" w:eastAsia="宋体" w:hAnsi="宋体"/>
          <w:sz w:val="28"/>
        </w:rPr>
        <w:t>安全文化建设工程包括基础安全文化和专业安全文化。实现这项工程必须在企业中形成全民性的梯级安全文化建设构架，运用好这些构架为企业的全方位发展将起到重要作用。</w:t>
      </w:r>
    </w:p>
    <w:p>
      <w:pPr>
        <w:spacing w:before="100" w:after="200" w:line="360" w:lineRule="auto"/>
        <w:ind w:firstLine="576"/>
        <w:jc w:val="left"/>
      </w:pPr>
      <w:r>
        <w:rPr>
          <w:rFonts w:ascii="宋体" w:eastAsia="宋体" w:hAnsi="宋体"/>
          <w:sz w:val="28"/>
        </w:rPr>
        <w:t>前段时间，认真学习了《中小学幼儿园安全管理办法》，随后又上网查阅了有关资料，感觉学有所得，很有收益。</w:t>
      </w:r>
    </w:p>
    <w:p>
      <w:pPr>
        <w:spacing w:before="100" w:after="200" w:line="360" w:lineRule="auto"/>
        <w:ind w:firstLine="576"/>
        <w:jc w:val="left"/>
      </w:pP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https://d.book118.com/188005131013006036</w:t>
        </w:r>
      </w:hyperlink>
    </w:p>
    <w:p>
      <w:pPr>
        <w:spacing w:before="100" w:after="200" w:line="360" w:lineRule="auto"/>
        <w:ind w:firstLine="576"/>
        <w:jc w:val="left"/>
      </w:pPr>
    </w:p>
    <w:sectPr w:rsidSect="00034616">
      <w:type w:val="nextPage"/>
      <w:pgSz w:w="11906" w:h="16838"/>
      <w:pgMar w:top="1440" w:right="1440" w:bottom="1440" w:left="1440" w:header="720" w:footer="720" w:gutter="0"/>
      <w:pgNumType w:start="1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8800513101300603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