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行政前台每月工作总结（31篇）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行政前台每月工作总结（通用31篇）</w:t>
      </w:r>
      <w:r>
        <w:rPr>
          <w:lang w:eastAsia="zh-CN"/>
        </w:rPr>
        <w:br/>
      </w:r>
      <w:r>
        <w:rPr>
          <w:lang w:eastAsia="zh-CN"/>
        </w:rPr>
        <w:t xml:space="preserve">    行政前台每月工作总结 篇1 </w:t>
      </w:r>
      <w:r>
        <w:rPr>
          <w:lang w:eastAsia="zh-CN"/>
        </w:rPr>
        <w:br/>
      </w:r>
      <w:r>
        <w:rPr>
          <w:lang w:eastAsia="zh-CN"/>
        </w:rPr>
        <w:t>　　一、行政方面</w:t>
      </w:r>
      <w:r>
        <w:rPr>
          <w:lang w:eastAsia="zh-CN"/>
        </w:rPr>
        <w:br/>
      </w:r>
      <w:r>
        <w:rPr>
          <w:lang w:eastAsia="zh-CN"/>
        </w:rPr>
        <w:t>　　1、对员工和干部反映强烈的饭堂进行对外承包和伙食改善;通过努力，现在员工对饭堂工作的反映大大改善;对公司留人起到不小作用。</w:t>
      </w:r>
      <w:r>
        <w:rPr>
          <w:lang w:eastAsia="zh-CN"/>
        </w:rPr>
        <w:br/>
      </w:r>
      <w:r>
        <w:rPr>
          <w:lang w:eastAsia="zh-CN"/>
        </w:rPr>
        <w:t>　　2、门禁保安管理;通过对保安工作加强监督检查，使部分员工违反门禁登记管理的现象大大改善;为公司的安全管理打下基础。</w:t>
      </w:r>
      <w:r>
        <w:rPr>
          <w:lang w:eastAsia="zh-CN"/>
        </w:rPr>
        <w:br/>
      </w:r>
      <w:r>
        <w:rPr>
          <w:lang w:eastAsia="zh-CN"/>
        </w:rPr>
        <w:t>　　3、配合品管部进行安全生产设施配置工作，配置担架、安全头盔、消防沙等;并补充安全生产资料;为我公司能够顺利通过安全部门的监督检查打好基础。</w:t>
      </w:r>
      <w:r>
        <w:rPr>
          <w:lang w:eastAsia="zh-CN"/>
        </w:rPr>
        <w:br/>
      </w:r>
      <w:r>
        <w:rPr>
          <w:lang w:eastAsia="zh-CN"/>
        </w:rPr>
        <w:t>　　4、正在制定的宿舍检查追究机制，将对我公司宿舍安全和有效管理做好制度保证。</w:t>
      </w:r>
      <w:r>
        <w:rPr>
          <w:lang w:eastAsia="zh-CN"/>
        </w:rPr>
        <w:br/>
      </w:r>
      <w:r>
        <w:rPr>
          <w:lang w:eastAsia="zh-CN"/>
        </w:rPr>
        <w:t>　　二、人事方面</w:t>
      </w:r>
      <w:r>
        <w:rPr>
          <w:lang w:eastAsia="zh-CN"/>
        </w:rPr>
        <w:br/>
      </w:r>
      <w:r>
        <w:rPr>
          <w:lang w:eastAsia="zh-CN"/>
        </w:rPr>
        <w:t>　　1、招聘工作：通过一个月的招聘工作，使初来公司时公司人员缺口接近20%的状况得到明显改善，基本能够满足公司的生产任务的需要;对个别员工的辞职和请假现象进行了有效沟通，大大减少了人员流失率。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2、培训：通过和生产部及品管部的合作，使新员工培训机制越来越流程化和细致化，对我公司的员工素质提高及留下的比例显著提高。目前正在制定的新员工培训流程将固定并强化这样的成果;使我公司的员工培训工作向前推进一步。</w:t>
      </w:r>
      <w:r>
        <w:rPr>
          <w:lang w:eastAsia="zh-CN"/>
        </w:rPr>
        <w:br/>
      </w:r>
      <w:r>
        <w:rPr>
          <w:lang w:eastAsia="zh-CN"/>
        </w:rPr>
        <w:t>　　3、制度建设：我公司的管理团队非常年轻，公司的管理风格讲求认真和创新精神，很多的管理实践不缺乏有好的初衷和实践效果;加之借鉴同行业的先进管理经验，使我公司部分未制度化的管理内容逐渐制度化以减少管理漏洞和人为因素;比如说年休假问题，建议反馈问题和宿舍检查追究及培训和储备干部等;希望以我公司管理团队的优秀管理经验的整合以达到良好的管理效果。</w:t>
      </w:r>
      <w:r>
        <w:rPr>
          <w:lang w:eastAsia="zh-CN"/>
        </w:rPr>
        <w:br/>
      </w:r>
      <w:r>
        <w:rPr>
          <w:lang w:eastAsia="zh-CN"/>
        </w:rPr>
        <w:t>　　4、员工关系：通过进行离职访谈的工作，使管理上的`一些隐藏的问题得以清晰，一些隐性的对员工的伤害情况得以显现;以便于我们更好地改善工作方法和理念;以加强我公司核心竞争力。</w:t>
      </w:r>
      <w:r>
        <w:rPr>
          <w:lang w:eastAsia="zh-CN"/>
        </w:rPr>
        <w:br/>
      </w:r>
      <w:r>
        <w:rPr>
          <w:lang w:eastAsia="zh-CN"/>
        </w:rPr>
        <w:t>　　三、建议方面</w:t>
      </w:r>
      <w:r>
        <w:rPr>
          <w:lang w:eastAsia="zh-CN"/>
        </w:rPr>
        <w:br/>
      </w:r>
      <w:r>
        <w:rPr>
          <w:lang w:eastAsia="zh-CN"/>
        </w:rPr>
        <w:t>　　1、每个岗位职责明确但更应该加强沟通，明确责任是为分清责任，但要做好工作必须加强沟通，毕竟很多工作都牵涉到几个岗位甚至部门。</w:t>
      </w:r>
      <w:r>
        <w:rPr>
          <w:lang w:eastAsia="zh-CN"/>
        </w:rPr>
        <w:br/>
      </w:r>
      <w:r>
        <w:rPr>
          <w:lang w:eastAsia="zh-CN"/>
        </w:rPr>
        <w:t>　　2、团队的学习一直没有摆上台面，建议每周例会的最后部分由主持人组织大家分享一个管理案例大家可展开讨论，为我公司建立学习型组织向前迈出一步。</w:t>
      </w:r>
      <w:r>
        <w:rPr>
          <w:lang w:eastAsia="zh-CN"/>
        </w:rPr>
        <w:br/>
      </w:r>
      <w:r>
        <w:rPr>
          <w:lang w:eastAsia="zh-CN"/>
        </w:rPr>
        <w:t xml:space="preserve">    行政前台每月工作总结 篇2 </w:t>
      </w:r>
      <w:r>
        <w:rPr>
          <w:lang w:eastAsia="zh-CN"/>
        </w:rPr>
        <w:br/>
      </w:r>
      <w:r>
        <w:rPr>
          <w:lang w:eastAsia="zh-CN"/>
        </w:rPr>
        <w:t>　　一、定职责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作为一名刚刚加入我行的一名新行员，我首先要做好自己的最本职工作，包括计划统计、信贷和信贷档案管理的岗位职责，</w:t>
      </w:r>
      <w:r>
        <w:rPr>
          <w:lang w:eastAsia="zh-CN"/>
        </w:rPr>
        <w:br/>
      </w:r>
      <w:r>
        <w:rPr>
          <w:lang w:eastAsia="zh-CN"/>
        </w:rPr>
        <w:t>　　银行个人述职报告。</w:t>
      </w:r>
      <w:r>
        <w:rPr>
          <w:lang w:eastAsia="zh-CN"/>
        </w:rPr>
        <w:br/>
      </w:r>
      <w:r>
        <w:rPr>
          <w:lang w:eastAsia="zh-CN"/>
        </w:rPr>
        <w:t>　　信贷统计计划员，必须认真学习相关的业务知识，规范自己的业务技能：及时、准确的做好信贷资金需求预测，编制信贷计划;合理调度资金头寸，头寸限额，控制在上级行下达的限额之内;正确编制资金、现金项目电报，并及时上报。</w:t>
      </w:r>
      <w:r>
        <w:rPr>
          <w:lang w:eastAsia="zh-CN"/>
        </w:rPr>
        <w:br/>
      </w:r>
      <w:r>
        <w:rPr>
          <w:lang w:eastAsia="zh-CN"/>
        </w:rPr>
        <w:t>　　信贷档案管理员，认真学习《中国农业发展银行档案管理制度办法》，收集和整理信贷资料，按规定向上级综合部门移交有关档案。加强支行领导，建立信贷档案的收集、整理、保管、查阅和销毁等管理制度，保证信贷档案内容齐全、妥善保管、有序存放、方便查阅、严防毁损、散失和泄密。</w:t>
      </w:r>
      <w:r>
        <w:rPr>
          <w:lang w:eastAsia="zh-CN"/>
        </w:rPr>
        <w:br/>
      </w:r>
      <w:r>
        <w:rPr>
          <w:lang w:eastAsia="zh-CN"/>
        </w:rPr>
        <w:t>　　信贷员，做好贷款手续合规合法、内容齐全、合同文本资料按规定保管;对分管企业的资料保全工作;仓单签发规范，内容、签章齐全;要求企业实行出库报告制度;指导企业正确设置和使用一基三专帐户;做好收购环节从贷款发放到粮食收购结束的全过程监控;坚持定期查库，填写工作日志和查库记录;处理信贷业务需规范填制采集单并及时登记电脑台帐;贷款到期前7天，需向企业签发贷款到期摧收通知单，对调销贷款，非保护价粮食贷款的发放要认真调查，合理确定贷款期限。</w:t>
      </w:r>
      <w:r>
        <w:rPr>
          <w:lang w:eastAsia="zh-CN"/>
        </w:rPr>
        <w:br/>
      </w:r>
      <w:r>
        <w:rPr>
          <w:lang w:eastAsia="zh-CN"/>
        </w:rPr>
        <w:t>　　二、定措施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20__年是我国经济快速发展的一年，党的17大精神为我们树立了明确的工作要求和</w:t>
      </w:r>
      <w:r>
        <w:rPr>
          <w:lang w:eastAsia="zh-CN"/>
        </w:rPr>
        <w:br/>
      </w:r>
      <w:r>
        <w:rPr>
          <w:lang w:eastAsia="zh-CN"/>
        </w:rPr>
        <w:t>　　指导方向，</w:t>
      </w:r>
      <w:r>
        <w:rPr>
          <w:lang w:eastAsia="zh-CN"/>
        </w:rPr>
        <w:br/>
      </w:r>
      <w:r>
        <w:rPr>
          <w:lang w:eastAsia="zh-CN"/>
        </w:rPr>
        <w:t>　　在此基础上，我行制定了针对决策制定、各项工作、业务操作、风险控制、资源配置、客户维护、组织管理和同事交往的八零标准。每名员工务必认真学习，贯彻落实指导精神，奋发进取，为支持社会主义新农村建设，严格要求自己，从小事、从自己的本职工作和从一点一滴做起，以达到从量变到质变的飞跃。</w:t>
      </w:r>
      <w:r>
        <w:rPr>
          <w:lang w:eastAsia="zh-CN"/>
        </w:rPr>
        <w:br/>
      </w:r>
      <w:r>
        <w:rPr>
          <w:lang w:eastAsia="zh-CN"/>
        </w:rPr>
        <w:t>　　三、定计划</w:t>
      </w:r>
      <w:r>
        <w:rPr>
          <w:lang w:eastAsia="zh-CN"/>
        </w:rPr>
        <w:br/>
      </w:r>
      <w:r>
        <w:rPr>
          <w:lang w:eastAsia="zh-CN"/>
        </w:rPr>
        <w:t>　　工作计划上，努力工作，提高自己的业务技能。尽职尽责、尊规守纪，尊重领导、团结同志。</w:t>
      </w:r>
      <w:r>
        <w:rPr>
          <w:lang w:eastAsia="zh-CN"/>
        </w:rPr>
        <w:br/>
      </w:r>
      <w:r>
        <w:rPr>
          <w:lang w:eastAsia="zh-CN"/>
        </w:rPr>
        <w:t>　　学习计划上，认真学习相关的金融业务知识和专业技能，潜心钻研、夯实基础，开拓思路，明确发展方向和道路，实事求是，不断提高自己的素质、意识和道德品行。不断吸收最新的知识，接受最新业务，防范和控制风险，坚持可持续发展，做终身学习型行员，伴随终身职业生涯。</w:t>
      </w:r>
      <w:r>
        <w:rPr>
          <w:lang w:eastAsia="zh-CN"/>
        </w:rPr>
        <w:br/>
      </w:r>
      <w:r>
        <w:rPr>
          <w:lang w:eastAsia="zh-CN"/>
        </w:rPr>
        <w:t>　　发展方向上，明确自己的人生发展和努力的方向，做到政治上、工作上和生活上的统一，珍惜来之不易的工作机会，在党委的领导下，塌实努力的工作。</w:t>
      </w:r>
      <w:r>
        <w:rPr>
          <w:lang w:eastAsia="zh-CN"/>
        </w:rPr>
        <w:br/>
      </w:r>
      <w:r>
        <w:rPr>
          <w:lang w:eastAsia="zh-CN"/>
        </w:rPr>
        <w:t>　　四、总结</w:t>
      </w:r>
      <w:r>
        <w:rPr>
          <w:lang w:eastAsia="zh-CN"/>
        </w:rPr>
        <w:br/>
      </w:r>
      <w:r>
        <w:rPr>
          <w:lang w:eastAsia="zh-CN"/>
        </w:rPr>
        <w:t>　　通过认真学习分行组织召开的业务岗位设置三定一总结阶段动员会和行行长左志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同志的重要讲话及指示和《中国农业发展银行北京市分行业务岗位设置管理实施方案(试行)》的通知，激动振奋之余，深思自己的工作和发展方向。今后务必做好自己的本职工作，努力学习业务知识和技能，明确自己的工作目标和人生发展方向，以高标准、严要求，作合格的中国农业发展银行行员。</w:t>
      </w:r>
      <w:r>
        <w:rPr>
          <w:lang w:eastAsia="zh-CN"/>
        </w:rPr>
        <w:br/>
      </w:r>
      <w:r>
        <w:rPr>
          <w:lang w:eastAsia="zh-CN"/>
        </w:rPr>
        <w:t xml:space="preserve">    行政前台每月工作总结 篇3 </w:t>
      </w:r>
      <w:r>
        <w:rPr>
          <w:lang w:eastAsia="zh-CN"/>
        </w:rPr>
        <w:br/>
      </w:r>
      <w:r>
        <w:rPr>
          <w:lang w:eastAsia="zh-CN"/>
        </w:rPr>
        <w:t>　　一、工作内容</w:t>
      </w:r>
      <w:r>
        <w:rPr>
          <w:lang w:eastAsia="zh-CN"/>
        </w:rPr>
        <w:br/>
      </w:r>
      <w:r>
        <w:rPr>
          <w:lang w:eastAsia="zh-CN"/>
        </w:rPr>
        <w:t>　　在这一年中，我采用了看、问、学等方式，初步了解了公司前台文员的具体业务知识。负责前台电话的接听和转接，做好来电咨询工作，重要事项认真记录并传达给相关人员，不遗漏、延误;负责来访客户的接待、基本咨询和引见，严格执行公司的接待服务规范，保持良好的礼节礼貌;负责公司前台大厅的卫生清洁及桌椅摆放，并保持整洁干净;送文件至各级领导，签收文件，收发报刊;打印、复印办公文件，收发传真，制作办公表格等;联系公司各项目部人员，收发公司内部文件;领导安排交付的其他工作。</w:t>
      </w:r>
      <w:r>
        <w:rPr>
          <w:lang w:eastAsia="zh-CN"/>
        </w:rPr>
        <w:br/>
      </w:r>
      <w:r>
        <w:rPr>
          <w:lang w:eastAsia="zh-CN"/>
        </w:rPr>
        <w:t>　　二、工作收获及体会</w:t>
      </w:r>
      <w:r>
        <w:rPr>
          <w:lang w:eastAsia="zh-CN"/>
        </w:rPr>
        <w:br/>
      </w:r>
      <w:r>
        <w:rPr>
          <w:lang w:eastAsia="zh-CN"/>
        </w:rPr>
        <w:t>　　(一)在实践中学习，努力适应工作</w:t>
      </w:r>
      <w:r>
        <w:rPr>
          <w:lang w:eastAsia="zh-CN"/>
        </w:rPr>
        <w:br/>
      </w:r>
      <w:r>
        <w:rPr>
          <w:lang w:eastAsia="zh-CN"/>
        </w:rPr>
        <w:t>　　这是我毕业之后的第一份工作，作为一个新人，刚加入公司时，我对公司的运作模式和工作流程都很生疏，多亏了领导和同事的耐心指导和帮助，让我在较短的时间内熟悉了前台的工作内容还有公司各个部门的职能所在。也让我很快完成了从学生到职员的转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都说前台是公司对外形象的窗口，今年的工作也让我对这句话有了新的认识和体会。接待公司来访的客人要以礼相迎，接听和转接电话要态度和蔼，处理办公楼的日常事务要认真仔细，对待同事要虚心真诚。点点滴滴都让我在工作中学习，在学习中进步，受益匪浅。</w:t>
      </w:r>
      <w:r>
        <w:rPr>
          <w:lang w:eastAsia="zh-CN"/>
        </w:rPr>
        <w:br/>
      </w:r>
      <w:r>
        <w:rPr>
          <w:lang w:eastAsia="zh-CN"/>
        </w:rPr>
        <w:t>　　(二)学习公司企业文化，提升自我</w:t>
      </w:r>
      <w:r>
        <w:rPr>
          <w:lang w:eastAsia="zh-CN"/>
        </w:rPr>
        <w:br/>
      </w:r>
      <w:r>
        <w:rPr>
          <w:lang w:eastAsia="zh-CN"/>
        </w:rPr>
        <w:t>　　加入到__这个大集体，才真正体会了“勤奋，专业，自信，活力，创新”这十个字的，我从领导和同事的敬业中感受到了这种文化，在这样好的工作氛围中，我也会以这十个字为准则来要求自己，以积极乐观的工作态度投入到工作中，踏踏实实地做好本职工作，及时发现工作中的不足，及时地和部门沟通，认真听取领导及同事的意见，争取把工作做好，做一个合格，称职的员工。这也一直是今后工作努力的目标和方向。</w:t>
      </w:r>
      <w:r>
        <w:rPr>
          <w:lang w:eastAsia="zh-CN"/>
        </w:rPr>
        <w:br/>
      </w:r>
      <w:r>
        <w:rPr>
          <w:lang w:eastAsia="zh-CN"/>
        </w:rPr>
        <w:t>　　(三)拓展自己的知识面，不断完善自己</w:t>
      </w:r>
      <w:r>
        <w:rPr>
          <w:lang w:eastAsia="zh-CN"/>
        </w:rPr>
        <w:br/>
      </w:r>
      <w:r>
        <w:rPr>
          <w:lang w:eastAsia="zh-CN"/>
        </w:rPr>
        <w:t>　　一年的工作也让我产生了危机意识，工作中会接到一些资料和客户打来比较专业的咨询电话，所以单靠我现在掌握的知识和对公司的了解是不够的，我想以后的工作中也要不断给自己充电，拓宽自己的知识，减少工作中的空白和失误。初入职场，难免出现一些小差小错需领导指正;但前事之鉴，后事之师，这些经历也让我不断成熟，在处理各种问题时考虑得更全面，杜绝类似失误的发生。</w:t>
      </w:r>
      <w:r>
        <w:rPr>
          <w:lang w:eastAsia="zh-CN"/>
        </w:rPr>
        <w:br/>
      </w:r>
      <w:r>
        <w:rPr>
          <w:lang w:eastAsia="zh-CN"/>
        </w:rPr>
        <w:t>　　三、未来计划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这段时间的工作让我学到了很多，感悟了很多，我很感谢公司领导及同事对我的关心和帮助，看到公司的迅速发展，我深感骄傲，在今后的工作中，我会努力提高自我修养和，弥补工作中的不足，在新的学习中不断的总结经验，用谦虚的态度和饱满的热情做好我的本职工作，发挥自己的潜力为公司的建设与发展贡献自己的力量!</w:t>
      </w:r>
      <w:r>
        <w:rPr>
          <w:lang w:eastAsia="zh-CN"/>
        </w:rPr>
        <w:br/>
      </w:r>
      <w:r>
        <w:rPr>
          <w:lang w:eastAsia="zh-CN"/>
        </w:rPr>
        <w:t xml:space="preserve">    行政前台每月工作总结 篇4 </w:t>
      </w:r>
      <w:r>
        <w:rPr>
          <w:lang w:eastAsia="zh-CN"/>
        </w:rPr>
        <w:br/>
      </w:r>
      <w:r>
        <w:rPr>
          <w:lang w:eastAsia="zh-CN"/>
        </w:rPr>
        <w:t>　　一、前台日常工作主要包括</w:t>
      </w:r>
      <w:r>
        <w:rPr>
          <w:lang w:eastAsia="zh-CN"/>
        </w:rPr>
        <w:br/>
      </w:r>
      <w:r>
        <w:rPr>
          <w:lang w:eastAsia="zh-CN"/>
        </w:rPr>
        <w:t>　　1、负责前台电话的接听和转接，重要事项认真记录并传达给相关人员，做到不遗漏，不延误;</w:t>
      </w:r>
      <w:r>
        <w:rPr>
          <w:lang w:eastAsia="zh-CN"/>
        </w:rPr>
        <w:br/>
      </w:r>
      <w:r>
        <w:rPr>
          <w:lang w:eastAsia="zh-CN"/>
        </w:rPr>
        <w:t>　　2、负责公司会议室的卫生清洁及桌椅摆放，并保持整洁干净;</w:t>
      </w:r>
      <w:r>
        <w:rPr>
          <w:lang w:eastAsia="zh-CN"/>
        </w:rPr>
        <w:br/>
      </w:r>
      <w:r>
        <w:rPr>
          <w:lang w:eastAsia="zh-CN"/>
        </w:rPr>
        <w:t>　　二、行政工作方面</w:t>
      </w:r>
      <w:r>
        <w:rPr>
          <w:lang w:eastAsia="zh-CN"/>
        </w:rPr>
        <w:br/>
      </w:r>
      <w:r>
        <w:rPr>
          <w:lang w:eastAsia="zh-CN"/>
        </w:rPr>
        <w:t>　　行政工作是繁琐的，小到复印、扫描、传真、发快件、印名片、文件的保管、协助技术部工作人员打印、整理、装订标书等，每一项工作的完成都是对责任心和工作能力的考验。</w:t>
      </w:r>
      <w:r>
        <w:rPr>
          <w:lang w:eastAsia="zh-CN"/>
        </w:rPr>
        <w:br/>
      </w:r>
      <w:r>
        <w:rPr>
          <w:lang w:eastAsia="zh-CN"/>
        </w:rPr>
        <w:t>　　三、人事管理方面</w:t>
      </w:r>
      <w:r>
        <w:rPr>
          <w:lang w:eastAsia="zh-CN"/>
        </w:rPr>
        <w:br/>
      </w:r>
      <w:r>
        <w:rPr>
          <w:lang w:eastAsia="zh-CN"/>
        </w:rPr>
        <w:t>　　1、落实相关人事管理制度公司的考勤统计工作由我负责，在执行过程中，严格遵守公司的规章制度，做到实事求是的统计考勤，每月初以统计数据为依据制作考勤统计表，并及时交由财务制作工资表。</w:t>
      </w:r>
      <w:r>
        <w:rPr>
          <w:lang w:eastAsia="zh-CN"/>
        </w:rPr>
        <w:br/>
      </w:r>
      <w:r>
        <w:rPr>
          <w:lang w:eastAsia="zh-CN"/>
        </w:rPr>
        <w:t>　　2、人事相关资料严格执行公司的规章制度，填写《应聘登记表》《入职简历表》等做好、入职员工的档案管理。填写《派车单》《请假条》等做好公司规章制度的贯彻执行。</w:t>
      </w:r>
      <w:r>
        <w:rPr>
          <w:lang w:eastAsia="zh-CN"/>
        </w:rPr>
        <w:br/>
      </w:r>
      <w:r>
        <w:rPr>
          <w:lang w:eastAsia="zh-CN"/>
        </w:rPr>
        <w:t>　　新的一年对我们来说意味着新的机遇与挑战。针对这两个月工作中存在的不足，在新一年的工作中，我需要做好以下几个方面的工作：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1、做好办公室内务工作。注意办公室内的清洁、保洁;注意打印机、复印机等办公设备的保养;努力做好自己自己的本职工作。</w:t>
      </w:r>
      <w:r>
        <w:rPr>
          <w:lang w:eastAsia="zh-CN"/>
        </w:rPr>
        <w:br/>
      </w:r>
      <w:r>
        <w:rPr>
          <w:lang w:eastAsia="zh-CN"/>
        </w:rPr>
        <w:t>　　2、在日常工作中注意收集信息，以备不时只需。例如快递公司的名片等。</w:t>
      </w:r>
      <w:r>
        <w:rPr>
          <w:lang w:eastAsia="zh-CN"/>
        </w:rPr>
        <w:br/>
      </w:r>
      <w:r>
        <w:rPr>
          <w:lang w:eastAsia="zh-CN"/>
        </w:rPr>
        <w:t>　　3、处理好日常行政管理管理，协助领导不断完善各项规章管理制度，使公司趋于规范化的管理。</w:t>
      </w:r>
      <w:r>
        <w:rPr>
          <w:lang w:eastAsia="zh-CN"/>
        </w:rPr>
        <w:br/>
      </w:r>
      <w:r>
        <w:rPr>
          <w:lang w:eastAsia="zh-CN"/>
        </w:rPr>
        <w:t>　　4、加强业务知识的学习，深入了解公司的产品，以便能更好的协助领导及销售人员的工作。</w:t>
      </w:r>
      <w:r>
        <w:rPr>
          <w:lang w:eastAsia="zh-CN"/>
        </w:rPr>
        <w:br/>
      </w:r>
      <w:r>
        <w:rPr>
          <w:lang w:eastAsia="zh-CN"/>
        </w:rPr>
        <w:t xml:space="preserve">    行政前台每月工作总结 篇5 </w:t>
      </w:r>
      <w:r>
        <w:rPr>
          <w:lang w:eastAsia="zh-CN"/>
        </w:rPr>
        <w:br/>
      </w:r>
      <w:r>
        <w:rPr>
          <w:lang w:eastAsia="zh-CN"/>
        </w:rPr>
        <w:t>　　情况向领导作简要汇报：</w:t>
      </w:r>
      <w:r>
        <w:rPr>
          <w:lang w:eastAsia="zh-CN"/>
        </w:rPr>
        <w:br/>
      </w:r>
      <w:r>
        <w:rPr>
          <w:lang w:eastAsia="zh-CN"/>
        </w:rPr>
        <w:t>　　一、前台日常工作主要包括</w:t>
      </w:r>
      <w:r>
        <w:rPr>
          <w:lang w:eastAsia="zh-CN"/>
        </w:rPr>
        <w:br/>
      </w:r>
      <w:r>
        <w:rPr>
          <w:lang w:eastAsia="zh-CN"/>
        </w:rPr>
        <w:t>　　1、负责前台电话的接听和转接，重要事项认真记录并传达给相关人员，做到不遗漏，不延误;</w:t>
      </w:r>
      <w:r>
        <w:rPr>
          <w:lang w:eastAsia="zh-CN"/>
        </w:rPr>
        <w:br/>
      </w:r>
      <w:r>
        <w:rPr>
          <w:lang w:eastAsia="zh-CN"/>
        </w:rPr>
        <w:t>　　2、负责公司会议室的卫生清洁及桌椅摆放，并保持整洁干净;</w:t>
      </w:r>
      <w:r>
        <w:rPr>
          <w:lang w:eastAsia="zh-CN"/>
        </w:rPr>
        <w:br/>
      </w:r>
      <w:r>
        <w:rPr>
          <w:lang w:eastAsia="zh-CN"/>
        </w:rPr>
        <w:t>　　二、行政工作方面</w:t>
      </w:r>
      <w:r>
        <w:rPr>
          <w:lang w:eastAsia="zh-CN"/>
        </w:rPr>
        <w:br/>
      </w:r>
      <w:r>
        <w:rPr>
          <w:lang w:eastAsia="zh-CN"/>
        </w:rPr>
        <w:t>　　行政工作是繁琐的，小到复印、扫描、传真、发快件、印名片、文件的保管、协助技术部工作人员打印、整理、装订标书等，每一项工作的完成都是对责任心和工作能力的考验。</w:t>
      </w:r>
      <w:r>
        <w:rPr>
          <w:lang w:eastAsia="zh-CN"/>
        </w:rPr>
        <w:br/>
      </w:r>
      <w:r>
        <w:rPr>
          <w:lang w:eastAsia="zh-CN"/>
        </w:rPr>
        <w:t>　　三、人事管理方面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1、落实相关人事管理制度公司的考勤统计工作由我负责，在执行过程中，严格遵守公司的规章制度，做到实事求是的统计考勤，每月初以统计数据为依据制作考勤统计表，并及时交由财务制作工资表。</w:t>
      </w:r>
      <w:r>
        <w:rPr>
          <w:lang w:eastAsia="zh-CN"/>
        </w:rPr>
        <w:br/>
      </w:r>
      <w:r>
        <w:rPr>
          <w:lang w:eastAsia="zh-CN"/>
        </w:rPr>
        <w:t>　　2、人事相关资料严格执行公司的规章制度，填写《应聘登记表》《入职简历表》等做好、入职员工的档案管理。填写《派车单》《请假条》等做好公司规章制度的贯彻执行。</w:t>
      </w:r>
      <w:r>
        <w:rPr>
          <w:lang w:eastAsia="zh-CN"/>
        </w:rPr>
        <w:br/>
      </w:r>
      <w:r>
        <w:rPr>
          <w:lang w:eastAsia="zh-CN"/>
        </w:rPr>
        <w:t>　　新的一年对我们来说意味着新的机遇与挑战。针对这两个月工作中存在的不足，在新一年的工作中，我需要做好以下几个方面的工作：</w:t>
      </w:r>
      <w:r>
        <w:rPr>
          <w:lang w:eastAsia="zh-CN"/>
        </w:rPr>
        <w:br/>
      </w:r>
      <w:r>
        <w:rPr>
          <w:lang w:eastAsia="zh-CN"/>
        </w:rPr>
        <w:t>　　1、做好办公室内务工作。注意办公室内的清洁、保洁;注意打印机、复印机等办公设备的保养;努力做好自己自己的本职工作。</w:t>
      </w:r>
      <w:r>
        <w:rPr>
          <w:lang w:eastAsia="zh-CN"/>
        </w:rPr>
        <w:br/>
      </w:r>
      <w:r>
        <w:rPr>
          <w:lang w:eastAsia="zh-CN"/>
        </w:rPr>
        <w:t>　　2、在日常工作中注意收集信息，以备不时只需。例如快递公司的名片等。</w:t>
      </w:r>
      <w:r>
        <w:rPr>
          <w:lang w:eastAsia="zh-CN"/>
        </w:rPr>
        <w:br/>
      </w:r>
      <w:r>
        <w:rPr>
          <w:lang w:eastAsia="zh-CN"/>
        </w:rPr>
        <w:t>　　3、处理好日常行政管理管理，协助领导不断完善各项规章管理制度，使公司趋于规范化的管理。</w:t>
      </w:r>
      <w:r>
        <w:rPr>
          <w:lang w:eastAsia="zh-CN"/>
        </w:rPr>
        <w:br/>
      </w:r>
      <w:r>
        <w:rPr>
          <w:lang w:eastAsia="zh-CN"/>
        </w:rPr>
        <w:t>　　4、加强业务知识的学习，深入了解公司的产品，以便能更好的协助领导及销售人员的工作。</w:t>
      </w:r>
      <w:r>
        <w:rPr>
          <w:lang w:eastAsia="zh-CN"/>
        </w:rPr>
        <w:br/>
      </w:r>
      <w:r>
        <w:rPr>
          <w:lang w:eastAsia="zh-CN"/>
        </w:rPr>
        <w:t>　　作为一名前台行政工作人员，需要掌握的知识还很多，在以后的工作中，我会努力向身边的同事学习，进一步提高自己的理论水平和业务能力。最后感谢领导能够提供给我这个工作平台，是我有机会和大家共同提高、共同进步;感谢每位同事对我在这段时间里工作的热情帮助。虽然我还有许多经验上的不足和能力上的欠缺，但我相信，勤能补拙，只要我们彼此多份理解、多份沟通，加上自己的不懈努力，相信公司明天会更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行政前台每月工作总结 篇6 </w:t>
      </w:r>
      <w:r>
        <w:rPr>
          <w:lang w:eastAsia="zh-CN"/>
        </w:rPr>
        <w:br/>
      </w:r>
      <w:r>
        <w:rPr>
          <w:lang w:eastAsia="zh-CN"/>
        </w:rPr>
        <w:t>　　即将过去的20__年是充实忙碌而又快乐的一年。在这岁末年初之际，回首过去，展望未来!过去的_月份开始，在公司的指引下，在部门领导的关心帮助及同事之间的友好合作下，我们的工作学习得到了不少的进步。</w:t>
      </w:r>
      <w:r>
        <w:rPr>
          <w:lang w:eastAsia="zh-CN"/>
        </w:rPr>
        <w:br/>
      </w:r>
      <w:r>
        <w:rPr>
          <w:lang w:eastAsia="zh-CN"/>
        </w:rPr>
        <w:t>　　一、提高服务质量，规范前台服务</w:t>
      </w:r>
      <w:r>
        <w:rPr>
          <w:lang w:eastAsia="zh-CN"/>
        </w:rPr>
        <w:br/>
      </w:r>
      <w:r>
        <w:rPr>
          <w:lang w:eastAsia="zh-CN"/>
        </w:rPr>
        <w:t>　　前台是展示公司的形象、服务的起点。对于客户来说，前台是他们接触我们公司的第一步，是对公司的第一印象，是非常重要的。所以前台在一定程度上代表了公司的形象。同时，公司对客户的服务，从前台迎客开始，好的开始是成功的一半。有了对其重要性的认识，所以我们一定要认真做好本职工作。努力提高服务质量。认真接听每一个电话，对反应的问题认真解答做好记录同时根据信息涉及的部门或责任人进行调度、传递、汇报。客户来访时我们将时刻注重保持良好的服务态度，热情的接待。在合适的环境下巧妙回答客户提出的问题。做到笑脸相迎、耐心细致、温馨提示等。在业余时间我们将加强学习一些关于电话技巧和服务礼仪知识。不断的为自己充电，以适应公司的快速发展。</w:t>
      </w:r>
      <w:r>
        <w:rPr>
          <w:lang w:eastAsia="zh-CN"/>
        </w:rPr>
        <w:br/>
      </w:r>
      <w:r>
        <w:rPr>
          <w:lang w:eastAsia="zh-CN"/>
        </w:rPr>
        <w:t>　　根据记录统计，20年我来公司开始：填写钢、铝基价80余次、接待来访客人30余次、订饮用水300余次、做员工考勤表2次、转接电话200余次、更新通讯录3次、快递收发100余次、盘点申购库存3次、收发传真50余次、打印文件100余次、打扫卫生80余次、周末转接电话4次、指纹登记10余次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二、做好仓库管理，按时盘点仓库，做好物品归类</w:t>
      </w:r>
      <w:r>
        <w:rPr>
          <w:lang w:eastAsia="zh-CN"/>
        </w:rPr>
        <w:br/>
      </w:r>
      <w:r>
        <w:rPr>
          <w:lang w:eastAsia="zh-CN"/>
        </w:rPr>
        <w:t>　　严格接照公司制度，做到每件物品进出都有登记。及时查看物品的完好情况，对缺少或损坏的物品及时上报相关部门进行采购或维修。根据统计20年_月份至今共办理各部门各项物品入库20余次，入库物品都配有相应出库记录。</w:t>
      </w:r>
      <w:r>
        <w:rPr>
          <w:lang w:eastAsia="zh-CN"/>
        </w:rPr>
        <w:br/>
      </w:r>
      <w:r>
        <w:rPr>
          <w:lang w:eastAsia="zh-CN"/>
        </w:rPr>
        <w:t>　　三、应以大局为重，不计较个人得失</w:t>
      </w:r>
      <w:r>
        <w:rPr>
          <w:lang w:eastAsia="zh-CN"/>
        </w:rPr>
        <w:br/>
      </w:r>
      <w:r>
        <w:rPr>
          <w:lang w:eastAsia="zh-CN"/>
        </w:rPr>
        <w:t>　　不管是工作时间还是休假时间，公司有临时任务分配，我们都服从安排，积极去配合，不找理由推脱。</w:t>
      </w:r>
      <w:r>
        <w:rPr>
          <w:lang w:eastAsia="zh-CN"/>
        </w:rPr>
        <w:br/>
      </w:r>
      <w:r>
        <w:rPr>
          <w:lang w:eastAsia="zh-CN"/>
        </w:rPr>
        <w:t>　　作为的一员，我们将奉献自己的一份力量为公司效命。平时积极参加公司组织的活动，加强同事之间的感情和部门之间的沟通。并且多了解公司的基本情况和经营内容。为了往后能更好的工作不断的打下基础。</w:t>
      </w:r>
      <w:r>
        <w:rPr>
          <w:lang w:eastAsia="zh-CN"/>
        </w:rPr>
        <w:br/>
      </w:r>
      <w:r>
        <w:rPr>
          <w:lang w:eastAsia="zh-CN"/>
        </w:rPr>
        <w:t>　　虽然前台的工作有时是比较的琐碎，但大小事都是要认真才能做好。所以我们都会用心的去做每一件事。感谢部门领导的教诲和公司给予我们的机会;通过这将近_个月的工作，我也清醒地看到了自己还存在许多不足，在以后的日子里我们将加强学习，努力把工作做得更好!</w:t>
      </w:r>
      <w:r>
        <w:rPr>
          <w:lang w:eastAsia="zh-CN"/>
        </w:rPr>
        <w:br/>
      </w:r>
      <w:r>
        <w:rPr>
          <w:lang w:eastAsia="zh-CN"/>
        </w:rPr>
        <w:t>　　四、来年工作计划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20年已过，未来的日子依然会很漫长，接下来的20年会如何发展没人能预料，我总觉得所要做的就是努力和坚持着，看似容易的一句话，做起来却是相当的不易，不断的吸取，不断的总结，吸取别人的优点，总结自己的缺点，学习别人的优点通过自己的方式表达出来，这就是我做人的观点，未来的一段时间内，我会按照这个想法努力做下去。曾经的一位朋友对我说过一句话“不断的努力和坚持是一种真正的等待，等来的也许就是属于自己的一个机会”。是啊!我相信这句话，等待，等待的背后是需要不断的努力，始终认为，只要努力了，不用自己去宣扬，自然会有人去说，也自然会有人来认可。现将对于明年的工作计划如下：</w:t>
      </w:r>
      <w:r>
        <w:rPr>
          <w:lang w:eastAsia="zh-CN"/>
        </w:rPr>
        <w:br/>
      </w:r>
      <w:r>
        <w:rPr>
          <w:lang w:eastAsia="zh-CN"/>
        </w:rPr>
        <w:t>　　1、加强本职工作，技能学习使自己本职工作能力得进一步提高于加强。</w:t>
      </w:r>
      <w:r>
        <w:rPr>
          <w:lang w:eastAsia="zh-CN"/>
        </w:rPr>
        <w:br/>
      </w:r>
      <w:r>
        <w:rPr>
          <w:lang w:eastAsia="zh-CN"/>
        </w:rPr>
        <w:t>　　2、树立终身学习的观念，加强自身文化素质学习，不断提高自身素质。</w:t>
      </w:r>
      <w:r>
        <w:rPr>
          <w:lang w:eastAsia="zh-CN"/>
        </w:rPr>
        <w:br/>
      </w:r>
      <w:r>
        <w:rPr>
          <w:lang w:eastAsia="zh-CN"/>
        </w:rPr>
        <w:t>　　3、工作中做到积极主动，团结同事，结合不同的工作环境及个人脾气、性格做好一线工作配合，使各种人际关系更加融洽和谐。</w:t>
      </w:r>
      <w:r>
        <w:rPr>
          <w:lang w:eastAsia="zh-CN"/>
        </w:rPr>
        <w:br/>
      </w:r>
      <w:r>
        <w:rPr>
          <w:lang w:eastAsia="zh-CN"/>
        </w:rPr>
        <w:t>　　4、在工程部工作中，努力熟悉学习工程特点、施工技巧、方法等，提高自己专业水平，为明年工程部工作中贡献出自己的力量。</w:t>
      </w:r>
      <w:r>
        <w:rPr>
          <w:lang w:eastAsia="zh-CN"/>
        </w:rPr>
        <w:br/>
      </w:r>
      <w:r>
        <w:rPr>
          <w:lang w:eastAsia="zh-CN"/>
        </w:rPr>
        <w:t>　　路漫漫其修远兮，吾将上下而求索，在来年中，我将加强自主管理的意识，勇于开拓创新，加强理论和设计学习，不断提高专业技术水平。也将会遇到很多困难，我相信，在领导关心培养下、同事的帮助下、自己的努力下，我将不断提升自己的工作技能水平和个人文化素质，为企业建设做应有的贡献。</w:t>
      </w:r>
      <w:r>
        <w:rPr>
          <w:lang w:eastAsia="zh-CN"/>
        </w:rPr>
        <w:br/>
      </w:r>
      <w:r>
        <w:rPr>
          <w:lang w:eastAsia="zh-CN"/>
        </w:rPr>
        <w:t xml:space="preserve">    行政前台每月工作总结 篇7 </w:t>
      </w:r>
      <w:r>
        <w:rPr>
          <w:lang w:eastAsia="zh-CN"/>
        </w:rPr>
        <w:br/>
      </w:r>
      <w:r>
        <w:rPr>
          <w:lang w:eastAsia="zh-CN"/>
        </w:rPr>
        <w:t>　　20__年已经成为过去，回首走过的路，感慨自己过去一年过得还算充实，有趣。下面是我的工作总结：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一、作不推诿，负责到底。</w:t>
      </w:r>
      <w:r>
        <w:rPr>
          <w:lang w:eastAsia="zh-CN"/>
        </w:rPr>
        <w:br/>
      </w:r>
      <w:r>
        <w:rPr>
          <w:lang w:eastAsia="zh-CN"/>
        </w:rPr>
        <w:t>　　不管是否属于本岗位的事宜都要跟踪落实，保证公司各项工作的连惯性，使工作在一个良性的状态下进行，大大提高了我们的工作效率和服务质量。每周在前台提出一个服务口号，如“微笑、问候、规范”等。我们根据平时成绩到月底进行奖惩，使前台的服务有了较大的提高，得到了广大业主的认可。</w:t>
      </w:r>
      <w:r>
        <w:rPr>
          <w:lang w:eastAsia="zh-CN"/>
        </w:rPr>
        <w:br/>
      </w:r>
      <w:r>
        <w:rPr>
          <w:lang w:eastAsia="zh-CN"/>
        </w:rPr>
        <w:t>　　二、加强培训、提高业务水平</w:t>
      </w:r>
      <w:r>
        <w:rPr>
          <w:lang w:eastAsia="zh-CN"/>
        </w:rPr>
        <w:br/>
      </w:r>
      <w:r>
        <w:rPr>
          <w:lang w:eastAsia="zh-CN"/>
        </w:rPr>
        <w:t>　　物业管理行业是一个法制不健全的行业，而且涉及范围广，专业知识对于搞物业管理者来说很重要。但物业管理理论尚不成熟，实践中缺乏经验。市场环境逐步形成，步入正轨还需一段很长的时间。这些客观条件都决定了我们从业人员需不断地学习，学习该行业的法律法规及动态，对于搞好我们的工作是很有益处的。前台是与业主打交道最直接的部门，员工的素质高低代表着企业的形象，所以我们一直不断地搞好员工培训、提高我们的整体服务水平，我们培训的主要内容有：</w:t>
      </w:r>
      <w:r>
        <w:rPr>
          <w:lang w:eastAsia="zh-CN"/>
        </w:rPr>
        <w:br/>
      </w:r>
      <w:r>
        <w:rPr>
          <w:lang w:eastAsia="zh-CN"/>
        </w:rPr>
        <w:t>　　1.规范仪容仪表良好的形象给人以赏心悦悦目的感觉，物业管理首先是一个服务行业，接待业主来访，我们做到热情周到、微笑服务、态度和蔼、这样即使业主带着情绪来，我们的周到服务也会让其消减一些，以使我们解决业主的问题这方面;</w:t>
      </w:r>
      <w:r>
        <w:rPr>
          <w:lang w:eastAsia="zh-CN"/>
        </w:rPr>
        <w:br/>
      </w:r>
      <w:r>
        <w:rPr>
          <w:lang w:eastAsia="zh-CN"/>
        </w:rPr>
        <w:t>　　2.提高专业技能除了礼仪培训以外，专业知识的培训是主要的。主要是结合《物业管理条例》、《物业管理企业收费管理办法》等污染法规、学习相关法律知识，从法律上解决实际当中遇到的问题。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三、负责组织活动</w:t>
      </w:r>
      <w:r>
        <w:rPr>
          <w:lang w:eastAsia="zh-CN"/>
        </w:rPr>
        <w:br/>
      </w:r>
      <w:r>
        <w:rPr>
          <w:lang w:eastAsia="zh-CN"/>
        </w:rPr>
        <w:t>　　丰富社区文化物业最需要体现人性化的管理，开展形式多样、丰富有趣的社区文化活动，是物业公司与业主交流沟通的桥梁。我们前台员工在今年策划组织了大量的社区文化活动，如一些晚会、游园活动，短途的旅游及各类棋类比赛等。得到了全体业主的认可，我们克服困难、广开思路，合理利用园区的资源有偿收费开展活动。</w:t>
      </w:r>
      <w:r>
        <w:rPr>
          <w:lang w:eastAsia="zh-CN"/>
        </w:rPr>
        <w:br/>
      </w:r>
      <w:r>
        <w:rPr>
          <w:lang w:eastAsia="zh-CN"/>
        </w:rPr>
        <w:t>　　四、不辞辛苦，入户进行满意度调查。</w:t>
      </w:r>
      <w:r>
        <w:rPr>
          <w:lang w:eastAsia="zh-CN"/>
        </w:rPr>
        <w:br/>
      </w:r>
      <w:r>
        <w:rPr>
          <w:lang w:eastAsia="zh-CN"/>
        </w:rPr>
        <w:t>　　根据计划安排，20__年_月开始进行满意度调查工作，同时重新登记业主的联系电话，我们会将业主的最新联系电话重新输入业主资料中。</w:t>
      </w:r>
      <w:r>
        <w:rPr>
          <w:lang w:eastAsia="zh-CN"/>
        </w:rPr>
        <w:br/>
      </w:r>
      <w:r>
        <w:rPr>
          <w:lang w:eastAsia="zh-CN"/>
        </w:rPr>
        <w:t xml:space="preserve">    行政前台每月工作总结 篇8 </w:t>
      </w:r>
      <w:r>
        <w:rPr>
          <w:lang w:eastAsia="zh-CN"/>
        </w:rPr>
        <w:br/>
      </w:r>
      <w:r>
        <w:rPr>
          <w:lang w:eastAsia="zh-CN"/>
        </w:rPr>
        <w:t>　　前台之所以被称之为“前台”，我想，在做好此项工作之前，首先应该对这个职位有个正确的认识，才有可能更好地发挥自己的潜力去做好它，完善它。我觉得前台，不能单从字面上去理解它，认为它只是公司门面，只要外表装饰得漂亮就够了，而忽略了它的内在，这恰恰是最重要的东西。前台作为公司整体形象的最直观体现，前台人员对来电、来访人员所说的每一句话、做的每一动作都会给对方留下深刻的印象，他们的印象不仅是对前台服务人员的印象，更是对公司整体的印象，所以前台服务人员在工作的过程中扮演着相当重要的角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一)前台是公司几乎所有信息的集中地，也是信息流通的主要窗口。通过在前台工作的实习，可有利于新员工对公司内部组织结构的迅速了解，也有利于加强对公司新老客户的认识。作为前台人员，我觉得前台人员在处理这些信息的过程中，要注意多听多想多看，因为只有这样，才能在接收到某一信息时就能迅速地做出反应。比如，在多听上，要注意倾听办公室里是否有同事正在讲电话，当有电话进来找这位同事时，就能迅速的将这一信息传达给对方，针对事情的急缓，做出合理处理;在多想上，要注意联系自己所观察听到的信息，多想想有尺度的去处理来电人员的信息。;在多看上，要时刻注意观察公司内部人员的流动情况等。</w:t>
      </w:r>
      <w:r>
        <w:rPr>
          <w:lang w:eastAsia="zh-CN"/>
        </w:rPr>
        <w:br/>
      </w:r>
      <w:r>
        <w:rPr>
          <w:lang w:eastAsia="zh-CN"/>
        </w:rPr>
        <w:t>　　(二)前台的服务对象具有复杂多样性，大到公司总经理、重要客户，小到送水员、清洁工，而针对这些不同客户却只有一种营销方式，那就是直销。因此，在工作过程中，前台文员(番禺文员)一定要注意自己的言行举止，因为自己所做的每一细节都代表着公司形象，所以对待每一客户都要认真对待，以同样的热情、周到的服务去为客户服务，让客户对自己、对公司都留下美好而且深刻的印象。在这一过程中，我觉得同等对待很重要，因为在工作的过程中有很多时候都是很难在第一时间就分清对方的身份，特别是在电话或与来访人员沟通的过程中，所以只有保持用热情积极的态度、周到的服务去对待每一位客户，才能做到尽善尽美，才能让双方都能在沟通中享受到快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三)前台的工作纷繁芜杂，在这些混杂的工作过程中要善于总结，勤于思考，在不断的学习过程中逐步提高自己，将这些繁杂的事情逐步的程序化，一体化。对自己处理不当的事情要及时的改正，努力不再犯同样的错误，其实这些东西说起来都很容易，但在实际的工作中真正要做到这点却不是件容易的事，所以在跟进工作的过程中，也要注意跟进自己。在做许多事情的时候要多站在对方的角度去考虑问题，尽可能的做到让自己的服务对象满意!</w:t>
      </w:r>
      <w:r>
        <w:rPr>
          <w:lang w:eastAsia="zh-CN"/>
        </w:rPr>
        <w:br/>
      </w:r>
      <w:r>
        <w:rPr>
          <w:lang w:eastAsia="zh-CN"/>
        </w:rPr>
        <w:t xml:space="preserve">    行政前台每月工作总结 篇9 </w:t>
      </w:r>
      <w:r>
        <w:rPr>
          <w:lang w:eastAsia="zh-CN"/>
        </w:rPr>
        <w:br/>
      </w:r>
      <w:r>
        <w:rPr>
          <w:lang w:eastAsia="zh-CN"/>
        </w:rPr>
        <w:t>　　行政办公室是公司的综合管理部门，是公司领导的参谋助手，综合承接上级部门指示和公司各单位的请示、报告，综合协调处理公司行政事务，又是公司政策指令和各种信息的交汇点和集散地;行政办公室是公司的窗口和总进出口，负责接待上级领导的视察和兄弟企业的参观访问，接收处理上级部门和兄弟企业的来文来函，处理各种公务往来。行政办公室沟通上下、协调左右、联系各方、照应内外，其运行情况直接影响着公司整体工作水平和效率。</w:t>
      </w:r>
      <w:r>
        <w:rPr>
          <w:lang w:eastAsia="zh-CN"/>
        </w:rPr>
        <w:br/>
      </w:r>
      <w:r>
        <w:rPr>
          <w:lang w:eastAsia="zh-CN"/>
        </w:rPr>
        <w:t>　　半年来，我们行政办公室全体员工在公司各级领导的关心指导下，在其他部门的热心支持和大力帮助下，团结进取、努力工作，克服困难，较好的完成上半年的工作。</w:t>
      </w:r>
      <w:r>
        <w:rPr>
          <w:lang w:eastAsia="zh-CN"/>
        </w:rPr>
        <w:br/>
      </w:r>
      <w:r>
        <w:rPr>
          <w:lang w:eastAsia="zh-CN"/>
        </w:rPr>
        <w:t>　　现将__年上半年工作总结如下：</w:t>
      </w:r>
      <w:r>
        <w:rPr>
          <w:lang w:eastAsia="zh-CN"/>
        </w:rPr>
        <w:br/>
      </w:r>
      <w:r>
        <w:rPr>
          <w:lang w:eastAsia="zh-CN"/>
        </w:rPr>
        <w:t>　　一、配合公司各部门，解决节前堵路事件。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许__高速公路通车后，因公司领导班子调整引起拖欠农民工工资问题引发的农民上路阻路现象时常发生，特别是春节前一段时间，农民堵路、围堵公司和收费站现象达到了空前的地步，行政办公室在努力做好公司内部员工思想稳定工作的基础上，通过及时向上级汇报、参与研究解决堵路问题等做法，与公司一起通过大量艰苦卓绝的工作，基本的解决了节前堵路问题保证了营运工作的正常。</w:t>
      </w:r>
      <w:r>
        <w:rPr>
          <w:lang w:eastAsia="zh-CN"/>
        </w:rPr>
        <w:br/>
      </w:r>
      <w:r>
        <w:rPr>
          <w:lang w:eastAsia="zh-CN"/>
        </w:rPr>
        <w:t>　　二、组织参加省建投文艺汇演并荣获一等奖。</w:t>
      </w:r>
      <w:r>
        <w:rPr>
          <w:lang w:eastAsia="zh-CN"/>
        </w:rPr>
        <w:br/>
      </w:r>
      <w:r>
        <w:rPr>
          <w:lang w:eastAsia="zh-CN"/>
        </w:rPr>
        <w:t>　　__月份，省建投组织下属17家控股企业，参加省建投系统“__年迎新春文艺汇演”。为塑造我公司年轻、积极、向上的精神风貌，行政办公室积极协调各收费站，临时从各收费站抽调__名女同志，并从方城聘请了艺术指导，克服时间紧、标准高的困难，从一开始的筹划、选择节目形式和艺术指导到正式封闭排练都是昼夜加班。最终，在省建投下属的17家控股企业25个参演节目中，我公司推荐演出的节目被评为一等奖，又被省建投授予优秀组织奖。</w:t>
      </w:r>
      <w:r>
        <w:rPr>
          <w:lang w:eastAsia="zh-CN"/>
        </w:rPr>
        <w:br/>
      </w:r>
      <w:r>
        <w:rPr>
          <w:lang w:eastAsia="zh-CN"/>
        </w:rPr>
        <w:t>　　三、成功组织“许__高速公路工程建设总结表彰大会”。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许__高速公路公路历时三年于__年12月12日全线胜利通车，在许__高速公路建设三年来，特别是在__年的工程建设中，全体员工在公司党、政班子的领导下，以邓小平理论和“三个代表”重要思想为指导，紧紧围绕公司“抓质量、促进度、保通车”和营运准备的中心任务，迎难而上，顽强拼搏，开拓进取，圆满完成了省政府确定的__年底全线建成通车的目标任务，同时公司涌现出一批先进集体和先进个人。为表彰先进，宣传典型，进一步激励全体职工在公司的改革和发展中，继续发扬奋勇拼搏精神，不断取得新的更大的成绩，行政办公室成功的于__年1月14日组织召开了“许__高速公路工程建设总结表暨公司__年度工作会议建设总结表彰大会。为了庆祝许__高速公路建成通车，活跃职工业务文化活动，增强公司的凝聚力，行政办公室还精心准备策划了“迎新春”文艺汇演。这次大会是一次“动员会、总结会、联欢会”，大会办出了干劲、办出了积极性、办出了水平。大会及文艺汇演取得了圆满的成功。</w:t>
      </w:r>
      <w:r>
        <w:rPr>
          <w:lang w:eastAsia="zh-CN"/>
        </w:rPr>
        <w:br/>
      </w:r>
      <w:r>
        <w:rPr>
          <w:lang w:eastAsia="zh-CN"/>
        </w:rPr>
        <w:t>　　四、充分准备迎接省建投__年度考核工作。</w:t>
      </w:r>
      <w:r>
        <w:rPr>
          <w:lang w:eastAsia="zh-CN"/>
        </w:rPr>
        <w:br/>
      </w:r>
      <w:r>
        <w:rPr>
          <w:lang w:eastAsia="zh-CN"/>
        </w:rPr>
        <w:t>　　__年3月11日，由河南省建设投资公司牵头，各股东方代表参与的__年许__高速公路公司经营班子考核工作在我公司进行。行政办公室充分准备，合理筹备，积极协调各部门迎接考核。此次考核取得了近三年来最好的成绩，为公司建设期工作画上一个圆满的句号，也为公司运营初期开了一个好头。</w:t>
      </w:r>
      <w:r>
        <w:rPr>
          <w:lang w:eastAsia="zh-CN"/>
        </w:rPr>
        <w:br/>
      </w:r>
      <w:r>
        <w:rPr>
          <w:lang w:eastAsia="zh-CN"/>
        </w:rPr>
        <w:t>　　五、成功创办了六期《许__人》报。</w:t>
      </w:r>
      <w:r>
        <w:rPr>
          <w:lang w:eastAsia="zh-CN"/>
        </w:rPr>
        <w:br/>
      </w:r>
      <w:r>
        <w:rPr>
          <w:lang w:eastAsia="zh-CN"/>
        </w:rPr>
        <w:t>　　报纸是经济建设的工具、报纸是传播知识的工具。报纸不但要成为企业内部沟通信息、上情下达、表扬好人好事、丰富员工业余生活的工具，更要成为展示企业形象的一个重要窗口。行政办公室就是看到了报纸在一个企业里的重要的作用，创办了公司的第一张企业报刊《许__人》，迄今为止已成功创办了六期。在办报的版面内容上，一版二版是公司重大活动和公司领导讲话精神及各部室、基层单位本月发生的重大事件。三版四版主要以刊登员工的工作心得和文学创作。如今，员工们都积极踊跃的投搞为《许__人》能办的更好增砖添瓦。每期报纸出来后，员工们都争先恐后的抢着看，甚至带回家让家里人看。“对内提高企业凝聚力，对外树立公司形象”是我们今后办好《许__人》的目标。</w:t>
      </w:r>
      <w:r>
        <w:rPr>
          <w:lang w:eastAsia="zh-CN"/>
        </w:rPr>
        <w:br/>
      </w:r>
      <w:r>
        <w:rPr>
          <w:lang w:eastAsia="zh-CN"/>
        </w:rPr>
        <w:t>　　六、成功处理一系列工程建设官司。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三年建设期遗留了大量债权债务，自通车以来，公司不断有各类、各级官司找上门来。鉴于公司尚未明确此类问题应由那一个部门处理的实际情况，为了不使此类问题影响到公司正常的办公秩序，行政办公室克服专业知识缺乏、工作量大的困难，积极、诚恳、实事求是的处理了一系列此类问题。为领导分忧解难，保障了公司正常的工作和秩序。</w:t>
      </w:r>
      <w:r>
        <w:rPr>
          <w:lang w:eastAsia="zh-CN"/>
        </w:rPr>
        <w:br/>
      </w:r>
      <w:r>
        <w:rPr>
          <w:lang w:eastAsia="zh-CN"/>
        </w:rPr>
        <w:t>　　七、加强管理制度，部门团结空前加强。</w:t>
      </w:r>
      <w:r>
        <w:rPr>
          <w:lang w:eastAsia="zh-CN"/>
        </w:rPr>
        <w:br/>
      </w:r>
      <w:r>
        <w:rPr>
          <w:lang w:eastAsia="zh-CN"/>
        </w:rPr>
        <w:t>　　没有规矩不成方圆。工作也是一样，需要有专门的制度来约束。行政办公室半年来出台了《经理办公会议制度》、《车辆管理制度》、《打印复印管理办法》、《公司总部办公用品使用办法》、《公司领导值班制度》等多项规章制度，切实通过落实各项规章制度，规范了工作程序。公司领导一直都把各部门的团结看的尤为重要，行政办公室也是一样。部门人员虽少，但人心不齐一样是干不了大事。半年来，行政办公室又新进了几名员工，部门领导都一一告戒他们一定要注意团结，不利于团结的话不说、不利于团结的事不做。全体员工也牢记领导教诲，相互学习、互帮互带、团结奋进，形成了一个关系融洽、分工明确的集体，部门团结空前加强。</w:t>
      </w:r>
      <w:r>
        <w:rPr>
          <w:lang w:eastAsia="zh-CN"/>
        </w:rPr>
        <w:br/>
      </w:r>
      <w:r>
        <w:rPr>
          <w:lang w:eastAsia="zh-CN"/>
        </w:rPr>
        <w:t>　　八、组织召开公司成立五周年座谈会。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__年5月20日上午，为庆祝公司成立五周年，公司领导班子全体成员同公司中层正职以上干部、养护工区、路政大队、收费站等四十余人，在公司会议室召开座谈会。行政办公室针对谢亚伟董事长在会议上的讲话精神、工作安排，确定了今后行政办公室的工作方向、工作重点，为早日实现社会主义和谐企业的目标贡献自己的力量。</w:t>
      </w:r>
      <w:r>
        <w:rPr>
          <w:lang w:eastAsia="zh-CN"/>
        </w:rPr>
        <w:br/>
      </w:r>
      <w:r>
        <w:rPr>
          <w:lang w:eastAsia="zh-CN"/>
        </w:rPr>
        <w:t>　　九、对公司所有车辆进行了有效的管理。</w:t>
      </w:r>
      <w:r>
        <w:rPr>
          <w:lang w:eastAsia="zh-CN"/>
        </w:rPr>
        <w:br/>
      </w:r>
      <w:r>
        <w:rPr>
          <w:lang w:eastAsia="zh-CN"/>
        </w:rPr>
        <w:t>　　行政办公室把公司的车辆管理看作各项工作的重点，派专人专项负责公司的所有车辆的加油、维修、保险等，并制定了《车辆管理办法》。根据公司计划合理购买车辆，并安排在南阳地区统一挂牌以达到节约各项费用的目，减少了公司不必要的费用支出。</w:t>
      </w:r>
      <w:r>
        <w:rPr>
          <w:lang w:eastAsia="zh-CN"/>
        </w:rPr>
        <w:br/>
      </w:r>
      <w:r>
        <w:rPr>
          <w:lang w:eastAsia="zh-CN"/>
        </w:rPr>
        <w:t>　　十、参加省建投召开的控股企业办公室主任工作会议。</w:t>
      </w:r>
      <w:r>
        <w:rPr>
          <w:lang w:eastAsia="zh-CN"/>
        </w:rPr>
        <w:br/>
      </w:r>
      <w:r>
        <w:rPr>
          <w:lang w:eastAsia="zh-CN"/>
        </w:rPr>
        <w:t>　　__年6月3、4日，省建投在三门峡大鹏国际酒店召开了控股企业办公室主任工作会议，我公司行政办公室的三位同志参加的此次会议。</w:t>
      </w:r>
      <w:r>
        <w:rPr>
          <w:lang w:eastAsia="zh-CN"/>
        </w:rPr>
        <w:br/>
      </w:r>
      <w:r>
        <w:rPr>
          <w:lang w:eastAsia="zh-CN"/>
        </w:rPr>
        <w:t>　　会议上，省建投总经理胡智勇、副总经理吕继增分别在会议讲话中对__年度各控股企业办公室的工作做了充分的肯定，并对办公室今后的工作提出了要求。此次会议是省建投系统召开的第一次办公室主任工作会议，会议给各兄弟企业办公室提供了一个相互学习、相互交流的机会，让大家在交流中总结出成功的经验、失败的教训，从而能更好的提高办公室的服务质量和水平。</w:t>
      </w:r>
      <w:r>
        <w:rPr>
          <w:lang w:eastAsia="zh-CN"/>
        </w:rPr>
        <w:br/>
      </w:r>
      <w:r>
        <w:rPr>
          <w:lang w:eastAsia="zh-CN"/>
        </w:rPr>
        <w:t xml:space="preserve">    行政前台每月工作总结 篇10 </w:t>
      </w:r>
      <w:r>
        <w:rPr>
          <w:lang w:eastAsia="zh-CN"/>
        </w:rPr>
        <w:br/>
      </w:r>
      <w:r>
        <w:rPr>
          <w:lang w:eastAsia="zh-CN"/>
        </w:rPr>
        <w:t>　　刚刚过去，回想这一个多月来的客房见习领班工作，就像一首交响乐一样，高低起伏，各种音符都有。但是通过这一个多月的工作，有收获有成长。作为一名基层的管理者，需要学习的地方还有很多。领班不仅仅是想象中的检查房间而已，需要做的还有很多。</w:t>
      </w:r>
      <w:r>
        <w:rPr>
          <w:lang w:eastAsia="zh-CN"/>
        </w:rPr>
        <w:br/>
      </w:r>
      <w:r>
        <w:rPr>
          <w:lang w:eastAsia="zh-CN"/>
        </w:rPr>
        <w:t>　　1.</w:t>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xml:space="preserve"> 客房卫生，楼层领班是确保客房卫生质量的关键人物，是控制客房产品质量的最后环节，直接影响</w:t>
      </w:r>
      <w:r>
        <w:rPr>
          <w:lang w:eastAsia="zh-CN"/>
        </w:rPr>
        <w:br/>
      </w:r>
      <w:r>
        <w:rPr>
          <w:lang w:eastAsia="zh-CN"/>
        </w:rPr>
        <w:t>　　对客人的服务质量。通过这一个多月来的工作实践，基本上掌握了客房卫生的检查标准，也能够独立的去把控好一个房间的整体质量。但是还是有一些不足的地方，在主管和部门的检查中还是存在不达标的情况。通过分析主要还是对房间卫生的全局把控不到位，检查中仅仅拘泥单独的各个地方，缺少整体的把控。卫生质量的标准还是不够高,检查中还是有忽略的地方。不过通过这段时间的卫生检查，认识到领班的检查只是一个监督补台的工作，更重要的还是员工对房间卫生的清理。因此在接下来的工作我将会加强对员工打扫房间的关注，提高员工的卫生标准，把好房间卫生的第一道关。</w:t>
      </w:r>
      <w:r>
        <w:rPr>
          <w:lang w:eastAsia="zh-CN"/>
        </w:rPr>
        <w:br/>
      </w:r>
      <w:r>
        <w:rPr>
          <w:lang w:eastAsia="zh-CN"/>
        </w:rPr>
        <w:t>　　2. 管理方面，有人说，领班是夹在缝里做人，这话一点也不为过，上要对主管负责，下要对员工负责，起到带头作用。工作中要处理好与上级、平级与下级的关系，是需要通过更多的实践和亲身经历才能协调好的。在这一个多月时间里，在这方面基本上还做的还很少，还有很多的路要走，这方面将是我以后工作中最需要学习的地方，不仅仅是通过书本，还要通过向领导以及同事学习，弥补自己这方面的不足。</w:t>
      </w:r>
      <w:r>
        <w:rPr>
          <w:lang w:eastAsia="zh-CN"/>
        </w:rPr>
        <w:br/>
      </w:r>
      <w:r>
        <w:rPr>
          <w:lang w:eastAsia="zh-CN"/>
        </w:rPr>
        <w:t>　　3.</w:t>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xml:space="preserve"> 沟通方面，由于之前在五号楼工作，与八号楼的员工接触不多，对他们不是非常了解。现在来到八号楼要和他们一起工作，必须和大家互相了解，建立良好的工作氛围，因此这一个月来我加强与大家的沟通，对每个员工都有了一定的了解。但是由于八号楼员工多，且年龄跨度大，性格迥异，难度还是比较大的，我也在试着寻找和每个人沟通的方法。让自己尽快的融入到这个大班组。</w:t>
      </w:r>
      <w:r>
        <w:rPr>
          <w:lang w:eastAsia="zh-CN"/>
        </w:rPr>
        <w:br/>
      </w:r>
      <w:r>
        <w:rPr>
          <w:lang w:eastAsia="zh-CN"/>
        </w:rPr>
        <w:t>　　4. 与客沟通，做了领班后，与以前做接待时与客沟通的方法与心态要不一样，不再是仅仅与客沟通，然后交给领班，现在要独挡一面，自己想到最好的方式处理客人的不满和疑问，并且还要在员工面前起到带头作用，维护酒店的形象和利益。这一个月来也有每天试着与分管楼层的客人进行沟通，从最简单的询问客人的住店感受到解决向客人索赔问题、投诉问题。开始觉得很难，不知怎么开口，慢慢的放下心去感受与客人沟通的快乐。</w:t>
      </w:r>
      <w:r>
        <w:rPr>
          <w:lang w:eastAsia="zh-CN"/>
        </w:rPr>
        <w:br/>
      </w:r>
      <w:r>
        <w:rPr>
          <w:lang w:eastAsia="zh-CN"/>
        </w:rPr>
        <w:t>　　领班的工作繁琐复杂，通过这一个月来的实践，感觉的确不那么容易，但初试皮毛，在陈主管和其他领班的帮助下，慢慢也理顺了一些头绪。我相信接下来的两个月，我会更加努力，让大家都能认可我的工作。</w:t>
      </w:r>
      <w:r>
        <w:rPr>
          <w:lang w:eastAsia="zh-CN"/>
        </w:rPr>
        <w:br/>
      </w:r>
      <w:r>
        <w:rPr>
          <w:lang w:eastAsia="zh-CN"/>
        </w:rPr>
        <w:t xml:space="preserve">    行政前台每月工作总结 篇11 </w:t>
      </w:r>
      <w:r>
        <w:rPr>
          <w:lang w:eastAsia="zh-CN"/>
        </w:rPr>
        <w:br/>
      </w:r>
      <w:r>
        <w:rPr>
          <w:lang w:eastAsia="zh-CN"/>
        </w:rPr>
        <w:t>　　古人带兵作战前期尚有“弦上之箭、蓄势待发”作战后也有“温故而知新”所以我想只有对做过的事情进行总结，才能在往后的工作上能百尺竿头更进一步现将本次总结如下：</w:t>
      </w:r>
      <w:r>
        <w:rPr>
          <w:lang w:eastAsia="zh-CN"/>
        </w:rPr>
        <w:br/>
      </w:r>
      <w:r>
        <w:rPr>
          <w:lang w:eastAsia="zh-CN"/>
        </w:rPr>
        <w:t>　　一、工作内容</w:t>
      </w:r>
      <w:r>
        <w:rPr>
          <w:lang w:eastAsia="zh-CN"/>
        </w:rPr>
        <w:br/>
      </w:r>
      <w:r>
        <w:rPr>
          <w:lang w:eastAsia="zh-CN"/>
        </w:rPr>
        <w:t>　　1.人事档案整理</w:t>
      </w:r>
      <w:r>
        <w:rPr>
          <w:lang w:eastAsia="zh-CN"/>
        </w:rPr>
        <w:br/>
      </w:r>
      <w:r>
        <w:rPr>
          <w:lang w:eastAsia="zh-CN"/>
        </w:rPr>
        <w:t>　　2.更新通讯录、花名册</w:t>
      </w:r>
      <w:r>
        <w:rPr>
          <w:lang w:eastAsia="zh-CN"/>
        </w:rPr>
        <w:br/>
      </w:r>
      <w:r>
        <w:rPr>
          <w:lang w:eastAsia="zh-CN"/>
        </w:rPr>
        <w:t>　　3.接待客户，为客户倒水</w:t>
      </w:r>
      <w:r>
        <w:rPr>
          <w:lang w:eastAsia="zh-CN"/>
        </w:rPr>
        <w:br/>
      </w:r>
      <w:r>
        <w:rPr>
          <w:lang w:eastAsia="zh-CN"/>
        </w:rPr>
        <w:t>　　4.帮客户订购酒店、火车票</w:t>
      </w:r>
      <w:r>
        <w:rPr>
          <w:lang w:eastAsia="zh-CN"/>
        </w:rPr>
        <w:br/>
      </w:r>
      <w:r>
        <w:rPr>
          <w:lang w:eastAsia="zh-CN"/>
        </w:rPr>
        <w:t>　　5.登记纸质版、电子版考勤表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6.每天下班之前通知第二天的早会</w:t>
      </w:r>
      <w:r>
        <w:rPr>
          <w:lang w:eastAsia="zh-CN"/>
        </w:rPr>
        <w:br/>
      </w:r>
      <w:r>
        <w:rPr>
          <w:lang w:eastAsia="zh-CN"/>
        </w:rPr>
        <w:t>　　7.在赶集网上刷新简历/通知面试8.打印资料，包括加盟合同、赠送清单等</w:t>
      </w:r>
      <w:r>
        <w:rPr>
          <w:lang w:eastAsia="zh-CN"/>
        </w:rPr>
        <w:br/>
      </w:r>
      <w:r>
        <w:rPr>
          <w:lang w:eastAsia="zh-CN"/>
        </w:rPr>
        <w:t>　　9.每天早上就餐点数及通知、餐盒清洁及归位</w:t>
      </w:r>
      <w:r>
        <w:rPr>
          <w:lang w:eastAsia="zh-CN"/>
        </w:rPr>
        <w:br/>
      </w:r>
      <w:r>
        <w:rPr>
          <w:lang w:eastAsia="zh-CN"/>
        </w:rPr>
        <w:t>　　10.每月一次到两次清点办公物品、以及购买办公物品</w:t>
      </w:r>
      <w:r>
        <w:rPr>
          <w:lang w:eastAsia="zh-CN"/>
        </w:rPr>
        <w:br/>
      </w:r>
      <w:r>
        <w:rPr>
          <w:lang w:eastAsia="zh-CN"/>
        </w:rPr>
        <w:t>　　11.经常和主管出去办事以及临时吩咐的事情</w:t>
      </w:r>
      <w:r>
        <w:rPr>
          <w:lang w:eastAsia="zh-CN"/>
        </w:rPr>
        <w:br/>
      </w:r>
      <w:r>
        <w:rPr>
          <w:lang w:eastAsia="zh-CN"/>
        </w:rPr>
        <w:t>　　二、体会</w:t>
      </w:r>
      <w:r>
        <w:rPr>
          <w:lang w:eastAsia="zh-CN"/>
        </w:rPr>
        <w:br/>
      </w:r>
      <w:r>
        <w:rPr>
          <w:lang w:eastAsia="zh-CN"/>
        </w:rPr>
        <w:t>　　(一)从杂乱无章到有条不紊</w:t>
      </w:r>
      <w:r>
        <w:rPr>
          <w:lang w:eastAsia="zh-CN"/>
        </w:rPr>
        <w:br/>
      </w:r>
      <w:r>
        <w:rPr>
          <w:lang w:eastAsia="zh-CN"/>
        </w:rPr>
        <w:t>　　工作阅历浅、认识面窄、课本上所学的理论与工作的实际上存在着一定的差别等等各种因素给我的工作有一定的难度，但是通过一段时间的工作，基本上都能够熟悉前台的工作，例如对于总经理以及招商部同事所需要的客户资料能够立刻打印刚开始对于电脑上存在多份相同的文件，不知道改打印的是哪一份，手忙脚乱、工作内容没能够分主次、轻重、缓急最后找个空闲的时间把以前所学到的文档管理课程的电子档归档方法，判断电脑中的文件是否有用、什么样的分类标准、里面的内容是关于什么方面的等等当把那些一堆堆的文件整理成井然有序的文件夹时，就会有一种油然而生的成就感，自豪感即使是在这段过程当中，会有文件涉及范围广，也由于是新手，心里总觉得任务多，而且是自己的时间安排不合理;常常弄得焦头烂额的20天的工作时间，终于让自己的工作井然有序地进行</w:t>
      </w:r>
      <w:r>
        <w:rPr>
          <w:lang w:eastAsia="zh-CN"/>
        </w:rPr>
        <w:br/>
      </w:r>
      <w:r>
        <w:rPr>
          <w:lang w:eastAsia="zh-CN"/>
        </w:rPr>
        <w:t>　　(二)从囫囵吞枣到不求甚解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在行政人事部部门里，由主管带领着我们开展各项的工作刚刚开始的工作，有点囫囵吞枣，像一只无头苍蝇工作中感到头绪乱、心态没有摆正、走马观花所以才会造成工作上的一些小差错，这些的小差错给自己的工作上带来了很大的教训，所以只有不求甚解，才能够准确地、明确地、具体地把握好上级的指示同时也只有主动地向上级问：“还有什么事情需要我去忙的?”“这件事情需要什么样的要求?”也只有这样，才能够更加快速地提高自己的工作效率，工作的成效</w:t>
      </w:r>
      <w:r>
        <w:rPr>
          <w:lang w:eastAsia="zh-CN"/>
        </w:rPr>
        <w:br/>
      </w:r>
      <w:r>
        <w:rPr>
          <w:lang w:eastAsia="zh-CN"/>
        </w:rPr>
        <w:t>　　(三)独挡一面不如团结一致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俗话说“滴水不成海，独木不成林”，所以每个项目的圆满的完成必须要有一个“人心齐，泰山移”的团队小组在行政人事部门里，有许许多多琐碎的杂事，例如要注意到前台的饮水机旁边的卫生问题、为客户倒水、购买物品等、喂养鱼食等等整个部门虽然只有三个人那么少，但是任务却也是繁重琐碎有时还需要很及时去处理，在主管的指示下，我们两个下属分工合作，只为了把工作做得更加全面和到位，力争到注意整个公司各个同事的需求，为各个部门提供方便快捷的服务，准备好经常使用到的各种店面资料、结业资料等等这同时也挑战了我们的各种工作和为人处世的能力以及态度为了能够使到每一次的项目、每一步的目标、每一个的计划能够圆满完成，会努力地向公司优秀的同事学习，向上级学习有关的工作能力和工作的态度自己也会牢牢谨记：“三人行，必有我师焉”的名言警句同时也告诫自己一个人在公司中，不可能是孤立的个体，而是要融入到一个公司的文化当中，只有团结一致，才能更好地完成任务</w:t>
      </w:r>
      <w:r>
        <w:rPr>
          <w:lang w:eastAsia="zh-CN"/>
        </w:rPr>
        <w:br/>
      </w:r>
      <w:r>
        <w:rPr>
          <w:lang w:eastAsia="zh-CN"/>
        </w:rPr>
        <w:t>　　又是一年春柳绿走过了三月，迎来了四月总结三月，计划四月，让自己的行程都在计划当中不断地提高自己的职业素养、在不同场合扮演的角色、以及细节等等与此同时，自己也会不断地要求自己达到更好的层次，找出工作中得不足，不满足于现状，不断完善自己，勤于和善于学习，努力提高分析和思考问题的能力，加强自己各方面的能力，工作时会更加主动付出，凡是都会出于真心，以大局为重，共事多沟通，交往相互尊重，相互信任，相互支持，时刻牢记团队的力量</w:t>
      </w:r>
      <w:r>
        <w:rPr>
          <w:lang w:eastAsia="zh-CN"/>
        </w:rPr>
        <w:br/>
      </w:r>
      <w:r>
        <w:rPr>
          <w:lang w:eastAsia="zh-CN"/>
        </w:rPr>
        <w:t xml:space="preserve">    行政前台每月工作总结 篇12 </w:t>
      </w:r>
      <w:r>
        <w:rPr>
          <w:lang w:eastAsia="zh-CN"/>
        </w:rPr>
        <w:br/>
      </w:r>
      <w:r>
        <w:rPr>
          <w:lang w:eastAsia="zh-CN"/>
        </w:rPr>
        <w:t>　　不知不觉，我进入已经一年多了。前台行政文员这个职务我是第一次接触。在这段时间中，我努力学习让自己适应公司快节奏、高效率的工作环境。在领导和同事们的关心帮助下，我勤奋踏实地完成了自己的本职工作，学习了我该学习以及领导让我学习的所有内容，虽然没有完全学会，更没有达到炉火纯青的地步，但是在以后的工作中我会理论结合实践，进一步去学好这些内容。同时我也顺利完成了领导交办的各项任务。在此，我向关心帮助过我的领导和同事们表示真诚的感谢！下面，我将这一年以来的工作做一个总结：</w:t>
      </w:r>
      <w:r>
        <w:rPr>
          <w:lang w:eastAsia="zh-CN"/>
        </w:rPr>
        <w:br/>
      </w:r>
      <w:r>
        <w:rPr>
          <w:lang w:eastAsia="zh-CN"/>
        </w:rPr>
        <w:t>　　一、学习了大量工作相关知识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1、我花了近时间学习了公文的写作、排版，到目前为止在领导和同事们热情的帮助下，我已基本能独立完成这项工作。但是还有很多不足的地方，在以后的工作中我会进一步去努力。</w:t>
      </w:r>
      <w:r>
        <w:rPr>
          <w:lang w:eastAsia="zh-CN"/>
        </w:rPr>
        <w:br/>
      </w:r>
      <w:r>
        <w:rPr>
          <w:lang w:eastAsia="zh-CN"/>
        </w:rPr>
        <w:t>　　2、我用几天的时间学习了《生产管理制度》《安全管理制度》《行政管理制度》等，学习完之后按领导的要求独立编写了《档案管理制度》和《办公用品管理制度》。</w:t>
      </w:r>
      <w:r>
        <w:rPr>
          <w:lang w:eastAsia="zh-CN"/>
        </w:rPr>
        <w:br/>
      </w:r>
      <w:r>
        <w:rPr>
          <w:lang w:eastAsia="zh-CN"/>
        </w:rPr>
        <w:t>　　3、学习了《商品条码系统成员》（培训手册）和《商品条码应用指南》（编码快速入门），学习完之后联系了商品条码制作商。</w:t>
      </w:r>
      <w:r>
        <w:rPr>
          <w:lang w:eastAsia="zh-CN"/>
        </w:rPr>
        <w:br/>
      </w:r>
      <w:r>
        <w:rPr>
          <w:lang w:eastAsia="zh-CN"/>
        </w:rPr>
        <w:t>　　4、学习了《企业人礼仪手册》和《公文写作教程》两本书。学习完之后制作了“企业礼仪培训”的幻灯片。</w:t>
      </w:r>
      <w:r>
        <w:rPr>
          <w:lang w:eastAsia="zh-CN"/>
        </w:rPr>
        <w:br/>
      </w:r>
      <w:r>
        <w:rPr>
          <w:lang w:eastAsia="zh-CN"/>
        </w:rPr>
        <w:t>　　5、学习了一部分产品知识，了解了我们公司现有的产品，但是对__市场以及其他公司的产品了解甚少，在这方面还有待加强。</w:t>
      </w:r>
      <w:r>
        <w:rPr>
          <w:lang w:eastAsia="zh-CN"/>
        </w:rPr>
        <w:br/>
      </w:r>
      <w:r>
        <w:rPr>
          <w:lang w:eastAsia="zh-CN"/>
        </w:rPr>
        <w:t>　　二、在公司领导的帮助下完成了公司公文的写作、发布、审批、归档等工作</w:t>
      </w:r>
      <w:r>
        <w:rPr>
          <w:lang w:eastAsia="zh-CN"/>
        </w:rPr>
        <w:br/>
      </w:r>
      <w:r>
        <w:rPr>
          <w:lang w:eastAsia="zh-CN"/>
        </w:rPr>
        <w:t>　　1、这两个月我完成了从第_期到第_期的全体员工会议纪要、__部第_期会议纪要、__部第一期会议纪要，发布了“号的公司公文”，并在公司平台予以展现。</w:t>
      </w:r>
      <w:r>
        <w:rPr>
          <w:lang w:eastAsia="zh-CN"/>
        </w:rPr>
        <w:br/>
      </w:r>
      <w:r>
        <w:rPr>
          <w:lang w:eastAsia="zh-CN"/>
        </w:rPr>
        <w:t>　　2、根据工作需要，对__公司和__公司的合同类档案分门别类的做了正本和副本归档，并制作了相应的电子表格，在公司平台上的档案类栏目予以展现。同时完成了领导交代的打印、复印、传真等工作。对公司所发放的通知及文件，及时做到了上传下达。</w:t>
      </w:r>
      <w:r>
        <w:rPr>
          <w:lang w:eastAsia="zh-CN"/>
        </w:rPr>
        <w:br/>
      </w:r>
      <w:r>
        <w:rPr>
          <w:lang w:eastAsia="zh-CN"/>
        </w:rPr>
        <w:t>　　三、整理了档案柜里的所有档案、制作了员工花名册和员工通讯录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1、由我和一起整理了档案柜里所有的档案和资料并制作了相应的表格发给了_经理。</w:t>
      </w:r>
      <w:r>
        <w:rPr>
          <w:lang w:eastAsia="zh-CN"/>
        </w:rPr>
        <w:br/>
      </w:r>
      <w:r>
        <w:rPr>
          <w:lang w:eastAsia="zh-CN"/>
        </w:rPr>
        <w:t>　　2、重新制作了员工花名册，在平台里面录入了所有员工的个人资料。</w:t>
      </w:r>
      <w:r>
        <w:rPr>
          <w:lang w:eastAsia="zh-CN"/>
        </w:rPr>
        <w:br/>
      </w:r>
      <w:r>
        <w:rPr>
          <w:lang w:eastAsia="zh-CN"/>
        </w:rPr>
        <w:t>　　3、完成了员工通讯录的表格，发到了每位员工的邮箱里。</w:t>
      </w:r>
      <w:r>
        <w:rPr>
          <w:lang w:eastAsia="zh-CN"/>
        </w:rPr>
        <w:br/>
      </w:r>
      <w:r>
        <w:rPr>
          <w:lang w:eastAsia="zh-CN"/>
        </w:rPr>
        <w:t>　　四、把办公用品纳入到公司的统一管理之中</w:t>
      </w:r>
      <w:r>
        <w:rPr>
          <w:lang w:eastAsia="zh-CN"/>
        </w:rPr>
        <w:br/>
      </w:r>
      <w:r>
        <w:rPr>
          <w:lang w:eastAsia="zh-CN"/>
        </w:rPr>
        <w:t>　　1、我和一起统计了公司的办公用品库存并做了相应的表格，然后做了办公用品台账。</w:t>
      </w:r>
      <w:r>
        <w:rPr>
          <w:lang w:eastAsia="zh-CN"/>
        </w:rPr>
        <w:br/>
      </w:r>
      <w:r>
        <w:rPr>
          <w:lang w:eastAsia="zh-CN"/>
        </w:rPr>
        <w:t>　　2、发布了《办公用品管理制度》的文件，从20__年开始实行。</w:t>
      </w:r>
      <w:r>
        <w:rPr>
          <w:lang w:eastAsia="zh-CN"/>
        </w:rPr>
        <w:br/>
      </w:r>
      <w:r>
        <w:rPr>
          <w:lang w:eastAsia="zh-CN"/>
        </w:rPr>
        <w:t>　　来这两个月学习了很多，收获了很多。我懂得事情轻重缓急，做事较有条理。在工作中虽然学到了一些知识，但还是学的不精，在以后的工作中我会积极向同事请教，努力学习，把在学校学到的理论知识运用到实践当中，争取做一名优秀的员工。在20__年我会根据以上工作中存在的不足，不断改进，提高自我工作意识及工作效率，努力做好工作中的每一件事情，提高自己的悟性。</w:t>
      </w:r>
      <w:r>
        <w:rPr>
          <w:lang w:eastAsia="zh-CN"/>
        </w:rPr>
        <w:br/>
      </w:r>
      <w:r>
        <w:rPr>
          <w:lang w:eastAsia="zh-CN"/>
        </w:rPr>
        <w:t>　　前台行政文员社会实践总结（二）</w:t>
      </w:r>
      <w:r>
        <w:rPr>
          <w:lang w:eastAsia="zh-CN"/>
        </w:rPr>
        <w:br/>
      </w:r>
      <w:r>
        <w:rPr>
          <w:lang w:eastAsia="zh-CN"/>
        </w:rPr>
        <w:t>　　当初来到公司时，我还是一个没有任何工作经验的新人，当初对公司的信心也不是很足，因为我觉得，在经过试用期都是一种很困难的事情，因为没有经验，我怕通过不了公司的试用期。不过既然开始了，我就要开始工作了，我一直在不断的努力，我一直在两个月里坚持自己的想法，我一直不断的进步，我很欣喜我的能力的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加入公司已经两个月了，任行政助理一职，虽然之前有过一些相关的工作经验，但“不在其位，不谋其政”很多事情都是跟想象的不一样。两个月的时间很快过去了，在这两个月里，我在公司领导及同事们的关心与帮助下完成了各项工作，在思想觉悟方面有了更进一步的提高。这两个月的工作总结主要有以下几项：</w:t>
      </w:r>
      <w:r>
        <w:rPr>
          <w:lang w:eastAsia="zh-CN"/>
        </w:rPr>
        <w:br/>
      </w:r>
      <w:r>
        <w:rPr>
          <w:lang w:eastAsia="zh-CN"/>
        </w:rPr>
        <w:t>　　一、工作质量、成绩、效益和贡献</w:t>
      </w:r>
      <w:r>
        <w:rPr>
          <w:lang w:eastAsia="zh-CN"/>
        </w:rPr>
        <w:br/>
      </w:r>
      <w:r>
        <w:rPr>
          <w:lang w:eastAsia="zh-CN"/>
        </w:rPr>
        <w:t>　　在开展工作之前做好个人工作计划，有主次的先后及时的完成各项工作，达到预期的效果，保质保量的完成工作，工作效率高，同时在工作中吸取经验，使工作水平不断的进步，为公司及部门工作做出了应有的贡献。</w:t>
      </w:r>
      <w:r>
        <w:rPr>
          <w:lang w:eastAsia="zh-CN"/>
        </w:rPr>
        <w:br/>
      </w:r>
      <w:r>
        <w:rPr>
          <w:lang w:eastAsia="zh-CN"/>
        </w:rPr>
        <w:t>　　总结两个月的工作，尽管有了一定的进步和成绩，但在一些方面还存在着不足。比如对行政方面的知识缺乏，卫生清洁工作做的还不够细心，监督工作没有做到位，缺少与同事沟通，未能反馈员工的意见，会议记录不详细考勤统计不够细心，做事缺少主动。还有其他工作也存在很多的不足。这都有待于在今后的工作中加以改进。在往后的工作中我将认真学习各项政策规章制度及管理技能，努力自我完善，希望能为公司的发展做出更大更多的贡献。</w:t>
      </w:r>
      <w:r>
        <w:rPr>
          <w:lang w:eastAsia="zh-CN"/>
        </w:rPr>
        <w:br/>
      </w:r>
      <w:r>
        <w:rPr>
          <w:lang w:eastAsia="zh-CN"/>
        </w:rPr>
        <w:t>　　二、专业知识、工作能力和具体工作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公司行政助理的主要是协助行政经理做好行政工作。我认为行政工作比较琐碎，每天都面临着大量的、琐碎的、不起眼的事务，而这些事务又是必不可少的。在短时间内熟悉了本职的工作，明确了工作的程序、方向，提高了工作能力，在具体的工作中形成了一个清晰的工作思路，能够顺利的开展和完成本职工作。</w:t>
      </w:r>
      <w:r>
        <w:rPr>
          <w:lang w:eastAsia="zh-CN"/>
        </w:rPr>
        <w:br/>
      </w:r>
      <w:r>
        <w:rPr>
          <w:lang w:eastAsia="zh-CN"/>
        </w:rPr>
        <w:t>　　在这两个月中，我本着“把工作做的更好”的目标，积极的完成了以下本职工作：</w:t>
      </w:r>
      <w:r>
        <w:rPr>
          <w:lang w:eastAsia="zh-CN"/>
        </w:rPr>
        <w:br/>
      </w:r>
      <w:r>
        <w:rPr>
          <w:lang w:eastAsia="zh-CN"/>
        </w:rPr>
        <w:t>　　（1）办公明细等电子文档的更新和调整，以方便自己开展工作；</w:t>
      </w:r>
      <w:r>
        <w:rPr>
          <w:lang w:eastAsia="zh-CN"/>
        </w:rPr>
        <w:br/>
      </w:r>
      <w:r>
        <w:rPr>
          <w:lang w:eastAsia="zh-CN"/>
        </w:rPr>
        <w:t>　　（2）工作区域的卫生管理及执行；</w:t>
      </w:r>
      <w:r>
        <w:rPr>
          <w:lang w:eastAsia="zh-CN"/>
        </w:rPr>
        <w:br/>
      </w:r>
      <w:r>
        <w:rPr>
          <w:lang w:eastAsia="zh-CN"/>
        </w:rPr>
        <w:t>　　（3）协助行政经理做好了各类文件、通知的.修改、公布、下发等工作，并按具体整理的文件类别整理好放入文件夹内，以便查阅；</w:t>
      </w:r>
      <w:r>
        <w:rPr>
          <w:lang w:eastAsia="zh-CN"/>
        </w:rPr>
        <w:br/>
      </w:r>
      <w:r>
        <w:rPr>
          <w:lang w:eastAsia="zh-CN"/>
        </w:rPr>
        <w:t>　　（4）公司车辆的违章及用车情况的管理；</w:t>
      </w:r>
      <w:r>
        <w:rPr>
          <w:lang w:eastAsia="zh-CN"/>
        </w:rPr>
        <w:br/>
      </w:r>
      <w:r>
        <w:rPr>
          <w:lang w:eastAsia="zh-CN"/>
        </w:rPr>
        <w:t>　　（5）协助好行政经理做好公司的人事工作：招聘，新员工入职的手续及物品发放工作，和各项安排；分类整理公司人员请假、辞职、工作方面的资料，便于人员的合理安排及月末的考勤工作；</w:t>
      </w:r>
      <w:r>
        <w:rPr>
          <w:lang w:eastAsia="zh-CN"/>
        </w:rPr>
        <w:br/>
      </w:r>
      <w:r>
        <w:rPr>
          <w:lang w:eastAsia="zh-CN"/>
        </w:rPr>
        <w:t>　　（6）每星期对考勤进行统计、公布，每月准时上缴员工考勤情况；</w:t>
      </w:r>
      <w:r>
        <w:rPr>
          <w:lang w:eastAsia="zh-CN"/>
        </w:rPr>
        <w:br/>
      </w:r>
      <w:r>
        <w:rPr>
          <w:lang w:eastAsia="zh-CN"/>
        </w:rPr>
        <w:t>　　（7）办公耗材及办公室及后勤用品的申购以及领取工作；</w:t>
      </w:r>
      <w:r>
        <w:rPr>
          <w:lang w:eastAsia="zh-CN"/>
        </w:rPr>
        <w:br/>
      </w:r>
      <w:r>
        <w:rPr>
          <w:lang w:eastAsia="zh-CN"/>
        </w:rPr>
        <w:t>　　（8）后勤工作的管理，员工宿舍的监查，定期对黑板报的更换；</w:t>
      </w:r>
      <w:r>
        <w:rPr>
          <w:lang w:eastAsia="zh-CN"/>
        </w:rPr>
        <w:br/>
      </w:r>
      <w:r>
        <w:rPr>
          <w:lang w:eastAsia="zh-CN"/>
        </w:rPr>
        <w:t>　　（9）认真地做好公司领导及行政经理交办的其它工作。</w:t>
      </w:r>
      <w:r>
        <w:rPr>
          <w:lang w:eastAsia="zh-CN"/>
        </w:rPr>
        <w:br/>
      </w:r>
      <w:r>
        <w:rPr>
          <w:lang w:eastAsia="zh-CN"/>
        </w:rPr>
        <w:t>　　三、需要学习并实践的工作</w:t>
      </w:r>
      <w:r>
        <w:rPr>
          <w:lang w:eastAsia="zh-CN"/>
        </w:rPr>
        <w:br/>
      </w:r>
      <w:r>
        <w:rPr>
          <w:lang w:eastAsia="zh-CN"/>
        </w:rPr>
        <w:t>　　（1）加强学习行政管理各项工作的管理流程并具有实际操作经验；</w:t>
      </w:r>
      <w:r>
        <w:rPr>
          <w:lang w:eastAsia="zh-CN"/>
        </w:rPr>
        <w:br/>
      </w:r>
      <w:r>
        <w:rPr>
          <w:lang w:eastAsia="zh-CN"/>
        </w:rPr>
        <w:t>　　（2）网上人员的招聘、筛选及面试通知等工作；</w:t>
      </w:r>
      <w:r>
        <w:rPr>
          <w:lang w:eastAsia="zh-CN"/>
        </w:rPr>
        <w:br/>
      </w:r>
      <w:r>
        <w:rPr>
          <w:lang w:eastAsia="zh-CN"/>
        </w:rPr>
        <w:t>　　（3）加强文字功底；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（4）加强其他公司所要求的能力要求等。</w:t>
      </w:r>
      <w:r>
        <w:rPr>
          <w:lang w:eastAsia="zh-CN"/>
        </w:rPr>
        <w:br/>
      </w:r>
      <w:r>
        <w:rPr>
          <w:lang w:eastAsia="zh-CN"/>
        </w:rPr>
        <w:t>　　四、工作态度</w:t>
      </w:r>
      <w:r>
        <w:rPr>
          <w:lang w:eastAsia="zh-CN"/>
        </w:rPr>
        <w:br/>
      </w:r>
      <w:r>
        <w:rPr>
          <w:lang w:eastAsia="zh-CN"/>
        </w:rPr>
        <w:t>　　认真遵守劳动纪律，有效利用工作时间，坚守岗位，保证工作能按时完成。在这两个月的工作学习中，我也有一些自己的看法和建议：</w:t>
      </w:r>
      <w:r>
        <w:rPr>
          <w:lang w:eastAsia="zh-CN"/>
        </w:rPr>
        <w:br/>
      </w:r>
      <w:r>
        <w:rPr>
          <w:lang w:eastAsia="zh-CN"/>
        </w:rPr>
        <w:t>　　（1）建议将行政部和财务部划分清楚，我建议将属于行政部的工作跟财务部明细分清，后勤方面的管理混乱，管理模式跟之前没有行政部差不多。</w:t>
      </w:r>
      <w:r>
        <w:rPr>
          <w:lang w:eastAsia="zh-CN"/>
        </w:rPr>
        <w:br/>
      </w:r>
      <w:r>
        <w:rPr>
          <w:lang w:eastAsia="zh-CN"/>
        </w:rPr>
        <w:t>　　（2）建议取消员工在本单位服务不足一年的扣该员工1-2个月的工资的规定（压力越大弹力越大），建议确定培训费用，规定分几个月逐月从员工工资中扣押一部分作为培训费用，在本单位服务一年以上返还，不足一年的就当作赔偿本单位的培训费用。</w:t>
      </w:r>
      <w:r>
        <w:rPr>
          <w:lang w:eastAsia="zh-CN"/>
        </w:rPr>
        <w:br/>
      </w:r>
      <w:r>
        <w:rPr>
          <w:lang w:eastAsia="zh-CN"/>
        </w:rPr>
        <w:t>　　（3）建议增加员工福利，车间计件，虽然上不封顶但人的能力有限，想留住老员工就得肯下资本，除了正常工资外，还要提供一些福利待遇。一个企业就好比一个金字塔，金字塔的大小跟稳固就得看员工。</w:t>
      </w:r>
      <w:r>
        <w:rPr>
          <w:lang w:eastAsia="zh-CN"/>
        </w:rPr>
        <w:br/>
      </w:r>
      <w:r>
        <w:rPr>
          <w:lang w:eastAsia="zh-CN"/>
        </w:rPr>
        <w:t>　　不知道两个月的试用期我在领导和同事中的形象到底是怎么样的，我也不知道自己是否能够留在公司中继续工作，不过在我自己看来，我已经尽力了，我可以做的更好，只是暂时没有得到更大的发挥的空间，相信只要给我一次机会。我就可以发挥出我的能力，为公司的发展做出更大的贡献！</w:t>
      </w:r>
      <w:r>
        <w:rPr>
          <w:lang w:eastAsia="zh-CN"/>
        </w:rPr>
        <w:br/>
      </w:r>
      <w:r>
        <w:rPr>
          <w:lang w:eastAsia="zh-CN"/>
        </w:rPr>
        <w:t xml:space="preserve">    行政前台每月工作总结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一、具体工作</w:t>
      </w:r>
      <w:r>
        <w:rPr>
          <w:lang w:eastAsia="zh-CN"/>
        </w:rPr>
        <w:br/>
      </w:r>
      <w:r>
        <w:rPr>
          <w:lang w:eastAsia="zh-CN"/>
        </w:rPr>
        <w:t>　　1、办公用品的管理</w:t>
      </w:r>
      <w:r>
        <w:rPr>
          <w:lang w:eastAsia="zh-CN"/>
        </w:rPr>
        <w:br/>
      </w:r>
      <w:r>
        <w:rPr>
          <w:lang w:eastAsia="zh-CN"/>
        </w:rPr>
        <w:t>　　起初刚到公司的时候，办公用品管理还不是很完善，经过两天的时间把办公用品全部整理并登记，根据平时使用的情况，寻找一家专门做办公用品的公司，当然货比三家，经过于经理同意才最终定下来。每个星期五统计一下本周办公用品的出入明细，向于经理报告，请示下个礼拜所需用品，以做到不备之需。在业务部频繁加班的情况下，在周五的时候会提前把审计部预计需要的复印纸等办公用品备用出来，以免耽误装订工作。</w:t>
      </w:r>
      <w:r>
        <w:rPr>
          <w:lang w:eastAsia="zh-CN"/>
        </w:rPr>
        <w:br/>
      </w:r>
      <w:r>
        <w:rPr>
          <w:lang w:eastAsia="zh-CN"/>
        </w:rPr>
        <w:t>　　2、公司固定资产统计</w:t>
      </w:r>
      <w:r>
        <w:rPr>
          <w:lang w:eastAsia="zh-CN"/>
        </w:rPr>
        <w:br/>
      </w:r>
      <w:r>
        <w:rPr>
          <w:lang w:eastAsia="zh-CN"/>
        </w:rPr>
        <w:t>　　在来到公司的第三天将所有的固定资产，都做一下最彻底的统计，大到电脑、复印机，小到桌椅、微波炉。</w:t>
      </w:r>
      <w:r>
        <w:rPr>
          <w:lang w:eastAsia="zh-CN"/>
        </w:rPr>
        <w:br/>
      </w:r>
      <w:r>
        <w:rPr>
          <w:lang w:eastAsia="zh-CN"/>
        </w:rPr>
        <w:t>　　3、月底工作</w:t>
      </w:r>
      <w:r>
        <w:rPr>
          <w:lang w:eastAsia="zh-CN"/>
        </w:rPr>
        <w:br/>
      </w:r>
      <w:r>
        <w:rPr>
          <w:lang w:eastAsia="zh-CN"/>
        </w:rPr>
        <w:t>　　每个月底将每位员工的打卡情况及请假天数核对，做最后的考勤表上交于经理。每个月底将本月公司使用的网费、物业管理费、停车费、保洁费、电话费、快递费、办公用品费、电费以及饮用水费用等办公用品费用的合计做出明细上交于经理，并做出本月与上月金额的对比。</w:t>
      </w:r>
      <w:r>
        <w:rPr>
          <w:lang w:eastAsia="zh-CN"/>
        </w:rPr>
        <w:br/>
      </w:r>
      <w:r>
        <w:rPr>
          <w:lang w:eastAsia="zh-CN"/>
        </w:rPr>
        <w:t>　　4、招聘新员工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根据业务部与前台工作的实际需要，年初有针对性地、合理地进行了员工招聘工作。回想起刚毕业时的求职经历，我认为自己有义务尊重每一位求职者，以公司的利益和需要为出发点，以公开、公平、公正为选拔原则，把好公司引进人才、择优录用的第一关。我能够做到对每一位应聘者的简历进行认真的筛选，对每一位有机会前来面试的应聘者报以最热情的对待，为公司领导进一步择优录用新职员奠定良好的基础。</w:t>
      </w:r>
      <w:r>
        <w:rPr>
          <w:lang w:eastAsia="zh-CN"/>
        </w:rPr>
        <w:br/>
      </w:r>
      <w:r>
        <w:rPr>
          <w:lang w:eastAsia="zh-CN"/>
        </w:rPr>
        <w:t>　　5、把小事做好</w:t>
      </w:r>
      <w:r>
        <w:rPr>
          <w:lang w:eastAsia="zh-CN"/>
        </w:rPr>
        <w:br/>
      </w:r>
      <w:r>
        <w:rPr>
          <w:lang w:eastAsia="zh-CN"/>
        </w:rPr>
        <w:t>　　行政工作是繁琐的，正所谓“天下难事始于易，天下大事始于细”。要想协调好一个团队每一件琐碎的小事以保证业务的正常有序发展，首先要抱以一个正确的心态，踏踏实实、任劳任怨地完成上级交派的工作；其次，要不断提高自己、抓住每一次让自己学习和成长的机会，努力提高业务水平，在业余时间善于发现与工作有关的新事物新知识；最后，以主人翁的姿态发挥所长，为公司分担更多力所能及的工作。</w:t>
      </w:r>
      <w:r>
        <w:rPr>
          <w:lang w:eastAsia="zh-CN"/>
        </w:rPr>
        <w:br/>
      </w:r>
      <w:r>
        <w:rPr>
          <w:lang w:eastAsia="zh-CN"/>
        </w:rPr>
        <w:t>　　⑴每天与保洁阿姨一起给董事长办公室打扫卫生，以及花卉的保养。上下班时要整理好前台的物品，察看一切电器是否关闭好电源。当天看看备忘录还有什么事情要做。前台大厅随时都要保持整洁大方。饮用水桶数发现不够时要及时叫送水。传真机、复印机、打印机没有墨时，要电话通知专业人员来加墨。如果空调出现温度调式问题，及时打电话通知物业派人上来，不管有什么问题都要想办法尽快解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⑵前台的主要工作是迎客，为客户答疑（包括转接电话、收发快件）。做好这项工作，最重要的是服务态度和服务效率。看到有来访客人，要立即起身主动问好。对第一次来访客人要问清楚对方贵姓，找谁有什么事，了解来访者的目的后通知相关负责人，其中也要了解是否把客人留在前台大厅还是会客室，还是引客到负责人办公室、会客室。接待客人要笑脸相迎，耐心细致，亲切大方。引客入座后倒上茶水，告知客人已通知相关负责人，请稍等。</w:t>
      </w:r>
      <w:r>
        <w:rPr>
          <w:lang w:eastAsia="zh-CN"/>
        </w:rPr>
        <w:br/>
      </w:r>
      <w:r>
        <w:rPr>
          <w:lang w:eastAsia="zh-CN"/>
        </w:rPr>
        <w:t>　　⑶转接电话，要注意礼貌用语，使用公司的标准用语：您好！天世悦成！问清楚对方找哪位，贵姓有什么事情，了解情况后转给相关人员。熟悉公司内部人员的办公电话分机号。如果来电方是作广告、推销、网络这些都是与公司无关的来电就要拒绝。领导及同事的电话号码也要记清楚，看到来电显示也可亲切问候。</w:t>
      </w:r>
      <w:r>
        <w:rPr>
          <w:lang w:eastAsia="zh-CN"/>
        </w:rPr>
        <w:br/>
      </w:r>
      <w:r>
        <w:rPr>
          <w:lang w:eastAsia="zh-CN"/>
        </w:rPr>
        <w:t>　　二、工作收获</w:t>
      </w:r>
      <w:r>
        <w:rPr>
          <w:lang w:eastAsia="zh-CN"/>
        </w:rPr>
        <w:br/>
      </w:r>
      <w:r>
        <w:rPr>
          <w:lang w:eastAsia="zh-CN"/>
        </w:rPr>
        <w:t>　　1、工作敏感度有所提高，能够较积极地向领导汇报工作进度与结果。</w:t>
      </w:r>
      <w:r>
        <w:rPr>
          <w:lang w:eastAsia="zh-CN"/>
        </w:rPr>
        <w:br/>
      </w:r>
      <w:r>
        <w:rPr>
          <w:lang w:eastAsia="zh-CN"/>
        </w:rPr>
        <w:t>　　2、工作适应力逐步增强，对后期安排的工作，现已得心应手。</w:t>
      </w:r>
      <w:r>
        <w:rPr>
          <w:lang w:eastAsia="zh-CN"/>
        </w:rPr>
        <w:br/>
      </w:r>
      <w:r>
        <w:rPr>
          <w:lang w:eastAsia="zh-CN"/>
        </w:rPr>
        <w:t>　　三、工作不足</w:t>
      </w:r>
      <w:r>
        <w:rPr>
          <w:lang w:eastAsia="zh-CN"/>
        </w:rPr>
        <w:br/>
      </w:r>
      <w:r>
        <w:rPr>
          <w:lang w:eastAsia="zh-CN"/>
        </w:rPr>
        <w:t>　　工作细心度仍有所欠缺。</w:t>
      </w:r>
      <w:r>
        <w:rPr>
          <w:lang w:eastAsia="zh-CN"/>
        </w:rPr>
        <w:br/>
      </w:r>
      <w:r>
        <w:rPr>
          <w:lang w:eastAsia="zh-CN"/>
        </w:rPr>
        <w:t>　　四、今后工作方向</w:t>
      </w:r>
      <w:r>
        <w:rPr>
          <w:lang w:eastAsia="zh-CN"/>
        </w:rPr>
        <w:br/>
      </w:r>
      <w:r>
        <w:rPr>
          <w:lang w:eastAsia="zh-CN"/>
        </w:rPr>
        <w:t>　　1、努力提高服务质量，做事麻利，有效率，细心不出差错。服务态度要良好，接待客人要不断积累经验，要给客人留下良好印象。接电话时，也要不断提高用语技巧；巧妙的问答客人。尽量让每一个客户满意。</w:t>
      </w:r>
      <w:r>
        <w:rPr>
          <w:lang w:eastAsia="zh-CN"/>
        </w:rPr>
        <w:br/>
      </w:r>
      <w:r>
        <w:rPr>
          <w:lang w:eastAsia="zh-CN"/>
        </w:rPr>
        <w:t>　　2、加强礼仪知识学习。如业余时间认真学习礼仪知识，公共关系学。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3、不断充电，每天都利用工作闲暇时间学习人力资源，争取下半年将企业人力资源管理师证书考下来。</w:t>
      </w:r>
      <w:r>
        <w:rPr>
          <w:lang w:eastAsia="zh-CN"/>
        </w:rPr>
        <w:br/>
      </w:r>
      <w:r>
        <w:rPr>
          <w:lang w:eastAsia="zh-CN"/>
        </w:rPr>
        <w:t>　　五、总结</w:t>
      </w:r>
      <w:r>
        <w:rPr>
          <w:lang w:eastAsia="zh-CN"/>
        </w:rPr>
        <w:br/>
      </w:r>
      <w:r>
        <w:rPr>
          <w:lang w:eastAsia="zh-CN"/>
        </w:rPr>
        <w:t>　　以上是我的个人工作总结，虽然有了一定的进步和成绩，但在一些方面还存在着不足。工作的确也不够饱和，时有不知道该干什么的感觉，但这一切的一切相信也会随着下半年的努力学习考证及不断实践而逝去。最后，感谢领导能够提供给我这份工作的机会以及对我工作的支持与肯定，使我有机会和大家共同提高、共同进步；感谢每位同事在这半年来对我工作的热情帮助和悉心关照。虽然我还有很多经验上的不足和能力上的欠缺，但我相信，勤能补拙，只要我们彼此多份理解、多份沟通，加上自己的不懈努力，相信事务所公司明天会更好！</w:t>
      </w:r>
      <w:r>
        <w:rPr>
          <w:lang w:eastAsia="zh-CN"/>
        </w:rPr>
        <w:br/>
      </w:r>
      <w:r>
        <w:rPr>
          <w:lang w:eastAsia="zh-CN"/>
        </w:rPr>
        <w:t xml:space="preserve">    行政前台每月工作总结 篇14 </w:t>
      </w:r>
      <w:r>
        <w:rPr>
          <w:lang w:eastAsia="zh-CN"/>
        </w:rPr>
        <w:br/>
      </w:r>
      <w:r>
        <w:rPr>
          <w:lang w:eastAsia="zh-CN"/>
        </w:rPr>
        <w:t>　　注意前台的卫生和形象，按时提醒卫生人员打扫，清洁</w:t>
      </w:r>
      <w:r>
        <w:rPr>
          <w:lang w:eastAsia="zh-CN"/>
        </w:rPr>
        <w:br/>
      </w:r>
      <w:r>
        <w:rPr>
          <w:lang w:eastAsia="zh-CN"/>
        </w:rPr>
        <w:t>　　对自己责任范围内的茶水间将会保持室内的洁清和饮水机的消毒工作，每月最少消毒一次。按时更换打印机的硒鼓和维护前台的办公用品。</w:t>
      </w:r>
      <w:r>
        <w:rPr>
          <w:lang w:eastAsia="zh-CN"/>
        </w:rPr>
        <w:br/>
      </w:r>
      <w:r>
        <w:rPr>
          <w:lang w:eastAsia="zh-CN"/>
        </w:rPr>
        <w:t>　　做好文具采购工作，学习一些采购技巧</w:t>
      </w:r>
      <w:r>
        <w:rPr>
          <w:lang w:eastAsia="zh-CN"/>
        </w:rPr>
        <w:br/>
      </w:r>
      <w:r>
        <w:rPr>
          <w:lang w:eastAsia="zh-CN"/>
        </w:rPr>
        <w:t>　　了解所采购文具的市场价格，对现有的供应商将和他们进一步的沟通，希望将原采购的价格再降低点。并且多找些优质的文具供应商。从中挑选物美价廉，服务周到的供应商。为公司节约每一分钱。保持有两家以上的固定的供应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做好仓库管理。按时盘点仓库，做好物品归类</w:t>
      </w:r>
      <w:r>
        <w:rPr>
          <w:lang w:eastAsia="zh-CN"/>
        </w:rPr>
        <w:br/>
      </w:r>
      <w:r>
        <w:rPr>
          <w:lang w:eastAsia="zh-CN"/>
        </w:rPr>
        <w:t>　　严格接照公司制度，做到每件物品进出都有登记。及时查看物品的完好情况，对缺少或损坏的物品及时上报相关部门。</w:t>
      </w:r>
      <w:r>
        <w:rPr>
          <w:lang w:eastAsia="zh-CN"/>
        </w:rPr>
        <w:br/>
      </w:r>
      <w:r>
        <w:rPr>
          <w:lang w:eastAsia="zh-CN"/>
        </w:rPr>
        <w:t>　　以大局为重，不计较个人得失</w:t>
      </w:r>
      <w:r>
        <w:rPr>
          <w:lang w:eastAsia="zh-CN"/>
        </w:rPr>
        <w:br/>
      </w:r>
      <w:r>
        <w:rPr>
          <w:lang w:eastAsia="zh-CN"/>
        </w:rPr>
        <w:t>　　不管是工作时间还是休假时间，如果公司有临时任务分配，我将服从安排，积极去配合，不找理由推脱。作为京信的一员，我将奉献自己的一份力量为公司效命。平时积极参加公司组织的活动，加强同事之间的感情和部门之间的沟通。并且多了解公司的基本情况和经营内容。为了往后能更好的工作不断的打下基础。</w:t>
      </w:r>
      <w:r>
        <w:rPr>
          <w:lang w:eastAsia="zh-CN"/>
        </w:rPr>
        <w:br/>
      </w:r>
      <w:r>
        <w:rPr>
          <w:lang w:eastAsia="zh-CN"/>
        </w:rPr>
        <w:t>　　虽然前台的工作有时是比较的琐碎，但大小事都是要认真才能做好。所以我都会用心的去做每一件事。感谢部门领导的教诲和公司给予我的机会，在以后的日子里我将加强学习，努力工作！</w:t>
      </w:r>
      <w:r>
        <w:rPr>
          <w:lang w:eastAsia="zh-CN"/>
        </w:rPr>
        <w:br/>
      </w:r>
      <w:r>
        <w:rPr>
          <w:lang w:eastAsia="zh-CN"/>
        </w:rPr>
        <w:t xml:space="preserve">    行政前台每月工作总结 篇15 </w:t>
      </w:r>
      <w:r>
        <w:rPr>
          <w:lang w:eastAsia="zh-CN"/>
        </w:rPr>
        <w:br/>
      </w:r>
      <w:r>
        <w:rPr>
          <w:lang w:eastAsia="zh-CN"/>
        </w:rPr>
        <w:t>　　(1)领导交办的每一项工作，分清轻重缓急，科学安排时间，按时、按质、按量完成任务。</w:t>
      </w:r>
      <w:r>
        <w:rPr>
          <w:lang w:eastAsia="zh-CN"/>
        </w:rPr>
        <w:br/>
      </w:r>
      <w:r>
        <w:rPr>
          <w:lang w:eastAsia="zh-CN"/>
        </w:rPr>
        <w:t>　　(2)在接待来访客户的工作中，坚持按照工作要求，热情接待来访客户、认真听取来访客户反映的问题，提出的要求、建议。同时，对客户要求解决但一时又解决不了的问题认真解释，耐心做好客户的思想工作，让客户相信协盛。</w:t>
      </w:r>
      <w:r>
        <w:rPr>
          <w:lang w:eastAsia="zh-CN"/>
        </w:rPr>
        <w:br/>
      </w:r>
      <w:r>
        <w:rPr>
          <w:lang w:eastAsia="zh-CN"/>
        </w:rPr>
        <w:t>　　在领导与同事们的关心、支持和帮助下，各项服务工作圆满的完成任务的好成绩，得到领导和客户的肯定。</w:t>
      </w:r>
      <w:r>
        <w:rPr>
          <w:lang w:eastAsia="zh-CN"/>
        </w:rPr>
        <w:br/>
      </w:r>
    </w:p>
    <w:p w:rsidR="001B1F19" w14:textId="27C3F48A">
      <w:pPr>
        <w:rPr>
          <w:rFonts w:hint="eastAsia"/>
          <w:lang w:eastAsia="zh-CN"/>
        </w:rPr>
      </w:pPr>
      <w:r>
        <w:rPr>
          <w:lang w:eastAsia="zh-CN"/>
        </w:rPr>
        <w:t>　　回顾本季度的工作，我在思想上、学习上、工作上取得了新的进步，但我也认识到自己的不足之处，理论知识水平还比较低，现代办公技能还不强。今后，我一定认真克服缺点，发扬成绩，自觉把自己置于公司组织和客户的监督之下，刻苦学习、勤奋工作，做一名合格的管理人员，为全面建设协盛的目标作出自己的贡献!</w:t>
      </w:r>
      <w:r>
        <w:rPr>
          <w:lang w:eastAsia="zh-CN"/>
        </w:rPr>
        <w:br/>
      </w:r>
      <w:r>
        <w:rPr>
          <w:lang w:eastAsia="zh-CN"/>
        </w:rPr>
        <w:t>　　本人具有较强的指导、管理、协调能力。在指导工作中，总是先认真领会有关文件精神，深思熟虑，拟定一套工作方案;然后征求各方面的意见，集思广益，把档精神与实际情况结合起来，把个人的智慧与集体的智慧结合起来。在工作过程中，坚持靠前指挥，找准工作重点、难点，抓住主要矛盾，有的放矢地解决问题，化解矛盾，牢牢把握工作的主动权。在管理工作中，坚持每月初召开一次分管、协管部门负责人会议，听取上月工作情况汇报，研究当月工作安排计划，加强管理，督促内控制度的落实。在协调工作中，坚持以人为本，充分发挥人的主观能动性和团队精神，共同完成复杂、繁重的工作任务</w:t>
      </w:r>
      <w:r>
        <w:rPr>
          <w:lang w:eastAsia="zh-CN"/>
        </w:rPr>
        <w:br/>
      </w:r>
      <w:r>
        <w:rPr>
          <w:lang w:eastAsia="zh-CN"/>
        </w:rPr>
        <w:t>　　四、在勤的方面：</w:t>
      </w:r>
      <w:r>
        <w:rPr>
          <w:lang w:eastAsia="zh-CN"/>
        </w:rPr>
        <w:br/>
      </w:r>
      <w:r>
        <w:rPr>
          <w:lang w:eastAsia="zh-CN"/>
        </w:rPr>
        <w:t>　　本人事业心、责任心强，奋发进取，一心扑在工作上;工作认真，态度积极，雷厉风行，勇挑重担，敢于负责，不计较个人得失;工作勤勉，兢兢业业，任劳任怨;无故不迟到、不早退。本季度以来，本人基本无休工龄假，节假日较常值班和加班，协调有关工作，审核有关报表。</w:t>
      </w:r>
      <w:r>
        <w:rPr>
          <w:lang w:eastAsia="zh-CN"/>
        </w:rPr>
        <w:br/>
      </w:r>
      <w:r>
        <w:rPr>
          <w:lang w:eastAsia="zh-CN"/>
        </w:rPr>
        <w:t>　　五、在绩的方面：</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https://d.book118.com/188031013014006041</w:t>
        </w:r>
      </w:hyperlink>
    </w:p>
    <w:p w:rsidR="001B1F19">
      <w:pPr>
        <w:rPr>
          <w:rFonts w:hint="eastAsia"/>
          <w:lang w:eastAsia="zh-CN"/>
        </w:rPr>
      </w:pPr>
    </w:p>
    <w:sectPr>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88031013014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