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2024年专业技术年终工作总结（32篇）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2024年专业技术年终工作总结（通用32篇）</w:t>
      </w:r>
      <w:r>
        <w:rPr>
          <w:lang w:eastAsia="zh-CN"/>
        </w:rPr>
        <w:br/>
      </w:r>
      <w:r>
        <w:rPr>
          <w:lang w:eastAsia="zh-CN"/>
        </w:rPr>
        <w:t xml:space="preserve">    2024年专业技术年终工作总结 篇1 </w:t>
      </w:r>
      <w:r>
        <w:rPr>
          <w:lang w:eastAsia="zh-CN"/>
        </w:rPr>
        <w:br/>
      </w:r>
      <w:r>
        <w:rPr>
          <w:lang w:eastAsia="zh-CN"/>
        </w:rPr>
        <w:t>　　时光飞逝，20__年已经悄然过去。在过去的一年里本人在公司项目领导的支持和同事的帮助下，我认真履行自己的职责，加强施工生产管理，以提高自身素质为重点，以总公司“十制”“五比五创”为指导。抓好队里的施工技术工作，支持党组织做好思想政治工作，加强自身的道德品质修养，使我的思想素质不断提高，工作不断进步，并较好地完成了项目所分配的各阶段施工生产任务，现将一年来的工作做如下总结。</w:t>
      </w:r>
      <w:r>
        <w:rPr>
          <w:lang w:eastAsia="zh-CN"/>
        </w:rPr>
        <w:br/>
      </w:r>
      <w:r>
        <w:rPr>
          <w:lang w:eastAsia="zh-CN"/>
        </w:rPr>
        <w:t>　　一、工作方面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本人20__年从事施工队技术负责岗位，主要是负责队里的技术、质量、及配合队长做好队里的工作。从年初先后参加援建__项目、道路改造工程项目、和路面项目。__项目是一个工期短工程量大的一个政治工程，段落地形复杂，交通不便，路基施工进度缓慢，垫层没有足够的施工段落，但为保项目工期能顺利完工，我们队在环境复杂，施工难度大的特殊情况下，采取分段施工，路基交验一段，就施工一段，虽然这样调动比较频繁，员工比较辛苦，但使施工进度得到了保障。在质量方面坚持施工质量检查制度，严格执行“自检、互检、交接检”的三检制度，使质量问题在每道工序施工中都能得以有效控制，加强现场管理，在材料紧缺情况下，依然没有降低对入场材料质量要求，拒绝任何不合格材料进场。严格控制施工进度，明确施工任务量，在控制材料成本方面，首先核对好，在不影响质量，有利于我们砂砾垫层几何尺寸，对进场材料进行严格抽检，防止‘跑、冒、滴、漏’出现。每天和核算员将当日完成的工程量进行节超对比，找出节超原因，为下一步控制材料成本做好基础，对每完成一段的任务量进行汇报总结，对存在问题进行分析，找出不足，认真落实，及时改进。</w:t>
      </w:r>
      <w:r>
        <w:rPr>
          <w:lang w:eastAsia="zh-CN"/>
        </w:rPr>
        <w:br/>
      </w:r>
      <w:r>
        <w:rPr>
          <w:lang w:eastAsia="zh-CN"/>
        </w:rPr>
        <w:t>　　在__项目，由于前期天气，变更等原因的影响，工程进度滞后，后期工程量大，为保工期顺利完工，公司刘经理带领三名机关人员来到我们施工一线服务指导帮助，施工队实行两班倒，二十四小时施工，一天三餐都在路上吃，经过一个多月的紧张施工，终于在业主要求工期内顺利完工。在紧张施工过程中，能始终贯彻执行总公司的各项规章制度，及各项成本管理。</w:t>
      </w:r>
      <w:r>
        <w:rPr>
          <w:lang w:eastAsia="zh-CN"/>
        </w:rPr>
        <w:br/>
      </w:r>
      <w:r>
        <w:rPr>
          <w:lang w:eastAsia="zh-CN"/>
        </w:rPr>
        <w:t>　　二、思想方面</w:t>
      </w:r>
      <w:r>
        <w:rPr>
          <w:lang w:eastAsia="zh-CN"/>
        </w:rPr>
        <w:br/>
      </w:r>
      <w:r>
        <w:rPr>
          <w:lang w:eastAsia="zh-CN"/>
        </w:rPr>
        <w:t>　　一年来，不断地学习，努力提高自己思想政治素质和专业水平。认真学习总公司各种管理制度，深刻领会总公司重要会议的会议精神以及下发的文件。结合实际工作，有针对性的学习各类专业知识，一方面认真学习与本专业相关的现行规范、技术标准;另一面加强在实践中学习，向有经验的老同事、监理单位虚心请教，不断提高自身的专业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2024年专业技术年终工作总结 篇2 </w:t>
      </w:r>
      <w:r>
        <w:rPr>
          <w:lang w:eastAsia="zh-CN"/>
        </w:rPr>
        <w:br/>
      </w:r>
      <w:r>
        <w:rPr>
          <w:lang w:eastAsia="zh-CN"/>
        </w:rPr>
        <w:t>　　一、继电保护定值整定工作（10kv及以下）</w:t>
      </w:r>
      <w:r>
        <w:rPr>
          <w:lang w:eastAsia="zh-CN"/>
        </w:rPr>
        <w:br/>
      </w:r>
      <w:r>
        <w:rPr>
          <w:lang w:eastAsia="zh-CN"/>
        </w:rPr>
        <w:t>　　__年9月至97年担负分公司10kv配电线路（含电容器）、10kv用户站继电保护定值整定工作，由于分公司原来没有整定人员，但自从开展工作以来建立了继电保护整定档案资料，如系统阻抗表、分线路阻抗图、系统站定值单汇总（分线路）用户站定值单汇总（分线路），并将定值单用微机打印以规范管理，还包括各重新整定定值的计算依据和计算过程，形成较为完善的定值整定计算的管理资料。未出现误整定现象，且通过对系统短路容量的计算为配电线路开关等设备的选择了依据。97年底由于机构设置变化，指导初级技术人员开展定值整定工作并顺利完成工作交接。</w:t>
      </w:r>
      <w:r>
        <w:rPr>
          <w:lang w:eastAsia="zh-CN"/>
        </w:rPr>
        <w:br/>
      </w:r>
      <w:r>
        <w:rPr>
          <w:lang w:eastAsia="zh-CN"/>
        </w:rPr>
        <w:t>　　二、线损专业管理工作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__年至__年9月，作为分公司线损专责人主要开展了以下工作：完成了线损统计计算的微机化工作，应用线损计算统计程序输入表码，自动生成线损报表，并对母线平衡加以分析，主持完成理论线损计算工作，利用理论线损计算程序，准备线损参数图，编制线损拓补络节点，输入微机，完成35kv、10kv线路理论线损计算工作，为线损分析、降损技术措施的采用了理论依据，编制降损规划，—各年度降损实施计划，月度、季度、年度的线损分析，积极采取技术措施降低线损，完成贯庄、大毕庄等35kv站10kv电容器投入工作，完成迂回线路、过负荷、供电半径大、小导线等线路的切改、改造工作，__年关于无功降损节电的论文获市电力企协论文三等奖，荣获市电力公司线损管理工作第二名。</w:t>
      </w:r>
      <w:r>
        <w:rPr>
          <w:lang w:eastAsia="zh-CN"/>
        </w:rPr>
        <w:br/>
      </w:r>
      <w:r>
        <w:rPr>
          <w:lang w:eastAsia="zh-CN"/>
        </w:rPr>
        <w:t>　　三、电规划的编制工作</w:t>
      </w:r>
      <w:r>
        <w:rPr>
          <w:lang w:eastAsia="zh-CN"/>
        </w:rPr>
        <w:br/>
      </w:r>
      <w:r>
        <w:rPr>
          <w:lang w:eastAsia="zh-CN"/>
        </w:rPr>
        <w:t>　　__年3月至__年11月，作为专业负责人，参与编制《东丽区19__—__年电发展规划及__年远景设想》工作，该规划涉及如下内容：电规划编制原则、东丽区概况、东丽区经济发展论述、电现状、电存在问题、依据经济发展状况负荷预测、35kv及以上电发展规划、10kv配规划、投资估算、预期社会经济效益、__年远景设想等几大部分。为电的建设与改造了依据，较好地指导了电的建设与改造工作，并将规划利用微机制成演示片加以演示，获得了市电力公司专业部室的好评。</w:t>
      </w:r>
      <w:r>
        <w:rPr>
          <w:lang w:eastAsia="zh-CN"/>
        </w:rPr>
        <w:br/>
      </w:r>
      <w:r>
        <w:rPr>
          <w:lang w:eastAsia="zh-CN"/>
        </w:rPr>
        <w:t xml:space="preserve">    2024年专业技术年终工作总结 篇3 </w:t>
      </w:r>
      <w:r>
        <w:rPr>
          <w:lang w:eastAsia="zh-CN"/>
        </w:rPr>
        <w:br/>
      </w:r>
      <w:r>
        <w:rPr>
          <w:lang w:eastAsia="zh-CN"/>
        </w:rPr>
        <w:t>　　时间一晃而过，转眼间到公司快一年了。这是我人生中弥足珍贵的一段经历。在这段时间里各级在工作上给予了我极大的帮助，在生活上给予了我极大的关心，让我充分感受到了们“海纳百川”的胸襟，感受到了测绘人“能吃苦，肯奋斗”的豪气。在肃然起敬的同时，也为我有机会测绘一份子而自豪。</w:t>
      </w:r>
      <w:r>
        <w:rPr>
          <w:lang w:eastAsia="zh-CN"/>
        </w:rPr>
        <w:br/>
      </w:r>
      <w:r>
        <w:rPr>
          <w:lang w:eastAsia="zh-CN"/>
        </w:rPr>
        <w:t>　　在这半年的时间里，在和同事们的悉心关怀和指导下，通过自身的努力，各方面均取得了一定的进步。</w:t>
      </w:r>
      <w:r>
        <w:rPr>
          <w:lang w:eastAsia="zh-CN"/>
        </w:rPr>
        <w:br/>
      </w:r>
      <w:r>
        <w:rPr>
          <w:lang w:eastAsia="zh-CN"/>
        </w:rPr>
        <w:t>　　一、通过实践学习和日常工作积累使我对公司有了全新的认识。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我公司具有全国甲级测绘资质证书的单位，经多年的发展创新，单位已成为一个仪器装备精良、专业技术全面、人才结构合理、具有多种竞争优势的测绘单位，拥有齐全的测绘仪器、全数字摄影测量工作站、遥感和物探仪器设备，具备工程测量、地籍测绘、航空摄影测量与遥感测绘、地理信息系统、房产测绘、遥感地质、物探及管线探测等综合生产科研能力，可承担各种大型、特殊、复杂的测绘工程及地图数字化，建立数据库、信息系统和GPS技术服务。</w:t>
      </w:r>
      <w:r>
        <w:rPr>
          <w:lang w:eastAsia="zh-CN"/>
        </w:rPr>
        <w:br/>
      </w:r>
      <w:r>
        <w:rPr>
          <w:lang w:eastAsia="zh-CN"/>
        </w:rPr>
        <w:t>　　很高兴我能有幸成为公司的一员，测绘专业毕业的我现在正是需要积累的阶段，而这样的单位无疑给我的成长加了助力，会使我在以后的工作生活中避免走很多的弯路，尽早的成为一名合格的测量技术人员。有这样的平台可以施展自身所学，我想我的人生将会变得越来越精彩！</w:t>
      </w:r>
      <w:r>
        <w:rPr>
          <w:lang w:eastAsia="zh-CN"/>
        </w:rPr>
        <w:br/>
      </w:r>
      <w:r>
        <w:rPr>
          <w:lang w:eastAsia="zh-CN"/>
        </w:rPr>
        <w:t>　　二、遵守各项规章制度，认真工作，使自己素养不断得到提高。</w:t>
      </w:r>
      <w:r>
        <w:rPr>
          <w:lang w:eastAsia="zh-CN"/>
        </w:rPr>
        <w:br/>
      </w:r>
      <w:r>
        <w:rPr>
          <w:lang w:eastAsia="zh-CN"/>
        </w:rPr>
        <w:t>　　爱岗敬业的职业道德素质是每一项工作顺利开展并最终取得成功的保障。在这两个月的时间里，我能遵守公司的各项规章制度，兢兢业业做好本职业工作，用满腔热情积极、认真地完成好每一项任务，认真履行岗位职责，平时生活中团结同事、不断提升自己的团队合作。测量对于我来说是我的工作，更是我的兴趣，祖国的建设需要我们付己的青春，我想我能做到，做一件事情如果没有了兴趣，那完全是为了完成任务而完成任务，自己在工作中又能收获什么呢，有了兴趣爱好，再加上健全的规章制度，我相信我会在自己的岗位上实现自己的理想。对于个人来说，做好自己的本职工作，才是对单位负责，对单位培养的回报！</w:t>
      </w:r>
      <w:r>
        <w:rPr>
          <w:lang w:eastAsia="zh-CN"/>
        </w:rPr>
        <w:br/>
      </w:r>
      <w:r>
        <w:rPr>
          <w:lang w:eastAsia="zh-CN"/>
        </w:rPr>
        <w:t>　　三、认真学习岗位职能，做好个人工作。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怀着对新工作的向往，我迈上了前往新工作的路途，这一阶段我来到了某地，参与了该地区的地下管线三维测量项目，刚来时我对管线测量完全陌生，第一次接触管线测量的我完全是个门外汉，甚至不理解最基本的管线测量的原理，但是在王主任的教导和自身的努力下，我渐渐的对管线测量有了一些了解。管线测量最重要的一点就是弄清楚地下管的分布及连接关系，这一点是需要时间和实践来体会理解的，只有长时间的实践才能将管线图更好的诠释，这不是一朝一夕可以得到的，但是我并不灰心，在普光工作的这一个多月的时间里我学会了很多，从管线仪的使用到现场的定点、测量等我都有一定程度的进步，虽然还有很多的不足。</w:t>
      </w:r>
      <w:r>
        <w:rPr>
          <w:lang w:eastAsia="zh-CN"/>
        </w:rPr>
        <w:br/>
      </w:r>
      <w:r>
        <w:rPr>
          <w:lang w:eastAsia="zh-CN"/>
        </w:rPr>
        <w:t>　　对于一个新人来讲能够接触并掌握管线测量的程序和技巧是至关重要的，我理解，管线测量外业应该分为以下几个方面：</w:t>
      </w:r>
      <w:r>
        <w:rPr>
          <w:lang w:eastAsia="zh-CN"/>
        </w:rPr>
        <w:br/>
      </w:r>
      <w:r>
        <w:rPr>
          <w:lang w:eastAsia="zh-CN"/>
        </w:rPr>
        <w:t>　　1、实地踏勘，熟悉工作场地及主要管线的布局；</w:t>
      </w:r>
      <w:r>
        <w:rPr>
          <w:lang w:eastAsia="zh-CN"/>
        </w:rPr>
        <w:br/>
      </w:r>
      <w:r>
        <w:rPr>
          <w:lang w:eastAsia="zh-CN"/>
        </w:rPr>
        <w:t>　　2、外业仪器设备的准备及校验；</w:t>
      </w:r>
      <w:r>
        <w:rPr>
          <w:lang w:eastAsia="zh-CN"/>
        </w:rPr>
        <w:br/>
      </w:r>
      <w:r>
        <w:rPr>
          <w:lang w:eastAsia="zh-CN"/>
        </w:rPr>
        <w:t>　　3、工作地的现场资料汇总；</w:t>
      </w:r>
      <w:r>
        <w:rPr>
          <w:lang w:eastAsia="zh-CN"/>
        </w:rPr>
        <w:br/>
      </w:r>
      <w:r>
        <w:rPr>
          <w:lang w:eastAsia="zh-CN"/>
        </w:rPr>
        <w:t>　　4、外业数据的采集和入库（包括外业定点的数据采集和处理）；</w:t>
      </w:r>
      <w:r>
        <w:rPr>
          <w:lang w:eastAsia="zh-CN"/>
        </w:rPr>
        <w:br/>
      </w:r>
      <w:r>
        <w:rPr>
          <w:lang w:eastAsia="zh-CN"/>
        </w:rPr>
        <w:t>　　5、管线图的生成及整饬；</w:t>
      </w:r>
      <w:r>
        <w:rPr>
          <w:lang w:eastAsia="zh-CN"/>
        </w:rPr>
        <w:br/>
      </w:r>
      <w:r>
        <w:rPr>
          <w:lang w:eastAsia="zh-CN"/>
        </w:rPr>
        <w:t>　　6、实地检查修改和生成资料；</w:t>
      </w:r>
      <w:r>
        <w:rPr>
          <w:lang w:eastAsia="zh-CN"/>
        </w:rPr>
        <w:br/>
      </w:r>
      <w:r>
        <w:rPr>
          <w:lang w:eastAsia="zh-CN"/>
        </w:rPr>
        <w:t>　　7、业主单位的验收；</w:t>
      </w:r>
      <w:r>
        <w:rPr>
          <w:lang w:eastAsia="zh-CN"/>
        </w:rPr>
        <w:br/>
      </w:r>
      <w:r>
        <w:rPr>
          <w:lang w:eastAsia="zh-CN"/>
        </w:rPr>
        <w:t>　　8、提交管线测量的最终资料及自身成果的入档保存。当然这些也只是我个人结合实践的理解，肯定会存在不足和需要提高的地方。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近几个月的实践，在管线测量方面我有一定程度的提高，我已能够实地操作管线仪，并熟悉了夹钳法、直连法、感应法等一些管线测量的基本方法，初步了解外业记录的录入及数据的工作，虽然我现在还不是一名合格的管线测量人员，但是我相信通过我的不懈努力及合理的，我一定会在管线测量的岗位上做的很好，今后我会努力实践，增加自己的管线测量经验，结合自身所学，做一名合格的管线测量员！</w:t>
      </w:r>
      <w:r>
        <w:rPr>
          <w:lang w:eastAsia="zh-CN"/>
        </w:rPr>
        <w:br/>
      </w:r>
      <w:r>
        <w:rPr>
          <w:lang w:eastAsia="zh-CN"/>
        </w:rPr>
        <w:t>　　四、不足和需改进方面。</w:t>
      </w:r>
      <w:r>
        <w:rPr>
          <w:lang w:eastAsia="zh-CN"/>
        </w:rPr>
        <w:br/>
      </w:r>
      <w:r>
        <w:rPr>
          <w:lang w:eastAsia="zh-CN"/>
        </w:rPr>
        <w:t>　　虽然到测绘中心来了近两个月，到生产现场时间不多，人员熟悉程度也不够，对分工的工作还没有形成系统的计划和长远规划。随着对公司和工作的进一步熟悉，我希望今后多分配一些工作，我觉得多做一些工作更能体现自己的人生价值。“业精于勤而荒于嬉”，在以后的工作中我要不断学习专业知识，通过多看、多问、多学、多练来不断的提高自己的各项技能。</w:t>
      </w:r>
      <w:r>
        <w:rPr>
          <w:lang w:eastAsia="zh-CN"/>
        </w:rPr>
        <w:br/>
      </w:r>
      <w:r>
        <w:rPr>
          <w:lang w:eastAsia="zh-CN"/>
        </w:rPr>
        <w:t>　　在这一段时间的工作中，我了自己的不足，人无完人，金无足赤，有缺点不足并不可怕，重要的是能克服困难、迎难而上。首先、工作经验不足，对工作的理解比较片面；其次、工作不踏实，对工作缺乏系统的认识；最后、缺少专业知识的积累和专业技能的培养。</w:t>
      </w:r>
      <w:r>
        <w:rPr>
          <w:lang w:eastAsia="zh-CN"/>
        </w:rPr>
        <w:br/>
      </w:r>
      <w:r>
        <w:rPr>
          <w:lang w:eastAsia="zh-CN"/>
        </w:rPr>
        <w:t xml:space="preserve">    2024年专业技术年终工作总结 篇4 </w:t>
      </w:r>
      <w:r>
        <w:rPr>
          <w:lang w:eastAsia="zh-CN"/>
        </w:rPr>
        <w:br/>
      </w:r>
      <w:r>
        <w:rPr>
          <w:lang w:eastAsia="zh-CN"/>
        </w:rPr>
        <w:t>　　20__年7月，我从毕业，如愿以偿的进入股份有限公司工作，成为了一名。自参加工作以来，本人严格遵守公司及所在部门的各项规章制度，积极服从领导的工作安排，时刻关注公司发展动向，切身维护公司利益，认真贯彻执行公司文件及会议精神，坚持学习相关理论、政策，不断充实完善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回顾过去的一年，既是忙碌也是充实的一年，当中有困难也有收获，认真工作的结果，是完成了岗位职责，也提升了自身能力。现将这一年工作简要总结如下：</w:t>
      </w:r>
      <w:r>
        <w:rPr>
          <w:lang w:eastAsia="zh-CN"/>
        </w:rPr>
        <w:br/>
      </w:r>
      <w:r>
        <w:rPr>
          <w:lang w:eastAsia="zh-CN"/>
        </w:rPr>
        <w:t>　　思想上，本人严格要求自己，积极端正态度，坚持以科学发展观为指导，努力提高思想政治觉悟，加强自身组织纪律性，并不断丰富实践工作经验，坚持不懈地克服自身的缺点，弥补自己的不足。在领导和同事们的大力帮助下，我对公司财务管理体系和税收制度有了较为系统的认识，能够按时按质按量的完成领导所交付的工作，为部门工作的高效有序奉献自己的一份微薄之力，同时坚持团结友好的原则，积极主动地融入集体，与各个部门的同事和睦相处。</w:t>
      </w:r>
      <w:r>
        <w:rPr>
          <w:lang w:eastAsia="zh-CN"/>
        </w:rPr>
        <w:br/>
      </w:r>
      <w:r>
        <w:rPr>
          <w:lang w:eastAsia="zh-CN"/>
        </w:rPr>
        <w:t>　　业务上，本人具备扎实的财务会计理论基础和良好的职业素质，对财务管理体系和经营业绩考核体系有较为系统的认识，并努力将其与实践工作相结合，提升自身实践工作水平。在这一年工作中，我主要从事和工作，并于20__年10月至20__年2月在开展了为期5个月的实习，认真学习了操作流程，全面了解财务工作内容，对整体财务工作有了较为具体的认识。</w:t>
      </w:r>
      <w:r>
        <w:rPr>
          <w:lang w:eastAsia="zh-CN"/>
        </w:rPr>
        <w:br/>
      </w:r>
      <w:r>
        <w:rPr>
          <w:lang w:eastAsia="zh-CN"/>
        </w:rPr>
        <w:t>　　通过运用自己在大学阶段学到的理论知识和实习中吸取的实践经验，我积极协助报表主管人员编制报告和各期报告，保证财务数据真实、准确、完整，得到了领导和同事们的一致肯定。学习、完成股份公司日常报税工作，全面配合税务主管迎接税务人员进行稽查，积极与税务部门进行沟通、协商，确保公司利益得到合法保障。</w:t>
      </w:r>
      <w:r>
        <w:rPr>
          <w:lang w:eastAsia="zh-CN"/>
        </w:rPr>
        <w:br/>
      </w:r>
      <w:r>
        <w:rPr>
          <w:lang w:eastAsia="zh-CN"/>
        </w:rPr>
        <w:t xml:space="preserve">    2024年专业技术年终工作总结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我叫，是__公司医院一名主治医师，一直从事口腔医疗工作。现将我任职期间专业技术工作情况总结如下：</w:t>
      </w:r>
      <w:r>
        <w:rPr>
          <w:lang w:eastAsia="zh-CN"/>
        </w:rPr>
        <w:br/>
      </w:r>
      <w:r>
        <w:rPr>
          <w:lang w:eastAsia="zh-CN"/>
        </w:rPr>
        <w:t>　　三年来，在政治意识形态，始终坚持党的路线、方针、政策、始终坚持为人民服务的原则，坚持改革，领导思想的发展和进步，不断提高自己的政治理论。积极参与各种活动，维护政治领导下，团结同志，具有良好的职业道德和专业精神。在工作中，本人以口腔主治医师的标准严格要求自己，一贯能够认真并负责地做好医疗工作，深切的认识到一个合格的医生应具备的素质和条件。努力提高自身的业务水平，不断加强业务理论学习，通过阅读大量业务杂志及书刊，学习有关医疗卫生知识，写下了大量的读书笔记，丰富了自己的理论知识。经常参加市。区卫生局举办的学术会议，并经常阅读杂志、报刊和网络信息，学习了大量新的医疗知识和医疗技术，从而极大地开阔了视野，很好地扩大了知识面。始终坚持用新的理论技术指导业务工作，能熟练掌握口腔常见病、多发病诊治技术，能熟练诊断处理一些常见病、多发病。工作中严格执行各种工作制度、诊疗常规和操作规程，一丝不苟接待并认真负责地处理每一位病人，在最大程度上避免了误诊、误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三年来，在思想上不断提高自己，端正工作态度，爱岗敬业，勤奋工作，积极进取，真正以病人为中心，服务周到，态度和蔼，语言文明，努力把工作做细，做实，做扎实，力求在治疗上精心，护理上细心，真正让家属放心，病人安心。工作中，这种人性化服务不单是体现在科室内部，它可以扩展到方方面面，大到积极参加各种突发事件的抢救，小到在门诊经常会遇到一-些急诊病人或者不知道该找那个科看的病人，我总是不等他们询问，就主动问他们有什么需求，是否需要帮助，把他们领到要找的科室，或是耐心的解答他们的问题。每个患者都是弱势群体，在他们痛苦需要时，我们哪怕是一个善意的眼神，一个淡淡的微笑，对他们也许就是整个春天。不管任何情况下，都会微笑着面对患者，百问不烦地耐心解释，只要患者需要，病情需要，工作永远是第一位的。我们付出的只是自己的一份热情，而收获的却是患者对我们医院的信任和好评。生活就是一面镜予，你对他笑，他就会对你笑，我们的患者没有规矩不成分圆，有了良好的医德，我们还需要严格的制度。在不折不扣地遵守医院各种规繁制度的前提下，我和大家一起制定了科室的各种工作细则，明确各班职责，从我做起，这样我们相互之间常督促，勤落实，保障了最高效，最积极的工作热情。也是一面镜子，你对他笑，他也会微笑地回报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精湛的技术是我们工作的核心。在门诊，有很多感者就是冲着我们医院良好的服务态度而来。这就促使我们在热情服务的同时更加注意加强自己的业务水平，提高自己的各项技能，值得高兴的是我们良好的医德，热情的服务，精湛的技术保障了门诊工作的顺利进行，换来了无数门诊患者的健康和笑容。当然，工作中总会有许多不如意，也会有个别病人对我们工作不理解，摆正心态是最重要的。珍惜自己的工作，尊重所有病痛的人，没有什么比拥有健康的身体更重要的，面对一个失去健康的病人，我就会想，我比那些病痛的人幸福多了，没有人应该吝啬自己快乐，我要把我的快乐传递给每一个经受病痛的感者。本人认认真真工作，踏踏实实做事，从未发生一起差错事故，尽我之最大能力完成作为一个主治医生的各项工作和任务。热情接待每一位前来就诊的患者，坚持把工作献给社会，把爱心捧给患者，受到院领导同事们的一致好评。同时，严格要求自己，不骄傲自满，对比自己年长的前辈充分尊重，对年轻同道真诚地对待，坚持以工作为重，遵守各项纪律，兢兢业业，任劳任怨，树立了自身良好形象。坚持精益求精，一丝不苟的原则，坚持业务学习不放松。认真参加卫生局的各期学习，认真参加__市、矿区、集团公司医卫中心举办的每次学习。我要正确面对现实，继续不断加强业务理论学习，并坚持学习各种医学理论研究的最新成果，不断吸取新的营养，促进自己业务水平的不断提高。始终保持用新的理论技术指导业务工作，从而使自己能够熟练掌握多种常见病、多发病的诊断和处理技术和方法。</w:t>
      </w:r>
      <w:r>
        <w:rPr>
          <w:lang w:eastAsia="zh-CN"/>
        </w:rPr>
        <w:br/>
      </w:r>
      <w:r>
        <w:rPr>
          <w:lang w:eastAsia="zh-CN"/>
        </w:rPr>
        <w:t>　　多年来，在各级的帮助和同道仰的支持下，工作虽然取得了一定成绩，但与其它同道相比还有差距，自己尚须进一步加强理论学习，并坚持理论联系实际并为实际服务的原则。我决定，在今后工作中，要继续努力学习，继续努力工作，努力克服埋论上的不足和实际能力的不足，以期能够创造更加优异的工作成绩。</w:t>
      </w:r>
      <w:r>
        <w:rPr>
          <w:lang w:eastAsia="zh-CN"/>
        </w:rPr>
        <w:br/>
      </w:r>
      <w:r>
        <w:rPr>
          <w:lang w:eastAsia="zh-CN"/>
        </w:rPr>
        <w:t xml:space="preserve">    2024年专业技术年终工作总结 篇6 </w:t>
      </w:r>
      <w:r>
        <w:rPr>
          <w:lang w:eastAsia="zh-CN"/>
        </w:rPr>
        <w:br/>
      </w:r>
      <w:r>
        <w:rPr>
          <w:lang w:eastAsia="zh-CN"/>
        </w:rPr>
        <w:t>　　本人从事医疗行业工作已经多年，先将个人工作作个总结。</w:t>
      </w:r>
      <w:r>
        <w:rPr>
          <w:lang w:eastAsia="zh-CN"/>
        </w:rPr>
        <w:br/>
      </w:r>
      <w:r>
        <w:rPr>
          <w:lang w:eastAsia="zh-CN"/>
        </w:rPr>
        <w:t>　　一、继续建立和完善各项规章制度，有效保障医疗及病人安全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病人安全及医疗安全是医院生存的生命线，也是患者和医生所追求的最终目标。如何保证病人安全是每个医务工作者也是每一个医院管理者共同关心的话题。对患者安全管理，最大程度的保证患者安全也是实行住院总制度的预期目标。保障病人安全归根结底要靠制度建设。我院口腔医学院刚刚成立，许多制度需要完善。在本人担任总住院医师期间，协助科室领导先后制定了各种制度，如：</w:t>
      </w:r>
      <w:r>
        <w:rPr>
          <w:lang w:eastAsia="zh-CN"/>
        </w:rPr>
        <w:br/>
      </w:r>
      <w:r>
        <w:rPr>
          <w:lang w:eastAsia="zh-CN"/>
        </w:rPr>
        <w:t>　　1、恢复晚查房及危重病人床边交接班制度;</w:t>
      </w:r>
      <w:r>
        <w:rPr>
          <w:lang w:eastAsia="zh-CN"/>
        </w:rPr>
        <w:br/>
      </w:r>
      <w:r>
        <w:rPr>
          <w:lang w:eastAsia="zh-CN"/>
        </w:rPr>
        <w:t>　　2、坚持月阶段及周阶段总结汇报制度;</w:t>
      </w:r>
      <w:r>
        <w:rPr>
          <w:lang w:eastAsia="zh-CN"/>
        </w:rPr>
        <w:br/>
      </w:r>
      <w:r>
        <w:rPr>
          <w:lang w:eastAsia="zh-CN"/>
        </w:rPr>
        <w:t>　　3、实行主任每周主题查房制度;</w:t>
      </w:r>
      <w:r>
        <w:rPr>
          <w:lang w:eastAsia="zh-CN"/>
        </w:rPr>
        <w:br/>
      </w:r>
      <w:r>
        <w:rPr>
          <w:lang w:eastAsia="zh-CN"/>
        </w:rPr>
        <w:t>　　4、制定口腔肿瘤病人的随访及登记制度。这些制度的建立，规范了各级医生的职责，使大家有章可循，工作规范了，许多医疗隐患杜绝了，更好地保障了医疗安全，全年口腔颌面外科病房未发生过医疗事故及差错事故。</w:t>
      </w:r>
      <w:r>
        <w:rPr>
          <w:lang w:eastAsia="zh-CN"/>
        </w:rPr>
        <w:br/>
      </w:r>
      <w:r>
        <w:rPr>
          <w:lang w:eastAsia="zh-CN"/>
        </w:rPr>
        <w:t>　　二、积极参与口腔医学院(系)的各项建设及宣传工作</w:t>
      </w:r>
      <w:r>
        <w:rPr>
          <w:lang w:eastAsia="zh-CN"/>
        </w:rPr>
        <w:br/>
      </w:r>
      <w:r>
        <w:rPr>
          <w:lang w:eastAsia="zh-CN"/>
        </w:rPr>
        <w:t>　　情系口腔，积极参与我院口腔医疗事业的各个里程碑式的事件诸如：建立口腔医学院、口腔医学硕士点评比、博士点申请、承担__市口腔执业医师技能考试等。在硕士点评比中，连夜加班加点撰写文章、协助整理资料、联系评委等具体琐碎工作;在口腔执业医师技能考试工作中，担任考官，严格执行考试标准，圆满地完成了考试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院口腔医学系成立刚刚一年，许多同仁还不了解。口腔医学的分支日渐精细，口腔临床科室分工也日渐专科化，口腔各分支学科的知识需要普及，住院总是联系各科室的桥梁也是科室的宣传员。我平时积极写稿件，对我科新开展的新技术，新业务及时总结，在《质量管理简报》及《南方简报》上发表简报多篇。参与协调制作我科宣传活页，口腔科的不同科室如牙体牙髓科、口腔颌面外科、口腔修复科、口腔正畸科、儿童牙病科、口腔黏膜病科等选出本科室最常见的1-2种疾病制作成宣传活页，普及口腔医学知识。有意识的进行临床资料收集及保存分类整理工作，遇到有典型病例总会亲自拍照片，留资料。尤其是术前术后的资料对比，典型病例的影像、病理及手术照片都要收集。</w:t>
      </w:r>
      <w:r>
        <w:rPr>
          <w:lang w:eastAsia="zh-CN"/>
        </w:rPr>
        <w:br/>
      </w:r>
      <w:r>
        <w:rPr>
          <w:lang w:eastAsia="zh-CN"/>
        </w:rPr>
        <w:t>　　凡是我独立管床的病人都保留各项资料。按疾病的不同分类、医学教|育网搜集整理姓名及住院日期建立不同索引，有利于查找。典型病例制作光盘，单独保留。临床资料的收集整理及分类工作是一项系统的繁杂的工程，我经常牺牲周末节假日整理资料，希望为我院口腔医学系的建设和积淀做自己的一点贡献。在今年七一前夕被口腔科支部推荐为南方医院“优秀共产党员”称号。留。临床资料的收集整理及分类工作是一项系统的繁杂的工程，我经常牺牲周末节假日整理资料，希望为我院口腔医学系的建设和积淀做自己的一点贡献。在今年七一前夕被口腔科支部推荐为南方医院“优秀共产党员”称号。</w:t>
      </w:r>
      <w:r>
        <w:rPr>
          <w:lang w:eastAsia="zh-CN"/>
        </w:rPr>
        <w:br/>
      </w:r>
      <w:r>
        <w:rPr>
          <w:lang w:eastAsia="zh-CN"/>
        </w:rPr>
        <w:t xml:space="preserve">    2024年专业技术年终工作总结 篇7 </w:t>
      </w:r>
      <w:r>
        <w:rPr>
          <w:lang w:eastAsia="zh-CN"/>
        </w:rPr>
        <w:br/>
      </w:r>
      <w:r>
        <w:rPr>
          <w:lang w:eastAsia="zh-CN"/>
        </w:rPr>
        <w:t>　　参加了三天的教育技术培训，真的感觉很有收获。培训中忙碌着，学会了很多知识，结合本学科谈谈这次学习的感受。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传统的教学模式把音乐的教授限</w:t>
      </w:r>
      <w:r>
        <w:rPr>
          <w:lang w:eastAsia="zh-CN"/>
        </w:rPr>
        <w:br/>
      </w:r>
      <w:r>
        <w:rPr>
          <w:lang w:eastAsia="zh-CN"/>
        </w:rPr>
        <w:t>　　制在“黑板、钢琴、录音机、书本”中，不具备形声性、灵活性和高效性等，对于喜爱视听效果的孩子们，有些时候不容易激发起学生对音乐作品的兴趣，在这种情况下不容易产生情感的共鸣，而应用多媒体信息技术辅助音乐教学，不但大大提高课堂容量，加强教学的情景性、直观性、示范性，融视听为一体，并且有效地激发学生的兴趣，将抽象的音乐形象化，复杂的乐理知识生动化，开阔学生的音乐视野，拓宽理解音乐的思路，使学生产生强烈的情感共鸣，能深刻的理解音乐形象，感受音乐内涵，亲切、自然的表现音乐、满足学生情感和心理上的要求，音乐审美力得到培养。事实证明，采取多媒体信息技术进行教学比传统单一的音乐教学更有效果，使学生在有限的时间里更好的学到更多的知识。因此作为一名跨世纪的音乐教师，我首先转变了自己的教育观念，由重视知识的传授，重视智力的培养转向重视能力、情感的培养。在小学音乐课堂教</w:t>
      </w:r>
      <w:r>
        <w:rPr>
          <w:lang w:eastAsia="zh-CN"/>
        </w:rPr>
        <w:br/>
      </w:r>
      <w:r>
        <w:rPr>
          <w:lang w:eastAsia="zh-CN"/>
        </w:rPr>
        <w:t>　　学中主要是利用多媒体计算机软件(PowerPoint，课件大师、flash、网页)辅助教学，另外还尝试了利用计算机音乐教学软件Cakewalk进行辅助教学，努力提高自己音乐教学的艺术水平。</w:t>
      </w:r>
      <w:r>
        <w:rPr>
          <w:lang w:eastAsia="zh-CN"/>
        </w:rPr>
        <w:br/>
      </w:r>
      <w:r>
        <w:rPr>
          <w:lang w:eastAsia="zh-CN"/>
        </w:rPr>
        <w:t>　　一、信息技术在音乐课中的交互作用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信息技术作为最先进的教学媒体，优于任何其他教学媒体的最显著的特点是交互性，有了交互性，就能及时的反馈信息，实现教师和学生之间的双向交流，对学生整个学习过程进行个别化的指导，真正实现因材施教。PowerPoint的优点很多，它制作简单，便于操作，在教学中起到了事半功倍的作用，但是它有极大的局限性——交互性差。如果仅仅是用来演示歌曲或节奏、图片等，它是最好的教学助手，但是如果欣赏一部较大的音乐作品，PowerPoint的功能就远远不够了。我在教学中使用了另外一个软件——课件大师，它具有PowerPoint的优点，同时还有极强的交</w:t>
      </w:r>
      <w:r>
        <w:rPr>
          <w:lang w:eastAsia="zh-CN"/>
        </w:rPr>
        <w:br/>
      </w:r>
      <w:r>
        <w:rPr>
          <w:lang w:eastAsia="zh-CN"/>
        </w:rPr>
        <w:t>　　互性，并且制作起来比较简单。这样制作出来的课件，在教师的引导下，利用多媒体电教手段，学生经过自主学习，也能掌握教学内容。如欣赏课《彼得与狼》，这是一部交响童话，全曲长达30分钟，乐曲由不同乐曲表现不同人物形象。要求通过欣赏全曲，学生应能分辨各种乐器的音色、形状及它所代表的人物形象的旋律，并懂得“团结就是力量”的道理。</w:t>
      </w:r>
      <w:r>
        <w:rPr>
          <w:lang w:eastAsia="zh-CN"/>
        </w:rPr>
        <w:br/>
      </w:r>
      <w:r>
        <w:rPr>
          <w:lang w:eastAsia="zh-CN"/>
        </w:rPr>
        <w:t>　　二、MIDI技术在音乐课堂中的作用</w:t>
      </w:r>
      <w:r>
        <w:rPr>
          <w:lang w:eastAsia="zh-CN"/>
        </w:rPr>
        <w:br/>
      </w:r>
      <w:r>
        <w:rPr>
          <w:lang w:eastAsia="zh-CN"/>
        </w:rPr>
        <w:t>　　多媒体信息技术的综合运用产生的效果是传统音乐教学活动所不能比拟的。时代对教育的要求是培养具有综合素质的学生，其中，创新精神就是学生的主要素质之一。发展学生个性是现代教育的突出特点，是对“传统”教育“求同”思想的改革。音乐具有不具象性，一段优美的旋律可以理解为春风，也可以想象为白云、流水或天鹅，音乐的非语义性决定了它没有明确含义。由于每个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的性格不同、知识结构不同、思维不同、社会环境不同，所以对音乐的理解也不同。因在音乐教学中，要鼓励学生的求异思维，充分发挥个性，发展他们的才能，不能为“求同”而抹杀学生的创造力。传统的音乐教育是老师讲学生听，老师问学生答，答案单一，思维狭窄。大大束缚了学生的理解和思考。</w:t>
      </w:r>
      <w:r>
        <w:rPr>
          <w:lang w:eastAsia="zh-CN"/>
        </w:rPr>
        <w:br/>
      </w:r>
      <w:r>
        <w:rPr>
          <w:lang w:eastAsia="zh-CN"/>
        </w:rPr>
        <w:t>　　如何运用多媒体信息技术来培养学生的创新精神和音乐想象力成为我尝试使用MIDI技术的动力，在教学当中我做了一些实验，实验表明在培养音乐想象力和创造力方面MIDI技术有着其他多媒体软件不可比拟的优势!</w:t>
      </w:r>
      <w:r>
        <w:rPr>
          <w:lang w:eastAsia="zh-CN"/>
        </w:rPr>
        <w:br/>
      </w:r>
      <w:r>
        <w:rPr>
          <w:lang w:eastAsia="zh-CN"/>
        </w:rPr>
        <w:t>　　如音乐欣赏《牧童短笛》，课程的目标是培养学生的音乐想象力和创造力，并分三部来实施。其中的第二部分是利用MIDI技术，使用cakewalk软件，在课前把乐曲输入完毕，在课堂上对乐曲实现现场改变，如改变乐曲的音色、速度、音区。使学生直接获得音响效果。这大大激发了学生的创新欲望。以前做</w:t>
      </w:r>
      <w:r>
        <w:rPr>
          <w:lang w:eastAsia="zh-CN"/>
        </w:rPr>
        <w:br/>
      </w:r>
      <w:r>
        <w:rPr>
          <w:lang w:eastAsia="zh-CN"/>
        </w:rPr>
        <w:t>　　过同样的练习，学生并不是很感兴趣，因为只是说说，并不能听到他想象改编后的音响。因此发言的人不多。而在这节课上，我先让学生自由分组讨论，利用我们学过的乐器知识及改变音乐情绪的手段，自己想象如何利用这些手段改变《牧童短笛》中牧童的形象。当第一个学生发言后，我通过cakewalk操作，然后播放出来，学生的兴趣骤然提升，都争先恐后的要求发言，并且在聆听改变后的乐曲时十分用心，有的同学听到改变后的乐曲与自己的想象不符合时，很快就知道是哪里出了问题，再及时的进行修改，培养了学生的音乐想象力与创造力。</w:t>
      </w:r>
      <w:r>
        <w:rPr>
          <w:lang w:eastAsia="zh-CN"/>
        </w:rPr>
        <w:br/>
      </w:r>
      <w:r>
        <w:rPr>
          <w:lang w:eastAsia="zh-CN"/>
        </w:rPr>
        <w:t xml:space="preserve">    2024年专业技术年终工作总结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__年中，在领导及同事们的助指导下，通过自身的努力，我个人无论是在敬业精神、思想境界还是在业务素质、工作能力上都得到进一步提高，并取得了一定的工作成绩，现将本人一年以来的工作、学习情况汇报如下：</w:t>
      </w:r>
      <w:r>
        <w:rPr>
          <w:lang w:eastAsia="zh-CN"/>
        </w:rPr>
        <w:br/>
      </w:r>
      <w:r>
        <w:rPr>
          <w:lang w:eastAsia="zh-CN"/>
        </w:rPr>
        <w:t>　　一、加强学习，注重提升个人修养</w:t>
      </w:r>
      <w:r>
        <w:rPr>
          <w:lang w:eastAsia="zh-CN"/>
        </w:rPr>
        <w:br/>
      </w:r>
      <w:r>
        <w:rPr>
          <w:lang w:eastAsia="zh-CN"/>
        </w:rPr>
        <w:t>　　一是通过杂志报刊、电脑网络和电视新闻等媒体，不断提高了理论水平。加强思想和品德修养。</w:t>
      </w:r>
      <w:r>
        <w:rPr>
          <w:lang w:eastAsia="zh-CN"/>
        </w:rPr>
        <w:br/>
      </w:r>
      <w:r>
        <w:rPr>
          <w:lang w:eastAsia="zh-CN"/>
        </w:rPr>
        <w:t>　　二是认真学习财经、廉政方面的各项规定自觉按照国家的财经政策和程序办事，</w:t>
      </w:r>
      <w:r>
        <w:rPr>
          <w:lang w:eastAsia="zh-CN"/>
        </w:rPr>
        <w:br/>
      </w:r>
      <w:r>
        <w:rPr>
          <w:lang w:eastAsia="zh-CN"/>
        </w:rPr>
        <w:t>　　三是努力钻研业务知识，积极参加相关部门组织的各种业务技能的培训，严格按照“勤于学习、善于创造、乐于奉献”的要求，坚持“讲学习、讲、讲正气”，始终把耐得平淡、舍得付出、默默无闻作为自己的准则；始终把增强服务意识作为一切工作的基础；始终把工作放在严谨、细致、扎实、求实上，脚踏实地工作；</w:t>
      </w:r>
      <w:r>
        <w:rPr>
          <w:lang w:eastAsia="zh-CN"/>
        </w:rPr>
        <w:br/>
      </w:r>
      <w:r>
        <w:rPr>
          <w:lang w:eastAsia="zh-CN"/>
        </w:rPr>
        <w:t>　　四是不断改进学习方法，讲求学习效果，“在工作中学习，在学习中工作”，</w:t>
      </w:r>
      <w:r>
        <w:rPr>
          <w:lang w:eastAsia="zh-CN"/>
        </w:rPr>
        <w:br/>
      </w:r>
      <w:r>
        <w:rPr>
          <w:lang w:eastAsia="zh-CN"/>
        </w:rPr>
        <w:t>　　坚持学以致用，注重融会贯通，理论联系实际，用新的知识、新的思维和新的启示，巩固和丰富综合知识、让知识伴随年龄增长，使自身综合能力不断得到提高。</w:t>
      </w:r>
      <w:r>
        <w:rPr>
          <w:lang w:eastAsia="zh-CN"/>
        </w:rPr>
        <w:br/>
      </w:r>
      <w:r>
        <w:rPr>
          <w:lang w:eastAsia="zh-CN"/>
        </w:rPr>
        <w:t>　　二、严格履行岗位职责，扎实做好本职工作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一年来，本人以高度的责任感和事业心，自觉服从组织和领导的安排，努力做好各项工作，较好地完成了各项工作任务。由于财会工作繁事、杂事多，其工作都具有事务性和突发性的特点，因此结合具体情况，按时间性，全年的工作如下：</w:t>
      </w:r>
      <w:r>
        <w:rPr>
          <w:lang w:eastAsia="zh-CN"/>
        </w:rPr>
        <w:br/>
      </w:r>
      <w:r>
        <w:rPr>
          <w:lang w:eastAsia="zh-CN"/>
        </w:rPr>
        <w:t>　　一季度，完成__年财务决算收尾工作，办好相关事宜，办理事业年检。认真总结去年的财务工作，并为__年订下了财务工作设想。对各类会计档案，进行了分类、装订、归档。对财务专用软件进行了清理、杀毒和备份。完成__年新增固定资产的建账、建卡、年检工作；</w:t>
      </w:r>
      <w:r>
        <w:rPr>
          <w:lang w:eastAsia="zh-CN"/>
        </w:rPr>
        <w:br/>
      </w:r>
      <w:r>
        <w:rPr>
          <w:lang w:eastAsia="zh-CN"/>
        </w:rPr>
        <w:t>　　二季度，按照财务制度及预算收支科目建立__年新账，处理日常发生的'经济业务。按工资报表要求建立工资统计账目，以便于分项目统计，准时向主管部门报送财务、统计月报季报；充分发挥了会计核算、监督职能。及时向相关单位、站领导提供相关信息、资料，以便正确决策。主动与局计财科及时保持联系，提出用款申请计划，以达到资金的正常周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对外付款方面，严格把关，严格执行和遵守国家财经制度，账务做到日清月结、账实相符、账账相符。办理行政事业性收费年度审验，为贯彻落实行政许可法，及时报送“收费项目、标准、依据、金额”、等自查清理情况表，报送上半年医保软盘、按医保规定缴纳上半年保费、三季度，根据甘人财号文精神的要求，用近一个月时间对年以来的账目按《中华人民共和国会计法》及《四川省会计管理条例》进行对照自查，完善了财务手续，写出了自查情况、经验体会、内部控制度建设情况及会计制度执行情况，进一步规范了会计行为。办理职工增资事项。四季度，为审核认定免交残疾金报送了劳资表、残废证、工资领取单。申报缴纳合同工养老保险、失业保险，下半年医保，住房公积。按规定录报财政供养人员信息。办理人事工资审核等。</w:t>
      </w:r>
      <w:r>
        <w:rPr>
          <w:lang w:eastAsia="zh-CN"/>
        </w:rPr>
        <w:br/>
      </w:r>
      <w:r>
        <w:rPr>
          <w:lang w:eastAsia="zh-CN"/>
        </w:rPr>
        <w:t>　　三、勤勤恳恳做好后勤服务</w:t>
      </w:r>
      <w:r>
        <w:rPr>
          <w:lang w:eastAsia="zh-CN"/>
        </w:rPr>
        <w:br/>
      </w:r>
      <w:r>
        <w:rPr>
          <w:lang w:eastAsia="zh-CN"/>
        </w:rPr>
        <w:t>　　作为一名财务工作者，我在工作中能认真履行岗位职责，坚守工作岗位，遵守工作制度和职业道德，乐于接受安排的常规和临时任务，如为执法人员考试报到、做考前准备工作，完成廉政专项治理自查自纠情况报告及党风廉政工总结等文字材料的撰写。</w:t>
      </w:r>
      <w:r>
        <w:rPr>
          <w:lang w:eastAsia="zh-CN"/>
        </w:rPr>
        <w:br/>
      </w:r>
      <w:r>
        <w:rPr>
          <w:lang w:eastAsia="zh-CN"/>
        </w:rPr>
        <w:t>　　在这一系列的工作中，我深知：作为一名合格的财务工作者，不仅要具备相关的知识和技能，而且还要有严谨细致耐心的工作作风，同时体会到，无论在什么岗位，哪怕是毫不起眼的工作，都应该用心做到，哪怕是在别人眼中是一份枯燥的工作，也要善于从中寻找乐趣，做到日新月异，从改变中找到创新。</w:t>
      </w:r>
      <w:r>
        <w:rPr>
          <w:lang w:eastAsia="zh-CN"/>
        </w:rPr>
        <w:br/>
      </w:r>
      <w:r>
        <w:rPr>
          <w:lang w:eastAsia="zh-CN"/>
        </w:rPr>
        <w:t xml:space="preserve">    2024年专业技术年终工作总结 篇9 </w:t>
      </w:r>
      <w:r>
        <w:rPr>
          <w:lang w:eastAsia="zh-CN"/>
        </w:rPr>
        <w:br/>
      </w:r>
      <w:r>
        <w:rPr>
          <w:lang w:eastAsia="zh-CN"/>
        </w:rPr>
        <w:t>　　一、任职期间的工作任务</w:t>
      </w:r>
      <w:r>
        <w:rPr>
          <w:lang w:eastAsia="zh-CN"/>
        </w:rPr>
        <w:br/>
      </w:r>
      <w:r>
        <w:rPr>
          <w:lang w:eastAsia="zh-CN"/>
        </w:rPr>
        <w:t>　　本人在任职的近几年里，一直担任中高年级的班主任和教学工作。先后两次从四年级接班带到六年级毕业。两个循环中，既任班主任工作又在四年级期间教语文数学双科，五年级六年级教数学课。这六年时间里一直保持出全勤、勤奋工作、努力进取、成绩出色，在校领导和老师们的大力支持下圆满的完成了上述工作任务。</w:t>
      </w:r>
      <w:r>
        <w:rPr>
          <w:lang w:eastAsia="zh-CN"/>
        </w:rPr>
        <w:br/>
      </w:r>
      <w:r>
        <w:rPr>
          <w:lang w:eastAsia="zh-CN"/>
        </w:rPr>
        <w:t>　　二、热爱教育事业，自强不息，不断提高自身素质。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世纪之交培养新时代高素质的新型人才是对我们小学教师的新的挑战和考验。为了适应素质教育、基础教育的需要，我自中师毕业的同时先后进修北大心理学、教育学院英语专科，目前还在进修中文本科学历，充实全面丰富的文化知识，为教学工作奠定坚实的理论基础。</w:t>
      </w:r>
      <w:r>
        <w:rPr>
          <w:lang w:eastAsia="zh-CN"/>
        </w:rPr>
        <w:br/>
      </w:r>
      <w:r>
        <w:rPr>
          <w:lang w:eastAsia="zh-CN"/>
        </w:rPr>
        <w:t>　　2、在工作实践中自己特别注重向身边的老师学习经验，探讨教书育人的道理和方法，同时又根据本班学生的客观实际情况去探索、体验，出于热爱教育、热爱学生的心理，大胆的应用儿童心理学的理论和素质教育的精神指导自己的工作，以执着、热情、无私奉献和高度负责的工作态度赢得了领导和家长及老师们的认可，于__年至__年和__年至__年连续两年荣获区先进班集体和优秀班主任奖励称号。</w:t>
      </w:r>
      <w:r>
        <w:rPr>
          <w:lang w:eastAsia="zh-CN"/>
        </w:rPr>
        <w:br/>
      </w:r>
      <w:r>
        <w:rPr>
          <w:lang w:eastAsia="zh-CN"/>
        </w:rPr>
        <w:t>　　3、理论联系实际，不断提高自己的认识能力和写作水平。根据各阶段教育教学中的任务和实践情况，不断的总经验、发表论文，争取得到各级领导、专家们的指导，从中提高自己的理论认识水平。如1999年12月写《推进小学素质教育的关键在于教师素质的提高》被评为全国基础教育研究优秀论文，并收入《中国基础教育改革论丛》中;__年6月撰写《浅谈小学作业的强化管理》论文获全国中小学教育论文三等奖;__年2月写《操行评语改革中怎样评价学生》论文获市小学素质综合评价优秀论文三等奖;__年8月写《浅谈小学数学与素质教育》获市“走进新课程”优秀论文三等奖;__年4月写《素质教育必须将德育工作放在首位》论文获中华教育科研论文二等奖。</w:t>
      </w:r>
      <w:r>
        <w:rPr>
          <w:lang w:eastAsia="zh-CN"/>
        </w:rPr>
        <w:br/>
      </w:r>
      <w:r>
        <w:rPr>
          <w:lang w:eastAsia="zh-CN"/>
        </w:rPr>
        <w:t>　　三、注重德育工作，为学生的健康成长营造良好的学习环境。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小学基础教育是培养人才的摇篮，它肩负着培养跨世纪人才的重任，人才的质量当然成为重中之重。全面落实素质教育迫在眉睫，我作为小学教师义不容辞的责任就是尽全力去拼搏，为完成这一艰巨任务而奋斗。</w:t>
      </w:r>
      <w:r>
        <w:rPr>
          <w:lang w:eastAsia="zh-CN"/>
        </w:rPr>
        <w:br/>
      </w:r>
      <w:r>
        <w:rPr>
          <w:lang w:eastAsia="zh-CN"/>
        </w:rPr>
        <w:t>　　1、为人师表，突出身教重于言教。</w:t>
      </w:r>
      <w:r>
        <w:rPr>
          <w:lang w:eastAsia="zh-CN"/>
        </w:rPr>
        <w:br/>
      </w:r>
      <w:r>
        <w:rPr>
          <w:lang w:eastAsia="zh-CN"/>
        </w:rPr>
        <w:t>　　班主任在学生心目中是一个举足轻重的人物，他的一言一行都起到潜移默化的作用，对学生的道德认知、情感产生具有强烈持久的影响，这是我深有切身感受的体验。不管在生活、学习、工作中，由于学生的认知能力和班主任施教地位这种特殊的关系，足以成为学生效仿的榜样。教师就是一面镜子，一本书。所以我深知要规范学生的行为，首先要规范自己的行为，提高学生的素质首先要提高自己的素质，要求学生做到的教师必须先做好。如按时到校、文明礼貌、尊重学生、认真写作业、热爱劳动、遵守纪律，以至日常行为规范等等，真正在学生的健康成长中发挥导师的作用。几年的育人工作使我更加认识到教师的人格魅力具有极高的影响力，在塑造一代新人中发挥着不可替代的作用——学高为师，身正为范。</w:t>
      </w:r>
      <w:r>
        <w:rPr>
          <w:lang w:eastAsia="zh-CN"/>
        </w:rPr>
        <w:br/>
      </w:r>
      <w:r>
        <w:rPr>
          <w:lang w:eastAsia="zh-CN"/>
        </w:rPr>
        <w:t>　　2、重视养成教育，培养爱国主义思想从小做起，树立正确的人生观。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基础教育要奠定学生一生需要的基础素质。素质教育必须从小抓养成教育，立足于做人教育。我充分利用每周的升旗、国旗下演讲、少先队主题班会、保护绿色家园、清理白色垃圾、校园之声广播、文明监督岗、看电影等各项活动及时组织讨论、演讲、写心得、办墙报、口头表扬等各种形式，进行生动、活泼的寓教育于丰富多彩的活动之中，把握这些教育的机会，教育学生爱集体、爱祖国的思想情感，从一点一滴地突出教育的基础性、启蒙性和实效性，表现在学生对团组织开展的向贫困地区学校捐款捐物的活动都积极主动参加，何杰同学拣到手表主动交公，李海路同学在校外拾金不昧受到失主对学校的表扬感激。在完成社会公开课上，学生表现热情积极、热爱生活、热爱大自然的深厚情感受到各级领导老师们的赞赏;在参加全市各区县开展的第一届头脑奥林匹克竞赛中获团体第一名等等。事实证明，突出养成教育小学阶段是最佳时期，从小树立爱祖国爱人民的人生观。</w:t>
      </w:r>
      <w:r>
        <w:rPr>
          <w:lang w:eastAsia="zh-CN"/>
        </w:rPr>
        <w:br/>
      </w:r>
      <w:r>
        <w:rPr>
          <w:lang w:eastAsia="zh-CN"/>
        </w:rPr>
        <w:t>　　3、强化日常行为规范，培养自律及责任感。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我的原则是以课堂为生活主体，以常规训练为主线，加强对学生课堂纪律、常规礼貌、卫生劳动、待人接物等几个方面的行为准则教育育，培养学生的责任感和自学、自理、自控能力，使课堂教学中师生和谐统一，完成各项教学任务。如在课上自控能力培养上，要求学生拿起书做到手到、眼到、口到、心到;只要写作业，就及时提示姿势正确;学会抓紧时间保证效果;发言时要求站姿端正、态度自然大方，声音响亮，吐字清楚。过细的言行举止养成自觉控制的能力和良好的行为规范，同时班里建立全班学生轮流值日制度，使每个学生都有表现和锻炼的机会，每个学生对班集体都有一份责任感。在值日的一天里不管是纪律、卫生、出勤、各项活动、值周检查等都要管理到位，每个值日生都做到尽职尽责。久而久之，一个良好的班风将给全班学生营造出良好学习环境，而且使全体学生都具有独立工作能力、自制自律能力，从而更加热爱班集体。</w:t>
      </w:r>
      <w:r>
        <w:rPr>
          <w:lang w:eastAsia="zh-CN"/>
        </w:rPr>
        <w:br/>
      </w:r>
      <w:r>
        <w:rPr>
          <w:lang w:eastAsia="zh-CN"/>
        </w:rPr>
        <w:t>　　4、重视舆论导向是德育教育的`重要环节。</w:t>
      </w:r>
      <w:r>
        <w:rPr>
          <w:lang w:eastAsia="zh-CN"/>
        </w:rPr>
        <w:br/>
      </w:r>
      <w:r>
        <w:rPr>
          <w:lang w:eastAsia="zh-CN"/>
        </w:rPr>
        <w:t>　　班主任为人师表，严格管理是重要导向。建立培养有利的班、队委、抓好骨干队伍也是重要的导向。我特别注重坚持民主作风自荐、考查、民主选举的原则产生班干部，并严格要求培养他们的榜样作用，放手让他们大胆工作，适时指导，不断总经验教训，使他们得到全班学生的信任，具有号召力和凝聚力。几年来班里的文、体、少先队等活动都由他们出面组织，取得良好的效果也锻炼了学生。</w:t>
      </w:r>
      <w:r>
        <w:rPr>
          <w:lang w:eastAsia="zh-CN"/>
        </w:rPr>
        <w:br/>
      </w:r>
      <w:r>
        <w:rPr>
          <w:lang w:eastAsia="zh-CN"/>
        </w:rPr>
        <w:t>　　对于校内外、班内外出现的正反两方面典型事例及时做分析、讲述利弊关系，进行是与非的教育，提高学生的辨别能力，学会做人的道理，保证学生健康的发展。如对打架、偷窃行为，假期里学生花钱顾人写作业行为，校外偷自行车、偷铁卖钱行为、进网吧不回家行为等等进行导向教育，使学生明确自身的价值、自身目标、自身的位置和存在的问题，从而改邪归正，在正确舆论导向作用下，健康的发展。</w:t>
      </w:r>
      <w:r>
        <w:rPr>
          <w:lang w:eastAsia="zh-CN"/>
        </w:rPr>
        <w:br/>
      </w:r>
      <w:r>
        <w:rPr>
          <w:lang w:eastAsia="zh-CN"/>
        </w:rPr>
        <w:t>　　5、重视与家长的沟通，是做好德育工作的重要组成部分。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我们面对的学生多是独生子女。由于家庭生活条件优越、家长对孩子期望值高，造成德育工作难度较大。如普遍学生都比较自私、花零钱、不爱劳动、学习不刻苦、集体观念差、不礼貌等等。凭借教师的大量思想工作，五十多人的班集体远远做不到及时和深入，必须与家长保持及时的沟通，二者形成合力才能准确的了解掌握学生的心理、学习等各方面情况，有的放矢的开展德育工作。如薜宏亮同学经常去网吧，开始家长不管还给钱，后来旷课2天到网吧没有回家，在与家长联系后控制了形势的发展。几年的教育工作证明德育工作必须得到家庭和社会的大力配合才能收到良好的效果，因为当今社会是复杂的，家庭条件也各不同，甚至我们还要为学生的健康成长做家长的工作，这一点我是深有体会的。</w:t>
      </w:r>
      <w:r>
        <w:rPr>
          <w:lang w:eastAsia="zh-CN"/>
        </w:rPr>
        <w:br/>
      </w:r>
      <w:r>
        <w:rPr>
          <w:lang w:eastAsia="zh-CN"/>
        </w:rPr>
        <w:t>　　四、以高度的责任感，努力做好教学工作。</w:t>
      </w:r>
      <w:r>
        <w:rPr>
          <w:lang w:eastAsia="zh-CN"/>
        </w:rPr>
        <w:br/>
      </w:r>
      <w:r>
        <w:rPr>
          <w:lang w:eastAsia="zh-CN"/>
        </w:rPr>
        <w:t>　　多年来的教育理论学习和教育实践使我深刻的认识到，当今社会确实迫切需要提高全民族的素质，尤其是科学技术的发展突飞猛进，面向未来转变教育观念，明确教育的政治功能、经济功能、文化功能都集中在育人的基点上，百年大计教育为本突出了这个道理。作为教师必须具备高度的责任感、事业心、全面的科学知识才能胜任起教师的重任，所以我必须不断的拼搏进取，从理论到实践。</w:t>
      </w:r>
      <w:r>
        <w:rPr>
          <w:lang w:eastAsia="zh-CN"/>
        </w:rPr>
        <w:br/>
      </w:r>
      <w:r>
        <w:rPr>
          <w:lang w:eastAsia="zh-CN"/>
        </w:rPr>
        <w:t>　　1、在教学实践中尽职尽责。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六年来的带班教课，我一直坚持以学生为主体，教育为主导的原则，根据不同阶段的教学内容采取不同的教学方法，以课堂为主阵地，充分调动学生的主动性、学习的积极性;以激发鼓励为主，培养学生学习兴趣;以培养能力为重点，强化基本功训练;以双基训练为中心，强化作业管理，突出针对性，保证整体效果，具体在(1)备课中做到认真备教材的同时充分的备学生，保证不同程度的学生得到良好的学习效果;(2)讲课中做到表达准确，把握学生的听课效果，讲练合;(3)对待学生作业一直坚持全批全改;(4)辅导与讲评，针对性强，及时解决问题，尤其对后进生加强课外教练，不让一人掉队;(5)对待每次单元考试都做到认真批阅，严格要求，总经验，尽职尽责。</w:t>
      </w:r>
      <w:r>
        <w:rPr>
          <w:lang w:eastAsia="zh-CN"/>
        </w:rPr>
        <w:br/>
      </w:r>
      <w:r>
        <w:rPr>
          <w:lang w:eastAsia="zh-CN"/>
        </w:rPr>
        <w:t>　　2、关爱学生是我的享受，也是保证教学成功的必备条件。</w:t>
      </w:r>
      <w:r>
        <w:rPr>
          <w:lang w:eastAsia="zh-CN"/>
        </w:rPr>
        <w:br/>
      </w:r>
      <w:r>
        <w:rPr>
          <w:lang w:eastAsia="zh-CN"/>
        </w:rPr>
        <w:t>　　常年的教学中，出于对事业的热爱，总能保持和善可亲的自然教态与学生相处，课上得到学生的大力支持与配合，一直保持良好效果，使学生从中体会到参与之乐，思维之趣，成功之悦，对后进生我倾注了的关爱，不厌其烦的教会为止，在多次考试中差生的成绩并不差，使我由衷的感到欣慰。我的关爱、认真负责的工作态度、无私奉献的精神，感染鼓励鞭策着学生，久而久之，我们建立了深厚的情感，学生变得很自觉，彼此都很了解，都一样的努力。在班级整体的教学效果上，近几年来一直保持年级之首，多次考试达标率为100%，优秀率为80—87%。</w:t>
      </w:r>
      <w:r>
        <w:rPr>
          <w:lang w:eastAsia="zh-CN"/>
        </w:rPr>
        <w:br/>
      </w:r>
      <w:r>
        <w:rPr>
          <w:lang w:eastAsia="zh-CN"/>
        </w:rPr>
        <w:t>　　3、积极参加教研，努力提高教学质量和自身水平。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探索新形势解决新问题是不断提高教学质量的关键。在这一方面(1)本人积极参加各种形式的理论培训，订阅了有关教学的学习辅导资料如“小学数学参考”等接受再教育;(2)在平时教研活动中理论合实际，针对自己教学中的问题在教学方法上灵活多样，如果用多媒体技术教学，能集声、光、动画为一体，有效的化抽象为具体，变枯燥为有趣，化静态为动态，大大提高学生学习兴趣和效果，不仅生动形象，还能引导思维，启示难点，开发智力，提高效率，充分调动学生求知欲望和积极性，我制作的《圆的周长》课件在__年获市优秀cai课件二等奖，并写论文《浅谈电化教学在数学教学中的应用》获市__年度现代教育技术优秀论文二等奖;(3)新课程呼唤新的学习方式，如何在教学中体现学习的主体，变“要我学”为“我要学”是教研的另一课题，对此我充分利用所学的儿童心理学理论合我班学生实际、分析学生的心理特征、精心设计教学情境，收到良好的效果。如让学生从“学数学”到“用数学”的方法：即在教“三角形和平行四边形的认识”时，让学生自己动手拼拉拽，去感受理解其特性及体验生活中数学应用的乐趣，同样达到认识的教学目的。</w:t>
      </w:r>
      <w:r>
        <w:rPr>
          <w:lang w:eastAsia="zh-CN"/>
        </w:rPr>
        <w:br/>
      </w:r>
      <w:r>
        <w:rPr>
          <w:lang w:eastAsia="zh-CN"/>
        </w:rPr>
        <w:t>　　综上所述，几年来的努力工作、不断开拓，教书育人工作中完成了学校交给的各项任务，取得了一定的成绩，得到了领导和老师们的关心和鼓励，这是对我的鞭策和期望，我还要更加努力，继续为教育事业奋斗。</w:t>
      </w:r>
      <w:r>
        <w:rPr>
          <w:lang w:eastAsia="zh-CN"/>
        </w:rPr>
        <w:br/>
      </w:r>
      <w:r>
        <w:rPr>
          <w:lang w:eastAsia="zh-CN"/>
        </w:rPr>
        <w:t xml:space="preserve">    2024年专业技术年终工作总结 篇10 </w:t>
      </w:r>
      <w:r>
        <w:rPr>
          <w:lang w:eastAsia="zh-CN"/>
        </w:rPr>
        <w:br/>
      </w:r>
      <w:r>
        <w:rPr>
          <w:lang w:eastAsia="zh-CN"/>
        </w:rPr>
        <w:t>　　本人现在__医院负责超声科室工作，20__年聘为主治医师。这些年来，我在医院的正确领导下，按照医院的总体部署和工作要求，以科学发展观为指导，认真执行党和国家的卫生工作方针、政策，围绕中心，突出重点，狠抓落实，注重实效，在医疗工作方面认真履行职责，较好地完成自己的工作任务，取得了一定的成绩，获得医院领导的肯定和病人及病人家属的满意，现具体总结如下：</w:t>
      </w:r>
      <w:r>
        <w:rPr>
          <w:lang w:eastAsia="zh-CN"/>
        </w:rPr>
        <w:br/>
      </w:r>
      <w:r>
        <w:rPr>
          <w:lang w:eastAsia="zh-CN"/>
        </w:rPr>
        <w:t>　　一、工作情况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我在医院负责超声科室工作，专业性强，我基础较全面，基本功较扎实，对超声科专业方面的知识技能有较全面、较系统的了解，具备较强的知识理论水平和实践临床经验。我在工作中不断丰富自己的临床经验，努力提高自己综合分析问题和解决问题能力。在诊断治疗的过程中，我严格按照医疗操作常规进行。严密观察病情，及时准确记录病情，对病情处理得当，从未发生医疗事故及差错。</w:t>
      </w:r>
      <w:r>
        <w:rPr>
          <w:lang w:eastAsia="zh-CN"/>
        </w:rPr>
        <w:br/>
      </w:r>
      <w:r>
        <w:rPr>
          <w:lang w:eastAsia="zh-CN"/>
        </w:rPr>
        <w:t>　　在实际工作中，我认真履行岗位职责，严格执行各种规章制度、操作规程，最大程度地严格要求自己，认真完成上级领导交给的各项任务，并积极提出合理化建议，如根据我院的实际情况，利用我院现有的设备，组织科室人员定期下社区站，为其所管辖的社区居民进行超声体检，对一些疾病做到早发现早治疗，受到广大社区居民的好评，既为我院赢得经济效益，又产生了良好的社会效益，受到院领导的嘉奖。</w:t>
      </w:r>
      <w:r>
        <w:rPr>
          <w:lang w:eastAsia="zh-CN"/>
        </w:rPr>
        <w:br/>
      </w:r>
      <w:r>
        <w:rPr>
          <w:lang w:eastAsia="zh-CN"/>
        </w:rPr>
        <w:t>　　二、学习情况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我是一个喜欢学习的人，总觉得人的一生是学习的一生，特别在当今发展迅速的时代，学习就更加重要，一个人不学习，就跟不上时代的需要，必定被时代所淘汰。我从事医务工作，除了学习党的理论知识和国家方针政策外，重点是学习医务知识和技能。超声的专业性很强，要求操作人员基础知识全面，作为一名科室负责人除了要有一定的管理水平，更要具备较强的理论水平和技术水平，所以我在工作中严格要求自己，努力钻研业务，不断地学习，写下了大量的读书笔记，丰富了自己的理论水平。我积极参加医院组织的各项讲座以及上级医院的学术会议，开阔了视野，扩大了知识面，先后撰写了关于社区老年骨质疏松等论文，发表在省级刊物，受到来我院出诊专家的好评和肯定。这些年来，我除了在理论知识上有了很大的提高，自身医疗技术也有很大进步，对一些自己不明确的诊断，对患者进行追踪、回访来提高自己的业务水平。__年去省级医院进修超声，从技术和理论上使我又上了一个台阶。</w:t>
      </w:r>
      <w:r>
        <w:rPr>
          <w:lang w:eastAsia="zh-CN"/>
        </w:rPr>
        <w:br/>
      </w:r>
      <w:r>
        <w:rPr>
          <w:lang w:eastAsia="zh-CN"/>
        </w:rPr>
        <w:t>　　三、工作态度与责任</w:t>
      </w:r>
      <w:r>
        <w:rPr>
          <w:lang w:eastAsia="zh-CN"/>
        </w:rPr>
        <w:br/>
      </w:r>
      <w:r>
        <w:rPr>
          <w:lang w:eastAsia="zh-CN"/>
        </w:rPr>
        <w:t>　　干工作除了业务知识与技能外，更主要的是工作态度与责任。我从事超声科工作，不管我自己的能力如何，关键不能忘了我的责任，要勇于承担我的责任，承担了责任就胜于我的能力。我当前首要是学习实践好科学发展观，对自己正确定位，甘愿当一块铺路石，默默无闻地尽自己的责任为医院搞好工作，对自己要做到技能精、作风硬、讲诚信、肯奉献，爱岗敬业，全心全意为病人服务，把医务人员的爱和真情奉献给病人。</w:t>
      </w:r>
      <w:r>
        <w:rPr>
          <w:lang w:eastAsia="zh-CN"/>
        </w:rPr>
        <w:br/>
      </w:r>
      <w:r>
        <w:rPr>
          <w:lang w:eastAsia="zh-CN"/>
        </w:rPr>
        <w:t>　　四、工作思想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我在思想上积极要求进步，热爱本职工作，具有良好的医德医风，工作中严格执行各项规章制度，积极参加医院组织的各项学习及集体活动，团结同事，具有良好的职业道德和和敬业精神。工作上始终坚持以病人为中心，一切为病人服务的原则，坚持“精益求精，一丝不苟”的原则，热情接待每一位患者，认真对待每一项检查，把爱心捧给患者，从而保证了各项工作的质量，受到了院领导、同事和病人的好评。总之，在工作思想上，我能够按照政治强、业务精、善管理的复合型高素质的要求对待自己，做到爱岗敬业、履行职责，全力实践“团结、务实、严谨、拼搏、奉献”的时代精神，为祖国医疗事业的发展做我自己的努力。</w:t>
      </w:r>
      <w:r>
        <w:rPr>
          <w:lang w:eastAsia="zh-CN"/>
        </w:rPr>
        <w:br/>
      </w:r>
      <w:r>
        <w:rPr>
          <w:lang w:eastAsia="zh-CN"/>
        </w:rPr>
        <w:t>　　这些年来，我在实际工作中，虽然取得了一定的成绩，但与人民群众对医务工作的希望相比，还是需要继续努力和提高。今后，我要继续加强学习，掌握做好医务工作必备的知识与技能，对待病人做到精诚服务，以病人的需求作为自己工作的努力方向。</w:t>
      </w:r>
      <w:r>
        <w:rPr>
          <w:lang w:eastAsia="zh-CN"/>
        </w:rPr>
        <w:br/>
      </w:r>
      <w:r>
        <w:rPr>
          <w:lang w:eastAsia="zh-CN"/>
        </w:rPr>
        <w:t>　　综上所述，我从政治表现、任职年限、业务技术水平、科研能力等方面都已经具备了晋升副主任医师的资格。评聘后本人将更认真地履行职责，努力做好各项工作，继续加强学习，不断提高自己的各种能力和水平，以自己的实际行动来诠释“白衣天使”的光荣形象。</w:t>
      </w:r>
      <w:r>
        <w:rPr>
          <w:lang w:eastAsia="zh-CN"/>
        </w:rPr>
        <w:br/>
      </w:r>
      <w:r>
        <w:rPr>
          <w:lang w:eastAsia="zh-CN"/>
        </w:rPr>
        <w:t xml:space="preserve">    2024年专业技术年终工作总结 篇11 </w:t>
      </w:r>
      <w:r>
        <w:rPr>
          <w:lang w:eastAsia="zh-CN"/>
        </w:rPr>
        <w:br/>
      </w:r>
      <w:r>
        <w:rPr>
          <w:lang w:eastAsia="zh-CN"/>
        </w:rPr>
        <w:t>　　从我第一次走上讲台初为人师到现在，已经一个学年过去了。回首这一个学年的教学工作，我成长了不少，受益匪浅。作为一名刚踏上工作岗位的青年新教师，一开始我心中不禁有些忐忑。幸运的是，学校各位领导和许多老师对我的工作给予很多的关心和帮助，而我本人也倍加努力，本学年我的各项工作都有条不紊的开展，顺利完成了学校的各项教学任务和教学目标。同时，经过一个学年的实践，我获取了很多宝贵的工作经验。以下是我在本学年的工作情况总结。</w:t>
      </w:r>
      <w:r>
        <w:rPr>
          <w:lang w:eastAsia="zh-CN"/>
        </w:rPr>
        <w:br/>
      </w:r>
      <w:r>
        <w:rPr>
          <w:lang w:eastAsia="zh-CN"/>
        </w:rPr>
        <w:t>　　一、必须以新理念指导教育教学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充分备课，吃透课标和教材，力求每节课，突出重点，突破难点，排除疑点，根据新教师的校本培训计划，做到“一课一备”。认真参与集体备课，精益求精，多参加听课评课活动，虚心向老前辈老教师学习，取长补短，不断提高教学水平。</w:t>
      </w:r>
      <w:r>
        <w:rPr>
          <w:lang w:eastAsia="zh-CN"/>
        </w:rPr>
        <w:br/>
      </w:r>
      <w:r>
        <w:rPr>
          <w:lang w:eastAsia="zh-CN"/>
        </w:rPr>
        <w:t>　　二、认真学习新课标理论</w:t>
      </w:r>
      <w:r>
        <w:rPr>
          <w:lang w:eastAsia="zh-CN"/>
        </w:rPr>
        <w:br/>
      </w:r>
      <w:r>
        <w:rPr>
          <w:lang w:eastAsia="zh-CN"/>
        </w:rPr>
        <w:t>　　做到学会每一种教学模式，不断模仿创新提高，从而形成自己的讲课风格，认为七年级刚接触到地理课，对地理的知识了解不是很多，因此采取自主学习模式，部分内容可以用探究式和创新教学模式，做到灵活变动，通过课本知识内容，在基础上扩展开来。每周写总结并做好下周的计划。</w:t>
      </w:r>
      <w:r>
        <w:rPr>
          <w:lang w:eastAsia="zh-CN"/>
        </w:rPr>
        <w:br/>
      </w:r>
      <w:r>
        <w:rPr>
          <w:lang w:eastAsia="zh-CN"/>
        </w:rPr>
        <w:t>　　三、抓好常规地理课堂教学</w:t>
      </w:r>
      <w:r>
        <w:rPr>
          <w:lang w:eastAsia="zh-CN"/>
        </w:rPr>
        <w:br/>
      </w:r>
      <w:r>
        <w:rPr>
          <w:lang w:eastAsia="zh-CN"/>
        </w:rPr>
        <w:t>　　认真备好每一节课，努力讲好每一节课;根据内容的安排，上课讲的时间不超过半个小时，保障每节有十分钟课堂练习。作业安排方面，在非周末时候学生作业时间安排在20分钟以上，作业以基础知识点为主，适当安排一些创新题目或者趣味地理题目，扩展学生思维。最后，及时批改学生作业，找出存在问题，进行评讲，巩固学生基础知识。</w:t>
      </w:r>
      <w:r>
        <w:rPr>
          <w:lang w:eastAsia="zh-CN"/>
        </w:rPr>
        <w:br/>
      </w:r>
      <w:r>
        <w:rPr>
          <w:lang w:eastAsia="zh-CN"/>
        </w:rPr>
        <w:t>　　四、对于学生课外阅读方面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推荐学生阅读有名的地理书籍，主要是《中国国家地理》系列、房龙写的《人类的家园》、《地理未解之谜》这三本书，都是关于地理的，讲述的都是世界地理、中国地理的概况和国家风俗习惯等，地理未解之谜则是让学生视野开阔，培养对地理科学现象的探索、思考，增加兴趣。</w:t>
      </w:r>
      <w:r>
        <w:rPr>
          <w:lang w:eastAsia="zh-CN"/>
        </w:rPr>
        <w:br/>
      </w:r>
      <w:r>
        <w:rPr>
          <w:lang w:eastAsia="zh-CN"/>
        </w:rPr>
        <w:t>　　五、拟好复习计划</w:t>
      </w:r>
      <w:r>
        <w:rPr>
          <w:lang w:eastAsia="zh-CN"/>
        </w:rPr>
        <w:br/>
      </w:r>
      <w:r>
        <w:rPr>
          <w:lang w:eastAsia="zh-CN"/>
        </w:rPr>
        <w:t>　　制定复习提纲，认真组织复习，做好配套练习。坚持按照每周的限时测试以及每月月考要求，提高学生做题能力。周测是每隔两周一次，每月月考，题目安排是所学的内容，难度比例为3：5：2，做到所有知识点都考到，并有适当的创造性思维题目。在平时还可以通过引发一些题目资料发给学生课余时间来练习。每次单元考试后，全面做好每个学生，每个班级的质量分析。注意发现教学和学生学习中存在的问题并及时解决。</w:t>
      </w:r>
      <w:r>
        <w:rPr>
          <w:lang w:eastAsia="zh-CN"/>
        </w:rPr>
        <w:br/>
      </w:r>
      <w:r>
        <w:rPr>
          <w:lang w:eastAsia="zh-CN"/>
        </w:rPr>
        <w:t>　　六、要对地理科的尖子生进行辅导</w:t>
      </w:r>
      <w:r>
        <w:rPr>
          <w:lang w:eastAsia="zh-CN"/>
        </w:rPr>
        <w:br/>
      </w:r>
      <w:r>
        <w:rPr>
          <w:lang w:eastAsia="zh-CN"/>
        </w:rPr>
        <w:t>　　加强他们的基础的同时，对一些难题或者知识点，做充分的辅导，另外加强他们的课外阅读量，经常组织他们进行谈话，及时了解他们的学习进度和状况;对于学困生，这部分对七年级来说，估计要到其中考试后进行，观察学困生的状况，进行个别的辅导，引发一些他们觉得有困难的知识点，或者是题目，进行专项训练，各个击破。以争取赶上其他学生的进度，要做到不能忽略任何一个学生。</w:t>
      </w:r>
      <w:r>
        <w:rPr>
          <w:lang w:eastAsia="zh-CN"/>
        </w:rPr>
        <w:br/>
      </w:r>
      <w:r>
        <w:rPr>
          <w:lang w:eastAsia="zh-CN"/>
        </w:rPr>
        <w:t xml:space="preserve">    2024年专业技术年终工作总结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20__学年度__学校在上级领导的力支持和关心下，财务工作开展顺利。作为一名财务工作人员，我认真贯彻上级各项方针、政策、规定，始终以严谨的工作作风、诚实的工作态度、勤奋的工作精神，严格按财经纪律办事，尽心尽责为全校师生做好服务工作。一学年来，取得了一些成绩，得到了师生的广泛好评。现对一年的工作小结如下：</w:t>
      </w:r>
      <w:r>
        <w:rPr>
          <w:lang w:eastAsia="zh-CN"/>
        </w:rPr>
        <w:br/>
      </w:r>
      <w:r>
        <w:rPr>
          <w:lang w:eastAsia="zh-CN"/>
        </w:rPr>
        <w:t>　　一、思想道德方面</w:t>
      </w:r>
      <w:r>
        <w:rPr>
          <w:lang w:eastAsia="zh-CN"/>
        </w:rPr>
        <w:br/>
      </w:r>
      <w:r>
        <w:rPr>
          <w:lang w:eastAsia="zh-CN"/>
        </w:rPr>
        <w:t>　　1、身正为范。作为一名财务人员，思想素质首先要过硬。我平时十分注重，努力提高自身的理论水平。工作中，对上级各项方针、政策、规定深刻领会，认真贯彻落实。在平时工作生活中，模范遵守师德规范，尽心尽责，克已奉公。在待遇面前不争，在工作面前不推，努力团结同志，时刻注意自身形象，竭力增强财务部的凝聚力。</w:t>
      </w:r>
      <w:r>
        <w:rPr>
          <w:lang w:eastAsia="zh-CN"/>
        </w:rPr>
        <w:br/>
      </w:r>
      <w:r>
        <w:rPr>
          <w:lang w:eastAsia="zh-CN"/>
        </w:rPr>
        <w:t>　　2、学校财务是教师和社会关注的焦点和热点。工作中，我始终把清、慎、勤当作座右铭，严格执行财经制度，遵守财经纪律，认真审核各类凭证票据，坚持原则，坚决抵制违财经制度的行为。待人真诚热情，对教师提出的问题能答复的及时答复，不能立即解决的及时向领导汇报，从不搪塞或推脱责任。</w:t>
      </w:r>
      <w:r>
        <w:rPr>
          <w:lang w:eastAsia="zh-CN"/>
        </w:rPr>
        <w:br/>
      </w:r>
      <w:r>
        <w:rPr>
          <w:lang w:eastAsia="zh-CN"/>
        </w:rPr>
        <w:t>　　3、坚决服从领导安排。除了担任报帐员工作外，我还具体负责学校的安全、综治、卫生及办公室等工作。在工作中我总是积极主动地参与其他工作，平时经常到各学校与教师交流。一年来，全乡各小学没有发生一起安全事故和其他危害师生安全的案件，各小学校园始终保持着良好的教育教学环境。</w:t>
      </w:r>
      <w:r>
        <w:rPr>
          <w:lang w:eastAsia="zh-CN"/>
        </w:rPr>
        <w:br/>
      </w:r>
      <w:r>
        <w:rPr>
          <w:lang w:eastAsia="zh-CN"/>
        </w:rPr>
        <w:t>　　二、业务能力方面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1、随着体制的，学校财务与财政系统联系多了起来。因此，我平时十分注意业务能力学习。向书本学，向同事学，虚心请教。对总帐、明细帐科目的列支需求力求熟练掌握并合理运用。热门思想汇报能按规定合理科学记好备查帐，帐路清晰。能熟练运用会计电算化进行各类财务工作。各类报表及时准确。平时经常向领导提供准确的财务信息，不仅为领导计划安排全局工作当好后勤参谋，也及时制止了超支项目的`付款。</w:t>
      </w:r>
      <w:r>
        <w:rPr>
          <w:lang w:eastAsia="zh-CN"/>
        </w:rPr>
        <w:br/>
      </w:r>
      <w:r>
        <w:rPr>
          <w:lang w:eastAsia="zh-CN"/>
        </w:rPr>
        <w:t>　　2、为使每一分钱都能合理地用到教育教学中，本学年度在过去工作的基础上，创新思路。首先在每学期初对各校经费按预算外局规定，规范地执行了票据领销制度，实行了统一帐户入帐，统一管理，然后按各校不同情况核定公用经费，由各校自主使用，平时和校报帐员及时结帐、记帐、对帐，期末对各校进行财务检查，做到帐务公开。一年来，各校开源节流，经费使用运转正常，有力保证了正常的教学秩序。</w:t>
      </w:r>
      <w:r>
        <w:rPr>
          <w:lang w:eastAsia="zh-CN"/>
        </w:rPr>
        <w:br/>
      </w:r>
      <w:r>
        <w:rPr>
          <w:lang w:eastAsia="zh-CN"/>
        </w:rPr>
        <w:t>　　3、自我从事财务工作以来，一直坚持学年末财务公开的原则。每学期末先在校长会上对财务情况进行审核，然后在教师中公开。进一步增强了财务收支的透明度，保持了教师多年来对学校班子的较高的信任度，有力地保证了各项工作顺利开展。</w:t>
      </w:r>
      <w:r>
        <w:rPr>
          <w:lang w:eastAsia="zh-CN"/>
        </w:rPr>
        <w:br/>
      </w:r>
      <w:r>
        <w:rPr>
          <w:lang w:eastAsia="zh-CN"/>
        </w:rPr>
        <w:t>　　三、勤奋工作，出勤出力，扎实完成各项工作任务</w:t>
      </w:r>
      <w:r>
        <w:rPr>
          <w:lang w:eastAsia="zh-CN"/>
        </w:rPr>
        <w:br/>
      </w:r>
      <w:r>
        <w:rPr>
          <w:lang w:eastAsia="zh-CN"/>
        </w:rPr>
        <w:t>　　1、认真遵守本单位各项规章制度，多出勤，多出力。一学年来，我没有请过一天假，坚持早上班晚下班。全学年出满勤。</w:t>
      </w:r>
      <w:r>
        <w:rPr>
          <w:lang w:eastAsia="zh-CN"/>
        </w:rPr>
        <w:br/>
      </w:r>
      <w:r>
        <w:rPr>
          <w:lang w:eastAsia="zh-CN"/>
        </w:rPr>
        <w:t>　　2、平时按报帐员职责要求及时建立各类帐簿，从不拖拉。工资及其他报表准确及时，对现金严格管理，不坐支，无挪用现象。</w:t>
      </w:r>
      <w:r>
        <w:rPr>
          <w:lang w:eastAsia="zh-CN"/>
        </w:rPr>
        <w:br/>
      </w:r>
      <w:r>
        <w:rPr>
          <w:lang w:eastAsia="zh-CN"/>
        </w:rPr>
        <w:t>　　3、对各类报表及时进行分类归档，将历年会计资料装订成册，妥善管理。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由于本人对工作态度认真，勤勤恳恳，积极勤奋，圆满完成了本年度计划安排的包括财务、综治、安全卫生等工作的各项任务，受到了领导和师生的一致好评。然而，前进的道路是无止境的，任何事物没有，只有更好。在新的.一年里，我们部门将更加努力，开拓创新，扎实工作，争取更好的成绩。</w:t>
      </w:r>
      <w:r>
        <w:rPr>
          <w:lang w:eastAsia="zh-CN"/>
        </w:rPr>
        <w:br/>
      </w:r>
      <w:r>
        <w:rPr>
          <w:lang w:eastAsia="zh-CN"/>
        </w:rPr>
        <w:t xml:space="preserve">    2024年专业技术年终工作总结 篇13 </w:t>
      </w:r>
      <w:r>
        <w:rPr>
          <w:lang w:eastAsia="zh-CN"/>
        </w:rPr>
        <w:br/>
      </w:r>
      <w:r>
        <w:rPr>
          <w:lang w:eastAsia="zh-CN"/>
        </w:rPr>
        <w:t>　　本人毕业后分配到__医院工作，年被调入某院任业务_院长，主持全院工作至今。28年来一直从事妇幼保健工作，__年_月被聘为主管医师。现将本人任职以来的工作情况总结如下：</w:t>
      </w:r>
      <w:r>
        <w:rPr>
          <w:lang w:eastAsia="zh-CN"/>
        </w:rPr>
        <w:br/>
      </w:r>
      <w:r>
        <w:rPr>
          <w:lang w:eastAsia="zh-CN"/>
        </w:rPr>
        <w:t>　　在政治思想方面，始终坚持全心全意为人民服务的主导思想，坚持改革、发展和进步，不断提高自己的政治理论水平。积极参加各项政治活动、维护领导、团结同志，具有良好的职业道德和敬业精神，工作任劳任怨、呕心沥血、多次被评为旗县及医院先进工作者。</w:t>
      </w:r>
      <w:r>
        <w:rPr>
          <w:lang w:eastAsia="zh-CN"/>
        </w:rPr>
        <w:br/>
      </w:r>
      <w:r>
        <w:rPr>
          <w:lang w:eastAsia="zh-CN"/>
        </w:rPr>
        <w:t>　　在分管业务工作期间，积极围绕妇幼卫生工作方针，以提高管理水平和业务能力为前提，以增强理论知识和提高业务技能为基础，坚持走临床和社会工作相结合的道路，积极带领全院职工齐心协力、努力工作，圆满完成了各项工作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在工作中，本人深切的认识到一个合格的妇产科医生应具备的素质和条件。努力提高自身的业务水平，不断加强业务理论学习，通过订阅大量业务杂志及书刊，学习有关妇幼卫生知识，写下了打量的读书笔记，丰富了自己的理论知识。经常参加国家及省内外举办的学术会议，聆听著名专家学者的学术讲座，并多次去省市及兄弟单位学习新的医疗知识和医疗技术以及管理方法，从而开阔了视野，扩大了知识面。始终坚持用新的理论技术指导业务工作，能熟练掌握妇产科的常见病、多发病及疑难病症的诊治技术，能熟练诊断处理产科失血性休克、感染性休克、羊水栓塞及其他产科并发症及合并症，熟练诊治妇科各种急症、重症，独立进行妇产科常用手术及各种计划生育手术。</w:t>
      </w:r>
      <w:r>
        <w:rPr>
          <w:lang w:eastAsia="zh-CN"/>
        </w:rPr>
        <w:br/>
      </w:r>
      <w:r>
        <w:rPr>
          <w:lang w:eastAsia="zh-CN"/>
        </w:rPr>
        <w:t>　　工作中严格执行各种工作制度、诊疗常规和操作规程，一丝不苟的处理每一位病人，在最大程度上避免了误诊误治。自任现职以来，本人诊治的妇产科疾病诊断治疗准确率在%以上、独立完成数百例剖宫产及其他妇产科手术，病人都能按时出院，从无差错事故的发生。注重临床科研工作，参加了《药物促排卵联合人工授精治疗不孕症临床研究》县级科研项目，荣获一等奖。撰写论文四篇，并先后在省级刊物发表，受到了专家的赞赏和肯定。</w:t>
      </w:r>
      <w:r>
        <w:rPr>
          <w:lang w:eastAsia="zh-CN"/>
        </w:rPr>
        <w:br/>
      </w:r>
      <w:r>
        <w:rPr>
          <w:lang w:eastAsia="zh-CN"/>
        </w:rPr>
        <w:t>　　注重人才的培养，自任职以来，积极指导下一级医师的工作。在妇幼卫生人员的培训中，担负组织和教学任务，由本人具体指导培训的各级妇幼人员达2千余人次，提高了各级妇幼人员的工作能力，真正发挥了业务骨干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本人在分管保健工作期间，严格按照上级妇幼工作要求，认真制定了切实可行的工作指标和计划，进一步完善了县、乡、村三级保健网，建立了妇女、儿童“四簿四卡”，并定期检查落实，掌握全县妇女、儿童的健康状况。每年为女工健康查体3千余人次，0&amp;7岁儿童健康查体1千余人次，实现了妇女、儿童系统化管理，有力保障了妇女、儿童的身体健康。配合主管领导，完成各项目标任务，如初级卫生保健、创建“爱婴医院”等工作。认真组织学习，培训业务骨干，深入各乡镇，配合各级领导，当好参谋，并制定切实可行的实施办法，积累了大量的实施材料，在省市抽查、评估、验收时，顺利通过。学习、宣传、落实《母婴保健法》，整理收集有关材料，书写版面，组织人员利用宣传车到各集市、乡镇宣传，散发宣传材料，带领同志们办起宣教室，并帮助指导各乡镇办宣教室或宣传栏，为《母婴保健法》的落实打下一定基础。积极开展婚前查体工作，发放《致新婚夫妇的一封信》，进行新婚保健知识及优生优育知识的宣教，每年举办学习班1&amp;2期，提高了孕产妇自我保健能力，降低了孕产妇及新生儿的发病率和死亡率，为提高我县的人口素质奠定了基础。</w:t>
      </w:r>
      <w:r>
        <w:rPr>
          <w:lang w:eastAsia="zh-CN"/>
        </w:rPr>
        <w:br/>
      </w:r>
      <w:r>
        <w:rPr>
          <w:lang w:eastAsia="zh-CN"/>
        </w:rPr>
        <w:t>　　自__年本人主持全院工作以来，积极协调好领导班子之间的关系，齐心协力、求真务实、大胆创新，不断吸取先进的管理经验，坚持走临床与保健相结合的路子，通过改善院容院貌，增添医疗设施，提高医疗水平，使临床工作上了一个新台阶，促进了各项工作的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在管理方面，建立健全各项规章制度，加强行风建设，注重思想教育，任人唯贤，积极发挥业务骨干带头人的作用，通过岗位责任制，职称评聘分开等措施的实施，极大的提高了广大职工的工作积极性，强化了主人翁意识。一年多来，临床工作有了新的突破，业务收入达到建院以来的最高水平。社会保健工作也得到了进一步完善，极大地提高了两个系统化管理率，降低了孕产妇及新生儿死亡率，使保健院的各项工作有了新的飞跃。</w:t>
      </w:r>
      <w:r>
        <w:rPr>
          <w:lang w:eastAsia="zh-CN"/>
        </w:rPr>
        <w:br/>
      </w:r>
      <w:r>
        <w:rPr>
          <w:lang w:eastAsia="zh-CN"/>
        </w:rPr>
        <w:t>　　综上所述，本人从政治表现、任职年限、业务技术、科研能力等方面已经具备了晋升副主任医师资格，评聘后，本人将认真履行职责，努力做好各项工作，为妇幼卫生事业贡献毕生力量!</w:t>
      </w:r>
      <w:r>
        <w:rPr>
          <w:lang w:eastAsia="zh-CN"/>
        </w:rPr>
        <w:br/>
      </w:r>
      <w:r>
        <w:rPr>
          <w:lang w:eastAsia="zh-CN"/>
        </w:rPr>
        <w:t xml:space="preserve">    2024年专业技术年终工作总结 篇14 </w:t>
      </w:r>
      <w:r>
        <w:rPr>
          <w:lang w:eastAsia="zh-CN"/>
        </w:rPr>
        <w:br/>
      </w:r>
      <w:r>
        <w:rPr>
          <w:lang w:eastAsia="zh-CN"/>
        </w:rPr>
        <w:t>　　____年上半年，在局领导的指导和帮助下，具体做了工作汇报如下。</w:t>
      </w:r>
      <w:r>
        <w:rPr>
          <w:lang w:eastAsia="zh-CN"/>
        </w:rPr>
        <w:br/>
      </w:r>
      <w:r>
        <w:rPr>
          <w:lang w:eastAsia="zh-CN"/>
        </w:rPr>
        <w:t>　　电子信息工作在农税局刚刚开展，在工作实践中，我深刻感到做为一名信息工作人员应该具备的业务素质和担负的工作责任。由于感到自己身上的担子很重，而自己的学识、能力和阅历有一定的距离，所以总不敢掉以轻心，总在学习，向书本学习、向周围的领导学习，向同事学习，这样下来感觉自己半年来还是有了一定的进步。经过不断学习、不断积累，保证了本岗位各项工作的正常运行，能够以正确的态度对待各项工作任务，热爱本职工作，认真努力贯彻到实际工作中去。具体做了以下几点工作：</w:t>
      </w:r>
      <w:r>
        <w:rPr>
          <w:lang w:eastAsia="zh-CN"/>
        </w:rPr>
        <w:br/>
      </w:r>
      <w:r>
        <w:rPr>
          <w:lang w:eastAsia="zh-CN"/>
        </w:rPr>
        <w:t>　　一、 参加了税收宣传月活动</w:t>
      </w:r>
      <w:r>
        <w:rPr>
          <w:lang w:eastAsia="zh-CN"/>
        </w:rPr>
        <w:br/>
      </w:r>
      <w:r>
        <w:rPr>
          <w:lang w:eastAsia="zh-CN"/>
        </w:rPr>
        <w:t>　　二、 参加了局里计算机业务培训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三、制作1契税、耕地占用税完成情况表、2契税、耕地占用税月份税收收入报表、3入库进度表(县局)4产业化园区两税测算表及工业化测算表5耕地占用税、契税季,月(旬)报表、6资金平衡表(样表)7耕地占用税、契税税源情况统记表(样表)8票证领用月报表.9乡镇票证领用单.</w:t>
      </w:r>
      <w:r>
        <w:rPr>
          <w:lang w:eastAsia="zh-CN"/>
        </w:rPr>
        <w:br/>
      </w:r>
      <w:r>
        <w:rPr>
          <w:lang w:eastAsia="zh-CN"/>
        </w:rPr>
        <w:t>　　四、制作农税各类报表汇总表1契税税源情况汇总表(全县)2耕地占用税税源情况汇总表(全县)3契税、耕地占用税收入月报汇总表4契税收入月报汇总表5耕地占用税收入汇总表6协助稽查股制作宅基地汇总表</w:t>
      </w:r>
      <w:r>
        <w:rPr>
          <w:lang w:eastAsia="zh-CN"/>
        </w:rPr>
        <w:br/>
      </w:r>
      <w:r>
        <w:rPr>
          <w:lang w:eastAsia="zh-CN"/>
        </w:rPr>
        <w:t>　　五、制作幻灯片农税电子信息1、政策法规2、人员信息3、岗位职责4、机构设置5、农税征管6、农税稽查7、农税风采8、农税动态</w:t>
      </w:r>
      <w:r>
        <w:rPr>
          <w:lang w:eastAsia="zh-CN"/>
        </w:rPr>
        <w:br/>
      </w:r>
      <w:r>
        <w:rPr>
          <w:lang w:eastAsia="zh-CN"/>
        </w:rPr>
        <w:t>　　9、支部建设10、其他事项</w:t>
      </w:r>
      <w:r>
        <w:rPr>
          <w:lang w:eastAsia="zh-CN"/>
        </w:rPr>
        <w:br/>
      </w:r>
      <w:r>
        <w:rPr>
          <w:lang w:eastAsia="zh-CN"/>
        </w:rPr>
        <w:t>　　六、建立农税电子信息平台qq群。针对农税局与乡镇财政所传送信息的工作平台，</w:t>
      </w:r>
      <w:r>
        <w:rPr>
          <w:lang w:eastAsia="zh-CN"/>
        </w:rPr>
        <w:br/>
      </w:r>
      <w:r>
        <w:rPr>
          <w:lang w:eastAsia="zh-CN"/>
        </w:rPr>
        <w:t>　　1、qq群空间：除了农税局上传局里的文件和学习资料外，主要是通过空间向乡镇上传契税、耕地占用税的普查表、月报表、季报表、统计表等。保证农税局对各乡镇的任务完成情况做到及时掌握，对存在问题也能及时纠正</w:t>
      </w:r>
      <w:r>
        <w:rPr>
          <w:lang w:eastAsia="zh-CN"/>
        </w:rPr>
        <w:br/>
      </w:r>
      <w:r>
        <w:rPr>
          <w:lang w:eastAsia="zh-CN"/>
        </w:rPr>
        <w:t>　　2、共享;为了台帐、表格统一规格大小，农税局制定统一的表格、台帐、账册，统一格式，规范样式。各财政所需要什么就在qq共享里面下载。这样不仅省去了表册领取存放的麻烦，而且使报表表册得到了规范、统一</w:t>
      </w:r>
      <w:r>
        <w:rPr>
          <w:lang w:eastAsia="zh-CN"/>
        </w:rPr>
        <w:br/>
      </w:r>
      <w:r>
        <w:rPr>
          <w:lang w:eastAsia="zh-CN"/>
        </w:rPr>
        <w:t>　　七、建立农税电子信息博客。利用internet网络，让更多的人了解农税动态情况以及学习关于农税政策法规。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八、完成领导交办的其他任务</w:t>
      </w:r>
      <w:r>
        <w:rPr>
          <w:lang w:eastAsia="zh-CN"/>
        </w:rPr>
        <w:br/>
      </w:r>
      <w:r>
        <w:rPr>
          <w:lang w:eastAsia="zh-CN"/>
        </w:rPr>
        <w:t>　　存在的问题和今后努力方向</w:t>
      </w:r>
      <w:r>
        <w:rPr>
          <w:lang w:eastAsia="zh-CN"/>
        </w:rPr>
        <w:br/>
      </w:r>
      <w:r>
        <w:rPr>
          <w:lang w:eastAsia="zh-CN"/>
        </w:rPr>
        <w:t>　　本人能敬业爱岗、创造性地开展工作，取得了一些成绩，但也存在一些问题和不足，主要表现在：</w:t>
      </w:r>
      <w:r>
        <w:rPr>
          <w:lang w:eastAsia="zh-CN"/>
        </w:rPr>
        <w:br/>
      </w:r>
      <w:r>
        <w:rPr>
          <w:lang w:eastAsia="zh-CN"/>
        </w:rPr>
        <w:t>　　一， 电子信息对我而言是一个新的课题，许多工作我都是边干边摸索，以致工作起来不能游刃有余，工作效率有待进一步提高;</w:t>
      </w:r>
      <w:r>
        <w:rPr>
          <w:lang w:eastAsia="zh-CN"/>
        </w:rPr>
        <w:br/>
      </w:r>
      <w:r>
        <w:rPr>
          <w:lang w:eastAsia="zh-CN"/>
        </w:rPr>
        <w:t>　　二， 有些工作还不够过细，一些工作协调的不是十分到位;</w:t>
      </w:r>
      <w:r>
        <w:rPr>
          <w:lang w:eastAsia="zh-CN"/>
        </w:rPr>
        <w:br/>
      </w:r>
      <w:r>
        <w:rPr>
          <w:lang w:eastAsia="zh-CN"/>
        </w:rPr>
        <w:t>　　三，自己的理论水平还不太适应工作的要求。</w:t>
      </w:r>
      <w:r>
        <w:rPr>
          <w:lang w:eastAsia="zh-CN"/>
        </w:rPr>
        <w:br/>
      </w:r>
      <w:r>
        <w:rPr>
          <w:lang w:eastAsia="zh-CN"/>
        </w:rPr>
        <w:t>　　四、实践中我深感自身在许多方面与其他同志存在差距，比如对一些方针政策还不能灵活掌握，开拓性工作做的少等，</w:t>
      </w:r>
      <w:r>
        <w:rPr>
          <w:lang w:eastAsia="zh-CN"/>
        </w:rPr>
        <w:br/>
      </w:r>
      <w:r>
        <w:rPr>
          <w:lang w:eastAsia="zh-CN"/>
        </w:rPr>
        <w:t>　　下半年我将逐一克服缺点，保持昂扬的精神状态，努力在以下个方面取得新突破：</w:t>
      </w:r>
      <w:r>
        <w:rPr>
          <w:lang w:eastAsia="zh-CN"/>
        </w:rPr>
        <w:br/>
      </w:r>
      <w:r>
        <w:rPr>
          <w:lang w:eastAsia="zh-CN"/>
        </w:rPr>
        <w:t>　　一是强化效率意识，切实做到五不：不误时、不误事、不失误、不松懈、不添乱。</w:t>
      </w:r>
      <w:r>
        <w:rPr>
          <w:lang w:eastAsia="zh-CN"/>
        </w:rPr>
        <w:br/>
      </w:r>
      <w:r>
        <w:rPr>
          <w:lang w:eastAsia="zh-CN"/>
        </w:rPr>
        <w:t>　　二是强化岗位意识。牢固树立信息工作无小事观念，全身心投入，时刻绷紧信息这根弦。</w:t>
      </w:r>
      <w:r>
        <w:rPr>
          <w:lang w:eastAsia="zh-CN"/>
        </w:rPr>
        <w:br/>
      </w:r>
      <w:r>
        <w:rPr>
          <w:lang w:eastAsia="zh-CN"/>
        </w:rPr>
        <w:t>　　三是强化全局意识。做到顾大局、识大体，深刻领会领导总的指导思想，保持清醒头脑，干好本职工作，计划有了等于有奋斗方向，但落实还要靠行动，真诚希望领导和同事们能多给予我帮助和指导，多方督促，使我取得更大进步。</w:t>
      </w:r>
      <w:r>
        <w:rPr>
          <w:lang w:eastAsia="zh-CN"/>
        </w:rPr>
        <w:br/>
      </w:r>
    </w:p>
    <w:p w:rsidR="001B1F19" w14:textId="27C3F48A">
      <w:pPr>
        <w:rPr>
          <w:rFonts w:hint="eastAsia"/>
          <w:lang w:eastAsia="zh-CN"/>
        </w:rPr>
      </w:pPr>
      <w:r>
        <w:rPr>
          <w:lang w:eastAsia="zh-CN"/>
        </w:rPr>
        <w:t>　　四、是加强学习意识，拓宽知识面。努力学习农税政策法规以及相关业务知识，加强理论联系实际，继续深入学习word文编辑、e__cel数据计算公式处理，幻灯片操作技巧、网页设计、flash动画设计、</w:t>
      </w:r>
      <w:r>
        <w:rPr>
          <w:lang w:eastAsia="zh-CN"/>
        </w:rPr>
        <w:br/>
      </w:r>
      <w:r>
        <w:rPr>
          <w:lang w:eastAsia="zh-CN"/>
        </w:rPr>
        <w:t>　　五，注重工作作风，团结一致，勤奋工作，形成良好的工作氛围。不断改进电子信息对其他股室的支持能力、服务水平。遵守农税内部规章制度，力争取得更大的工作成绩。</w:t>
      </w:r>
      <w:r>
        <w:rPr>
          <w:lang w:eastAsia="zh-CN"/>
        </w:rPr>
        <w:br/>
      </w:r>
      <w:r>
        <w:rPr>
          <w:lang w:eastAsia="zh-CN"/>
        </w:rPr>
        <w:t>　　总之，在今后的工作中，牢记“两个务必”，转变观念，扎实工作，与时俱进，努力开创新时期农税工作的新局面。</w:t>
      </w:r>
      <w:r>
        <w:rPr>
          <w:lang w:eastAsia="zh-CN"/>
        </w:rPr>
        <w:br/>
      </w:r>
      <w:r>
        <w:rPr>
          <w:lang w:eastAsia="zh-CN"/>
        </w:rPr>
        <w:t xml:space="preserve">    2024年专业技术年终工作总结 篇15 </w:t>
      </w:r>
      <w:r>
        <w:rPr>
          <w:lang w:eastAsia="zh-CN"/>
        </w:rPr>
        <w:br/>
      </w:r>
      <w:r>
        <w:rPr>
          <w:lang w:eastAsia="zh-CN"/>
        </w:rPr>
        <w:t>　　财务部诗司的关键部门之一，对内财务管理水平的要求应不断提升，对外要应对税务、审计及财政等机关的各项检查、掌握税收政策及合理应用。一年来，财务部紧紧围绕公司的经营方针、服务宗旨和效益目标，紧跟公司各项工作部署，在核算、管理、教育等方面均取得了优异成绩，全体员工任劳任怨、齐心协力、埋头苦干，圆满完成了各项工作任务，财务部综合工作能力又有了新的进步。为了总结经验，发扬成绩，克服不足，现将20__年的工作做如下简要回顾和总结：</w:t>
      </w:r>
      <w:r>
        <w:rPr>
          <w:lang w:eastAsia="zh-CN"/>
        </w:rPr>
        <w:br/>
      </w:r>
      <w:r>
        <w:rPr>
          <w:lang w:eastAsia="zh-CN"/>
        </w:rPr>
        <w:t>　　一、所做的工作</w:t>
      </w:r>
      <w:r>
        <w:rPr>
          <w:lang w:eastAsia="zh-CN"/>
        </w:rPr>
        <w:br/>
      </w:r>
      <w:r>
        <w:rPr>
          <w:lang w:eastAsia="zh-CN"/>
        </w:rPr>
        <w:t>　　（一）费用成本方面的管理</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https://d.book118.com/196023214215010045</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96023214215010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