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《鲁滨逊漂流记》读后感500字（35篇）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《鲁滨逊漂流记》读后感500字（通用35篇）</w:t>
      </w:r>
      <w:r>
        <w:rPr>
          <w:lang w:eastAsia="zh-CN"/>
        </w:rPr>
        <w:br/>
      </w:r>
      <w:r>
        <w:rPr>
          <w:lang w:eastAsia="zh-CN"/>
        </w:rPr>
        <w:t xml:space="preserve">    《鲁滨逊漂流记》读后感500字 篇1 </w:t>
      </w:r>
      <w:r>
        <w:rPr>
          <w:lang w:eastAsia="zh-CN"/>
        </w:rPr>
        <w:br/>
      </w:r>
      <w:r>
        <w:rPr>
          <w:lang w:eastAsia="zh-CN"/>
        </w:rPr>
        <w:t>　　鲁宾逊漂流记是一个在现实的角度写的一本小说，主人公鲁滨逊因想获得自由，不让父母为他选职业，他独自出海航行，在与海盗激烈交战后，因遭遇风暴独自一人流落荒岛。</w:t>
      </w:r>
      <w:r>
        <w:rPr>
          <w:lang w:eastAsia="zh-CN"/>
        </w:rPr>
        <w:br/>
      </w:r>
      <w:r>
        <w:rPr>
          <w:lang w:eastAsia="zh-CN"/>
        </w:rPr>
        <w:t>　　在岛上他并没有太惊慌失措，而是让自己冷静下来，勇敢智慧的面对一切。他有很好的生活常识，还读过很多的书籍，懂得怎样保护自己，怎样搭建自己的堡垒，怎样小心捕猎，怎样通过圣经来反省自己的不足之处。他给自己制定了详细的计划，所以在岛上每天都很充实。他在失落的大船上找到了西班牙金币银币，还找到了面包，大麦饼、饼干、葡萄酒更是数不尽、还有甘滨、椰仑酒等食物饮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他在岛上除了自己还以动物为伴，因岛上环境的不同他还学会了做衣服。他还详细的记录了自己在岛上的经历，用日记的形式。后来因没有墨停工。在岛上的生活无依无靠，我觉得这一切不是上帝所获，而是鲁滨逊的机智勇敢，善于想象，勤奋和自己不断反省和创新创造了一切。在与食人族加勒比人的对抗中，英勇善战，用枪械科技战胜了原始。并从俘虏中收留了星期五。一个忠实的仆人，而受到了好的待遇。他们又收留了星期五的爸爸，和几个西班牙人。最后因船长的大船让鲁滨逊从困难中救出，成了有名的富翁，大规模的产业。</w:t>
      </w:r>
      <w:r>
        <w:rPr>
          <w:lang w:eastAsia="zh-CN"/>
        </w:rPr>
        <w:br/>
      </w:r>
      <w:r>
        <w:rPr>
          <w:lang w:eastAsia="zh-CN"/>
        </w:rPr>
        <w:t>　　读完鲁滨逊漂流记我懂得了一个道理，在困难时，要沉着冷静的面对，用自己的常识和智慧还有勤奋，和知识，等待好的时机，自己一定会获救。</w:t>
      </w:r>
      <w:r>
        <w:rPr>
          <w:lang w:eastAsia="zh-CN"/>
        </w:rPr>
        <w:br/>
      </w:r>
      <w:r>
        <w:rPr>
          <w:lang w:eastAsia="zh-CN"/>
        </w:rPr>
        <w:t xml:space="preserve">    《鲁滨逊漂流记》读后感500字 篇2 </w:t>
      </w:r>
      <w:r>
        <w:rPr>
          <w:lang w:eastAsia="zh-CN"/>
        </w:rPr>
        <w:br/>
      </w:r>
      <w:r>
        <w:rPr>
          <w:lang w:eastAsia="zh-CN"/>
        </w:rPr>
        <w:t>　　文/王一凡</w:t>
      </w:r>
      <w:r>
        <w:rPr>
          <w:lang w:eastAsia="zh-CN"/>
        </w:rPr>
        <w:br/>
      </w:r>
      <w:r>
        <w:rPr>
          <w:lang w:eastAsia="zh-CN"/>
        </w:rPr>
        <w:t>　　这是一个真实的故事，有一个叫鲁滨逊的孩子很喜欢航海，想去见见大世面，于是他就随船起航了。船在南美洲触礁，水手和乘客全部淹死，惟一的幸存者鲁滨逊被海浪冲到了一个荒无人烟的小岛上，开始了长达28的遇难者生活。他用木筏把沉船上的东西全部都运到小岛上，把山洞扩大，作为自己的住所。他在岛上开辟土地，种植大麦和水稻，并学会了制作面包。一天夜里，岛上来了一群食人的生番</w:t>
      </w:r>
      <w:r>
        <w:rPr>
          <w:lang w:eastAsia="zh-CN"/>
        </w:rPr>
        <w:br/>
      </w:r>
      <w:r>
        <w:rPr>
          <w:lang w:eastAsia="zh-CN"/>
        </w:rPr>
        <w:t>　　鲁滨逊凭借着自己的聪明才智，英勇的战胜了各种困难，故事最后取得了圆满的结局。</w:t>
      </w:r>
      <w:r>
        <w:rPr>
          <w:lang w:eastAsia="zh-CN"/>
        </w:rPr>
        <w:br/>
      </w:r>
      <w:r>
        <w:rPr>
          <w:lang w:eastAsia="zh-CN"/>
        </w:rPr>
        <w:t>　　从这本书中我深刻体会到，我们从小要有自己的梦想，并且要勇敢的去追求。当然中间会遇到各种各样的困难，我们要做的是，不放弃梦想，用我们的智慧去克服种种困难，我相信，我们的梦想一定会达成的。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为了我们的美好梦想，让我们用坚强的意志力去克服困难，让梦想成真吧！</w:t>
      </w:r>
      <w:r>
        <w:rPr>
          <w:lang w:eastAsia="zh-CN"/>
        </w:rPr>
        <w:br/>
      </w:r>
      <w:r>
        <w:rPr>
          <w:lang w:eastAsia="zh-CN"/>
        </w:rPr>
        <w:t xml:space="preserve">    《鲁滨逊漂流记》读后感500字 篇3 </w:t>
      </w:r>
      <w:r>
        <w:rPr>
          <w:lang w:eastAsia="zh-CN"/>
        </w:rPr>
        <w:br/>
      </w:r>
      <w:r>
        <w:rPr>
          <w:lang w:eastAsia="zh-CN"/>
        </w:rPr>
        <w:t>　　文/何锘靖</w:t>
      </w:r>
      <w:r>
        <w:rPr>
          <w:lang w:eastAsia="zh-CN"/>
        </w:rPr>
        <w:br/>
      </w:r>
      <w:r>
        <w:rPr>
          <w:lang w:eastAsia="zh-CN"/>
        </w:rPr>
        <w:t>　　春节放假，我读了笛福的《鲁滨逊漂流记》。我深深地被这本书陶醉，它让我体会到了鲁滨逊那惊人的毅力和百折不挠的精神。</w:t>
      </w:r>
      <w:r>
        <w:rPr>
          <w:lang w:eastAsia="zh-CN"/>
        </w:rPr>
        <w:br/>
      </w:r>
      <w:r>
        <w:rPr>
          <w:lang w:eastAsia="zh-CN"/>
        </w:rPr>
        <w:t>　　这本书描写的是一个19岁的少年鲁滨逊为了实现航海的梦想，不顾父母的劝阻，毅然放弃了安定舒适的生活，最终踏上航海征途的故事。再一次海滩中，他被巨浪送到了一座荒岛上，从此开始了艰辛而漫长的古道生涯。鲁滨逊并没有被困难吓倒，而是敢于向自然挑战，向死亡挑战，建账篷、围篱笆、筑城堡、制器具、种粮食、养牧畜，与野人决战，一个人的荒岛上创造了奇迹。最后重新回到了阔别以久的故乡英国伦敦。后来他结婚了，过着知足幸福的生活。</w:t>
      </w:r>
      <w:r>
        <w:rPr>
          <w:lang w:eastAsia="zh-CN"/>
        </w:rPr>
        <w:br/>
      </w:r>
      <w:r>
        <w:rPr>
          <w:lang w:eastAsia="zh-CN"/>
        </w:rPr>
        <w:t>　　在这本书中主人公鲁宾逊遇到了许多困难，其中他乘坐的船在南美洲海岸对面一座海岛附近触礁，只有鲁宾逊一个幸存下来。他急中生智，做了一个木筏将沉船上的粮食、弹药、淡水、衣服工具等搬到岸上去。为了能长期生存下去，他吃得很节省。后来，他逐渐开扩了山洞，寻到了野味，还找到了几股清泉，写写笔记，不愁吃喝，生活还过得有滋有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鲁滨逊在书中表现的是一种机智勇敢的少年，面对生活中的困难总是挑战、积极面对而不是逃避与放弃。面对种种困难他会动脑思考机智应对，付出勤劳。在岛上漂流鲁滨逊带着乐观的心态面对一切，发挥自己的全部才智，靠着顽强的毅力和勤劳的双手与大自然作斗争，过崭新的生活。而没有听天由命，坐以待毙。</w:t>
      </w:r>
      <w:r>
        <w:rPr>
          <w:lang w:eastAsia="zh-CN"/>
        </w:rPr>
        <w:br/>
      </w:r>
      <w:r>
        <w:rPr>
          <w:lang w:eastAsia="zh-CN"/>
        </w:rPr>
        <w:t>　　我对比自己，又何尝不是懦弱、胆小、懒惰呢？不畏艰难，自耕自力，与恶劣环境作斗争的一幕幕动人的情景，歌颂了人的智慧和勤劳的美好品德&amp;&amp;鲁滨逊。鲁滨逊这一形象演绎的是17世纪英国资产阶级中的先进，敢于冒险、勇于开拓的典型形象的代表。</w:t>
      </w:r>
      <w:r>
        <w:rPr>
          <w:lang w:eastAsia="zh-CN"/>
        </w:rPr>
        <w:br/>
      </w:r>
      <w:r>
        <w:rPr>
          <w:lang w:eastAsia="zh-CN"/>
        </w:rPr>
        <w:t>　　读完了这本书让我认识到美好品德、高尚品质&amp;&amp;奋斗常乐、乐观常乐、努力常乐、知足常乐！</w:t>
      </w:r>
      <w:r>
        <w:rPr>
          <w:lang w:eastAsia="zh-CN"/>
        </w:rPr>
        <w:br/>
      </w:r>
      <w:r>
        <w:rPr>
          <w:lang w:eastAsia="zh-CN"/>
        </w:rPr>
        <w:t xml:space="preserve">    《鲁滨逊漂流记》读后感500字 篇4 </w:t>
      </w:r>
      <w:r>
        <w:rPr>
          <w:lang w:eastAsia="zh-CN"/>
        </w:rPr>
        <w:br/>
      </w:r>
      <w:r>
        <w:rPr>
          <w:lang w:eastAsia="zh-CN"/>
        </w:rPr>
        <w:t>　　今年暑假，我一口气读完了《鲁滨逊漂流记》这本书，心情久久不能平静。</w:t>
      </w:r>
      <w:r>
        <w:rPr>
          <w:lang w:eastAsia="zh-CN"/>
        </w:rPr>
        <w:br/>
      </w:r>
      <w:r>
        <w:rPr>
          <w:lang w:eastAsia="zh-CN"/>
        </w:rPr>
        <w:t>　　虽然我没有见过鲁滨逊，但我的眼前却清晰的浮现出他的形象：一个身体不是很健壮的人死里逃生，在荒无人烟的小岛上，他用自己的智慧建造了木筏、房屋，储存了淡水、食物，种植了大麦、稻子，采摘了葡萄，饲养了山羊还用的自己的智慧克服了岛上发生的狂风暴雨和地震，适应了那里的生活。最危险的是，食人族上了岛，鲁滨逊镇定自若的和他们斗智斗勇，还救了一个快被吃掉的人，为他取名为星期五。他教会了星期五烤面包、种小麦等一些生存下去的本领。鲁滨逊在岛上创立了一个崭新的天地。他在岛上坚持生活了二十多年，终于搭上了一条船回国了。</w:t>
      </w:r>
      <w:r>
        <w:rPr>
          <w:lang w:eastAsia="zh-CN"/>
        </w:rPr>
        <w:br/>
      </w:r>
      <w:r>
        <w:rPr>
          <w:lang w:eastAsia="zh-CN"/>
        </w:rPr>
        <w:t>　　每当我望着无边无际的大海，我心情都很沉重，如果我有和鲁滨逊同样的经历，我能够在荒岛上生活多久?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生活中我碰到难的事情经常会半途而废。记得一次体育课，老师说：今天考跳远。老师一说完，我心里就咣当一下子沉了下去，心想我这种小肥猪不可能过关的。果然，那些女生一个个都身轻如燕的飞过去了，而我和几个大胖子一直到下课也没有跳过!老师让我们再努力，可我心里想：不行就不行，别哄我们了。别人还在刻苦的练着，我却躲到一边去了。</w:t>
      </w:r>
      <w:r>
        <w:rPr>
          <w:lang w:eastAsia="zh-CN"/>
        </w:rPr>
        <w:br/>
      </w:r>
      <w:r>
        <w:rPr>
          <w:lang w:eastAsia="zh-CN"/>
        </w:rPr>
        <w:t>　　现在，读了鲁滨逊的故事后，我明白了执着和坚持。世上无难事，只怕有心人!我恍然大悟，我身上所缺的不就是永不放弃、百折不挠的精神吗?我想我的明天就从体育课的跳远开始起航吧!我一定要学习鲁滨逊的执着、勇敢和智慧。</w:t>
      </w:r>
      <w:r>
        <w:rPr>
          <w:lang w:eastAsia="zh-CN"/>
        </w:rPr>
        <w:br/>
      </w:r>
      <w:r>
        <w:rPr>
          <w:lang w:eastAsia="zh-CN"/>
        </w:rPr>
        <w:t xml:space="preserve">    《鲁滨逊漂流记》读后感500字 篇5 </w:t>
      </w:r>
      <w:r>
        <w:rPr>
          <w:lang w:eastAsia="zh-CN"/>
        </w:rPr>
        <w:br/>
      </w:r>
      <w:r>
        <w:rPr>
          <w:lang w:eastAsia="zh-CN"/>
        </w:rPr>
        <w:t>　　鲁滨逊漂流记是英国作家笛福的作品，他用朴实的语言讲述了主人公鲁滨逊的故事:</w:t>
      </w:r>
      <w:r>
        <w:rPr>
          <w:lang w:eastAsia="zh-CN"/>
        </w:rPr>
        <w:br/>
      </w:r>
      <w:r>
        <w:rPr>
          <w:lang w:eastAsia="zh-CN"/>
        </w:rPr>
        <w:t>　　鲁滨逊在1632年出生于英国约克布，他有一个不错的家庭，他的父亲希望他在法律行业中出人头地。然而他却不听父亲的教诲执意出海，最后他十分悲惨地流落到了一座荒岛，不过，比起其他水手他却幸运了许多，至少他还活着而且那条船也在，上面有许多货物，可以帮他度过一段时间。他开始寻找住的地方，把一些横生的树枝做为房子，并且找到了淡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之后，他开始了正式的孤岛生活，在以后的日子里他建造房子，制作陶器(虽不雅观但很耐用)，铲子和开垦田地。在播种下去的第四年终于有了收获，他还捉些羊回来圈养，时不时还可以喝点羊奶，吃点奶酪。他还独自抵抗过病魔。他已经习惯了孤岛生活，直到他发现了野人脚印以及大把人骨头之后，他就更注重防御，在安全前提下他又过得快乐起来。</w:t>
      </w:r>
      <w:r>
        <w:rPr>
          <w:lang w:eastAsia="zh-CN"/>
        </w:rPr>
        <w:br/>
      </w:r>
      <w:r>
        <w:rPr>
          <w:lang w:eastAsia="zh-CN"/>
        </w:rPr>
        <w:t>　　到后来，他还收留了一个食人族的人取名星期五，并教他说英语，做事而且做得非常好，最后他帮助一个船长夺回了船，就搭他的船回到了英国。</w:t>
      </w:r>
      <w:r>
        <w:rPr>
          <w:lang w:eastAsia="zh-CN"/>
        </w:rPr>
        <w:br/>
      </w:r>
      <w:r>
        <w:rPr>
          <w:lang w:eastAsia="zh-CN"/>
        </w:rPr>
        <w:t>　　鲁滨逊荒岛的故事到这就结束了，但他无比的勇气，毅力和智慧还有那百折不挠的精神却是我们应当学习的，在生活中，不能因为一点小困难就放弃，要努力拼搏思考，答案也许就出来了，正是那一句话----不经历风雨怎么见彩虹。鲁滨逊的故事中也能看出，为了见到彩虹，让我们努力拼搏。</w:t>
      </w:r>
      <w:r>
        <w:rPr>
          <w:lang w:eastAsia="zh-CN"/>
        </w:rPr>
        <w:br/>
      </w:r>
      <w:r>
        <w:rPr>
          <w:lang w:eastAsia="zh-CN"/>
        </w:rPr>
        <w:t xml:space="preserve">    《鲁滨逊漂流记》读后感500字 篇6 </w:t>
      </w:r>
      <w:r>
        <w:rPr>
          <w:lang w:eastAsia="zh-CN"/>
        </w:rPr>
        <w:br/>
      </w:r>
      <w:r>
        <w:rPr>
          <w:lang w:eastAsia="zh-CN"/>
        </w:rPr>
        <w:t>　　利用课余时间和寒假，我读完了《鲁滨逊漂流记》这本书。</w:t>
      </w:r>
      <w:r>
        <w:rPr>
          <w:lang w:eastAsia="zh-CN"/>
        </w:rPr>
        <w:br/>
      </w:r>
      <w:r>
        <w:rPr>
          <w:lang w:eastAsia="zh-CN"/>
        </w:rPr>
        <w:t>　　《鲁滨逊漂流记》的作者是丹尼尔&amp;笛福。他在六十岁时开始写《鲁滨逊漂流记》，不想却大获成功。</w:t>
      </w:r>
      <w:r>
        <w:rPr>
          <w:lang w:eastAsia="zh-CN"/>
        </w:rPr>
        <w:br/>
      </w:r>
      <w:r>
        <w:rPr>
          <w:lang w:eastAsia="zh-CN"/>
        </w:rPr>
        <w:t>　　《鲁滨逊漂流记》自问世以来就在英国乃至世界文学史上占有重要的一席之地。</w:t>
      </w:r>
      <w:r>
        <w:rPr>
          <w:lang w:eastAsia="zh-CN"/>
        </w:rPr>
        <w:br/>
      </w:r>
      <w:r>
        <w:rPr>
          <w:lang w:eastAsia="zh-CN"/>
        </w:rPr>
        <w:t>　　小说的主人公鲁滨逊在一次航海中，遇上了大风浪，独自一人漂流到了一个荒岛上。在荒岛上，他克服了缺乏物资、精神孤独等困难，度过了长达28年之久的历险生活。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鲁滨逊是我最敬佩的人物之一。在我眼中，他是一个永不疲倦的行动者，是那个不断扩张的资产主义社会的典型形象。他不屑于守成，倾心于开拓，三番五次的抛开小康之家，出海闯天下。他理智明达，肯于劳动并善于劳动。他遭遇海难漂流到荒岛上以后，没有坐叹命运不济，而是充分利用自己的智慧和双手，修建住所、种植粮食、驯养家畜、制造器具、缝纫衣服，将荒岛变成井然有序、欣欣向荣的家园。</w:t>
      </w:r>
      <w:r>
        <w:rPr>
          <w:lang w:eastAsia="zh-CN"/>
        </w:rPr>
        <w:br/>
      </w:r>
      <w:r>
        <w:rPr>
          <w:lang w:eastAsia="zh-CN"/>
        </w:rPr>
        <w:t>　　在一个荒岛上，能够有勇气活下来，就已经非常了不起了，而鲁滨逊不仅活了下来，还活得那么好，将一个荒岛变成了欣欣向荣的家园，这就更值得我们佩服了。请大家试一试，把自己关在一个房间里，给你提供粮食，就算一开始你很愉快，但随之而来的孤独，会使你失去活下去的勇气。也许鲁滨逊也曾经抱怨过老天的不公，但是他把痛苦转化为生存的勇气、信心和动力。</w:t>
      </w:r>
      <w:r>
        <w:rPr>
          <w:lang w:eastAsia="zh-CN"/>
        </w:rPr>
        <w:br/>
      </w:r>
      <w:r>
        <w:rPr>
          <w:lang w:eastAsia="zh-CN"/>
        </w:rPr>
        <w:t>　　我很喜欢这本书中的一句名言：害怕危险的心理比危险本身还要可怕一万倍。是啊。面对危险和困境，我们不能畏缩不前，而要迎难而上，这样才有可能成功。</w:t>
      </w:r>
      <w:r>
        <w:rPr>
          <w:lang w:eastAsia="zh-CN"/>
        </w:rPr>
        <w:br/>
      </w:r>
      <w:r>
        <w:rPr>
          <w:lang w:eastAsia="zh-CN"/>
        </w:rPr>
        <w:t>　　我希望成为一个像鲁滨逊那样的人，一个具有生机、信心、坚韧奋斗精神的人。</w:t>
      </w:r>
      <w:r>
        <w:rPr>
          <w:lang w:eastAsia="zh-CN"/>
        </w:rPr>
        <w:br/>
      </w:r>
      <w:r>
        <w:rPr>
          <w:lang w:eastAsia="zh-CN"/>
        </w:rPr>
        <w:t xml:space="preserve">    《鲁滨逊漂流记》读后感500字 篇7 </w:t>
      </w:r>
      <w:r>
        <w:rPr>
          <w:lang w:eastAsia="zh-CN"/>
        </w:rPr>
        <w:br/>
      </w:r>
      <w:r>
        <w:rPr>
          <w:lang w:eastAsia="zh-CN"/>
        </w:rPr>
        <w:t>　　这个寒假读完小说《鲁滨逊漂流记》，真可谓是如获至宝。</w:t>
      </w:r>
      <w:r>
        <w:rPr>
          <w:lang w:eastAsia="zh-CN"/>
        </w:rPr>
        <w:t xml:space="preserve"> 这本书记述的是一艘大船失事后，唯一幸存者鲁滨逊在荒无人烟的小岛，在与世隔绝的环境中，生活了二十八年的冒险经历和内心活动。鲁滨逊在岛上孤身一人，面对困难和挫折，克服了许多常人无法想象的困难，自己动手，丰衣足食，以惊人的毅力，顽强的活下来。</w:t>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xml:space="preserve"> 他从失事的大船，找了些木材，在荒岛上盖了间房屋，为了防止野兽，</w:t>
      </w:r>
      <w:r>
        <w:rPr>
          <w:lang w:eastAsia="zh-CN"/>
        </w:rPr>
        <w:t xml:space="preserve"> 还在房子周围打上了木桩。</w:t>
      </w:r>
      <w:r>
        <w:rPr>
          <w:lang w:eastAsia="zh-CN"/>
        </w:rPr>
        <w:t xml:space="preserve"> 来到荒岛，面对首要的就是吃的问题，船上的东西吃完后，鲁滨逊开始打猎，有时可能会饿肚子。于是他决定播种，几年后，他终于可以吃到了自己的劳动成果。这就像我们的学习也是这样，也有这样一个循序渐进的过程。正如哈佛大学的校训那样：忙完春种忙秋水，学习学习再学习。现在社会，竞争无处不在，我们要懂得只有付出才有收获，要勇于付出，在战胜困难的同时不断取得好成绩。要知道付出铸就收获。</w:t>
      </w:r>
      <w:r>
        <w:rPr>
          <w:lang w:eastAsia="zh-CN"/>
        </w:rPr>
        <w:t xml:space="preserve"> 他搭窑造罐，失败后总结教训，终于成功;磨粮食没有石磨，他就用木头代替;没有筛子，就用围巾。</w:t>
      </w:r>
      <w:r>
        <w:rPr>
          <w:lang w:eastAsia="zh-CN"/>
        </w:rPr>
        <w:t xml:space="preserve"> 鲁滨逊在荒岛上解决了自己的生存难题。面对人生挫折，鲁滨逊的所作所为充分显示了他坚毅的性格和创造精神。同样我们在学习的同时，也要搞一些发明创造，从小养成一种创新精神，把鲁滨逊在荒岛，不畏艰险，不怕失败挫折，艰苦奋斗的精神结合起来，为实现自己的目标而努力。</w:t>
      </w:r>
      <w:r>
        <w:rPr>
          <w:lang w:eastAsia="zh-CN"/>
        </w:rPr>
        <w:t xml:space="preserve"> 鲁滨逊在荒岛过着贫困的生活，正是艰苦的环境促使他立志成长，为改变处境而奋发;也正是这种奋发才使鲁滨逊克服难以数计的困难，从而取得了辉煌的成就。其实，艰苦的环境，也会促成人成才。是的，安逸的生活炼不出精干的水手，平静的湖面造不出时代的伟人。环境优越，生活舒适，往往会诱发这种惰性，阻碍人们成长;而恶劣的环境却能激人奋发，使人立志改变处境，因而促使一个人成长。有了这种敢于挑战的精神，不管环境是好是坏，都能创造条件，克服困难成才。正如人生道路，它坎坷，它不平，到处有荆棘，石头，高山，急流;人生，并不满布绚烂的朝霞;它是由痛苦，磨难，快乐的丝线组成的网。</w:t>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xml:space="preserve"> 当我们受到挫折，积极对待。我看到这样一句话：天不总是蓝的，水不总是清的，草不总是绿的，花不总是艳的，人生也不可能一帆风顺!</w:t>
      </w:r>
      <w:r>
        <w:rPr>
          <w:lang w:eastAsia="zh-CN"/>
        </w:rPr>
        <w:t xml:space="preserve"> 花要凋落，草要枯黄，但春天又给它们生机。无论有没有青草和蓝天，有没有一帆风顺，我们都应该把生活中的每一次磨砺看成是激励我们通向成功的阶梯!悟出了其中的道理，会让我在将来的学习和生活中受益匪浅。</w:t>
      </w:r>
      <w:r>
        <w:rPr>
          <w:lang w:eastAsia="zh-CN"/>
        </w:rPr>
        <w:br/>
      </w:r>
      <w:r>
        <w:rPr>
          <w:lang w:eastAsia="zh-CN"/>
        </w:rPr>
        <w:t>　　如果鲁宾逊的精神永远继承在我们身上， 那么我们在将来的生活中必然将会勇敢的接受一个个的挑战，快乐的走向成功!</w:t>
      </w:r>
      <w:r>
        <w:rPr>
          <w:lang w:eastAsia="zh-CN"/>
        </w:rPr>
        <w:br/>
      </w:r>
      <w:r>
        <w:rPr>
          <w:lang w:eastAsia="zh-CN"/>
        </w:rPr>
        <w:t xml:space="preserve">    《鲁滨逊漂流记》读后感500字 篇8 </w:t>
      </w:r>
      <w:r>
        <w:rPr>
          <w:lang w:eastAsia="zh-CN"/>
        </w:rPr>
        <w:br/>
      </w:r>
      <w:r>
        <w:rPr>
          <w:lang w:eastAsia="zh-CN"/>
        </w:rPr>
        <w:t>　　读完了《鲁宾逊漂流记》我感到震撼，二十八年，一个令人惊讶的数字。而那位孤岛英雄——鲁滨逊，就在海上漂泊了二十八年。</w:t>
      </w:r>
      <w:r>
        <w:rPr>
          <w:lang w:eastAsia="zh-CN"/>
        </w:rPr>
        <w:br/>
      </w:r>
      <w:r>
        <w:rPr>
          <w:lang w:eastAsia="zh-CN"/>
        </w:rPr>
        <w:t>　　这些是我在读完这一本书后最后的感触！</w:t>
      </w:r>
      <w:r>
        <w:rPr>
          <w:lang w:eastAsia="zh-CN"/>
        </w:rPr>
        <w:br/>
      </w:r>
      <w:r>
        <w:rPr>
          <w:lang w:eastAsia="zh-CN"/>
        </w:rPr>
        <w:t>　　一六五九年三十日，一个人在一次航行中遇到了可怕的风浪，翻了船，除了他之外无一人生还。他流落孤岛上。但是他凭借着自己的惊人毅力与勇气。十七年的某个星期五收服了一个仆人。二十八年后，他依靠着自己的智慧逃出孤岛。这个既倒霉又幸运的人就是鲁滨逊·克罗索。</w:t>
      </w:r>
      <w:r>
        <w:rPr>
          <w:lang w:eastAsia="zh-CN"/>
        </w:rPr>
        <w:br/>
      </w:r>
      <w:r>
        <w:rPr>
          <w:lang w:eastAsia="zh-CN"/>
        </w:rPr>
        <w:t>　　28年！在孤岛生活如此之久！可见鲁滨逊是何等的勇敢？初到孤岛他是绝望的。他说：‘我整天悲痛着我凄凉的环境，没有食物，没有房屋，没有衣服，没有武器，没有出路，没有被救的希望，眼前只有死，不是被野兽所吞，就是被野人所嚼。’但是，他慢慢不在整天沉浸在自己设计的悲观中。建立创造了自己的小王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他也是一个坚毅的人起先什么也不懂。但最后用辛勤的劳动换来了令人欣慰的回报。</w:t>
      </w:r>
      <w:r>
        <w:rPr>
          <w:lang w:eastAsia="zh-CN"/>
        </w:rPr>
        <w:br/>
      </w:r>
      <w:r>
        <w:rPr>
          <w:lang w:eastAsia="zh-CN"/>
        </w:rPr>
        <w:t>　　读完后，我不禁反思自己：如果流落到孤岛，能活几时？一天？两天？三天？那我又能做什么？做饭？种植？打猎？而且没人陪伴我，我不是寂寞死。我们应当像鲁滨逊那样有志气，有毅力，爱劳动，凭自己的双手创造财富，才能取得最后的胜利！</w:t>
      </w:r>
      <w:r>
        <w:rPr>
          <w:lang w:eastAsia="zh-CN"/>
        </w:rPr>
        <w:br/>
      </w:r>
      <w:r>
        <w:rPr>
          <w:lang w:eastAsia="zh-CN"/>
        </w:rPr>
        <w:t xml:space="preserve">    《鲁滨逊漂流记》读后感500字 篇9 </w:t>
      </w:r>
      <w:r>
        <w:rPr>
          <w:lang w:eastAsia="zh-CN"/>
        </w:rPr>
        <w:br/>
      </w:r>
      <w:r>
        <w:rPr>
          <w:lang w:eastAsia="zh-CN"/>
        </w:rPr>
        <w:t>　　文/张明浈</w:t>
      </w:r>
      <w:r>
        <w:rPr>
          <w:lang w:eastAsia="zh-CN"/>
        </w:rPr>
        <w:br/>
      </w:r>
      <w:r>
        <w:rPr>
          <w:lang w:eastAsia="zh-CN"/>
        </w:rPr>
        <w:t>　　17世纪中叶，鲁滨逊，克鲁索出生在英国约克市的一个中产阶级的家庭，他本可以按照父亲的安排，依靠殷实的家产过一种平静而优裕的生活。然而，一心想外出闯荡的鲁滨逊却当上了充满惊险和刺激的水手。航行于波涛汹涌，危机四伏的大海上。</w:t>
      </w:r>
      <w:r>
        <w:rPr>
          <w:lang w:eastAsia="zh-CN"/>
        </w:rPr>
        <w:br/>
      </w:r>
      <w:r>
        <w:rPr>
          <w:lang w:eastAsia="zh-CN"/>
        </w:rPr>
        <w:t>　　由于货船失事，鲁滨逊孤身一人流落到一个荒岛上，陷入绝境的鲁滨逊以人们难以想象的坚强和毅力，勇敢地想各种困难挑战，以他不屈不挠的坚强意志，依靠自己的智慧和辛勤劳动，开荒种地，砍书建房，圈养山羊，修造船只。凭着他积极地人生态度，不仅使自己生存了下来，而且还救出了一个即将被土著吃掉的星期五。</w:t>
      </w:r>
      <w:r>
        <w:rPr>
          <w:lang w:eastAsia="zh-CN"/>
        </w:rPr>
        <w:br/>
      </w:r>
      <w:r>
        <w:rPr>
          <w:lang w:eastAsia="zh-CN"/>
        </w:rPr>
        <w:t>　　正当鲁滨逊积极准备救出一批沦落为土著人的西班牙船员时，他的命运突然逆转，一艘货船被暴徒劫持，船长和大副被送上了荒岛。这时，机智勇敢的鲁滨逊不仅巧妙设计谋救出了船长及大副，而且挽救了船只，保住了船上善良的人们的性命。鲁滨逊也从此结束了自己28年的荒岛生活，回到了英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鲁滨逊的离奇遭遇告诉人们，当遇到困难挫折等不行时，只要有勇气，有毅力并充分调动自己的智慧，就可以做出超乎自己想像的奇迹来。这也是鲁滨逊漂流记这部名著历久不衰的原因。</w:t>
      </w:r>
      <w:r>
        <w:rPr>
          <w:lang w:eastAsia="zh-CN"/>
        </w:rPr>
        <w:br/>
      </w:r>
      <w:r>
        <w:rPr>
          <w:lang w:eastAsia="zh-CN"/>
        </w:rPr>
        <w:t xml:space="preserve">    《鲁滨逊漂流记》读后感500字 篇10 </w:t>
      </w:r>
      <w:r>
        <w:rPr>
          <w:lang w:eastAsia="zh-CN"/>
        </w:rPr>
        <w:br/>
      </w:r>
      <w:r>
        <w:rPr>
          <w:lang w:eastAsia="zh-CN"/>
        </w:rPr>
        <w:t>　　鲁宾逊是一个善于帮助别人的人，他从一帮食人族手中救下一个俘虏，那天是星期五，所以就给他取名叫星期五。从那以后，星期五就成为他忠实的伙伴和仆人。鲁宾逊还教他学会了说英语。不久，他又从食人族手中救出了几个俘虏，和他们一起劳动，共同生活。后来，一艘英国船只经过荒岛，鲁宾逊帮助船长制服了叛乱的水手，乘船离开荒岛，返回英国，过上了幸福的生活。鲁宾逊从落难荒岛到返回英国，这段时间竟长达二十多年。看完这本书，使我深受感动。一个人身陷绝境，竟能这样对生活充满信心，勇敢地面对生活，创造生活，实在是难能可贵的。使我认识到，人不论何时何地，不管遇到多大的困难，都不能被困难吓倒，要勇敢地面对困难，克服困难，始终保持一种积极向上、从容乐观的心态，去面对和挑战厄运。只有这样，才能像鲁宾逊那样，永远是一个胜利！！！</w:t>
      </w:r>
      <w:r>
        <w:rPr>
          <w:lang w:eastAsia="zh-CN"/>
        </w:rPr>
        <w:br/>
      </w:r>
      <w:r>
        <w:rPr>
          <w:lang w:eastAsia="zh-CN"/>
        </w:rPr>
        <w:t xml:space="preserve">    《鲁滨逊漂流记》读后感500字 篇11 </w:t>
      </w:r>
      <w:r>
        <w:rPr>
          <w:lang w:eastAsia="zh-CN"/>
        </w:rPr>
        <w:br/>
      </w:r>
      <w:r>
        <w:rPr>
          <w:lang w:eastAsia="zh-CN"/>
        </w:rPr>
        <w:t>　　他在父母的劝阻下仍坚持梦想，踏上航海的旅程；他，在危机来临时不畏惧不退缩，勇敢面对；他，在拥有大量财富时也不挥霍，知恩图报。他，就是鲁滨逊。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从他遇难说起：那一天，因为海滩，他们的船员纷纷坠海，不知所踪，他却奇迹般的被海浪冲上了一座孤岛，真是不幸中的万幸。刚入岛，他悲观、绝望，可《圣经》成功让他拾起信心、勇气，重新拥有希望。在如此恶劣的环境下，他努力，他坚持，不放弃，敢问这样乐观向上的精神有谁能与他相比？一开始，他用自己勤劳的双手和超常的智慧，他创造出了一个简易的家。他开垦土地，驯养动物，种植粮食。这是多么不容易啊，他凭借着自己找到了生活的向往。</w:t>
      </w:r>
      <w:r>
        <w:rPr>
          <w:lang w:eastAsia="zh-CN"/>
        </w:rPr>
        <w:br/>
      </w:r>
      <w:r>
        <w:rPr>
          <w:lang w:eastAsia="zh-CN"/>
        </w:rPr>
        <w:t>　　虽然，鲁滨逊作为这本书的主角让人铭记于心但仍让我记忆深刻的还有“星期五”。那日，鲁滨逊发现了食人族的祭祀品——“星期五”。他奋不顾身的上前迎救。这是一种多么可贵而又无私的精神啊，如果是我，我会这么做吗？扪心自问，我不会，我会唯恐走之而不及。果然，他拼着命救下的人救对了，“星期五”对他言听必从，任劳任怨，报答他的救命之恩，正所谓“滴水之恩，涌泉相报”。鲁滨逊的善良，见义勇为成功换来了作为食人族的“星期五”的信任，这样知恩图报的“星期五”让我深刻记住。</w:t>
      </w:r>
      <w:r>
        <w:rPr>
          <w:lang w:eastAsia="zh-CN"/>
        </w:rPr>
        <w:br/>
      </w:r>
      <w:r>
        <w:rPr>
          <w:lang w:eastAsia="zh-CN"/>
        </w:rPr>
        <w:t>　　二十八年，鲁滨逊在孤岛上生活了二十八年！这些年来，孤独，病痛围绕着他。危机四伏的环境，食人族随时可能取了他的性命，可他一次次绝处逢生，不屈不挠，拼着性命生死抵抗，不放弃，不屈折。如果换作我，我可能会向命运低头，屈服于食人族，因为我没有鲁滨逊的魄力，没有他的勇气，更没有他的智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是困难让他迎难而上，是危机让我勇往直前，更是生活的艰辛让他不放弃。也许这一次的孤岛求生不只是一次的不幸，也是对他们的锻炼，让他学会坚持，学会努力、学会为自己创造一切。也让我们这些小读者受益匪浅！</w:t>
      </w:r>
      <w:r>
        <w:rPr>
          <w:lang w:eastAsia="zh-CN"/>
        </w:rPr>
        <w:br/>
      </w:r>
      <w:r>
        <w:rPr>
          <w:lang w:eastAsia="zh-CN"/>
        </w:rPr>
        <w:t xml:space="preserve">    《鲁滨逊漂流记》读后感500字 篇12 </w:t>
      </w:r>
      <w:r>
        <w:rPr>
          <w:lang w:eastAsia="zh-CN"/>
        </w:rPr>
        <w:br/>
      </w:r>
      <w:r>
        <w:rPr>
          <w:lang w:eastAsia="zh-CN"/>
        </w:rPr>
        <w:t>　　当我看完这本《鲁滨逊漂流记》，鲁滨逊在荒芜人烟的孤岛上生活了很长的时间，他经历了多少的困难呀！</w:t>
      </w:r>
      <w:r>
        <w:rPr>
          <w:lang w:eastAsia="zh-CN"/>
        </w:rPr>
        <w:br/>
      </w:r>
      <w:r>
        <w:rPr>
          <w:lang w:eastAsia="zh-CN"/>
        </w:rPr>
        <w:t>　　鲁滨逊克服了第一个困难，一个人漂流到一个荒芜人烟的孤岛上。但鲁滨逊并没有就此退缩，他靠着自己顽强的毅力。他把船上的食物和衣服全都运到了岸上，自己还搭了个小帐篷。他还利用一些东西做了些简单的工具，自力更生，开始过上了荒凉的野外生活。经过长时间的努力，他有了自己的房屋和家具，还有牧场、种植园。鲁宾逊失败了那么多次，但他依然坚持了下来。在那么艰难的情况下，他竟然生活下来了，谁也不知道鲁滨逊是如何生存下来的？他是多么的坚强啊！</w:t>
      </w:r>
      <w:r>
        <w:rPr>
          <w:lang w:eastAsia="zh-CN"/>
        </w:rPr>
        <w:br/>
      </w:r>
      <w:r>
        <w:rPr>
          <w:lang w:eastAsia="zh-CN"/>
        </w:rPr>
        <w:t>　　我们难道就不能像鲁滨逊这样勇敢，他只靠自己的双手和智慧创造奇迹。我们一有不会的问题就问家长，从来都没有自己开动过脑筋去想想问题，我以后一定要学习鲁滨逊这种勇敢，坚持的精神！</w:t>
      </w:r>
      <w:r>
        <w:rPr>
          <w:lang w:eastAsia="zh-CN"/>
        </w:rPr>
        <w:br/>
      </w:r>
      <w:r>
        <w:rPr>
          <w:lang w:eastAsia="zh-CN"/>
        </w:rPr>
        <w:t xml:space="preserve">    《鲁滨逊漂流记》读后感500字 篇13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歌德曾说过：“读一本好书，就是在和高尚的人谈话。”风霜雨雪、寒来暑往，五年的读书生活让我越来越深刻地体会到这句话的含义。《城南旧事》让我感受到了英子的善良与可爱；《呼兰河传》让我看到了一个慈祥的祖父；《夏日历险》让我学会了永不放弃……无数个高尚的人物都伴随着书本翻动的声音刻在了我的脑海中，而最能震撼我心灵并一直鼓励我前行的却是漂流的鲁滨逊身上所演绎的坚强与勇敢。</w:t>
      </w:r>
      <w:r>
        <w:rPr>
          <w:lang w:eastAsia="zh-CN"/>
        </w:rPr>
        <w:br/>
      </w:r>
      <w:r>
        <w:rPr>
          <w:lang w:eastAsia="zh-CN"/>
        </w:rPr>
        <w:t>　　因为出海遇难，鲁滨逊一个人流落到了一个荒无人烟的孤岛上，可他用自己求生的欲望和辛勤的双手活了整整二十八年！这些年中，他一个人遇到了常人想象不到的困难和挫折，但是他从未放弃，通过自己不懈的坚持，度过了不同寻常的二十八年，最后他终于回到了自己的祖国，过上了幸福的生活。</w:t>
      </w:r>
      <w:r>
        <w:rPr>
          <w:lang w:eastAsia="zh-CN"/>
        </w:rPr>
        <w:br/>
      </w:r>
      <w:r>
        <w:rPr>
          <w:lang w:eastAsia="zh-CN"/>
        </w:rPr>
        <w:t>　　我想如果不是这种坚强和勇敢，他又怎么可能创造生存的希望呢？</w:t>
      </w:r>
      <w:r>
        <w:rPr>
          <w:lang w:eastAsia="zh-CN"/>
        </w:rPr>
        <w:br/>
      </w:r>
      <w:r>
        <w:rPr>
          <w:lang w:eastAsia="zh-CN"/>
        </w:rPr>
        <w:t>　　看着鲁滨逊的经历，不禁想到了年少的我们，在爸爸妈妈的宠爱和呵护下，我们一直过着“小皇帝”“小公主”样的生活呢。遇到困难我们选择逃避，遭受失败我们一蹶不振，其实，我们也应该像鲁宾逊那样，用坚强的毅力和勇敢的精神为自己的生活增光添彩。</w:t>
      </w:r>
      <w:r>
        <w:rPr>
          <w:lang w:eastAsia="zh-CN"/>
        </w:rPr>
        <w:br/>
      </w:r>
      <w:r>
        <w:rPr>
          <w:lang w:eastAsia="zh-CN"/>
        </w:rPr>
        <w:t>　　同学们，让我们一起像鲁滨逊一样，坚强勇敢地面对生活中的一切困难吧，相信无论发生什么，只要坚持就有希望。</w:t>
      </w:r>
      <w:r>
        <w:rPr>
          <w:lang w:eastAsia="zh-CN"/>
        </w:rPr>
        <w:br/>
      </w:r>
      <w:r>
        <w:rPr>
          <w:lang w:eastAsia="zh-CN"/>
        </w:rPr>
        <w:t xml:space="preserve">    《鲁滨逊漂流记》读后感500字 篇14 </w:t>
      </w:r>
      <w:r>
        <w:rPr>
          <w:lang w:eastAsia="zh-CN"/>
        </w:rPr>
        <w:br/>
      </w:r>
      <w:r>
        <w:rPr>
          <w:lang w:eastAsia="zh-CN"/>
        </w:rPr>
        <w:t>　　文/吴梓聪</w:t>
      </w:r>
      <w:r>
        <w:rPr>
          <w:lang w:eastAsia="zh-CN"/>
        </w:rPr>
        <w:br/>
      </w:r>
      <w:r>
        <w:rPr>
          <w:lang w:eastAsia="zh-CN"/>
        </w:rPr>
        <w:t>　　这是一个关于冒险。智慧和勇敢的故事。英国青年水手鲁滨逊由于所乘的货船在海上沉没，孤身一人流落到了一个无人的荒岛上，开始了为生存而奋斗的艰辛旅程。做木筏造房子。种粮食。养牲畜在整整28年的自救过程中，这座无人的荒岛被鲁滨逊建成了一个世外桃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鲁滨逊是一个遇到困难坚持不懈的男子汉。一次，他坐着船去打鱼，突然一个漩涡冒出来，把鲁滨逊的船打翻了，鲁滨逊拼命的往上游，费劲了全身的力气，始终没有放弃求生，最后，凭着坚持不懈的毅力。终于游到了陆地上。</w:t>
      </w:r>
      <w:r>
        <w:rPr>
          <w:lang w:eastAsia="zh-CN"/>
        </w:rPr>
        <w:br/>
      </w:r>
      <w:r>
        <w:rPr>
          <w:lang w:eastAsia="zh-CN"/>
        </w:rPr>
        <w:t>　　生活中的我去不是这样的，五一劳动节那天，跆拳道教练问我们：你们如有事，可以不来上课。我在心里想：学跆拳道那么累。还是和教练说不来了吧。那一天我就偷懒去了。</w:t>
      </w:r>
      <w:r>
        <w:rPr>
          <w:lang w:eastAsia="zh-CN"/>
        </w:rPr>
        <w:br/>
      </w:r>
      <w:r>
        <w:rPr>
          <w:lang w:eastAsia="zh-CN"/>
        </w:rPr>
        <w:t>　　鲁滨逊的身上有好多值得我学习的地方啊！敢于冒险，百折不饶，我要努力成为这样的人。</w:t>
      </w:r>
      <w:r>
        <w:rPr>
          <w:lang w:eastAsia="zh-CN"/>
        </w:rPr>
        <w:br/>
      </w:r>
      <w:r>
        <w:rPr>
          <w:lang w:eastAsia="zh-CN"/>
        </w:rPr>
        <w:t xml:space="preserve">    《鲁滨逊漂流记》读后感500字 篇15 </w:t>
      </w:r>
      <w:r>
        <w:rPr>
          <w:lang w:eastAsia="zh-CN"/>
        </w:rPr>
        <w:br/>
      </w:r>
      <w:r>
        <w:rPr>
          <w:lang w:eastAsia="zh-CN"/>
        </w:rPr>
        <w:t>　　文/王鸣鹤</w:t>
      </w:r>
      <w:r>
        <w:rPr>
          <w:lang w:eastAsia="zh-CN"/>
        </w:rPr>
        <w:br/>
      </w:r>
      <w:r>
        <w:rPr>
          <w:lang w:eastAsia="zh-CN"/>
        </w:rPr>
        <w:t>　　读完《鲁宾逊漂流记》之后我心中满是震撼。我十分佩服鲁滨逊有两个原因。一是因为他的坚持不懈，对生活的乐观。二是他能够凭借着自己的信念闯过一次次难关。在荒芜人烟的孤岛生活了28年啊！多么惊人的一个数字！可见鲁滨逊是何等的勇敢。初到孤岛的他是绝望的，他说：我整天悲痛着我这凄凉的环境，没有食物，没有房屋，没有衣服，没有武器，没有出路，没有被救的希望，眼前只有死，不是被野兽所吞，就是被野人所嚼但是，慢慢地，他独特的个性体现了出来，对生活充满希望，不再整天沉浸在自己设计的悲观中，开始一心一意的安排自己的生活，他建了小房子；做了桌子、小匣子；捕了小羊、小狗；种了小麦、稻子就这样，他用自己的双手，创造了自己的小王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读完之后，我不禁反省自己：如果我流落到孤岛，能活几天？一天？两天？我又能干些什么？会劈柴？会打猎做饭？我连洗自己衣服还笨手笨脚的呢！再说了，没有一个人讲话，多孤单呀！我准会憋死的！可见鲁滨逊是多么乐观向上！我觉得人应该学习他这种不怕困难、乐观向上的精神，无论何时何地都坚强地活下去，哪怕只有一线希望也要争取，决不能放弃！我们要像鲁滨逊那样有志气、有毅力、爱劳动，凭自己的双手创造财富</w:t>
      </w:r>
      <w:r>
        <w:rPr>
          <w:lang w:eastAsia="zh-CN"/>
        </w:rPr>
        <w:br/>
      </w:r>
      <w:r>
        <w:rPr>
          <w:lang w:eastAsia="zh-CN"/>
        </w:rPr>
        <w:t xml:space="preserve">    《鲁滨逊漂流记》读后感500字 篇16 </w:t>
      </w:r>
      <w:r>
        <w:rPr>
          <w:lang w:eastAsia="zh-CN"/>
        </w:rPr>
        <w:br/>
      </w:r>
      <w:r>
        <w:rPr>
          <w:lang w:eastAsia="zh-CN"/>
        </w:rPr>
        <w:t>　　文/吴雨辰</w:t>
      </w:r>
      <w:r>
        <w:rPr>
          <w:lang w:eastAsia="zh-CN"/>
        </w:rPr>
        <w:br/>
      </w:r>
      <w:r>
        <w:rPr>
          <w:lang w:eastAsia="zh-CN"/>
        </w:rPr>
        <w:t>　　《鲁滨逊漂流记》讲述了主人公鲁滨逊&amp;克鲁索在孤岛上生活28年的传奇故事：鲁滨逊在绝境中流落无人的荒岛之上，但是，他凭借着自己的勇敢和智慧，将自己的生活打理得井井有条，完全改善了自己无衣无食的苦难命运，他还救了即将被土著吃掉的野人星期五，并且安全回到了阔别已久的故乡。</w:t>
      </w:r>
      <w:r>
        <w:rPr>
          <w:lang w:eastAsia="zh-CN"/>
        </w:rPr>
        <w:br/>
      </w:r>
      <w:r>
        <w:rPr>
          <w:lang w:eastAsia="zh-CN"/>
        </w:rPr>
        <w:t>　　小说故事情节曲折生动，引人入胜，让人不忍释卷。它主要告诉了我们在困难和绝望之中，要凭着自己的勇敢和智慧，学会面对困难、战胜困难。读完这本书，我懂得了如果一个人遭遇困境，就应该学习鲁滨逊那种顽强的毅力和百折不挠的精神。</w:t>
      </w:r>
      <w:r>
        <w:rPr>
          <w:lang w:eastAsia="zh-CN"/>
        </w:rPr>
        <w:br/>
      </w:r>
      <w:r>
        <w:rPr>
          <w:lang w:eastAsia="zh-CN"/>
        </w:rPr>
        <w:t xml:space="preserve">    《鲁滨逊漂流记》读后感500字 篇17 </w:t>
      </w:r>
      <w:r>
        <w:rPr>
          <w:lang w:eastAsia="zh-CN"/>
        </w:rPr>
        <w:br/>
      </w:r>
      <w:r>
        <w:rPr>
          <w:lang w:eastAsia="zh-CN"/>
        </w:rPr>
        <w:t>　　鲁滨孙&amp;&amp;一个孤独而顽强的冒险者；鲁滨孙&amp;&amp;一个能够放弃安逸舒适的生活，为梦想而拼搏的人；鲁滨孙&amp;&amp;一个真正的勇者，他能在一座荒无人烟的孤岛上，独立的度过二十八年的时光一切的一切，都说明鲁滨孙是个敢于冒险、百折不挠的人。</w:t>
      </w:r>
      <w:r>
        <w:rPr>
          <w:lang w:eastAsia="zh-CN"/>
        </w:rPr>
        <w:br/>
      </w:r>
    </w:p>
    <w:p w:rsidR="001B1F19" w14:textId="27C3F48A">
      <w:pPr>
        <w:rPr>
          <w:rFonts w:hint="eastAsia"/>
          <w:lang w:eastAsia="zh-CN"/>
        </w:rPr>
      </w:pPr>
      <w:r>
        <w:rPr>
          <w:lang w:eastAsia="zh-CN"/>
        </w:rPr>
        <w:t>　　生活中又何尝不是这样呢？无数革命学子们为攀上学之高峰，经历了无数次没有硝烟的战争；无数位企业家为了能够闯出一片属于自己的天地，为了实现自己的远大理想，在商海中拼搏了多少年，吃了多少苦，流了多少泪水和汗水他们是我们的榜样，但我们又何尝不愿意为自己的人生去闯练闯练、拼搏一番呢？</w:t>
      </w:r>
      <w:r>
        <w:rPr>
          <w:lang w:eastAsia="zh-CN"/>
        </w:rPr>
        <w:br/>
      </w:r>
      <w:r>
        <w:rPr>
          <w:lang w:eastAsia="zh-CN"/>
        </w:rPr>
        <w:t xml:space="preserve">    《鲁滨逊漂流记》读后感500字 篇18 </w:t>
      </w:r>
      <w:r>
        <w:rPr>
          <w:lang w:eastAsia="zh-CN"/>
        </w:rPr>
        <w:br/>
      </w:r>
      <w:r>
        <w:rPr>
          <w:lang w:eastAsia="zh-CN"/>
        </w:rPr>
        <w:t>　　这个星期我利用课余时间读了丹尼尔&amp;笛福写的《鲁滨逊漂流记》。我被这本书深深地吸引了，因为它让我见识到了到了鲁滨逊那惊人的毅力和不屈不挠的精神。</w:t>
      </w:r>
      <w:r>
        <w:rPr>
          <w:lang w:eastAsia="zh-CN"/>
        </w:rPr>
        <w:br/>
      </w:r>
      <w:r>
        <w:rPr>
          <w:lang w:eastAsia="zh-CN"/>
        </w:rPr>
        <w:t>　　这本书的主人公：鲁滨逊，是一个具有冒险主义精神的英国人。他本可以按照父亲的安排，依靠着殷实的家产过一种平静而又美好的生活。然而，一心想外出闯荡的鲁滨逊却当上了充满惊险和刺激的水手，航行于波涛汹涌，危机四伏的大海上。</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https://d.book118.com/197013146051006042</w:t>
        </w:r>
      </w:hyperlink>
    </w:p>
    <w:p w:rsidR="001B1F19">
      <w:pPr>
        <w:rPr>
          <w:rFonts w:hint="eastAsia"/>
          <w:lang w:eastAsia="zh-CN"/>
        </w:rPr>
      </w:pPr>
    </w:p>
    <w:sectPr>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97013146051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