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新员工试用期优秀工作总结范文（30篇）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新员工试用期优秀工作总结范文（精选30篇）</w:t>
      </w:r>
      <w:r>
        <w:rPr>
          <w:lang w:eastAsia="zh-CN"/>
        </w:rPr>
        <w:br/>
      </w:r>
      <w:r>
        <w:rPr>
          <w:lang w:eastAsia="zh-CN"/>
        </w:rPr>
        <w:t xml:space="preserve">    新员工试用期优秀工作总结范文 篇1 </w:t>
      </w:r>
      <w:r>
        <w:rPr>
          <w:lang w:eastAsia="zh-CN"/>
        </w:rPr>
        <w:br/>
      </w:r>
      <w:r>
        <w:rPr>
          <w:lang w:eastAsia="zh-CN"/>
        </w:rPr>
        <w:t>　　来到了--这里工作-个月了，我还是满满收获，其实不是工作对我我们一个考验，是自己对自己的考验，接触这份工作以来我就积极的做好日常，向优秀的同事靠拢，这几个月的试用期也是对我能力的一个发掘，自己之前也是没想到的，其实在努力工作的时候是最容易看到自己能力的时候，不要选择自己熟练的擅长的工作就那么积极，还是要在工作选择自己不会的寻求突破，这几个月的来的工作让我成长许多，我也感谢--公司给我机会，现对这几个月工作总结一番：</w:t>
      </w:r>
      <w:r>
        <w:rPr>
          <w:lang w:eastAsia="zh-CN"/>
        </w:rPr>
        <w:br/>
      </w:r>
      <w:r>
        <w:rPr>
          <w:lang w:eastAsia="zh-CN"/>
        </w:rPr>
        <w:t>　　一、熟悉工作，不断进步</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刚开始是比较陌生的，我对这里的一切都是比较生疏，工作当然也是这般，但是我的好学心一直没有减少，自己毕竟也是刚刚毕业，我接触到这些都是我必须要经历的，让我觉得印象深刻就是来到这里的时候，这种工作气氛是我感觉很好的，这也在后面的工作当中给了我帮助，一个好的工作气氛是必要的，尽管我是刚刚来到公司我也需要快速的适应下来，第一就是熟悉工作，我在工作当中，给自己足够的时间去发掘，去熟悉，主要就是通过公司给我的培训，我在培训当中也是收获甚多的，这是一个相互的，在培训的时候有所收获，工作起来不会感觉很吃力。</w:t>
      </w:r>
      <w:r>
        <w:rPr>
          <w:lang w:eastAsia="zh-CN"/>
        </w:rPr>
        <w:br/>
      </w:r>
      <w:r>
        <w:rPr>
          <w:lang w:eastAsia="zh-CN"/>
        </w:rPr>
        <w:t>　　不断进步是一个原则，我觉工作需要这么一个意识，需要不断的通过努力给自己前进的方向，我工作的这几个月的时间中，还是在不断的熟悉，不断的请教同事，身边的工作气氛是超级好的，在工作的时候能够感觉到很轻松这是给我的第一感觉，我向优秀的同事，积极的请教问题，主要自己没有接触过的东西，这些都是需要一个提高，身边同时之最直接的对象。</w:t>
      </w:r>
      <w:r>
        <w:rPr>
          <w:lang w:eastAsia="zh-CN"/>
        </w:rPr>
        <w:br/>
      </w:r>
      <w:r>
        <w:rPr>
          <w:lang w:eastAsia="zh-CN"/>
        </w:rPr>
        <w:t>　　二、工作经过</w:t>
      </w:r>
      <w:r>
        <w:rPr>
          <w:lang w:eastAsia="zh-CN"/>
        </w:rPr>
        <w:br/>
      </w:r>
      <w:r>
        <w:rPr>
          <w:lang w:eastAsia="zh-CN"/>
        </w:rPr>
        <w:t>　　我在工作当中还是很积极的，三个月的工作，时间也是不短了，我把浪费任何的时间，我也觉得是间很宝贵在，每天在做好自己工作的同时，能够留给自己时间不多，我态度认真在，规范好自己，公司交代的工作，还有事情，第一时间需要重视起来在，然后苏通过努力，认真的心态，给工作做到更好，其实这三个月的工作经过是在一个学习的路上，接下来投入到工作需要更多的精力。</w:t>
      </w:r>
      <w:r>
        <w:rPr>
          <w:lang w:eastAsia="zh-CN"/>
        </w:rPr>
        <w:br/>
      </w:r>
      <w:r>
        <w:rPr>
          <w:lang w:eastAsia="zh-CN"/>
        </w:rPr>
        <w:t>　　三、不足之处</w:t>
      </w:r>
      <w:r>
        <w:rPr>
          <w:lang w:eastAsia="zh-CN"/>
        </w:rPr>
        <w:br/>
      </w:r>
      <w:r>
        <w:rPr>
          <w:lang w:eastAsia="zh-CN"/>
        </w:rPr>
        <w:t>　　我缺乏一种临时应变能力，刚刚毕业接触这些工作我比较生疏，应变能力在工作当中属于一种高的能力在，现阶段的我需要了解，需要具备，在这三个月中有时候在自己工作突发一些问题，我还是处理起来有所欠缺，但是这些我都会继续完善的。</w:t>
      </w:r>
      <w:r>
        <w:rPr>
          <w:lang w:eastAsia="zh-CN"/>
        </w:rPr>
        <w:br/>
      </w:r>
      <w:r>
        <w:rPr>
          <w:lang w:eastAsia="zh-CN"/>
        </w:rPr>
        <w:t xml:space="preserve">    新员工试用期优秀工作总结范文 篇2 </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于20售年_月_日加入售重工这个大团体，试用期6个月。随着紧张而充实的工作节奏，不知不觉六个月已经过去，回顾这六个月的点点滴滴，让我对自己和公司有了一个全面而深刻的认识，同时让我自己的的工作能力和个人价值观有了很大的提升，我在售服务公司从事售后服务的职位，在期间我的工作内容有：</w:t>
      </w:r>
      <w:r>
        <w:rPr>
          <w:lang w:eastAsia="zh-CN"/>
        </w:rPr>
        <w:br/>
      </w:r>
      <w:r>
        <w:rPr>
          <w:lang w:eastAsia="zh-CN"/>
        </w:rPr>
        <w:t>　　一、在泵车调试车间学习调试工作</w:t>
      </w:r>
      <w:r>
        <w:rPr>
          <w:lang w:eastAsia="zh-CN"/>
        </w:rPr>
        <w:br/>
      </w:r>
      <w:r>
        <w:rPr>
          <w:lang w:eastAsia="zh-CN"/>
        </w:rPr>
        <w:t>　　学习了给泵车调试的相关知识和技术，其中有给泵车加柴油，换节流弯管，换滤油车，换砼活塞，调系统压力，打水试验，换分动箱齿轮油等调试工作。在期间让我对售的企业文化和管理制度有了进一步的了解和认识，知道了自己作为一个售人该有的行为准则和道德规范。</w:t>
      </w:r>
      <w:r>
        <w:rPr>
          <w:lang w:eastAsia="zh-CN"/>
        </w:rPr>
        <w:br/>
      </w:r>
      <w:r>
        <w:rPr>
          <w:lang w:eastAsia="zh-CN"/>
        </w:rPr>
        <w:t>　　二、外出到全国各地从事“一机一册”工作</w:t>
      </w:r>
      <w:r>
        <w:rPr>
          <w:lang w:eastAsia="zh-CN"/>
        </w:rPr>
        <w:br/>
      </w:r>
      <w:r>
        <w:rPr>
          <w:lang w:eastAsia="zh-CN"/>
        </w:rPr>
        <w:t>　　为了全面贯彻_董事长的“完善全球配件查询系统”，我们按照上级的指示去施工一线对售已经售出的每台泵车的各种零配件的型号进行核对和确认，在工作中，对泵车的各种零部件的名称、用途、物料编码耳熟能详，能很快分辨出泵车配件的型号，在外面跑的日子更是对售在外面的评价和现实状况有了更加客观的认识，在与客户打交道的过程中也学习到了怎样和客户沟通、交流，怎样和客户打好关系，在这个过程中，我对售的产品以及服务的质量和认可度有了一个全面而深刻的了解。同时也深深体会到作为一个服务人员的艰辛和不容易。</w:t>
      </w:r>
      <w:r>
        <w:rPr>
          <w:lang w:eastAsia="zh-CN"/>
        </w:rPr>
        <w:br/>
      </w:r>
      <w:r>
        <w:rPr>
          <w:lang w:eastAsia="zh-CN"/>
        </w:rPr>
        <w:t>　　三、对自己的工作有很深的体会</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六个月的时间让我从一个懵懂的大学应届毕业生转变为售的一个公司员工，让我从当初的对泵车一无所知到如今熟悉泵车上每一个零部件，这一切都是公司领导和同事对我指导的结果，也是我自身积极进取的结果。技术售后服务工作是一个特殊的岗位，不但需要我们有精湛的技术为客户第一时间排除故障，还需要我们以真诚的态度为客户服务，一切以客户为上，要知道很多时候顾客买的不不单单是我们的产品更是买我们的服务，所以我深深体会到作为一个售后服务人员必须以真诚的态度对待客户，和客户有良好的沟通和交流。</w:t>
      </w:r>
      <w:r>
        <w:rPr>
          <w:lang w:eastAsia="zh-CN"/>
        </w:rPr>
        <w:br/>
      </w:r>
      <w:r>
        <w:rPr>
          <w:lang w:eastAsia="zh-CN"/>
        </w:rPr>
        <w:t>　　2、和上级领导、同事的关系很重要，很多时候团结就是力量，在售后服务这个大团体中，只有自己有良好的团队协作精神自己才能学习的更快成长的更快，在上面领导那里我可以学习领导和管理的艺术，学习怎样让上面的领导认可同时又让下级员工配合自己的工作，在和带岗师傅相处的过程中，我可以学到很多技术上的指导以及和客户交流的技巧，在和同事相处的时候，更是可以一起切磋一起商量一起学习一起进步。</w:t>
      </w:r>
      <w:r>
        <w:rPr>
          <w:lang w:eastAsia="zh-CN"/>
        </w:rPr>
        <w:br/>
      </w:r>
      <w:r>
        <w:rPr>
          <w:lang w:eastAsia="zh-CN"/>
        </w:rPr>
        <w:t>　　3、在这段时间里，我虽然在学习上和工作上有了新的进步，但是和其他同事相比还有一定的差距，且和系统内的领导和同事思想和业务上的交流还是不够，因此我希望自己在以后的工作中能够积极注重锻炼自己的口才交际能力、应变能力、协调能力、组织能力以及领导能力，不断在工作中学习、进取、完善自己。</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总之，经过这六个月的试用期，我能够尽心尽责的完成自己的本职工作，能够积极配合上级的指示和工作，和同事妥善的处理好个人关系。我相信在以后的工作中一定会继续努力，不断超越自己，遵守“先做人，后做事，品质改变世界”的原则，为公司实现售一千亿的梦想添砖加瓦，贡献出自己的微薄之力!</w:t>
      </w:r>
      <w:r>
        <w:rPr>
          <w:lang w:eastAsia="zh-CN"/>
        </w:rPr>
        <w:br/>
      </w:r>
      <w:r>
        <w:rPr>
          <w:lang w:eastAsia="zh-CN"/>
        </w:rPr>
        <w:t xml:space="preserve">    新员工试用期优秀工作总结范文 篇3 </w:t>
      </w:r>
      <w:r>
        <w:rPr>
          <w:lang w:eastAsia="zh-CN"/>
        </w:rPr>
        <w:br/>
      </w:r>
      <w:r>
        <w:rPr>
          <w:lang w:eastAsia="zh-CN"/>
        </w:rPr>
        <w:t>　　去年_月，我通过了选调生的选拔考试，从一名大学生村官变成了一名选调生，成为枣强县枣强镇党政办公室的一员。一年多来，在领导的关怀和同事的帮助下，我虚心学习，努力工作，较好地完成了各项工作任务，在工作岗位上迈出了坚实的一步。现将一年来的工作情况汇报如下：</w:t>
      </w:r>
      <w:r>
        <w:rPr>
          <w:lang w:eastAsia="zh-CN"/>
        </w:rPr>
        <w:br/>
      </w:r>
      <w:r>
        <w:rPr>
          <w:lang w:eastAsia="zh-CN"/>
        </w:rPr>
        <w:t>　　一、加强学习，提高政治素质和岗位知识水平，主动适应新的工作环境。</w:t>
      </w:r>
      <w:r>
        <w:rPr>
          <w:lang w:eastAsia="zh-CN"/>
        </w:rPr>
        <w:br/>
      </w:r>
      <w:r>
        <w:rPr>
          <w:lang w:eastAsia="zh-CN"/>
        </w:rPr>
        <w:t>　　一是在平时的工作中，我自觉加强政治理论学习，提高党性修养。我积极参加各种会议培训以及通过自己读书、看报、网络等方式，加强了对政治理论和业务知识的学习，重点学习了党的__届四中、五中全会精神及省、市、县各级党代会精神和中央关于三农工作的重要文件，用先进的理论知识武装头脑。</w:t>
      </w:r>
      <w:r>
        <w:rPr>
          <w:lang w:eastAsia="zh-CN"/>
        </w:rPr>
        <w:br/>
      </w:r>
      <w:r>
        <w:rPr>
          <w:lang w:eastAsia="zh-CN"/>
        </w:rPr>
        <w:t>　　二是主动适应党政办公室这个新的工作环境。为更好的做好办公室的信息工作，我对镇里信息写作的有关材料和文件进行了全面学习，参加县委组织的信息员培训班，同时在工作中向领导和同事积极请教经验，提高了信息业务能力和水平。</w:t>
      </w:r>
      <w:r>
        <w:rPr>
          <w:lang w:eastAsia="zh-CN"/>
        </w:rPr>
        <w:br/>
      </w:r>
      <w:r>
        <w:rPr>
          <w:lang w:eastAsia="zh-CN"/>
        </w:rPr>
        <w:t>　　二、端正态度，勤于实践，认真做好办公室各项日常工作。</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在镇办公室的工作中，我认识到办公室可以说是镇机关的中枢机构，承担着上传下达的重要任务，协调着多方面的关系，可以说办公室的工作是比较繁杂、沉重的。办公室工作无小事，任何一件小事出现纰漏，都会引来大的麻烦。所以在工作之初，我就树立了办公室工作无小事的观念，端正自己的工作态度，严肃认真的对待每一项日常工作，从工作的实践中收获知识，不断进步。</w:t>
      </w:r>
      <w:r>
        <w:rPr>
          <w:lang w:eastAsia="zh-CN"/>
        </w:rPr>
        <w:br/>
      </w:r>
      <w:r>
        <w:rPr>
          <w:lang w:eastAsia="zh-CN"/>
        </w:rPr>
        <w:t>　　思，就是思考，认真分析材料的篇章结构、行文脉络、遣词造句和语言风格，力求发现其中的规律，迅速确立符合公文特点的写作风格。练，就是勤写多练，每次办公室只要有文字材料任务，我都会主动要求去写。改，就是写完初稿后进行修改，使文章能够传递党委、政府的精神，能够体现领导的思路，能够更加容易的被受众接受。比，就是拿自己的文章跟别人的做对比，找出不足，加以改进。</w:t>
      </w:r>
      <w:r>
        <w:rPr>
          <w:lang w:eastAsia="zh-CN"/>
        </w:rPr>
        <w:br/>
      </w:r>
      <w:r>
        <w:rPr>
          <w:lang w:eastAsia="zh-CN"/>
        </w:rPr>
        <w:t>　　每次会议召开和接待，我们都高度重视、精心组织、明确责任、分工到人。今年_月份，镇党委换届选举期间，从统计各选区预备人选名单、候选人名单到选票的打印、讲话材料整理及会场的布置，整个会议过程我都积极的负责和参与。在这次工作中，我认识到会务接待，细节决定成败，稍有考虑不周，就可能造成不良影响，使会议效果大打折扣。会议统计人数要准确、打印选票数量要精确，会议台签摆放要合理，从材料准备到话筒调试，每个环节，我都不敢有丝毫的大意，从不疏忽任何一个环节。在一年中圆满完成了我镇各种会议召开接待任务20多次，树立了办公室筹划细致、服务周到的良好形象。</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三、在工作中注重总结，查找不足、及时改正，培养良好的工作作风。</w:t>
      </w:r>
      <w:r>
        <w:rPr>
          <w:lang w:eastAsia="zh-CN"/>
        </w:rPr>
        <w:br/>
      </w:r>
      <w:r>
        <w:rPr>
          <w:lang w:eastAsia="zh-CN"/>
        </w:rPr>
        <w:t>　　在日常工作中，我对工作中犯的错误及时分析原因，及时改正。把犯错误、改正错误当成是改进工作的有效途径。我在工作之初曾出现不少失误，例如给领导写的讲话稿中出现了错别字，电话记录不准确等等，针对这些问题，我高度重视并制定出有针对性的整改措施，坚决杜绝日后重犯类似的错误。</w:t>
      </w:r>
      <w:r>
        <w:rPr>
          <w:lang w:eastAsia="zh-CN"/>
        </w:rPr>
        <w:br/>
      </w:r>
      <w:r>
        <w:rPr>
          <w:lang w:eastAsia="zh-CN"/>
        </w:rPr>
        <w:t>　　在取得一定成绩的同时，我也能看到自身还存在一些问题和不足。首先是感觉自己的创新能力还不够，主要表现在领导布置什么就做什么，没有自己创造性的建议和工作方法，因此工作就显的比较被动。其次是工作上还需加强学习，提高业务能力。对于信息写作工作还处于初级水平，在写作方面还需要进一步的提高。工作上还要培养吃苦耐劳精神，而这些正是我需要加强和学习的。在以后的工作中，我将努力克服自己的不足，以更加努力的付出，更高质量的工作，为镇机关贡献自己的一份力量。</w:t>
      </w:r>
      <w:r>
        <w:rPr>
          <w:lang w:eastAsia="zh-CN"/>
        </w:rPr>
        <w:br/>
      </w:r>
      <w:r>
        <w:rPr>
          <w:lang w:eastAsia="zh-CN"/>
        </w:rPr>
        <w:t xml:space="preserve">    新员工试用期优秀工作总结范文 篇4 </w:t>
      </w:r>
      <w:r>
        <w:rPr>
          <w:lang w:eastAsia="zh-CN"/>
        </w:rPr>
        <w:br/>
      </w:r>
      <w:r>
        <w:rPr>
          <w:lang w:eastAsia="zh-CN"/>
        </w:rPr>
        <w:t>　　五月份是本人开展工作的第二个月，这个月本人已经从四月份的适应期转为上手期，各项工作已渐渐进入轨道，接下来本人就这个月开展的各项工作作个总结。</w:t>
      </w:r>
      <w:r>
        <w:rPr>
          <w:lang w:eastAsia="zh-CN"/>
        </w:rPr>
        <w:br/>
      </w:r>
      <w:r>
        <w:rPr>
          <w:lang w:eastAsia="zh-CN"/>
        </w:rPr>
        <w:t>　　一、加强服务</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管理网点一定要以服务为重点，用服务来拉近与网点之间的关系，有了和谐的关系才能更好地管理网点。所以，本月，本人都在积极做着做着各项服务工作，各网点经营户和管理人员也把我当做贴心人，一旦出现问题都第一时间给我打电话，比如销售机器出现故障、电脑出现问题等一系列问题，只要一个电话，本人就迅速赶到一线进行维修，以确保不影响站点的销售，所以，这个月里古田各网点没有出现过因为机器故障而影响销售的事情。</w:t>
      </w:r>
      <w:r>
        <w:rPr>
          <w:lang w:eastAsia="zh-CN"/>
        </w:rPr>
        <w:br/>
      </w:r>
      <w:r>
        <w:rPr>
          <w:lang w:eastAsia="zh-CN"/>
        </w:rPr>
        <w:t>　　二、加强宣传</w:t>
      </w:r>
      <w:r>
        <w:rPr>
          <w:lang w:eastAsia="zh-CN"/>
        </w:rPr>
        <w:br/>
      </w:r>
      <w:r>
        <w:rPr>
          <w:lang w:eastAsia="zh-CN"/>
        </w:rPr>
        <w:t>　　体彩相关的信息与政策要真正落实到基层才能见实效，这过程，做好宣传是至关重要的，在这个月里，本人每次从省市开会回来，都第一时间把相关新信息和政策制成宣传单发放到各网点，此外，为了让大家对这些信息了解的更透彻，更深入，本人经常利用晚上、周末等下班时间到各网点，与经营户和销售人员甚至彩民聊天，了解大家的认识误区和盲点，并积极做好解释工作。</w:t>
      </w:r>
      <w:r>
        <w:rPr>
          <w:lang w:eastAsia="zh-CN"/>
        </w:rPr>
        <w:br/>
      </w:r>
      <w:r>
        <w:rPr>
          <w:lang w:eastAsia="zh-CN"/>
        </w:rPr>
        <w:t>　　三、准备扩点，开发市场</w:t>
      </w:r>
      <w:r>
        <w:rPr>
          <w:lang w:eastAsia="zh-CN"/>
        </w:rPr>
        <w:br/>
      </w:r>
      <w:r>
        <w:rPr>
          <w:lang w:eastAsia="zh-CN"/>
        </w:rPr>
        <w:t>　　在上个月的积极宣传下，本月古田城关及周边几个乡镇都准备扩点，目前已经做好各项前期准备工作。</w:t>
      </w:r>
      <w:r>
        <w:rPr>
          <w:lang w:eastAsia="zh-CN"/>
        </w:rPr>
        <w:br/>
      </w:r>
      <w:r>
        <w:rPr>
          <w:lang w:eastAsia="zh-CN"/>
        </w:rPr>
        <w:t>　　四、存在问题</w:t>
      </w:r>
      <w:r>
        <w:rPr>
          <w:lang w:eastAsia="zh-CN"/>
        </w:rPr>
        <w:br/>
      </w:r>
      <w:r>
        <w:rPr>
          <w:lang w:eastAsia="zh-CN"/>
        </w:rPr>
        <w:t>　　尽管各项工作正在有序开展，但本人发现还是存在不少问题。</w:t>
      </w:r>
      <w:r>
        <w:rPr>
          <w:lang w:eastAsia="zh-CN"/>
        </w:rPr>
        <w:br/>
      </w:r>
      <w:r>
        <w:rPr>
          <w:lang w:eastAsia="zh-CN"/>
        </w:rPr>
        <w:t>　　1、彩民玩法比较单一，宣传有待加强。</w:t>
      </w:r>
      <w:r>
        <w:rPr>
          <w:lang w:eastAsia="zh-CN"/>
        </w:rPr>
        <w:br/>
      </w:r>
      <w:r>
        <w:rPr>
          <w:lang w:eastAsia="zh-CN"/>
        </w:rPr>
        <w:t>　　2、少数业主、销售员业务不精，被动工作。</w:t>
      </w:r>
      <w:r>
        <w:rPr>
          <w:lang w:eastAsia="zh-CN"/>
        </w:rPr>
        <w:br/>
      </w:r>
      <w:r>
        <w:rPr>
          <w:lang w:eastAsia="zh-CN"/>
        </w:rPr>
        <w:t>　　3、有些网点环境较差，服务质量不高。</w:t>
      </w:r>
      <w:r>
        <w:rPr>
          <w:lang w:eastAsia="zh-CN"/>
        </w:rPr>
        <w:br/>
      </w:r>
      <w:r>
        <w:rPr>
          <w:lang w:eastAsia="zh-CN"/>
        </w:rPr>
        <w:t>　　针对以上问题，今后我将继续努力，勤奋工作，严格按照省、市要求，能动工作，钻研业务，全力做好宣传、培训、服务等工作。</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新员工试用期优秀工作总结范文 篇5 </w:t>
      </w:r>
      <w:r>
        <w:rPr>
          <w:lang w:eastAsia="zh-CN"/>
        </w:rPr>
        <w:br/>
      </w:r>
      <w:r>
        <w:rPr>
          <w:lang w:eastAsia="zh-CN"/>
        </w:rPr>
        <w:t>　　__年3月3日我进行为期一月的教育试用期。一月的试用期生活是辛苦的，也是很有意义的。在校领导、老师及带队教师的支持和指导下，我的试用期工作了得了比较圆满的成功。</w:t>
      </w:r>
      <w:r>
        <w:rPr>
          <w:lang w:eastAsia="zh-CN"/>
        </w:rPr>
        <w:br/>
      </w:r>
      <w:r>
        <w:rPr>
          <w:lang w:eastAsia="zh-CN"/>
        </w:rPr>
        <w:t>　　本次教育试用期按照学校的要求，主要任务完成情况如下：</w:t>
      </w:r>
      <w:r>
        <w:rPr>
          <w:lang w:eastAsia="zh-CN"/>
        </w:rPr>
        <w:br/>
      </w:r>
      <w:r>
        <w:rPr>
          <w:lang w:eastAsia="zh-CN"/>
        </w:rPr>
        <w:t>　　教学任务。在教育试用期的三周内，听取指导教师的课;写听课记录。共完成了4个新课时的教案，进行1&amp;2节课的试讲，得到指导教师、带队老师和同学们的意见和建议;平时，协助教师批改作业，对同学进行个别答疑。了解教师的工作安排并参与集体备课。指导教师的授课做教案式记录。</w:t>
      </w:r>
      <w:r>
        <w:rPr>
          <w:lang w:eastAsia="zh-CN"/>
        </w:rPr>
        <w:br/>
      </w:r>
      <w:r>
        <w:rPr>
          <w:lang w:eastAsia="zh-CN"/>
        </w:rPr>
        <w:t>　　一月的试用期，使我真正体会到做一位老师的乐趣，同时，它使我的教学理论变为教学实践，使虚拟教学变为真正的面对面的教学。三周的试用期，现在回想起来，短短的试用期生活，感觉可以说不错。当我漫步在试用期的校园里，那出自学生的一声声“老师好。”“老师好”的感觉真好。</w:t>
      </w:r>
      <w:r>
        <w:rPr>
          <w:lang w:eastAsia="zh-CN"/>
        </w:rPr>
        <w:br/>
      </w:r>
      <w:r>
        <w:rPr>
          <w:lang w:eastAsia="zh-CN"/>
        </w:rPr>
        <w:t>　　近一个月的试用期，令我感慨颇多。我试用期的班级是小学一二年级的小学生。他们都是一些7，8岁的孩子。又可爱，又活泼，又好动，又调皮。开始与他们接触我还有些紧张，常常不知道应该从何下手。无所适从。但是随着对他们的熟悉。很快的就可以和他们打成一片。我也很快的进入的教师这个属于我的新角色。</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听了一周的课之后，我开始走上讲台，开始了自己的第一篇“作”。当然，刚开始心情特别紧张，但是慢慢的就放松下来了。算是比较顺利的完成了第一次上台讲课的经历。课讲完后。同学和老师都对我进行了肯定。同样同学和老师也给我提出了一些不足。针对这些不足，给我说明了改进的方法。指导老师细心指导，帮助修改教案，没有丝毫的架子，有更多的是朋友般的亲切交谈。很快。就到第二周。到了我第二次上讲台的时候了。早上先是给二班上课。这一节课上的并不是很成功。下来后。自己也很沮丧。在几个同学的协助下。我利用中午2个小时的时间重新备了这一节课。并且在下午四班的课上发挥不错。在这里也真的很感谢大家对我的帮助。</w:t>
      </w:r>
      <w:r>
        <w:rPr>
          <w:lang w:eastAsia="zh-CN"/>
        </w:rPr>
        <w:br/>
      </w:r>
      <w:r>
        <w:rPr>
          <w:lang w:eastAsia="zh-CN"/>
        </w:rPr>
        <w:t>　　在试用期期间我还帮助老师批改作业。批改作业，纠正学生的错误是非常重要的。我在纠正学生每个错误的时候，写上激励的评语，并在评语中强调订正的重要性，并根据各个学生的情况加以勉励。因为我相信。对于学生的表扬相对与批评来说。更容易使学生取得进步。</w:t>
      </w:r>
      <w:r>
        <w:rPr>
          <w:lang w:eastAsia="zh-CN"/>
        </w:rPr>
        <w:br/>
      </w:r>
      <w:r>
        <w:rPr>
          <w:lang w:eastAsia="zh-CN"/>
        </w:rPr>
        <w:t>　　试用期期间，由于学生都还小，自我组织和约束能力都还很差，特别是个别学生更差。这就需要老师牵着他们走，告诉他们应该怎样做。在这里。我从我们指导老师身上学到了很多东西。老师平时很严肃，言语很少。可是对管理他们很有一套。通过每天日常的观察和学习，确实体会到了知道老师的方法。我想，那就是：恰到好处和用心。该奖的奖，该罚的罚。学生的事永远是大事。</w:t>
      </w:r>
      <w:r>
        <w:rPr>
          <w:lang w:eastAsia="zh-CN"/>
        </w:rPr>
        <w:br/>
      </w:r>
      <w:r>
        <w:rPr>
          <w:lang w:eastAsia="zh-CN"/>
        </w:rPr>
        <w:t xml:space="preserve">    新员工试用期优秀工作总结范文 篇6 </w:t>
      </w:r>
      <w:r>
        <w:rPr>
          <w:lang w:eastAsia="zh-CN"/>
        </w:rPr>
        <w:br/>
      </w:r>
      <w:r>
        <w:rPr>
          <w:lang w:eastAsia="zh-CN"/>
        </w:rPr>
        <w:t>　　新员工试用期转正工作总结</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首先很感谢各位领导能在百忙之中抽出宝贵的时间看我的，也很荣幸地能够成为贵司的一员。</w:t>
      </w:r>
      <w:r>
        <w:rPr>
          <w:lang w:eastAsia="zh-CN"/>
        </w:rPr>
        <w:t xml:space="preserve"> 我从入职至今已快三个月了，这几个月里，</w:t>
      </w:r>
      <w:r>
        <w:rPr>
          <w:lang w:eastAsia="zh-CN"/>
        </w:rPr>
        <w:t xml:space="preserve"> 在领导和同事的帮助下，我对工作流程了解许多，后来又经过培训，又使我了解了以以情服务、用心做事、务实高效、开拓进取为核心的企业文化及各项规章制度。</w:t>
      </w:r>
      <w:r>
        <w:rPr>
          <w:lang w:eastAsia="zh-CN"/>
        </w:rPr>
        <w:br/>
      </w:r>
      <w:r>
        <w:rPr>
          <w:lang w:eastAsia="zh-CN"/>
        </w:rPr>
        <w:t>　　一、 以情服务、用心做事。工作中我对来访的客人以礼相待，保持着热情，耐心地帮助他们，对他们提出的问题自己不能回答时，我向领班、老队员请教后，给予解答;工作中时刻想着自己代表的是公司，对处理违规违纪的事情都是做到礼先到&amp;，不摆架子，耐心地和他们沟通，于他们谈心，避免和他们矛盾，影响公司形象。</w:t>
      </w:r>
      <w:r>
        <w:rPr>
          <w:lang w:eastAsia="zh-CN"/>
        </w:rPr>
        <w:br/>
      </w:r>
      <w:r>
        <w:rPr>
          <w:lang w:eastAsia="zh-CN"/>
        </w:rPr>
        <w:t>　　二、 遵守制度、敢抓敢管。奥特莱斯、四楼影院施工期间，我按制度、按程序对工人进行管理，每天对进出的人员、货物进行严格的检查，以免可疑人员进入、公司财物被盗;对于那些安全措施不到位的，比如：进入施工区域没戴安全帽;高空作业没系安全带;动火时没有灭火设施&amp;等之类的现象，我都按照公司的制度、程序进行整改处罚，把各项安全措施落实到位，以确保施工期间零事故。</w:t>
      </w:r>
      <w:r>
        <w:rPr>
          <w:lang w:eastAsia="zh-CN"/>
        </w:rPr>
        <w:br/>
      </w:r>
      <w:r>
        <w:rPr>
          <w:lang w:eastAsia="zh-CN"/>
        </w:rPr>
        <w:t>　　三、 任劳任怨、孜孜不倦。对领导的安排是完全的服从，并不折不扣的执行;以坚持到最后一分钟&amp;的心态去工作，一如既往地做好每天的职责;生活中我也常常关心同事，经常于他们谈心、交流，他们不开心时，我就会去开导他们，给他们讲笑话，逗他们开心。我始终以一个学者的身份向他们请教工作中的经验。</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工作中我也有很多不足处，但我时刻以合格金源人的标准来要求自己，以同事为榜样去提醒自己，争取能做一名合格的金源人，能在世纪金源这个大舞台上展示自己，能为世纪金源的辉煌奉献自己的一份力量。</w:t>
      </w:r>
      <w:r>
        <w:rPr>
          <w:lang w:eastAsia="zh-CN"/>
        </w:rPr>
        <w:br/>
      </w:r>
      <w:r>
        <w:rPr>
          <w:lang w:eastAsia="zh-CN"/>
        </w:rPr>
        <w:t xml:space="preserve">    新员工试用期优秀工作总结范文 篇7 </w:t>
      </w:r>
      <w:r>
        <w:rPr>
          <w:lang w:eastAsia="zh-CN"/>
        </w:rPr>
        <w:br/>
      </w:r>
      <w:r>
        <w:rPr>
          <w:lang w:eastAsia="zh-CN"/>
        </w:rPr>
        <w:t>　　时间飞逝，转眼间，做为一名我友正式员工已经有两个月之久。在这个难忘而又夸姣的日子里，我深入体会到了公司的积极气氛 和各个部分 的巨年夜 魅力，目睹了公司一步步走向成熟，看到了公司网络的赓续 健全和系统赓续 完善，并日渐不乱，同时，也看到了运维中心给于系统治理 职员带下世人向往的学习的平台和和无穷的机会 与挑战，所以，我在此对于曩昔 的工作做下总结。</w:t>
      </w:r>
      <w:r>
        <w:rPr>
          <w:lang w:eastAsia="zh-CN"/>
        </w:rPr>
        <w:br/>
      </w:r>
      <w:r>
        <w:rPr>
          <w:lang w:eastAsia="zh-CN"/>
        </w:rPr>
        <w:t>　　总结汗青</w:t>
      </w:r>
      <w:r>
        <w:rPr>
          <w:lang w:eastAsia="zh-CN"/>
        </w:rPr>
        <w:br/>
      </w:r>
      <w:r>
        <w:rPr>
          <w:lang w:eastAsia="zh-CN"/>
        </w:rPr>
        <w:t>　　在运维中心工作期间，我工作认真，具有较强的责任心和朝上进步 心，极富工作热情，</w:t>
      </w:r>
      <w:r>
        <w:rPr>
          <w:lang w:eastAsia="zh-CN"/>
        </w:rPr>
        <w:br/>
      </w:r>
      <w:r>
        <w:rPr>
          <w:lang w:eastAsia="zh-CN"/>
        </w:rPr>
        <w:t>　　确实完成上级交付的工作，善于与他人沟通，和公司部分 同事之间能够通力合作，关系相处融洽而辑穆，配合各部分 负责人胜利 的完成各项工作，具有很强的团队合作精力 。注重自己的小我 成长 ，赓续 努力学习系统、网站架构知识。所以我现在已经能够熟练 维护公司的系统办事 和监控网站架构，包孕前段节点，源站各个站点办事 的流量信息等，能实时 查看并报警所引起的网络办事 相关故障，能注重公司的种种流程细节，拥有了一名系统治理 维护员的根本 工作技能 。</w:t>
      </w:r>
      <w:r>
        <w:rPr>
          <w:lang w:eastAsia="zh-CN"/>
        </w:rPr>
        <w:br/>
      </w:r>
      <w:r>
        <w:rPr>
          <w:lang w:eastAsia="zh-CN"/>
        </w:rPr>
        <w:t>　　回首汗青</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九月份，是我成为公司正式员工最幼嫩的时期，一直都处在学习阶段，学习公司网站的架构散布</w:t>
      </w:r>
      <w:r>
        <w:rPr>
          <w:lang w:eastAsia="zh-CN"/>
        </w:rPr>
        <w:t xml:space="preserve"> 情况，以及在系统中各类</w:t>
      </w:r>
      <w:r>
        <w:rPr>
          <w:lang w:eastAsia="zh-CN"/>
        </w:rPr>
        <w:t xml:space="preserve"> 常见网络办事</w:t>
      </w:r>
      <w:r>
        <w:rPr>
          <w:lang w:eastAsia="zh-CN"/>
        </w:rPr>
        <w:t xml:space="preserve"> 的搭建，包孕学习系统根本</w:t>
      </w:r>
      <w:r>
        <w:rPr>
          <w:lang w:eastAsia="zh-CN"/>
        </w:rPr>
        <w:t xml:space="preserve"> 的操作，pure-ftp的搭建，php网站的宣布</w:t>
      </w:r>
      <w:r>
        <w:rPr>
          <w:lang w:eastAsia="zh-CN"/>
        </w:rPr>
        <w:t xml:space="preserve"> ，对后台数据库的治理</w:t>
      </w:r>
      <w:r>
        <w:rPr>
          <w:lang w:eastAsia="zh-CN"/>
        </w:rPr>
        <w:t xml:space="preserve"> ，通过各类</w:t>
      </w:r>
      <w:r>
        <w:rPr>
          <w:lang w:eastAsia="zh-CN"/>
        </w:rPr>
        <w:t xml:space="preserve"> 熟练的根本</w:t>
      </w:r>
      <w:r>
        <w:rPr>
          <w:lang w:eastAsia="zh-CN"/>
        </w:rPr>
        <w:t xml:space="preserve"> 操作之后，在此之上，我为迎合公司的成长</w:t>
      </w:r>
      <w:r>
        <w:rPr>
          <w:lang w:eastAsia="zh-CN"/>
        </w:rPr>
        <w:t xml:space="preserve"> 需求，在网络办事</w:t>
      </w:r>
      <w:r>
        <w:rPr>
          <w:lang w:eastAsia="zh-CN"/>
        </w:rPr>
        <w:t xml:space="preserve"> 监控方面我准备了各类</w:t>
      </w:r>
      <w:r>
        <w:rPr>
          <w:lang w:eastAsia="zh-CN"/>
        </w:rPr>
        <w:t xml:space="preserve"> 拭魅</w:t>
      </w:r>
      <w:r>
        <w:rPr>
          <w:lang w:eastAsia="zh-CN"/>
        </w:rPr>
        <w:br/>
      </w:r>
      <w:r>
        <w:rPr>
          <w:lang w:eastAsia="zh-CN"/>
        </w:rPr>
        <w:t xml:space="preserve">    新员工试用期优秀工作总结范文 篇8 </w:t>
      </w:r>
      <w:r>
        <w:rPr>
          <w:lang w:eastAsia="zh-CN"/>
        </w:rPr>
        <w:br/>
      </w:r>
      <w:r>
        <w:rPr>
          <w:lang w:eastAsia="zh-CN"/>
        </w:rPr>
        <w:t>　　转眼我来到贵公司已经有近两个月的时间了，这是我从人生中最珍贵的经历，也给我留下了精彩而美好的回忆。在这两个月的试用期中，我学到了许多。作为一个应届毕业生初来公司，刚开始很担心不知如何与同事共处、如何做好工作。但是这两个月以来，在公司宽松融洽的工作氛围下，经过项目领导和同事的悉心关怀和耐心指导，我很快的完成了从学生到职员的转变，在较短的时间内适应了公司的工作环境，也基本熟悉了项目的整个工作流程。作为公司的一员，我也会时刻保持在公司里的责任感和使命感，去迎接我未来的工作，人是在不断总结和反省中提炼和进步的，在此我对两个月的试用期作一个总结：</w:t>
      </w:r>
      <w:r>
        <w:rPr>
          <w:lang w:eastAsia="zh-CN"/>
        </w:rPr>
        <w:br/>
      </w:r>
      <w:r>
        <w:rPr>
          <w:lang w:eastAsia="zh-CN"/>
        </w:rPr>
        <w:t>　　1、实际项目的锻炼与学习</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对于刚刚学校毕业的我来说，从事设计工作是机遇也是挑战。在刚刚开始工作的这段时间，先后直接或间接接触了不少的项目，比如贵州三个服务区、遵义收费站、沪宁高速玉祁收费站改造等等。项目类型不尽相同，在做这些项目的时候，需要翻阅很多的规范，这对我来说，意味着很多的知识要学习。还好，这段时间在周围同事和前辈的帮助下，很多专业上的问题得到了解答。在这个过程中，可以说工作和学习是同时进行的。</w:t>
      </w:r>
      <w:r>
        <w:rPr>
          <w:lang w:eastAsia="zh-CN"/>
        </w:rPr>
        <w:br/>
      </w:r>
      <w:r>
        <w:rPr>
          <w:lang w:eastAsia="zh-CN"/>
        </w:rPr>
        <w:t>　　在我来到贵公司之前，我从未接触过实际项目，做实际项目对我来说是个全新的领域，不但是知识方面不够，而且从形式上，做事的方法上也完全区别于我以前的的认识，我突然感觉到全所未有的压力感紧迫感，在不打扰同事工作的前提下，我尽可能的请教他们，当然主要还要靠自己学习，在工作空隙我查阅各种资料，不断学习关于建筑设计方面的知识，以便更好的做好工作。工作不久后我就开始接触和设计项目，我第一个参与的项目是贵州服务区项目，这个项目从各个方面考验我的知识是否适应这项工作，包括与个专业的沟通协调能力，因为项目的设计需要各专业的配合来完成，这就使我在不断学习本专业的知识的情况下，也通过工作和配合来了解和本专业相关的其他专业的知识，以便于更好的完成项目设计。下班后，我也不断的学习设计软件的应用来加强我的画图能力，以便保证设计图纸的效率。</w:t>
      </w:r>
      <w:r>
        <w:rPr>
          <w:lang w:eastAsia="zh-CN"/>
        </w:rPr>
        <w:br/>
      </w:r>
      <w:r>
        <w:rPr>
          <w:lang w:eastAsia="zh-CN"/>
        </w:rPr>
        <w:t>　　2、存在的问题和今后努力的方向</w:t>
      </w:r>
      <w:r>
        <w:rPr>
          <w:lang w:eastAsia="zh-CN"/>
        </w:rPr>
        <w:br/>
      </w:r>
      <w:r>
        <w:rPr>
          <w:lang w:eastAsia="zh-CN"/>
        </w:rPr>
        <w:t>　　由于刚刚步入社会，参加工作的时间不长，自己的理论水平、专业知识、工作经验还是很欠缺的。而且工作中有些时候比较懒散，不够认真积极，工作效率有待提高。这要求我在以后的工作与学习中，更加努力的边学习边实践，熟悉设计规范，认真提高专业知识水平，加强责任心，为设计院的快速发展，为公司经济跨越式发展，贡献自己应该贡献的力量。主要会做以下几个方面的努力：</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第一，加强学习，拓宽知识面。努力学习专业知识与相关的经验，多向领导及同事等有经验的人请教;</w:t>
      </w:r>
      <w:r>
        <w:rPr>
          <w:lang w:eastAsia="zh-CN"/>
        </w:rPr>
        <w:br/>
      </w:r>
      <w:r>
        <w:rPr>
          <w:lang w:eastAsia="zh-CN"/>
        </w:rPr>
        <w:t>　　第二，本着实事求是的原则，积极做好自己的本职工作，不拖拉;</w:t>
      </w:r>
      <w:r>
        <w:rPr>
          <w:lang w:eastAsia="zh-CN"/>
        </w:rPr>
        <w:br/>
      </w:r>
      <w:r>
        <w:rPr>
          <w:lang w:eastAsia="zh-CN"/>
        </w:rPr>
        <w:t>　　第三，遵守公司内部规章制度，维护公司利益，积极为公司创造更高价值，力争取得更大的工作成绩。</w:t>
      </w:r>
      <w:r>
        <w:rPr>
          <w:lang w:eastAsia="zh-CN"/>
        </w:rPr>
        <w:br/>
      </w:r>
      <w:r>
        <w:rPr>
          <w:lang w:eastAsia="zh-CN"/>
        </w:rPr>
        <w:t>　　第四，尽快的熟练和使用cad和其他新的设计软件，提高自己的业务能力</w:t>
      </w:r>
      <w:r>
        <w:rPr>
          <w:lang w:eastAsia="zh-CN"/>
        </w:rPr>
        <w:br/>
      </w:r>
      <w:r>
        <w:rPr>
          <w:lang w:eastAsia="zh-CN"/>
        </w:rPr>
        <w:t>　　第五，加强其他方面知识的学习，拓宽自己对建筑的知识面，了解更多的于建筑相关的信息等等。</w:t>
      </w:r>
      <w:r>
        <w:rPr>
          <w:lang w:eastAsia="zh-CN"/>
        </w:rPr>
        <w:br/>
      </w:r>
      <w:r>
        <w:rPr>
          <w:lang w:eastAsia="zh-CN"/>
        </w:rPr>
        <w:t>　　在公司的这段时间里，我学到了很多，感悟了很多。看到公司良好的发展势头，我深深地感到骄傲和自豪，因此我更加迫切的希望能以一名正式员工的身份为公司工作，实现自己的奋斗目标，体现自己的价值，和公司共同成长。我一定会用谦虚的态度和饱满的热情做好我的本职工作，为公司创造价值，同公司一起展望美好的未来!</w:t>
      </w:r>
      <w:r>
        <w:rPr>
          <w:lang w:eastAsia="zh-CN"/>
        </w:rPr>
        <w:br/>
      </w:r>
      <w:r>
        <w:rPr>
          <w:lang w:eastAsia="zh-CN"/>
        </w:rPr>
        <w:t xml:space="preserve">    新员工试用期优秀工作总结范文 篇9 </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加入这个大家庭已经差不多快有三个月了，和各位家人相处的这段时间里，发明自己努力了很多，也进步了不少，在这个团队里，让我学到了很多以前没有过的东西，在这不仅是工作，更重要的是这个大家庭给了我一个学习和锻练的机会，为我提供了一个让我施展的快乐舞台。从这段时间来看，发明自己和客户沟通起来越来越轻松，而且时间也越来起长，考虑的问题也越来越全，我想这就是经验。在此衷心的感谢家人们对我的关照和帮助。</w:t>
      </w:r>
      <w:r>
        <w:rPr>
          <w:lang w:eastAsia="zh-CN"/>
        </w:rPr>
        <w:br/>
      </w:r>
      <w:r>
        <w:rPr>
          <w:lang w:eastAsia="zh-CN"/>
        </w:rPr>
        <w:t>　　现将这三个月的具体工作情况总结如下：</w:t>
      </w:r>
      <w:r>
        <w:rPr>
          <w:lang w:eastAsia="zh-CN"/>
        </w:rPr>
        <w:br/>
      </w:r>
      <w:r>
        <w:rPr>
          <w:lang w:eastAsia="zh-CN"/>
        </w:rPr>
        <w:t>　　在此，我深刻的体会到了这个团队从老板到同事踏实认真的工作态度，共同以一颗积极向上的心态来迎接每一天的挑战，也正是这个时刻提醒着我自己，要把每一天的工作做好。</w:t>
      </w:r>
      <w:r>
        <w:rPr>
          <w:lang w:eastAsia="zh-CN"/>
        </w:rPr>
        <w:br/>
      </w:r>
      <w:r>
        <w:rPr>
          <w:lang w:eastAsia="zh-CN"/>
        </w:rPr>
        <w:t>　　其实，每一个公司的制度和规定大体方向和宗旨都相同，只是在细节上稍有区别而以，所以，我自然也很快适应了公司的工作环境以及工作流程，尽量配合大家的工作，其间虽然也有一些不当之处，但在大家的帮助下，我也积极的改正，避开再犯，所以，我就融入了这个大家庭里，并且认真的做自己的本职工作。我很喜爱这里，并且也很愿意把这里当作锻练自己的平台，和公司共同发展，把工作当事业对待，做出自己的贡献。</w:t>
      </w:r>
      <w:r>
        <w:rPr>
          <w:lang w:eastAsia="zh-CN"/>
        </w:rPr>
        <w:br/>
      </w:r>
      <w:r>
        <w:rPr>
          <w:lang w:eastAsia="zh-CN"/>
        </w:rPr>
        <w:t>　　其实，不论在哪里，在哪个公司，我们都必须以饱满的热情，认真的态度，诚恳的为人，积极的融入工作中，这也是作为一个员工基本的原则。团队精神是每个公司都倡导的美德，我认为，公司要发展，彼此的合作协调是很重要的。没有各个部门和各们同事的相互配合，公司的工作进程必定要受到阻碍，工作效率也要大打折扣，公司效益也自然会受损，这样对公司和个人都无益处。</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目前我的工作主要就是负责销售部的业务基本工作，天天必做的工作是点击要害词，更新b2b网站信息，熟悉相关产品信息。与此同时也在完善每个网站上我们的供应信息，添加一些新的产品信息进去，让网站产品信息丰富起来，这样被关注的机会也就增多。同时也在协助师傅这边的销售寄样寄货快递安排，自己这边也在不断的开发新客户，并且负责跟进和维护。</w:t>
      </w:r>
      <w:r>
        <w:rPr>
          <w:lang w:eastAsia="zh-CN"/>
        </w:rPr>
        <w:br/>
      </w:r>
      <w:r>
        <w:rPr>
          <w:lang w:eastAsia="zh-CN"/>
        </w:rPr>
        <w:t>　　两个多月以来，我更能体会到，工作时，专心，专心，细心，耐心四者同时具备是多么重要。就拿每次接到客户电话来说吧，我要专心的倾听任何一位客户的需求，专心的为每一位客户推举我们最适合客户需求的产品，细心的为客户讲解产品的使用方法以及注重事项，耐心的跟进和维护好所有客户。</w:t>
      </w:r>
      <w:r>
        <w:rPr>
          <w:lang w:eastAsia="zh-CN"/>
        </w:rPr>
        <w:br/>
      </w:r>
      <w:r>
        <w:rPr>
          <w:lang w:eastAsia="zh-CN"/>
        </w:rPr>
        <w:t>　　在工作中，我深深感到加强学习，提高自身素养的紧迫性，</w:t>
      </w:r>
      <w:r>
        <w:rPr>
          <w:lang w:eastAsia="zh-CN"/>
        </w:rPr>
        <w:br/>
      </w:r>
      <w:r>
        <w:rPr>
          <w:lang w:eastAsia="zh-CN"/>
        </w:rPr>
        <w:t>　　一是向咱们的资料学习，坚持天天挤出时间看产品知识，以做到更专业。</w:t>
      </w:r>
      <w:r>
        <w:rPr>
          <w:lang w:eastAsia="zh-CN"/>
        </w:rPr>
        <w:br/>
      </w:r>
      <w:r>
        <w:rPr>
          <w:lang w:eastAsia="zh-CN"/>
        </w:rPr>
        <w:t>　　二是向我们的同事学习，工作中始终要保持谦虚慎重虚心求教的态度，学习他们任劳任怨求真务实的工作作风和处理问题的方法。</w:t>
      </w:r>
      <w:r>
        <w:rPr>
          <w:lang w:eastAsia="zh-CN"/>
        </w:rPr>
        <w:br/>
      </w:r>
      <w:r>
        <w:rPr>
          <w:lang w:eastAsia="zh-CN"/>
        </w:rPr>
        <w:t>　　三是向实践学习，把所学的知识运用到实际工作中，要实践中检查自己不足的地方，更好的提高自己。</w:t>
      </w:r>
      <w:r>
        <w:rPr>
          <w:lang w:eastAsia="zh-CN"/>
        </w:rPr>
        <w:br/>
      </w:r>
      <w:r>
        <w:rPr>
          <w:lang w:eastAsia="zh-CN"/>
        </w:rPr>
        <w:t>　　要做好一份工作，我认为最重要的是要有责任心，有了一份责任在身上，就会努力去完成它，并完成好，惟独这样爱你的工作，工作才会喜爱你。假如失败了也不要气馁，总结失败教训，争取下次成功，不论怎样，在工作和生活中要始终保持积极乐观的态度，才干工作的更好，生活的更出色。</w:t>
      </w:r>
      <w:r>
        <w:rPr>
          <w:lang w:eastAsia="zh-CN"/>
        </w:rPr>
        <w:br/>
      </w:r>
      <w:r>
        <w:rPr>
          <w:lang w:eastAsia="zh-CN"/>
        </w:rPr>
        <w:t xml:space="preserve">    新员工试用期优秀工作总结范文 篇10 </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时间过得好快，转眼两个月过去了。这时，我从心底里感到日子过得很匆忙。以前外资企业的生活让我觉得很遥远，但现在工作渐渐变得自然，应该是一种幸福，一种让我怀念的经历。</w:t>
      </w:r>
      <w:r>
        <w:rPr>
          <w:lang w:eastAsia="zh-CN"/>
        </w:rPr>
        <w:br/>
      </w:r>
      <w:r>
        <w:rPr>
          <w:lang w:eastAsia="zh-CN"/>
        </w:rPr>
        <w:t>　　经过近两个月的试用期，我努力了，进步了很多，学到了很多以前没有的东西。我认为这不仅仅是一份工作，更重要的是，它给了我一个学习和锻炼的机会。从这个阶段开始，我发现我渴望的知识在这个大熔炉里不断地、慢慢地向我走来，这就是经验。这两个月来，我在几个不同的岗位或角色上实践和练习，非常感谢公司领导和前辈们对我的照顾。</w:t>
      </w:r>
      <w:r>
        <w:rPr>
          <w:lang w:eastAsia="zh-CN"/>
        </w:rPr>
        <w:br/>
      </w:r>
      <w:r>
        <w:rPr>
          <w:lang w:eastAsia="zh-CN"/>
        </w:rPr>
        <w:t>　　首先说说我在企划部的经历。在策划部工作生活了近两个月，深深感受到的是工作可以在幸福中完成。自从来百益工作以来，各位领导对我都很好，一个异地新人。特别是所有领导下班后都经常和我以朋友的身份聊天。他们不但不装腔作势，还在朋友的关心下指导我们做好规划，让我真的感受到了百依人的温暖。其他大部分老同事也以新人的身份对我投以真诚友好的目光，只要你在工作中需要，他们会随时给予热情的指导；下班了，大家笑啊笑啊，不分彼此。我记得在短短的一个星期里，公司的新老同事融为一体，给我一种上下团结的感觉。正因为如此，在企划部工作让我体会到了愉快完成工作的喜悦。</w:t>
      </w:r>
      <w:r>
        <w:rPr>
          <w:lang w:eastAsia="zh-CN"/>
        </w:rPr>
        <w:br/>
      </w:r>
      <w:r>
        <w:rPr>
          <w:lang w:eastAsia="zh-CN"/>
        </w:rPr>
        <w:t>　　我的工作收获主要包括：</w:t>
      </w:r>
      <w:r>
        <w:rPr>
          <w:lang w:eastAsia="zh-CN"/>
        </w:rPr>
        <w:br/>
      </w:r>
      <w:r>
        <w:rPr>
          <w:lang w:eastAsia="zh-CN"/>
        </w:rPr>
        <w:t>　　1、基本学会或单独处理24个销售订单或计划订单；</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2、参与并协助工程部谢国忠先生、黄健翔先生等。在厂区的测绘、规划和数据生产方面：第一阶段已经完成；《设备技术一览表》和其他数据正在进一步优化和更新；</w:t>
      </w:r>
      <w:r>
        <w:rPr>
          <w:lang w:eastAsia="zh-CN"/>
        </w:rPr>
        <w:br/>
      </w:r>
      <w:r>
        <w:rPr>
          <w:lang w:eastAsia="zh-CN"/>
        </w:rPr>
        <w:t>　　3、第一步是原油产能分析和产能评价：老化架统计表和老化产能分析（第一版）已完成；</w:t>
      </w:r>
      <w:r>
        <w:rPr>
          <w:lang w:eastAsia="zh-CN"/>
        </w:rPr>
        <w:br/>
      </w:r>
      <w:r>
        <w:rPr>
          <w:lang w:eastAsia="zh-CN"/>
        </w:rPr>
        <w:t>　　4、协助谢国忠先生制作其他日常事务：《LED产品系列参数性能一览表》等资料；</w:t>
      </w:r>
      <w:r>
        <w:rPr>
          <w:lang w:eastAsia="zh-CN"/>
        </w:rPr>
        <w:br/>
      </w:r>
      <w:r>
        <w:rPr>
          <w:lang w:eastAsia="zh-CN"/>
        </w:rPr>
        <w:t>　　5、材料跟踪、部门协调，平均每个工作日3件以上；详见月报《计划跟踪》；</w:t>
      </w:r>
      <w:r>
        <w:rPr>
          <w:lang w:eastAsia="zh-CN"/>
        </w:rPr>
        <w:br/>
      </w:r>
      <w:r>
        <w:rPr>
          <w:lang w:eastAsia="zh-CN"/>
        </w:rPr>
        <w:t>　　6、接管公司档案的图书管理：详见：网上邻居/caiguou02/信息中心/图书档案；</w:t>
      </w:r>
      <w:r>
        <w:rPr>
          <w:lang w:eastAsia="zh-CN"/>
        </w:rPr>
        <w:br/>
      </w:r>
      <w:r>
        <w:rPr>
          <w:lang w:eastAsia="zh-CN"/>
        </w:rPr>
        <w:t>　　7、设备档案收集整理第一阶段基本完成。详见：网上邻居/caiguou02/信息中心/设备档案；</w:t>
      </w:r>
      <w:r>
        <w:rPr>
          <w:lang w:eastAsia="zh-CN"/>
        </w:rPr>
        <w:br/>
      </w:r>
      <w:r>
        <w:rPr>
          <w:lang w:eastAsia="zh-CN"/>
        </w:rPr>
        <w:t>　　8、“三表象”（现场、实物、现实）每天工作时间学习4小时以上，对公司目前生产的产品有初步了解；业余时间学习了《LED及其工程应用》，《绿色照明工程实施手册》，《新一代绿色光源LED及其应用技术》等书籍，一些读书笔记可以在BY—PMC的QQ日志里找到。</w:t>
      </w:r>
      <w:r>
        <w:rPr>
          <w:lang w:eastAsia="zh-CN"/>
        </w:rPr>
        <w:br/>
      </w:r>
      <w:r>
        <w:rPr>
          <w:lang w:eastAsia="zh-CN"/>
        </w:rPr>
        <w:t>　　9、其他事项（略）；</w:t>
      </w:r>
      <w:r>
        <w:rPr>
          <w:lang w:eastAsia="zh-CN"/>
        </w:rPr>
        <w:br/>
      </w:r>
      <w:r>
        <w:rPr>
          <w:lang w:eastAsia="zh-CN"/>
        </w:rPr>
        <w:t>　　在此期间，工作中的不足主要包括：</w:t>
      </w:r>
      <w:r>
        <w:rPr>
          <w:lang w:eastAsia="zh-CN"/>
        </w:rPr>
        <w:br/>
      </w:r>
      <w:r>
        <w:rPr>
          <w:lang w:eastAsia="zh-CN"/>
        </w:rPr>
        <w:t>　　1、缺乏LED灯具基础知识。在开展具体工作时，往往显得生涩，有时会感到力不从心；</w:t>
      </w:r>
      <w:r>
        <w:rPr>
          <w:lang w:eastAsia="zh-CN"/>
        </w:rPr>
        <w:br/>
      </w:r>
      <w:r>
        <w:rPr>
          <w:lang w:eastAsia="zh-CN"/>
        </w:rPr>
        <w:t>　　2、工作细心度不够，经常在小问题上出现错漏；</w:t>
      </w:r>
      <w:r>
        <w:rPr>
          <w:lang w:eastAsia="zh-CN"/>
        </w:rPr>
        <w:br/>
      </w:r>
      <w:r>
        <w:rPr>
          <w:lang w:eastAsia="zh-CN"/>
        </w:rPr>
        <w:t>　　3、办事效率不够快，对领导的意图领会不够到位等。</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新员工试用期优秀工作总结范文 篇11 </w:t>
      </w:r>
      <w:r>
        <w:rPr>
          <w:lang w:eastAsia="zh-CN"/>
        </w:rPr>
        <w:br/>
      </w:r>
      <w:r>
        <w:rPr>
          <w:lang w:eastAsia="zh-CN"/>
        </w:rPr>
        <w:t>　　虽然与我理想中的职业有些差距，但是这也是一个良好的开始。如果不踏出这一步，那永远都不知道什么时候才能开始。就这样我在___服装店工作至今，终于成功的度过了试用期，即将转为正式的员工。在这段时间的工作后，我再次深刻的了解到了自己的不足，对自己之前那样的心态感到了羞愧。虽然现在的工作不是当初我最期望的工作，但是我会继续努力下去，只有在不断的前进中，我才能到达自己想去的地方。为了能在转正后也能更好的工作，我要开始记录自己的工作历程，因为我发现这样做让我在工作的方面获得了更大的提升也让我变得越来越了解这份行业。我的试用期总结如下：</w:t>
      </w:r>
      <w:r>
        <w:rPr>
          <w:lang w:eastAsia="zh-CN"/>
        </w:rPr>
        <w:br/>
      </w:r>
      <w:r>
        <w:rPr>
          <w:lang w:eastAsia="zh-CN"/>
        </w:rPr>
        <w:t>　　刚来到这里的时候我工作的时候并没有特别的认真的学习，这导致我在为顾客导购的时候在遇上一些偏门的问题的时候，显得像个外行一样。这样也也导致在我的手上流失了很多的顾客。</w:t>
      </w:r>
      <w:r>
        <w:rPr>
          <w:lang w:eastAsia="zh-CN"/>
        </w:rPr>
        <w:br/>
      </w:r>
      <w:r>
        <w:rPr>
          <w:lang w:eastAsia="zh-CN"/>
        </w:rPr>
        <w:t>　　我的主管看到了这样的情况，将我叫到了一旁狠狠的对我教导了一番。听着他对我的种种责问，可是我却没办法反驳，因为这确实都是我的问题。最后，他给我说的一句话终于让我醒悟，也是我记的最深刻的一句话：“成功与否在于自己，正真热爱工作的人无论做什么都是最好的！”听了主管的一番话，我才恍然醒悟，在今后的工作中，我开始改观，开始努力的做好自己的事情。</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在服装导购上，最重要的就是“服务”，作为导购，我们的目的就是为了将产品推销出去，而我们的服务就是为了衬托商品的存在。</w:t>
      </w:r>
      <w:r>
        <w:rPr>
          <w:lang w:eastAsia="zh-CN"/>
        </w:rPr>
        <w:br/>
      </w:r>
      <w:r>
        <w:rPr>
          <w:lang w:eastAsia="zh-CN"/>
        </w:rPr>
        <w:t>　　在我改善后，我每天都在不断的努力磨练和学习自己的导购技巧。观察各位老同事的工作，看看他们是如何打动顾客的心。经过不断的努力实践和学习，我终于成功的在最后的业绩考核中达标，成功通过了试用期！</w:t>
      </w:r>
      <w:r>
        <w:rPr>
          <w:lang w:eastAsia="zh-CN"/>
        </w:rPr>
        <w:br/>
      </w:r>
      <w:r>
        <w:rPr>
          <w:lang w:eastAsia="zh-CN"/>
        </w:rPr>
        <w:t>　　到了现在，我已经彻底的改变了当时那个自大的我，人外有人，我只有不断的虚心学习才能不断的进步。在未来我追寻自己的目标之前，我还将在这里继续工作一段时间，在这里，我还能学的还有很多。</w:t>
      </w:r>
      <w:r>
        <w:rPr>
          <w:lang w:eastAsia="zh-CN"/>
        </w:rPr>
        <w:br/>
      </w:r>
      <w:r>
        <w:rPr>
          <w:lang w:eastAsia="zh-CN"/>
        </w:rPr>
        <w:t xml:space="preserve">    新员工试用期优秀工作总结范文 篇12 </w:t>
      </w:r>
      <w:r>
        <w:rPr>
          <w:lang w:eastAsia="zh-CN"/>
        </w:rPr>
        <w:br/>
      </w:r>
      <w:r>
        <w:rPr>
          <w:lang w:eastAsia="zh-CN"/>
        </w:rPr>
        <w:t>　　尊敬的领导：</w:t>
      </w:r>
      <w:r>
        <w:rPr>
          <w:lang w:eastAsia="zh-CN"/>
        </w:rPr>
        <w:br/>
      </w:r>
      <w:r>
        <w:rPr>
          <w:lang w:eastAsia="zh-CN"/>
        </w:rPr>
        <w:t>　　您好！</w:t>
      </w:r>
      <w:r>
        <w:rPr>
          <w:lang w:eastAsia="zh-CN"/>
        </w:rPr>
        <w:br/>
      </w:r>
      <w:r>
        <w:rPr>
          <w:lang w:eastAsia="zh-CN"/>
        </w:rPr>
        <w:t>　　首先感谢您们给我到公司工作的机会，对此，我感到无比的荣幸和激动。我一定会珍惜这来之不易的机会，在今后的工作中，好好表现自己，全身心地投入到公司的工作中去，为公司明天的发展，贡献自己全部的力量。</w:t>
      </w:r>
      <w:r>
        <w:rPr>
          <w:lang w:eastAsia="zh-CN"/>
        </w:rPr>
        <w:br/>
      </w:r>
      <w:r>
        <w:rPr>
          <w:lang w:eastAsia="zh-CN"/>
        </w:rPr>
        <w:t>　　我是__年__月14日进入公司的，至今已有3个多月的.时间了。这3个多月来，是我人生的重大转折。非常感谢我的领导和同事们，他们给了我很多无私的帮助和指导，让我能够在工作上迅速入手。</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虽然3个月时间不算长，但我已经深深被公司良好的企业文化氛围所吸引。公司的领导注重人性化管理，工作环境宽松，在这样的氛围中，可以极大地激发我的自身潜力，使我以更积极的心态投入到每天的工作中。</w:t>
      </w:r>
      <w:r>
        <w:rPr>
          <w:lang w:eastAsia="zh-CN"/>
        </w:rPr>
        <w:br/>
      </w:r>
      <w:r>
        <w:rPr>
          <w:lang w:eastAsia="zh-CN"/>
        </w:rPr>
        <w:t>　　根据公司的需要，接下来开始做关于流程模块的工作。总结3个多月来的工作：</w:t>
      </w:r>
      <w:r>
        <w:rPr>
          <w:lang w:eastAsia="zh-CN"/>
        </w:rPr>
        <w:br/>
      </w:r>
      <w:r>
        <w:rPr>
          <w:lang w:eastAsia="zh-CN"/>
        </w:rPr>
        <w:t>　　/12/14—/1/1刚开始的半个月时间，主要是熟悉工作环境，融入bs开发团队，试着开发一个模块（奖金管理）并完成。在学长手把手的教导，如何代码不规范，变量名不规范，模块的业务逻辑怎样，功能如何实现，让我在工作初始收获不少。</w:t>
      </w:r>
      <w:r>
        <w:rPr>
          <w:lang w:eastAsia="zh-CN"/>
        </w:rPr>
        <w:br/>
      </w:r>
      <w:r>
        <w:rPr>
          <w:lang w:eastAsia="zh-CN"/>
        </w:rPr>
        <w:t>　　/1/1—/2/1主要就是模块的开发——奖金管理、出差管理、角色管理的开发。过这段时间的努力，使我个人的耐心、细心程度及对工作的合理安排得到了锻炼，学会了在繁忙之中找条理，模块的开发也越来越得心应手。</w:t>
      </w:r>
      <w:r>
        <w:rPr>
          <w:lang w:eastAsia="zh-CN"/>
        </w:rPr>
        <w:br/>
      </w:r>
      <w:r>
        <w:rPr>
          <w:lang w:eastAsia="zh-CN"/>
        </w:rPr>
        <w:t>　　/2/15—/3/1这一个月应该是技术方面收获最大的一个月，新年来，组长让我协助他整理后台，将近一个多星期的学习，对后台类的结构有了更一步认识以及树和表格的框架。然后，接下来的一星期看了前台对树的解析和主页面的设计，确实很精彩。</w:t>
      </w:r>
      <w:r>
        <w:rPr>
          <w:lang w:eastAsia="zh-CN"/>
        </w:rPr>
        <w:br/>
      </w:r>
      <w:r>
        <w:rPr>
          <w:lang w:eastAsia="zh-CN"/>
        </w:rPr>
        <w:t>　　/3/1—/3/15职位管理，员工待遇，标准待遇，模块的开发。重写json封装工具类，重写后较之前的的优势：处理的数据量增加100倍左右，处理速度增加10倍左右；缺点：封装后的对象里各个字段不会排序（debug时会有影响）。反复测试、完善后开始使用。</w:t>
      </w:r>
      <w:r>
        <w:rPr>
          <w:lang w:eastAsia="zh-CN"/>
        </w:rPr>
        <w:br/>
      </w:r>
      <w:r>
        <w:rPr>
          <w:lang w:eastAsia="zh-CN"/>
        </w:rPr>
        <w:t>　　/3/15—至今，公司搬迁后，由于eli服务连不上无法做开发。主要的工作就是协助组长写开发文档。</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工作之余，我也会为自己充电，阅览一些技术网站和看电子书（《重构—改善代码的既有结构》《王者归来》）。努力提高自己的综合素质，努力成为公司所需要的合格人才。</w:t>
      </w:r>
      <w:r>
        <w:rPr>
          <w:lang w:eastAsia="zh-CN"/>
        </w:rPr>
        <w:br/>
      </w:r>
      <w:r>
        <w:rPr>
          <w:lang w:eastAsia="zh-CN"/>
        </w:rPr>
        <w:t>　　我深知一名程序员，不仅需要有耐心、细心，还要具有较强的责任心，能够为自己所属的工作负起全部责任，并在工作中不断进取，努力提高自己的专业素质，我深信我本人一定能做到这些。</w:t>
      </w:r>
      <w:r>
        <w:rPr>
          <w:lang w:eastAsia="zh-CN"/>
        </w:rPr>
        <w:br/>
      </w:r>
      <w:r>
        <w:rPr>
          <w:lang w:eastAsia="zh-CN"/>
        </w:rPr>
        <w:t>　　我本人工作认真，注重团队的合作协调，责任感强。我自信，并能够把所有的精力都投入到工作中去。成功地完成各项工作。</w:t>
      </w:r>
      <w:r>
        <w:rPr>
          <w:lang w:eastAsia="zh-CN"/>
        </w:rPr>
        <w:br/>
      </w:r>
      <w:r>
        <w:rPr>
          <w:lang w:eastAsia="zh-CN"/>
        </w:rPr>
        <w:t>　　基于以上所述，我申请转试用，希望早日得到领导的认同，以便更积极深入地开展工作。</w:t>
      </w:r>
      <w:r>
        <w:rPr>
          <w:lang w:eastAsia="zh-CN"/>
        </w:rPr>
        <w:br/>
      </w:r>
      <w:r>
        <w:rPr>
          <w:lang w:eastAsia="zh-CN"/>
        </w:rPr>
        <w:t>　　此致</w:t>
      </w:r>
      <w:r>
        <w:rPr>
          <w:lang w:eastAsia="zh-CN"/>
        </w:rPr>
        <w:br/>
      </w:r>
      <w:r>
        <w:rPr>
          <w:lang w:eastAsia="zh-CN"/>
        </w:rPr>
        <w:t>　　敬礼</w:t>
      </w:r>
      <w:r>
        <w:rPr>
          <w:lang w:eastAsia="zh-CN"/>
        </w:rPr>
        <w:br/>
      </w:r>
      <w:r>
        <w:rPr>
          <w:lang w:eastAsia="zh-CN"/>
        </w:rPr>
        <w:t>　　申请人：</w:t>
      </w:r>
      <w:r>
        <w:rPr>
          <w:lang w:eastAsia="zh-CN"/>
        </w:rPr>
        <w:br/>
      </w:r>
      <w:r>
        <w:rPr>
          <w:lang w:eastAsia="zh-CN"/>
        </w:rPr>
        <w:t>　　申请日期：</w:t>
      </w:r>
      <w:r>
        <w:rPr>
          <w:lang w:eastAsia="zh-CN"/>
        </w:rPr>
        <w:br/>
      </w:r>
      <w:r>
        <w:rPr>
          <w:lang w:eastAsia="zh-CN"/>
        </w:rPr>
        <w:t xml:space="preserve">    新员工试用期优秀工作总结范文 篇13 </w:t>
      </w:r>
      <w:r>
        <w:rPr>
          <w:lang w:eastAsia="zh-CN"/>
        </w:rPr>
        <w:br/>
      </w:r>
      <w:r>
        <w:rPr>
          <w:lang w:eastAsia="zh-CN"/>
        </w:rPr>
        <w:t>　　时间过得很快，试用期快结束了。这是我一生中宝贵的经历，也给我留下了美好的回忆。在这段时间里，你们给了我足够的包容、支持和帮助，让我充分感受到了领导们“海纳百川”的胸襟和公司“不经历风雨怎见彩虹”的英雄气概。</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20__年8月23日，我很荣幸成为公司的一员，在总财务部做行政文员。从那以后已经三个月了。在这三个月里，我对公司的企业文化和管理有了深刻的理解和认识。公司人性化的管理模式和大家积极认真的工作态度，形成了公司独特的文化。有了这样的工作环境，每个人都可以全心全意地工作。这正是我想从事的工作。</w:t>
      </w:r>
      <w:r>
        <w:rPr>
          <w:lang w:eastAsia="zh-CN"/>
        </w:rPr>
        <w:br/>
      </w:r>
      <w:r>
        <w:rPr>
          <w:lang w:eastAsia="zh-CN"/>
        </w:rPr>
        <w:t>　　这三个月，在领导和同事的关心和指导下，经过他们的不懈努力，各方面都取得了一定的进步。现在我将对我的工作做如下总结报告。</w:t>
      </w:r>
      <w:r>
        <w:rPr>
          <w:lang w:eastAsia="zh-CN"/>
        </w:rPr>
        <w:br/>
      </w:r>
      <w:r>
        <w:rPr>
          <w:lang w:eastAsia="zh-CN"/>
        </w:rPr>
        <w:t>　　1.行政管理</w:t>
      </w:r>
      <w:r>
        <w:rPr>
          <w:lang w:eastAsia="zh-CN"/>
        </w:rPr>
        <w:br/>
      </w:r>
      <w:r>
        <w:rPr>
          <w:lang w:eastAsia="zh-CN"/>
        </w:rPr>
        <w:t>　　熟悉公司的基本规章制度和员工手册，对公司各项行政管理制度的执行和监督进一步加强，尤其是考勤制度的执行，让我记忆深刻，对我以后的考勤工作起到了相当大的作用。</w:t>
      </w:r>
      <w:r>
        <w:rPr>
          <w:lang w:eastAsia="zh-CN"/>
        </w:rPr>
        <w:br/>
      </w:r>
      <w:r>
        <w:rPr>
          <w:lang w:eastAsia="zh-CN"/>
        </w:rPr>
        <w:t>　　20__年9月19日上午，我因故迟到，但未及时通知主管，违反了员工手册中“能力与信任禁区”第四条。为了以身作则，我欣然接受了公司的经济处罚，同时也让我切身感受到了公司规章制度的约束力。</w:t>
      </w:r>
      <w:r>
        <w:rPr>
          <w:lang w:eastAsia="zh-CN"/>
        </w:rPr>
        <w:br/>
      </w:r>
      <w:r>
        <w:rPr>
          <w:lang w:eastAsia="zh-CN"/>
        </w:rPr>
        <w:t>　　在此期间，我参与了公司各部门岗位职责的起草，使我进一步了解了公司的组织架构和职能权限，为以后的工作铺平了道路，也学到了很多宝贵的经验。</w:t>
      </w:r>
      <w:r>
        <w:rPr>
          <w:lang w:eastAsia="zh-CN"/>
        </w:rPr>
        <w:br/>
      </w:r>
      <w:r>
        <w:rPr>
          <w:lang w:eastAsia="zh-CN"/>
        </w:rPr>
        <w:t>　　各部门所需办公用品和基本设备的采购，执行“固定资产和低值易耗品采购管理办法”。对于它的发放和领取，我采用了“办公用品领取登记表”和“电脑录入登记”相结合的方式，这样所有物品的购买和领取都可以在我电脑上的“办公用品清单”上看到，方便财务综合部对办公用品进行核对和管理。</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熟悉日常通知的撰写和发放工作，办公区域的管理和日常维护工作进一步深化，与物业、保洁公司的业务处理逐渐进入角色。同时处理公司内部虚拟网络，开通公司新的网站和邮箱地址，方便员工之间的联系。</w:t>
      </w:r>
      <w:r>
        <w:rPr>
          <w:lang w:eastAsia="zh-CN"/>
        </w:rPr>
        <w:br/>
      </w:r>
      <w:r>
        <w:rPr>
          <w:lang w:eastAsia="zh-CN"/>
        </w:rPr>
        <w:t>　　对于日常办公事务和领导交办的其他任务，都能顺利完成。</w:t>
      </w:r>
      <w:r>
        <w:rPr>
          <w:lang w:eastAsia="zh-CN"/>
        </w:rPr>
        <w:br/>
      </w:r>
      <w:r>
        <w:rPr>
          <w:lang w:eastAsia="zh-CN"/>
        </w:rPr>
        <w:t>　　2.人力资源</w:t>
      </w:r>
      <w:r>
        <w:rPr>
          <w:lang w:eastAsia="zh-CN"/>
        </w:rPr>
        <w:br/>
      </w:r>
      <w:r>
        <w:rPr>
          <w:lang w:eastAsia="zh-CN"/>
        </w:rPr>
        <w:t>　　熟悉公司人员招聘和初选候选人信息、将招聘信息发布在__向每位新员工介绍公司情况及其规章制度，为公司每位员工建立并保存人事档案，对之前信息不完整的员工进行弥补。熟悉员工的录用、转正、续聘程序，为试用员工办理招聘录用，为已转岗员工签订劳动合同，审核劳动合同，为其缴纳社会保险。劳动合同期满的员工，应按规定办理劳动合同续签手续，同时重新办理鉴证。起草公司人事流程，以便更好地进行人员招聘，规范操作流程。同时，每周五向财务综合部经理提交上周工作总结和下周工作计划，以便保持良好的沟通和更好的工作。</w:t>
      </w:r>
      <w:r>
        <w:rPr>
          <w:lang w:eastAsia="zh-CN"/>
        </w:rPr>
        <w:br/>
      </w:r>
      <w:r>
        <w:rPr>
          <w:lang w:eastAsia="zh-CN"/>
        </w:rPr>
        <w:t>　　3、试用期间自己的不足之处</w:t>
      </w:r>
      <w:r>
        <w:rPr>
          <w:lang w:eastAsia="zh-CN"/>
        </w:rPr>
        <w:br/>
      </w:r>
      <w:r>
        <w:rPr>
          <w:lang w:eastAsia="zh-CN"/>
        </w:rPr>
        <w:t>　　经过三个月的`时间磨练，发现自己还存在许多的不足，主要是：</w:t>
      </w:r>
      <w:r>
        <w:rPr>
          <w:lang w:eastAsia="zh-CN"/>
        </w:rPr>
        <w:br/>
      </w:r>
      <w:r>
        <w:rPr>
          <w:lang w:eastAsia="zh-CN"/>
        </w:rPr>
        <w:t>　　1)、对《劳动法》和社会保障法规等还不是很熟悉，在遇到相关的问题时，不能很快的找到解决的办法。</w:t>
      </w:r>
      <w:r>
        <w:rPr>
          <w:lang w:eastAsia="zh-CN"/>
        </w:rPr>
        <w:br/>
      </w:r>
      <w:r>
        <w:rPr>
          <w:lang w:eastAsia="zh-CN"/>
        </w:rPr>
        <w:t>　　2)、对于公司的薪酬制度根本不了解，无法规范和执行。</w:t>
      </w:r>
      <w:r>
        <w:rPr>
          <w:lang w:eastAsia="zh-CN"/>
        </w:rPr>
        <w:br/>
      </w:r>
      <w:r>
        <w:rPr>
          <w:lang w:eastAsia="zh-CN"/>
        </w:rPr>
        <w:t>　　3)、由于能力和各方面的经验有限，对一些事情的处理还不太妥当。</w:t>
      </w:r>
      <w:r>
        <w:rPr>
          <w:lang w:eastAsia="zh-CN"/>
        </w:rPr>
        <w:br/>
      </w:r>
      <w:r>
        <w:rPr>
          <w:lang w:eastAsia="zh-CN"/>
        </w:rPr>
        <w:t>　　4)、由于各方面的学习不够，知识面不够广，工作中有时会感觉力不从心。</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5)、工作方式和方法上还有待改进。</w:t>
      </w:r>
      <w:r>
        <w:rPr>
          <w:lang w:eastAsia="zh-CN"/>
        </w:rPr>
        <w:br/>
      </w:r>
      <w:r>
        <w:rPr>
          <w:lang w:eastAsia="zh-CN"/>
        </w:rPr>
        <w:t>　　这些不足，我将在今后的工作中努力加以改进提高，同时也希望大家给我多提意见，争取把自己的工作做得更好。</w:t>
      </w:r>
      <w:r>
        <w:rPr>
          <w:lang w:eastAsia="zh-CN"/>
        </w:rPr>
        <w:br/>
      </w:r>
      <w:r>
        <w:rPr>
          <w:lang w:eastAsia="zh-CN"/>
        </w:rPr>
        <w:t xml:space="preserve">    新员工试用期优秀工作总结范文 篇14 </w:t>
      </w:r>
      <w:r>
        <w:rPr>
          <w:lang w:eastAsia="zh-CN"/>
        </w:rPr>
        <w:br/>
      </w:r>
      <w:r>
        <w:rPr>
          <w:lang w:eastAsia="zh-CN"/>
        </w:rPr>
        <w:t>　　第一，自己意识</w:t>
      </w:r>
      <w:r>
        <w:rPr>
          <w:lang w:eastAsia="zh-CN"/>
        </w:rPr>
        <w:br/>
      </w:r>
      <w:r>
        <w:rPr>
          <w:lang w:eastAsia="zh-CN"/>
        </w:rPr>
        <w:t>　　我学历不高，只有初中文凭，但我很幸运能在贵厂上班，我认为我的工作能力还是很好的，我有把握胜任电子厂普工的岗位。三个月过去了，已经证明我的想法是正确的，没有夸张。虽然我还是一名试用员工，但我对电子厂的贡献不亚于正式员工。在这里，我的心智、能力、思想都可以得到极大的磨练和提升，甚至可以在工作中看到我前所未有的能力。</w:t>
      </w:r>
      <w:r>
        <w:rPr>
          <w:lang w:eastAsia="zh-CN"/>
        </w:rPr>
        <w:br/>
      </w:r>
      <w:r>
        <w:rPr>
          <w:lang w:eastAsia="zh-CN"/>
        </w:rPr>
        <w:t>　　第二，检讨工作</w:t>
      </w:r>
      <w:r>
        <w:rPr>
          <w:lang w:eastAsia="zh-CN"/>
        </w:rPr>
        <w:br/>
      </w:r>
      <w:r>
        <w:rPr>
          <w:lang w:eastAsia="zh-CN"/>
        </w:rPr>
        <w:t>　　每个人都希望在最适合自己的岗位上工作，都希望自己的个人价值观能够得到体现，让自己得到满足。我很幸运。我的工作是对其他同事组装的手机进行质量检查，然后送到仓库。在这短短的三个月里，我手里通过质检的手机从来没有出现过任何差错，质检的速度也是极高的。厂长前前后后表扬了我们三次，时不时冲我笑笑，让我好好干。他还说很看好我，让我再接再厉。你永远不知道你的工作得到领导的认可有多开心。</w:t>
      </w:r>
      <w:r>
        <w:rPr>
          <w:lang w:eastAsia="zh-CN"/>
        </w:rPr>
        <w:br/>
      </w:r>
      <w:r>
        <w:rPr>
          <w:lang w:eastAsia="zh-CN"/>
        </w:rPr>
        <w:t>　　第三，未来的机遇</w:t>
      </w:r>
      <w:r>
        <w:rPr>
          <w:lang w:eastAsia="zh-CN"/>
        </w:rPr>
        <w:br/>
      </w:r>
    </w:p>
    <w:p w:rsidR="001B1F19" w14:textId="27C3F48A">
      <w:pPr>
        <w:rPr>
          <w:lang w:eastAsia="zh-CN"/>
        </w:rPr>
      </w:pPr>
      <w:r>
        <w:rPr>
          <w:lang w:eastAsia="zh-CN"/>
        </w:rPr>
        <w:t>　　虽然我现在是一个太简单不平凡的普工，但是我对自己有长远的需求，有很大的目标。我绝不允许自己寻求安慰，不求上进。我们学校的电子厂还是很人性化的。大家都在讲自己的工作能力，给大家升职加薪的可能。希望下次能在推广名单上看到自己的名字。首先，我的第一步是成为工厂的一名优秀员工，然后参加车间班长的选举，以展示我在更大岗位上的工作能力。</w:t>
      </w:r>
      <w:r>
        <w:rPr>
          <w:lang w:eastAsia="zh-CN"/>
        </w:rPr>
        <w:br/>
      </w:r>
      <w:r>
        <w:rPr>
          <w:lang w:eastAsia="zh-CN"/>
        </w:rPr>
        <w:t xml:space="preserve">    新员工试用期优秀工作总结范文 篇15 </w:t>
      </w:r>
      <w:r>
        <w:rPr>
          <w:lang w:eastAsia="zh-CN"/>
        </w:rPr>
        <w:br/>
      </w:r>
      <w:r>
        <w:rPr>
          <w:lang w:eastAsia="zh-CN"/>
        </w:rPr>
        <w:t>　　时间过得飞快，试用期马上就要过去了，不知不觉中我已经在---公司待了三个月了，这三个月的时间里我已经彻底适应了这个公司的环境。</w:t>
      </w:r>
      <w:r>
        <w:rPr>
          <w:lang w:eastAsia="zh-CN"/>
        </w:rPr>
        <w:br/>
      </w:r>
      <w:r>
        <w:rPr>
          <w:lang w:eastAsia="zh-CN"/>
        </w:rPr>
        <w:t>　　这三个月里我体会到了---公司的的魅力，原先我对公司的了解大多来源于网络上，来源于员工的渺渺几语里，后来我了解了下这个公司的历史，有了一个稍微完整点的认知，它经历了哪些巨变?出现了哪些厉害的人?这些历史使得我对于这个公司充满着敬佩，也让我对这个公司的未来充满信心。</w:t>
      </w:r>
      <w:r>
        <w:rPr>
          <w:lang w:eastAsia="zh-CN"/>
        </w:rPr>
        <w:br/>
      </w:r>
      <w:r>
        <w:rPr>
          <w:lang w:eastAsia="zh-CN"/>
        </w:rPr>
        <w:t>　　我最喜欢的还是公司的工作环境，上班时公司员工个个神色认真的讨论着这个问题那个问题，偶尔他们也会因为意见的分歧而吵得面红耳赤，我差点都以为两个人会打起来，可一到下班的时候这两个人又开始勾肩搭背商量着要去哪里玩，这样的反差让我的觉得很是亲切。</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https://d.book118.com/197023061054006045</w:t>
        </w:r>
      </w:hyperlink>
    </w:p>
    <w:p w:rsidR="001B1F19">
      <w:pPr>
        <w:rPr>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97023061054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