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安全生产的活动总结（33篇）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最新安全生产的活动总结（精选33篇）</w:t>
      </w:r>
      <w:r>
        <w:rPr>
          <w:lang w:eastAsia="zh-CN"/>
        </w:rPr>
        <w:br/>
      </w:r>
      <w:r>
        <w:rPr>
          <w:lang w:eastAsia="zh-CN"/>
        </w:rPr>
        <w:t xml:space="preserve">    最新安全生产的活动总结 篇1 </w:t>
      </w:r>
      <w:r>
        <w:rPr>
          <w:lang w:eastAsia="zh-CN"/>
        </w:rPr>
        <w:br/>
      </w:r>
      <w:r>
        <w:rPr>
          <w:lang w:eastAsia="zh-CN"/>
        </w:rPr>
        <w:t>　　根据中国石油的通知要求，积极响应活动号召，紧紧围绕“安全责任 重在落实”的安全主题。班组各成员时刻牢记安全生产责任重于泰山，为安全生产工作做出了极大的努力，现对项目部在安全月中的工作做出总结如下：</w:t>
      </w:r>
      <w:r>
        <w:rPr>
          <w:lang w:eastAsia="zh-CN"/>
        </w:rPr>
        <w:br/>
      </w:r>
      <w:r>
        <w:rPr>
          <w:lang w:eastAsia="zh-CN"/>
        </w:rPr>
        <w:t>　　一、开展宣传培训教育活动加强施工队安全管理</w:t>
      </w:r>
      <w:r>
        <w:rPr>
          <w:lang w:eastAsia="zh-CN"/>
        </w:rPr>
        <w:br/>
      </w:r>
      <w:r>
        <w:rPr>
          <w:lang w:eastAsia="zh-CN"/>
        </w:rPr>
        <w:t>　　利用 “安全生产月”活动的安全宣传画以及各种会议、简报进行宣传，用舆论导向激发员工参与热情，让员工牢固树立“安全第一”的思想，把规范自己的行为、注重安全生产变为自觉活动。</w:t>
      </w:r>
      <w:r>
        <w:rPr>
          <w:lang w:eastAsia="zh-CN"/>
        </w:rPr>
        <w:br/>
      </w:r>
      <w:r>
        <w:rPr>
          <w:lang w:eastAsia="zh-CN"/>
        </w:rPr>
        <w:t>　　在安全月活动中，通过各种形式的宣传，激发了职工自觉参与安全月活动的热情，使安全生产真正进入了职工心中。通过各种教育培训及安全活动，提高了我厂各级人员的安全生产水平，为安全工作的开展打下了坚实的基础。</w:t>
      </w:r>
      <w:r>
        <w:rPr>
          <w:lang w:eastAsia="zh-CN"/>
        </w:rPr>
        <w:br/>
      </w:r>
      <w:r>
        <w:rPr>
          <w:lang w:eastAsia="zh-CN"/>
        </w:rPr>
        <w:t>　　针对所有在厂内开展项目施工的施工单位人员开展了一次安全教育培训。培训课上详细讲解安全管理规程，并结合事故案例，着重对易发生违章现象的劳保穿戴、高空作业、安全用电、重物吊装等方面安全知识进行了讲解。共4个施工队，76人参加了安全培训。</w:t>
      </w:r>
      <w:r>
        <w:rPr>
          <w:lang w:eastAsia="zh-CN"/>
        </w:rPr>
        <w:br/>
      </w:r>
    </w:p>
    <w:p w:rsidR="001B1F19" w14:textId="0AE8485B">
      <w:pPr>
        <w:pStyle w:val="Heading1"/>
        <w:jc w:val="center"/>
        <w:rPr>
          <w:rFonts w:hint="eastAsia"/>
          <w:lang w:eastAsia="zh-CN"/>
        </w:rPr>
      </w:pPr>
      <w:r>
        <w:rPr>
          <w:sz w:val="44"/>
          <w:lang w:eastAsia="zh-CN"/>
        </w:rPr>
        <w:t>安全生产的活动总结（33篇）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最新安全生产的活动总结（精选33篇）</w:t>
      </w:r>
      <w:r>
        <w:rPr>
          <w:lang w:eastAsia="zh-CN"/>
        </w:rPr>
        <w:br/>
      </w:r>
      <w:r>
        <w:rPr>
          <w:lang w:eastAsia="zh-CN"/>
        </w:rPr>
        <w:t xml:space="preserve">    最新安全生产的活动总结 篇1 </w:t>
      </w:r>
      <w:r>
        <w:rPr>
          <w:lang w:eastAsia="zh-CN"/>
        </w:rPr>
        <w:br/>
      </w:r>
      <w:r>
        <w:rPr>
          <w:lang w:eastAsia="zh-CN"/>
        </w:rPr>
        <w:t>　　根据中国石油的通知要求，积极响应活动号召，紧紧围绕“安全责任 重在落实”的安全主题。班组各成员时刻牢记安全生产责任重于泰山，为安全生产工作做出了极大的努力，现对项目部在安全月中的工作做出总结如下：</w:t>
      </w:r>
      <w:r>
        <w:rPr>
          <w:lang w:eastAsia="zh-CN"/>
        </w:rPr>
        <w:br/>
      </w:r>
      <w:r>
        <w:rPr>
          <w:lang w:eastAsia="zh-CN"/>
        </w:rPr>
        <w:t>　　一、开展宣传培训教育活动加强施工队安全管理</w:t>
      </w:r>
      <w:r>
        <w:rPr>
          <w:lang w:eastAsia="zh-CN"/>
        </w:rPr>
        <w:br/>
      </w:r>
      <w:r>
        <w:rPr>
          <w:lang w:eastAsia="zh-CN"/>
        </w:rPr>
        <w:t>　　利用 “安全生产月”活动的安全宣传画以及各种会议、简报进行宣传，用舆论导向激发员工参与热情，让员工牢固树立“安全第一”的思想，把规范自己的行为、注重安全生产变为自觉活动。</w:t>
      </w:r>
      <w:r>
        <w:rPr>
          <w:lang w:eastAsia="zh-CN"/>
        </w:rPr>
        <w:br/>
      </w:r>
      <w:r>
        <w:rPr>
          <w:lang w:eastAsia="zh-CN"/>
        </w:rPr>
        <w:t>　　在安全月活动中，通过各种形式的宣传，激发了职工自觉参与安全月活动的热情，使安全生产真正进入了职工心中。通过各种教育培训及安全活动，提高了我厂各级人员的安全生产水平，为安全工作的开展打下了坚实的基础。</w:t>
      </w:r>
      <w:r>
        <w:rPr>
          <w:lang w:eastAsia="zh-CN"/>
        </w:rPr>
        <w:br/>
      </w:r>
      <w:r>
        <w:rPr>
          <w:lang w:eastAsia="zh-CN"/>
        </w:rPr>
        <w:t>　　针对所有在厂内开展项目施工的施工单位人员开展了一次安全教育培训。培训课上详细讲解安全管理规程，并结合事故案例，着重对易发生违章现象的劳保穿戴、高空作业、安全用电、重物吊装等方面安全知识进行了讲解。共4个施工队，76人参加了安全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二、现场检查、落实整改情况。</w:t>
      </w:r>
      <w:r>
        <w:rPr>
          <w:lang w:eastAsia="zh-CN"/>
        </w:rPr>
        <w:br/>
      </w:r>
      <w:r>
        <w:rPr>
          <w:lang w:eastAsia="zh-CN"/>
        </w:rPr>
        <w:t>　　为了将本次安全月活动落实到实处，使活动的开展有成效，项目各级管理人员经常到基层、现场进行安全检查，针对活动中出现的不良现象，及时指导、督促，并认真落实对所查出隐患的整改工作，保证了活动的正常开展。在安全月活动中，项目部坚持日常检查、周安全检查及专业检查相结合的检查方式。</w:t>
      </w:r>
      <w:r>
        <w:rPr>
          <w:lang w:eastAsia="zh-CN"/>
        </w:rPr>
        <w:br/>
      </w:r>
      <w:r>
        <w:rPr>
          <w:lang w:eastAsia="zh-CN"/>
        </w:rPr>
        <w:t>　　通过进行的有计划、有组织、有目的的定期检查和各级人员的不定期巡查，使项目部安全月活动变得更加生动、更加全面，有力地推动了安全工作，为项目部生产经营的稳定发展提供了良好的现场环境。</w:t>
      </w:r>
      <w:r>
        <w:rPr>
          <w:lang w:eastAsia="zh-CN"/>
        </w:rPr>
        <w:br/>
      </w:r>
      <w:r>
        <w:rPr>
          <w:lang w:eastAsia="zh-CN"/>
        </w:rPr>
        <w:t>　　三、针对夏季食品卫生和防暑降温等实际有针对的开展安全宣传。</w:t>
      </w:r>
      <w:r>
        <w:rPr>
          <w:lang w:eastAsia="zh-CN"/>
        </w:rPr>
        <w:br/>
      </w:r>
      <w:r>
        <w:rPr>
          <w:lang w:eastAsia="zh-CN"/>
        </w:rPr>
        <w:t>　　调整工作时间，避开气温高峰；积极做好生产现场的清凉饮料供应工作。现场指定人员对员工进行防暑常识的培训，现场供应绿豆汤，保证了生产现场职工的防暑降温，推动了安全生产。对食堂的卫生情况按惯例进行检查，确保夏季食品卫生安全。</w:t>
      </w:r>
      <w:r>
        <w:rPr>
          <w:lang w:eastAsia="zh-CN"/>
        </w:rPr>
        <w:br/>
      </w:r>
      <w:r>
        <w:rPr>
          <w:lang w:eastAsia="zh-CN"/>
        </w:rPr>
        <w:t>　　通过此次“安全月”活动，使项目在安全生产、精细化管理等方面的工作均上了一个新台阶，进一步增强了各级管理人员的履职责任心，为今后更好地开展安全管理工作打下了坚实的基础。</w:t>
      </w:r>
      <w:r>
        <w:rPr>
          <w:lang w:eastAsia="zh-CN"/>
        </w:rPr>
        <w:br/>
      </w:r>
      <w:r>
        <w:rPr>
          <w:lang w:eastAsia="zh-CN"/>
        </w:rPr>
        <w:t xml:space="preserve">    最新安全生产的活动总结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20__年，在县委、县政府的正确领导下，在市局主管部门的业务指导下，在县属相关部门的通力协作下，我局渔业船舶安全监督管理工作始终坚持“安全生产”这条主线，落实责任，增添措施，加强宣传，从重打击渔业船舶非法载客载货违章行为，圆满地完成了市局和县里下达的渔业船舶安全管理任务。现将我局渔业船舶安全生产工作总结如下：</w:t>
      </w:r>
      <w:r>
        <w:rPr>
          <w:lang w:eastAsia="zh-CN"/>
        </w:rPr>
        <w:br/>
      </w:r>
      <w:r>
        <w:rPr>
          <w:lang w:eastAsia="zh-CN"/>
        </w:rPr>
        <w:t>　　一、加强领导</w:t>
      </w:r>
      <w:r>
        <w:rPr>
          <w:lang w:eastAsia="zh-CN"/>
        </w:rPr>
        <w:br/>
      </w:r>
      <w:r>
        <w:rPr>
          <w:lang w:eastAsia="zh-CN"/>
        </w:rPr>
        <w:t>　　局里严格按照“统一领导”。依法监督和“安全一把手工程”的原则，年初成立了系统安全生产工作领导小组。由局党组书记、局长古平同志任组长，为安全生产第一责任人，负责水利系统安全生产全面工作；常务副局长袁兴华同志任副组长，为安全生产第二责任人，具体分管水利系统安全生产工作；其余领导和中层干部为成员，具体负责职责范围内的安全生产工作。领导小组下设办公室在渔政站，具体承办全局安全生产日常事务工作。</w:t>
      </w:r>
      <w:r>
        <w:rPr>
          <w:lang w:eastAsia="zh-CN"/>
        </w:rPr>
        <w:br/>
      </w:r>
      <w:r>
        <w:rPr>
          <w:lang w:eastAsia="zh-CN"/>
        </w:rPr>
        <w:t>　　根据水利系统安全工作特点，领导小组将安全生产监督管理的职责进行了分工，明确了渔政渔港监督管理站负责全县渔业船舶的安全生产监督管理工作，并签订了安全生产责任书，缴纳安全生产风险抵押金。渔政站为强化渔业船舶安全管理，规范船主安全驾船行为，杜绝非法载人载货现象，防止重特大事故发生，与全县渔船船主签订《渔业船舶安全生产责任书》195份，层层落实了安全责任。</w:t>
      </w:r>
      <w:r>
        <w:rPr>
          <w:lang w:eastAsia="zh-CN"/>
        </w:rPr>
        <w:br/>
      </w:r>
      <w:r>
        <w:rPr>
          <w:lang w:eastAsia="zh-CN"/>
        </w:rPr>
        <w:t>　　二、加大宣传，切实提高渔民安全意识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为使安全法律、法规家喻户晓，深入人心，我局采取多种形式，利用多种渠道对安全法律、法规进行宣传学习。一是通过召开渔民座谈会的形式，组织渔民学习相关的安全法律、法规和文件。2月份，渔政站执法人员分赴全县9个渔业队召开渔民座谈会，宣传《重庆市乡镇船舶安全管理办法》、《重庆市水上交通安全管理条例》、《内河避碰规则》等安全法律法规，并结合我县“11.24”、“3.15”海损事故，万州、涪陵、云阳渔船沉船死人事故向渔民宣传，以血的教训警示渔民，要渔船注意安全生产和不违章载人；二是充分利用广播电视、报纸、忠州新闻网等新闻媒体，对渔船安全违章及处理情况进行通报、宣传，要求广大渔民群众引以为戒，自觉遵纪守法。三是在“全国安全宣传月”，紧紧围绕“安全发展、国泰民安”这个主题，到乡镇、东溪、码头等人口密集的地方，开展安全法律、法规宣传和咨询活动；四是利用“平安渔业-安全生产法普法教育活动”，对临江重点学校学生进行渔业普法教育，对部分渔民、群众开展《安全生产法》等法律、法规的知识竞赛活动；五是对曾经有过非法载客载货行为的渔民进行认真疏理，再次通知到渔政站进行重点教育、学习、写出保证书，保证不再非法载客载货；六是在库区156米水位蓄水期间，渔政执法人员分赴各个渔业队，宣传市渔政处电话通知精神，要求渔民在确保安全的情况下，才能生产作业。七是利用发放机动渔船燃料补贴时，给渔民宣传我县“11.2”渔船与机驳船碰撞事故，要求广大渔民要吸取教训，以人为本，安全第一。全年，共召开渔民座谈会12次，广播电视宣传2次，印发安全宣传资料20__余份，刷写宣传标语4幅，开展《安全生产法》知识竞赛活动答题人员100余人，重点教育渔民3人次，切实提高了渔民和安全意识和安全技能，实现了安全生产。</w:t>
      </w:r>
      <w:r>
        <w:rPr>
          <w:lang w:eastAsia="zh-CN"/>
        </w:rPr>
        <w:br/>
      </w:r>
      <w:r>
        <w:rPr>
          <w:lang w:eastAsia="zh-CN"/>
        </w:rPr>
        <w:t>　　三、认真开展渔业船舶证件换发工作</w:t>
      </w:r>
      <w:r>
        <w:rPr>
          <w:lang w:eastAsia="zh-CN"/>
        </w:rPr>
        <w:br/>
      </w:r>
      <w:r>
        <w:rPr>
          <w:lang w:eastAsia="zh-CN"/>
        </w:rPr>
        <w:t>　　今年我局严格按照市渔政处，市渔业船舶检验局的统一安排和部署，认真开展了渔业船舶“三证一牌换发工作。到目前为止，共换发渔业船舶检验证书281本，渔业船舶登记证书281本，船员证书330本，渔业船牌281张。渔政站在换发证件时，对渔业船舶安全管理采取了新的举措：一是在每本检验证书上注明“禁止非法载客载货的警示标语，时刻警惕渔民注意安全和不非法载客；二是实行一船一牌照，牌照统一装订在指定醒目位置，安全管理部门督查一目了然，便于“三无”渔船的清理。</w:t>
      </w:r>
      <w:r>
        <w:rPr>
          <w:lang w:eastAsia="zh-CN"/>
        </w:rPr>
        <w:br/>
      </w:r>
      <w:r>
        <w:rPr>
          <w:lang w:eastAsia="zh-CN"/>
        </w:rPr>
        <w:t>　　四、加强检查，发现隐患及时整改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针对我县渔业船舶数量较多，较分散等特点，我局采取多种方式对渔业船舶进行安全检查。一是在换发证件时，船检人员现场登船检验，重点检查渔业船舶的安全性能，救生衣、消防设备、配备情况，渔民参加安全培训、学习情况等，对不符合条件的坚决不予年审。二是加强对忠县周氏造船厂的监督检查，狠抓渔业船舶的建造质量，把住劣质渔船源头关；三是渔政部门同其他部门开展联合检查。4月19日至20日，县人大、县水利局检查组对沿江的洋渡、东溪、石宝等重点乡镇贯彻《渔业法》执行情况进行了督查，切实增强了乡镇政府加强渔业船舶安全管理的责任感。6月中旬，渔政站联合县交委、县长江海事处、县地方海事处等部门进行检查，对沿江群众过河难的地方进行重点检查，发现隐患及时给县政府汇报，妥善解决三峡库区当地群众过河难的问题。目前，县交委已在涂井河、干井河等支河设置渡口14个。四是渔政站重点船只进行明查暗访，突击检查。全年，共出动检查车船20（辆、艘）次，检查人员60人次，检查渔业船舶250艘次，查获非法载客载货3艘，责令停业整改2艘，落实密查暗访9处，严防死守30天次。通过加强检查，隐患整改，杜绝了渔业船舶重大安全事故的发生。</w:t>
      </w:r>
      <w:r>
        <w:rPr>
          <w:lang w:eastAsia="zh-CN"/>
        </w:rPr>
        <w:br/>
      </w:r>
      <w:r>
        <w:rPr>
          <w:lang w:eastAsia="zh-CN"/>
        </w:rPr>
        <w:t>　　五、存在的困难和问题</w:t>
      </w:r>
      <w:r>
        <w:rPr>
          <w:lang w:eastAsia="zh-CN"/>
        </w:rPr>
        <w:br/>
      </w:r>
      <w:r>
        <w:rPr>
          <w:lang w:eastAsia="zh-CN"/>
        </w:rPr>
        <w:t>　　总结我局的渔业船舶安全工作，成绩突出，但也还存在一些困难和问题。</w:t>
      </w:r>
      <w:r>
        <w:rPr>
          <w:lang w:eastAsia="zh-CN"/>
        </w:rPr>
        <w:br/>
      </w:r>
      <w:r>
        <w:rPr>
          <w:lang w:eastAsia="zh-CN"/>
        </w:rPr>
        <w:t>　　（一）大多数渔民文化素质低，安全知识、安全意识差。</w:t>
      </w:r>
      <w:r>
        <w:rPr>
          <w:lang w:eastAsia="zh-CN"/>
        </w:rPr>
        <w:br/>
      </w:r>
      <w:r>
        <w:rPr>
          <w:lang w:eastAsia="zh-CN"/>
        </w:rPr>
        <w:t>　　（二）三峡库区156米水位的形成，水面增宽加深，渔政无水上交通工具，检查十分不便，管理死角仍有安全隐患存在。</w:t>
      </w:r>
      <w:r>
        <w:rPr>
          <w:lang w:eastAsia="zh-CN"/>
        </w:rPr>
        <w:br/>
      </w:r>
      <w:r>
        <w:rPr>
          <w:lang w:eastAsia="zh-CN"/>
        </w:rPr>
        <w:t>　　（三）个别乡镇对渔业船舶安全管理认识不到位，工作存在脱节现象。</w:t>
      </w:r>
      <w:r>
        <w:rPr>
          <w:lang w:eastAsia="zh-CN"/>
        </w:rPr>
        <w:br/>
      </w:r>
      <w:r>
        <w:rPr>
          <w:lang w:eastAsia="zh-CN"/>
        </w:rPr>
        <w:t>　　六、明年工作打算</w:t>
      </w:r>
      <w:r>
        <w:rPr>
          <w:lang w:eastAsia="zh-CN"/>
        </w:rPr>
        <w:br/>
      </w:r>
      <w:r>
        <w:rPr>
          <w:lang w:eastAsia="zh-CN"/>
        </w:rPr>
        <w:t>　　20__年，我局将认真贯彻上级各部门对渔业船舶安全工作的安排和部署，严格执行各项安全法律、法规，做好以下几个方面的工作：</w:t>
      </w:r>
      <w:r>
        <w:rPr>
          <w:lang w:eastAsia="zh-CN"/>
        </w:rPr>
        <w:br/>
      </w:r>
      <w:r>
        <w:rPr>
          <w:lang w:eastAsia="zh-CN"/>
        </w:rPr>
        <w:t>　　（一）进一步加强渔业安全法律、法规的宣传，切实提高渔民的安全意识和安全知识。</w:t>
      </w:r>
      <w:r>
        <w:rPr>
          <w:lang w:eastAsia="zh-CN"/>
        </w:rPr>
        <w:br/>
      </w:r>
      <w:r>
        <w:rPr>
          <w:lang w:eastAsia="zh-CN"/>
        </w:rPr>
        <w:t>　　（二）进一步加强同相关部门、乡镇政府的联系，共同做好渔业船舶安全管理工作。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（三）积极开展安全检查，发现隐患及时整改，确保无渔业船舶安全事故发生。</w:t>
      </w:r>
      <w:r>
        <w:rPr>
          <w:lang w:eastAsia="zh-CN"/>
        </w:rPr>
        <w:br/>
      </w:r>
      <w:r>
        <w:rPr>
          <w:lang w:eastAsia="zh-CN"/>
        </w:rPr>
        <w:t xml:space="preserve">    最新安全生产的活动总结 篇3 </w:t>
      </w:r>
      <w:r>
        <w:rPr>
          <w:lang w:eastAsia="zh-CN"/>
        </w:rPr>
        <w:br/>
      </w:r>
      <w:r>
        <w:rPr>
          <w:lang w:eastAsia="zh-CN"/>
        </w:rPr>
        <w:t>　　为进一步加强全县旅游安全生产宣传教育及安全监管工作，按照市旅游委和县安委会有关工作要求，__县旅游局结合全县旅游行业安全生产工作实际，积极认真开展了20__年“旅游安全生产行”活动，取得了一定成效，现将有关情况总结如下：</w:t>
      </w:r>
      <w:r>
        <w:rPr>
          <w:lang w:eastAsia="zh-CN"/>
        </w:rPr>
        <w:br/>
      </w:r>
      <w:r>
        <w:rPr>
          <w:lang w:eastAsia="zh-CN"/>
        </w:rPr>
        <w:t>　　一、高度重视，精心组织安排</w:t>
      </w:r>
      <w:r>
        <w:rPr>
          <w:lang w:eastAsia="zh-CN"/>
        </w:rPr>
        <w:br/>
      </w:r>
      <w:r>
        <w:rPr>
          <w:lang w:eastAsia="zh-CN"/>
        </w:rPr>
        <w:t>　　__县旅游局高度重视此次“安全生产行”活动，局长李亲自安排部署，分管副局长具体负责，做好活动相关准备工作。结合全县旅游行业安全生产工作实际，制定印发了《20__年全县“旅游安全生产月”和“旅游安全生产行”活动方案》，明确指导思想和目标、活动主要内容以及工作要求等，成立了以主要负责人为组长、分管负责人为副组长、相关股室负责人为成员的活动领导小组，确保活动顺利有效开展。</w:t>
      </w:r>
      <w:r>
        <w:rPr>
          <w:lang w:eastAsia="zh-CN"/>
        </w:rPr>
        <w:br/>
      </w:r>
      <w:r>
        <w:rPr>
          <w:lang w:eastAsia="zh-CN"/>
        </w:rPr>
        <w:t>　　二、结合实际，有序开展活动</w:t>
      </w:r>
      <w:r>
        <w:rPr>
          <w:lang w:eastAsia="zh-CN"/>
        </w:rPr>
        <w:br/>
      </w:r>
      <w:r>
        <w:rPr>
          <w:lang w:eastAsia="zh-CN"/>
        </w:rPr>
        <w:t>　　20__年“旅游安全生产行”活动自6月1日开始，12月底结束，按照活动方案安排，__县旅游局扎实有序开展了系列活动。</w:t>
      </w:r>
      <w:r>
        <w:rPr>
          <w:lang w:eastAsia="zh-CN"/>
        </w:rPr>
        <w:br/>
      </w:r>
      <w:r>
        <w:rPr>
          <w:lang w:eastAsia="zh-CN"/>
        </w:rPr>
        <w:t>　　一是开展旅游扶贫走访活动。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组织局机关全体干部职工走进帮扶村甄岗村，倾听帮扶对象心声，了解帮扶对象所需，解答帮扶对象困惑，普及党的方针政策、法律法规知识、安全生产常识、自救互救常识，提高帮扶对象的安全意识和应急能力，帮助谋划产业发展，落实帮扶措施，巩固脱贫成果。</w:t>
      </w:r>
      <w:r>
        <w:rPr>
          <w:lang w:eastAsia="zh-CN"/>
        </w:rPr>
        <w:br/>
      </w:r>
      <w:r>
        <w:rPr>
          <w:lang w:eastAsia="zh-CN"/>
        </w:rPr>
        <w:t>　　二是开展旅游安全隐患排查活动。</w:t>
      </w:r>
      <w:r>
        <w:rPr>
          <w:lang w:eastAsia="zh-CN"/>
        </w:rPr>
        <w:br/>
      </w:r>
      <w:r>
        <w:rPr>
          <w:lang w:eastAsia="zh-CN"/>
        </w:rPr>
        <w:t>　　结合汛期时段特点，按照上级旅游安全工作部署，我局出动检查人员26人次，开展旅游安全生产大检查活动。重点检查各旅游企业贯彻执行安全生产法律法规、标准，落实安全生产主体责任，健全完善安全规章制度，强化现场安全管理，加强员工安全教育培训等安全基础工作，开展隐患排查治理情况以及旅行社旅游车辆使用、旅游合同规范签订、导游员履行安全监督和提示责任情况等，未发现明显的违法违规行为。</w:t>
      </w:r>
      <w:r>
        <w:rPr>
          <w:lang w:eastAsia="zh-CN"/>
        </w:rPr>
        <w:br/>
      </w:r>
      <w:r>
        <w:rPr>
          <w:lang w:eastAsia="zh-CN"/>
        </w:rPr>
        <w:t>　　三是督促完善应急预案并开展演练。</w:t>
      </w:r>
      <w:r>
        <w:rPr>
          <w:lang w:eastAsia="zh-CN"/>
        </w:rPr>
        <w:br/>
      </w:r>
      <w:r>
        <w:rPr>
          <w:lang w:eastAsia="zh-CN"/>
        </w:rPr>
        <w:t>　　及时修订全县旅游安全应急预案，参加观摩20__年度天堂寨景区地质灾害事故应对及滑索救援演练活动，提升我局应急处置能力。按照坚持贴近实战、注重实效原则，围绕旅游交通、消防安全等，结合火灾逃生、设备故障、受伤救护、食物中毒、反恐防暴等主题，要求各旅游企业完善优化应急预案，并开展好演练活动，提升企业安全防范意识，提高科学施救和事故灾难应急救援能力，筑牢旅游安全生命防线。</w:t>
      </w:r>
      <w:r>
        <w:rPr>
          <w:lang w:eastAsia="zh-CN"/>
        </w:rPr>
        <w:br/>
      </w:r>
      <w:r>
        <w:rPr>
          <w:lang w:eastAsia="zh-CN"/>
        </w:rPr>
        <w:t>　　自开展此次“旅游安全生产行”活动以来，进一步落实旅游企业安全生产主体责任，增强安全生产意识，推动全县旅游安全生产形势持续稳定发展，为建设幸福美丽提供强大的思想保证和安全稳定的旅游环境。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最新安全生产的活动总结 篇4 </w:t>
      </w:r>
      <w:r>
        <w:rPr>
          <w:lang w:eastAsia="zh-CN"/>
        </w:rPr>
        <w:br/>
      </w:r>
      <w:r>
        <w:rPr>
          <w:lang w:eastAsia="zh-CN"/>
        </w:rPr>
        <w:t>　　一、安全生产月策划段</w:t>
      </w:r>
      <w:r>
        <w:rPr>
          <w:lang w:eastAsia="zh-CN"/>
        </w:rPr>
        <w:br/>
      </w:r>
      <w:r>
        <w:rPr>
          <w:lang w:eastAsia="zh-CN"/>
        </w:rPr>
        <w:t>　　1、按照公司文件要求，制定了项目部安全月活动策划，在文件中对活动中需要进行的各项宣传、培训、考试、专项及联合检查、全天停工等安排进行了详尽的策划，并经项目领导审批后传阅全体人员，使每位管理人员对安全生产月活动内容有充分的了解，进而为活动的开展做好充分的准备。</w:t>
      </w:r>
      <w:r>
        <w:rPr>
          <w:lang w:eastAsia="zh-CN"/>
        </w:rPr>
        <w:br/>
      </w:r>
      <w:r>
        <w:rPr>
          <w:lang w:eastAsia="zh-CN"/>
        </w:rPr>
        <w:t>　　2、根据公司《关于开展“安全生产月“活动的通知》要求，落实活动具体指示及精神，结合实际，根据项目部安全生产月策划内容，项目部全体人员进行安全发展“为主题的“安全生产月“活动启动仪式。</w:t>
      </w:r>
      <w:r>
        <w:rPr>
          <w:lang w:eastAsia="zh-CN"/>
        </w:rPr>
        <w:br/>
      </w:r>
      <w:r>
        <w:rPr>
          <w:lang w:eastAsia="zh-CN"/>
        </w:rPr>
        <w:t>　　3、在活动前期，项目部开展了一系列安全月宣传活动，制定多幅标语、宣传画、警示图片等利用橱窗、现场宣传区域宣传安全知识、浓郁活动氛围，使全体人员能够更加直观的感受到安全生产月的氛围，同时促使所有人员都能积极参与到安全生产月活动中来，为活动的顺利进行做好铺垫。</w:t>
      </w:r>
      <w:r>
        <w:rPr>
          <w:lang w:eastAsia="zh-CN"/>
        </w:rPr>
        <w:br/>
      </w:r>
      <w:r>
        <w:rPr>
          <w:lang w:eastAsia="zh-CN"/>
        </w:rPr>
        <w:t>　　4、项目部开展了“安全宣传日”活动，在现场设置了安全咨询点，安保部讲师向现场施工人员发放安全宣传手册并帮助作业人员解答在施工过程中遇到的各种安全问题。</w:t>
      </w:r>
      <w:r>
        <w:rPr>
          <w:lang w:eastAsia="zh-CN"/>
        </w:rPr>
        <w:br/>
      </w:r>
      <w:r>
        <w:rPr>
          <w:lang w:eastAsia="zh-CN"/>
        </w:rPr>
        <w:t>　　二、安全培训阶段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加强各层级人员的安全管理技能，普及现场各级管理人员及施工作业人员安全知识，提高人员安全意识，项目部按照策划要求在活动月全过程中开展了一系列教育培训考试工作和消防应急预案演练活动，并且特开展了停工、停车活动日，组织全员观看总部提供的视频资料，并进行了安全知识、驾驶员、《安规》考试等活动。</w:t>
      </w:r>
      <w:r>
        <w:rPr>
          <w:lang w:eastAsia="zh-CN"/>
        </w:rPr>
        <w:br/>
      </w:r>
      <w:r>
        <w:rPr>
          <w:lang w:eastAsia="zh-CN"/>
        </w:rPr>
        <w:t>　　1、组织项目部人员观看了安全教育片、“三个标准”、违章图集的培训并进行了安全知识的考试。</w:t>
      </w:r>
      <w:r>
        <w:rPr>
          <w:lang w:eastAsia="zh-CN"/>
        </w:rPr>
        <w:br/>
      </w:r>
      <w:r>
        <w:rPr>
          <w:lang w:eastAsia="zh-CN"/>
        </w:rPr>
        <w:t>　　2、项目部安保部组织开展了对特种作业人员进行了安全培训和考试。</w:t>
      </w:r>
      <w:r>
        <w:rPr>
          <w:lang w:eastAsia="zh-CN"/>
        </w:rPr>
        <w:br/>
      </w:r>
      <w:r>
        <w:rPr>
          <w:lang w:eastAsia="zh-CN"/>
        </w:rPr>
        <w:t>　　3、组织人员观看安全宣传片、事故案例影片，使员工更好的吸收了安全知识。</w:t>
      </w:r>
      <w:r>
        <w:rPr>
          <w:lang w:eastAsia="zh-CN"/>
        </w:rPr>
        <w:br/>
      </w:r>
      <w:r>
        <w:rPr>
          <w:lang w:eastAsia="zh-CN"/>
        </w:rPr>
        <w:t>　　4、组织项目部全体员工、分包单位人员开展了“反事故措施”、“三个标准”、“典型性违章图集”等进行了学习。</w:t>
      </w:r>
      <w:r>
        <w:rPr>
          <w:lang w:eastAsia="zh-CN"/>
        </w:rPr>
        <w:br/>
      </w:r>
      <w:r>
        <w:rPr>
          <w:lang w:eastAsia="zh-CN"/>
        </w:rPr>
        <w:t xml:space="preserve">    最新安全生产的活动总结 篇5 </w:t>
      </w:r>
      <w:r>
        <w:rPr>
          <w:lang w:eastAsia="zh-CN"/>
        </w:rPr>
        <w:br/>
      </w:r>
      <w:r>
        <w:rPr>
          <w:lang w:eastAsia="zh-CN"/>
        </w:rPr>
        <w:t>　　一、校园安全、食品卫生工作检查</w:t>
      </w:r>
      <w:r>
        <w:rPr>
          <w:lang w:eastAsia="zh-CN"/>
        </w:rPr>
        <w:br/>
      </w:r>
      <w:r>
        <w:rPr>
          <w:lang w:eastAsia="zh-CN"/>
        </w:rPr>
        <w:t>　　1、_月_日，学校行政人及班主任代表对校园的里里外外卫生进行了一次地毯式的检查。具体检查学校各项安全管理制度健全，各个科室的安全管理责任落实，学校与各个科室之间又签订安全工作责任书，(由政教处牵头的学校安全管理制度适合本校学校实际，各个班级也能根据自己的实际制定出班级安全管理制度)。在安全月活动开始之际，在校门口悬挂安全生产月活动宣传标语。</w:t>
      </w:r>
      <w:r>
        <w:rPr>
          <w:lang w:eastAsia="zh-CN"/>
        </w:rPr>
        <w:br/>
      </w:r>
      <w:r>
        <w:rPr>
          <w:lang w:eastAsia="zh-CN"/>
        </w:rPr>
        <w:t>　　2、对学校的消防设施进行检查，消防器材的摆放，检查灭火器气压是否完好，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在检查过程中发现整幢教学楼都缺乏消防水源，有比较严重的安全隐患。于是，学校后勤处马上对水源进行了疏导，使学校正常的通上了水源。</w:t>
      </w:r>
      <w:r>
        <w:rPr>
          <w:lang w:eastAsia="zh-CN"/>
        </w:rPr>
        <w:br/>
      </w:r>
      <w:r>
        <w:rPr>
          <w:lang w:eastAsia="zh-CN"/>
        </w:rPr>
        <w:t>　　3、对学校小卖部的商品进行检查，发现不合格的、过期的食品进行销毁。并在晨会上对学生进行食品卫生、安全教育。让学生知道在买商品的时候要看清包装袋上的产品生产日、生产批号、有效期等等，并由教师亲自进行鉴别示范，让学生对劣质商品的鉴别有了直观的认识。</w:t>
      </w:r>
      <w:r>
        <w:rPr>
          <w:lang w:eastAsia="zh-CN"/>
        </w:rPr>
        <w:br/>
      </w:r>
      <w:r>
        <w:rPr>
          <w:lang w:eastAsia="zh-CN"/>
        </w:rPr>
        <w:t>　　4、对校园周遍流动摊位进行整顿，在校广播站上对学生进行教育，并由卫生监督岗成员轮流在摊位旁值勤。在学校采取行动的第二天。校外的流动摊点马上就撤走了，取得了明显的效果。</w:t>
      </w:r>
      <w:r>
        <w:rPr>
          <w:lang w:eastAsia="zh-CN"/>
        </w:rPr>
        <w:br/>
      </w:r>
      <w:r>
        <w:rPr>
          <w:lang w:eastAsia="zh-CN"/>
        </w:rPr>
        <w:t>　　二、安全主题教育</w:t>
      </w:r>
      <w:r>
        <w:rPr>
          <w:lang w:eastAsia="zh-CN"/>
        </w:rPr>
        <w:br/>
      </w:r>
      <w:r>
        <w:rPr>
          <w:lang w:eastAsia="zh-CN"/>
        </w:rPr>
        <w:t>　　1、参观安全教育的图片展</w:t>
      </w:r>
      <w:r>
        <w:rPr>
          <w:lang w:eastAsia="zh-CN"/>
        </w:rPr>
        <w:br/>
      </w:r>
      <w:r>
        <w:rPr>
          <w:lang w:eastAsia="zh-CN"/>
        </w:rPr>
        <w:t>　　_月_日_日，学校大队部进行了安全教育的图片展，各班主任组织好学生进行参观，使学生增强交通法制观念、安全防范常识，提高学生在道路交通、消防、预防溺水、禁毒等方面自护、自救、防灾、逃生的能力，让全体师生形象生动地体验到安全教育的重要性。</w:t>
      </w:r>
      <w:r>
        <w:rPr>
          <w:lang w:eastAsia="zh-CN"/>
        </w:rPr>
        <w:br/>
      </w:r>
      <w:r>
        <w:rPr>
          <w:lang w:eastAsia="zh-CN"/>
        </w:rPr>
        <w:t>　　2、_月_日，珍爱生命，安全第一黑板报出刊</w:t>
      </w:r>
      <w:r>
        <w:rPr>
          <w:lang w:eastAsia="zh-CN"/>
        </w:rPr>
        <w:br/>
      </w:r>
      <w:r>
        <w:rPr>
          <w:lang w:eastAsia="zh-CN"/>
        </w:rPr>
        <w:t>　　利用年级橱窗、黑板报向学生宣传交通安全知识，对学生进行交通、消防等方面的安全教育，使整个校园形成了良好的教育氛围。</w:t>
      </w:r>
      <w:r>
        <w:rPr>
          <w:lang w:eastAsia="zh-CN"/>
        </w:rPr>
        <w:br/>
      </w:r>
      <w:r>
        <w:rPr>
          <w:lang w:eastAsia="zh-CN"/>
        </w:rPr>
        <w:t>　　三、举行安全知识讲座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1、_月_日，利用周前会议(_校长讲座)组织全体教师进行安全知识培训，通过学习使教师对自己的安全教育责任进一步认识到位了，使教师对学生的安全进一步关注了，对学生的安全教育也更上心了。</w:t>
      </w:r>
      <w:r>
        <w:rPr>
          <w:lang w:eastAsia="zh-CN"/>
        </w:rPr>
        <w:br/>
      </w:r>
      <w:r>
        <w:rPr>
          <w:lang w:eastAsia="zh-CN"/>
        </w:rPr>
        <w:t>　　2、_月_日针对本校的六年级学生在大门镇中上课，大部分学生每天骑车来回要四趟，学生交通安全意识不强，存在着严重的交通安全隐患。为此，我们邀请了中队为六年级的学生及家长讲座，使学校和家庭的安全教育更深入人心。</w:t>
      </w:r>
      <w:r>
        <w:rPr>
          <w:lang w:eastAsia="zh-CN"/>
        </w:rPr>
        <w:br/>
      </w:r>
      <w:r>
        <w:rPr>
          <w:lang w:eastAsia="zh-CN"/>
        </w:rPr>
        <w:t>　　四、召开一次珍爱生命，安全第一的主题队会</w:t>
      </w:r>
      <w:r>
        <w:rPr>
          <w:lang w:eastAsia="zh-CN"/>
        </w:rPr>
        <w:br/>
      </w:r>
      <w:r>
        <w:rPr>
          <w:lang w:eastAsia="zh-CN"/>
        </w:rPr>
        <w:t>　　1、_月_日_月_日，(正在陆续进行中)组织各班班主任认真备好队会课，通过各种形式向同学们宣传着安全意识、自救方法、各种救助电话活动进一步让同学们明白生命的珍贵，懂得要保护生命、爱惜生命。</w:t>
      </w:r>
      <w:r>
        <w:rPr>
          <w:lang w:eastAsia="zh-CN"/>
        </w:rPr>
        <w:br/>
      </w:r>
      <w:r>
        <w:rPr>
          <w:lang w:eastAsia="zh-CN"/>
        </w:rPr>
        <w:t>　　2、红领巾安全监督员的同学们积极向全校同学家长发出倡议《给家长的一封公开信》，让同学们主动参与，当安全教育的小主人，向家长宣传防溺水、交通、消防、防疾病传染等安全的知识。这样，家长和学生共同参与积极性得到提高，收到了较好的效果。</w:t>
      </w:r>
      <w:r>
        <w:rPr>
          <w:lang w:eastAsia="zh-CN"/>
        </w:rPr>
        <w:br/>
      </w:r>
      <w:r>
        <w:rPr>
          <w:lang w:eastAsia="zh-CN"/>
        </w:rPr>
        <w:t>　　通过安全教育活动，全体师生形象生动地体验到了安全教育的重要性。在以后的教育活动中，我们将积极发挥学校教育的主阵地作用，使安全教育永远贯穿在我们的教育教学活动中。</w:t>
      </w:r>
      <w:r>
        <w:rPr>
          <w:lang w:eastAsia="zh-CN"/>
        </w:rPr>
        <w:br/>
      </w:r>
      <w:r>
        <w:rPr>
          <w:lang w:eastAsia="zh-CN"/>
        </w:rPr>
        <w:t xml:space="preserve">    最新安全生产的活动总结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根据上级文件精神和我部门既定活动计划方案，我部门认真按照活动方案精心组织、全面部署、认真落实、注重实效，开展了百日安全活动。加大隐患排查治理力度，进一步强化了全员对安全工作重要性的认识，完善了安全管理机制，提高了安全生产的质量水平和防范事故的能力，有效的控制了各类事故的发生，取得了显著成效，保证了安全生产。现将“百日安全生产”活动第二阶段总结如下：</w:t>
      </w:r>
      <w:r>
        <w:rPr>
          <w:lang w:eastAsia="zh-CN"/>
        </w:rPr>
        <w:br/>
      </w:r>
      <w:r>
        <w:rPr>
          <w:lang w:eastAsia="zh-CN"/>
        </w:rPr>
        <w:t>　　一、在安全教育方面</w:t>
      </w:r>
      <w:r>
        <w:rPr>
          <w:lang w:eastAsia="zh-CN"/>
        </w:rPr>
        <w:br/>
      </w:r>
      <w:r>
        <w:rPr>
          <w:lang w:eastAsia="zh-CN"/>
        </w:rPr>
        <w:t>　　在每天班前会上，由主任亲自督察落实班前会每日一题的学习落实情况，并进行了提问，使大家做到了不仅能记住而且能理解。组织员工学习洗煤厂《安全规程》以及各岗位员工的《安全技术操作规程》并要求各班组以板报、宣传标语的形式加大安全操作的力度，并使每个人时刻都绷紧安全这根弦。加大了对员工的危险源抽查力度，组织了移动设备的危险源再辨识。认真组织员工学习了近期集团公司各个子分公司事故案例，分析原因总结教训，组织开展全员的二季度培训并进行了考试，取得良好效果。</w:t>
      </w:r>
      <w:r>
        <w:rPr>
          <w:lang w:eastAsia="zh-CN"/>
        </w:rPr>
        <w:br/>
      </w:r>
      <w:r>
        <w:rPr>
          <w:lang w:eastAsia="zh-CN"/>
        </w:rPr>
        <w:t>　　二、在班组组建方面</w:t>
      </w:r>
      <w:r>
        <w:rPr>
          <w:lang w:eastAsia="zh-CN"/>
        </w:rPr>
        <w:br/>
      </w:r>
      <w:r>
        <w:rPr>
          <w:lang w:eastAsia="zh-CN"/>
        </w:rPr>
        <w:t>　　我部门着重放在班组团结及各班组根据自己的实际情况制定出的班组管理工作制度上，一个班子不团结，没有强硬的管理制度，就根本谈不上优秀。我部门以优秀班组丙班为例，要求各个班组制定适合自己班组实际情况的员工培训学习方案，加强管理，严格按照规程操作。</w:t>
      </w:r>
      <w:r>
        <w:rPr>
          <w:lang w:eastAsia="zh-CN"/>
        </w:rPr>
        <w:br/>
      </w:r>
      <w:r>
        <w:rPr>
          <w:lang w:eastAsia="zh-CN"/>
        </w:rPr>
        <w:t>　　三、现场管理方面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我部门按质量标准化工作做为一切工作的重中之重。把影响文明生产的障碍物及时清理，并从细微事情着手，如：胸卡、操作证、长发、高跟鞋等，不管什么事都要以标准化条例来对比，来参照，并要求他们做到，处处讲标准，事事按标准的概念。</w:t>
      </w:r>
      <w:r>
        <w:rPr>
          <w:lang w:eastAsia="zh-CN"/>
        </w:rPr>
        <w:br/>
      </w:r>
      <w:r>
        <w:rPr>
          <w:lang w:eastAsia="zh-CN"/>
        </w:rPr>
        <w:t>　　2、动员各班组岗位员工对各设备仔细检修，检查、清扫死角卫生，尤其对高空管路，设备除锈、玻璃卫生，必须做到无积尘、无死角、地面无积水、窗户明亮、设备清洗。</w:t>
      </w:r>
      <w:r>
        <w:rPr>
          <w:lang w:eastAsia="zh-CN"/>
        </w:rPr>
        <w:br/>
      </w:r>
      <w:r>
        <w:rPr>
          <w:lang w:eastAsia="zh-CN"/>
        </w:rPr>
        <w:t>　　3、由部门主任到部门管理人员，每天不定时轮流检查，抓制度、查隐患、堵漏洞，把每一项细小的工作都落实到每位包机人的身上，并严格按照本部门自查自检，下达整改通知书，及部门制度执行，由承包人及时整改，使每一位员工都能清楚意识到标准化的重要性。</w:t>
      </w:r>
      <w:r>
        <w:rPr>
          <w:lang w:eastAsia="zh-CN"/>
        </w:rPr>
        <w:br/>
      </w:r>
      <w:r>
        <w:rPr>
          <w:lang w:eastAsia="zh-CN"/>
        </w:rPr>
        <w:t>　　4、认真坚持好“四不放过”的原则，从严处理各种违章、违法行为，并认真总结经验教训，以防止类似行为重复出现。</w:t>
      </w:r>
      <w:r>
        <w:rPr>
          <w:lang w:eastAsia="zh-CN"/>
        </w:rPr>
        <w:br/>
      </w:r>
      <w:r>
        <w:rPr>
          <w:lang w:eastAsia="zh-CN"/>
        </w:rPr>
        <w:t>　　5、活动期间组织安全检查8次，查处各类安全隐患53条，建立隐患排查治理登记表，对查出的问题按照“五定”的原则落实整改，整改完成53条，整改率100%；</w:t>
      </w:r>
      <w:r>
        <w:rPr>
          <w:lang w:eastAsia="zh-CN"/>
        </w:rPr>
        <w:br/>
      </w:r>
      <w:r>
        <w:rPr>
          <w:lang w:eastAsia="zh-CN"/>
        </w:rPr>
        <w:t>　　6、加大反“三违”工作力度，使查处“三违”工作更加细致化。对个别严重违章作业的人员除给予相应的经济处罚外，有力的促进了反“三违”工作向纵深发展，有效地防止了各类事故的发生。</w:t>
      </w:r>
      <w:r>
        <w:rPr>
          <w:lang w:eastAsia="zh-CN"/>
        </w:rPr>
        <w:br/>
      </w:r>
      <w:r>
        <w:rPr>
          <w:lang w:eastAsia="zh-CN"/>
        </w:rPr>
        <w:t>　　四、在隐患改造治理方面</w:t>
      </w:r>
      <w:r>
        <w:rPr>
          <w:lang w:eastAsia="zh-CN"/>
        </w:rPr>
        <w:br/>
      </w:r>
      <w:r>
        <w:rPr>
          <w:lang w:eastAsia="zh-CN"/>
        </w:rPr>
        <w:t>　　1、我部门认真督促厂部对斜管危险区域的重新改造，对原有存在安全隐患的墙体实施拆除，并重新进行了施工，改善了员工的工作环境，也从根本上保证了人员的安全。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2、部门及时发现药剂库底层存在积水现象，影响我部门的日常工作，存在隐患。我部门及时联系厂部和外委单位对药剂库底层重新制作排水沟，从而解决困扰我部门的积水问题，消除了隐患。</w:t>
      </w:r>
      <w:r>
        <w:rPr>
          <w:lang w:eastAsia="zh-CN"/>
        </w:rPr>
        <w:br/>
      </w:r>
      <w:r>
        <w:rPr>
          <w:lang w:eastAsia="zh-CN"/>
        </w:rPr>
        <w:t>　　3、部门针对浓缩池门口东部地面塌陷现象做了周全的安全警示，防止人员跌落，并积极联系外委单位进行修复处理，现此问题已经解决。</w:t>
      </w:r>
      <w:r>
        <w:rPr>
          <w:lang w:eastAsia="zh-CN"/>
        </w:rPr>
        <w:br/>
      </w:r>
      <w:r>
        <w:rPr>
          <w:lang w:eastAsia="zh-CN"/>
        </w:rPr>
        <w:t>　　通过上述对“百日安全”活动所作的各项工作，使我部门在“百日安全”第二阶段活动中，安全生产稳定，各项工作有序进行，圆满的完成了上级公司在“百日安全生产”活动中下达的各项指标，为争创一流的企业奠定了坚实的基础。</w:t>
      </w:r>
      <w:r>
        <w:rPr>
          <w:lang w:eastAsia="zh-CN"/>
        </w:rPr>
        <w:br/>
      </w:r>
      <w:r>
        <w:rPr>
          <w:lang w:eastAsia="zh-CN"/>
        </w:rPr>
        <w:t xml:space="preserve">    最新安全生产的活动总结 篇7 </w:t>
      </w:r>
      <w:r>
        <w:rPr>
          <w:lang w:eastAsia="zh-CN"/>
        </w:rPr>
        <w:br/>
      </w:r>
      <w:r>
        <w:rPr>
          <w:lang w:eastAsia="zh-CN"/>
        </w:rPr>
        <w:t>　　20__年，根据《关于开展第十五个全国“安全生产月”活动的通知》（委〔20__〕2号）要求，县新闻传媒中心领导重视、举措扎实，广泛动员干部职工积极参与“安全生产月”活动，为创造“平安”、构建和谐社会打下良好基础。现将活动月情况总结如下：</w:t>
      </w:r>
      <w:r>
        <w:rPr>
          <w:lang w:eastAsia="zh-CN"/>
        </w:rPr>
        <w:br/>
      </w:r>
      <w:r>
        <w:rPr>
          <w:lang w:eastAsia="zh-CN"/>
        </w:rPr>
        <w:t>　　一、加强领导，进一步落实安全生产责任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中心根据人员变动，及时调整县新闻传媒中心安全生产工作领导小组，由中心党组书记、主任赵旭亮担任组长，党组成员、副主任杨国棋具体抓好此项工作落实和检查。印发了《关于落实安全生产“党政同责、一岗双责”的实施意见》（磐新党〔20__〕4号），按照“管行业必须管安全、管业务必须管安全、管生产经营必须管安全”，全面落实党政班子成员安全生产工作职责，并与各部室签订了安全生产责任书。作为安委会成员单位，认真领办、全面落实“安全生产月”各项工作任务。</w:t>
      </w:r>
      <w:r>
        <w:rPr>
          <w:lang w:eastAsia="zh-CN"/>
        </w:rPr>
        <w:br/>
      </w:r>
      <w:r>
        <w:rPr>
          <w:lang w:eastAsia="zh-CN"/>
        </w:rPr>
        <w:t>　　二、加强管理，进一步提高安全生产意识</w:t>
      </w:r>
      <w:r>
        <w:rPr>
          <w:lang w:eastAsia="zh-CN"/>
        </w:rPr>
        <w:br/>
      </w:r>
      <w:r>
        <w:rPr>
          <w:lang w:eastAsia="zh-CN"/>
        </w:rPr>
        <w:t>　　中心把安全生产作为班子会议、干部职工会议必讲内容，经常性组织学习安全生产有关知识，并不断利用农民信箱、单位微信群推送安全生产温馨提醒，提高安全生产意识。坚持“预防为主、综合治理”的方针，以“最美办公区”创建为载体，将安全生产、环境卫生整治、节能降耗等纳入“最美办公区”创建内容，每月组织人员对安全生产、节水节电、环境卫生等进行检查，对安全隐患及时排查、整改。如今年一号台风“尼伯特”来临之前，由赵旭亮同志亲自带队检查整个办公楼安全工作，对个别办公室电源没切断、门窗没关闭进行提醒和整改。</w:t>
      </w:r>
      <w:r>
        <w:rPr>
          <w:lang w:eastAsia="zh-CN"/>
        </w:rPr>
        <w:br/>
      </w:r>
      <w:r>
        <w:rPr>
          <w:lang w:eastAsia="zh-CN"/>
        </w:rPr>
        <w:t>　　三、加强宣传，进一步营造安全生产氛围</w:t>
      </w:r>
      <w:r>
        <w:rPr>
          <w:lang w:eastAsia="zh-CN"/>
        </w:rPr>
        <w:br/>
      </w:r>
      <w:r>
        <w:rPr>
          <w:lang w:eastAsia="zh-CN"/>
        </w:rPr>
        <w:t>　　中心发挥新闻媒体宣传优势，对安全生产工作的方针、政策和重要会议精神进行了积极宣传报道，对各部门在安全生产工作中的经验和做法宣传报道，利用宣传充分发挥典型示范效应，进一步在全县营造安全生产的良好氛围。6月15日，《报》用两个整版宣传“安全生产月”活动和新《安全生产法》，6月1日用一个整版宣传《你不可不知的火海自救八大法则》，普及安全知识、传播安全文化。今年“安全生产月”活动期间，《报》累计宣传报道安全生产信息10篇，刊发安全生产标语18条次，基本做到安全生产宣传每天见报，为我县的'安全生产工作营造了良好舆论氛围。</w:t>
      </w:r>
      <w:r>
        <w:rPr>
          <w:lang w:eastAsia="zh-CN"/>
        </w:rPr>
        <w:br/>
      </w:r>
      <w:r>
        <w:rPr>
          <w:lang w:eastAsia="zh-CN"/>
        </w:rPr>
        <w:t xml:space="preserve">    最新安全生产的活动总结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进一步加强全县旅游安全生产宣传教育及安全监管工作，按照市旅游委和县安委会有关工作要求，__县旅游局结合全县旅游行业安全生产工作实际，积极认真开展了20__年“旅游安全生产行”活动，取得了一定成效，现将有关情况总结如下：</w:t>
      </w:r>
      <w:r>
        <w:rPr>
          <w:lang w:eastAsia="zh-CN"/>
        </w:rPr>
        <w:br/>
      </w:r>
      <w:r>
        <w:rPr>
          <w:lang w:eastAsia="zh-CN"/>
        </w:rPr>
        <w:t>　　一、高度重视，精心组织安排</w:t>
      </w:r>
      <w:r>
        <w:rPr>
          <w:lang w:eastAsia="zh-CN"/>
        </w:rPr>
        <w:br/>
      </w:r>
      <w:r>
        <w:rPr>
          <w:lang w:eastAsia="zh-CN"/>
        </w:rPr>
        <w:t>　　__县旅游局高度重视此次“安全生产行”活动，局长李亲自安排部署，分管副局长具体负责，做好活动相关准备工作。结合全县旅游行业安全生产工作实际，制定印发了《20__年全县“旅游安全生产月”和“旅游安全生产行”活动方案》，明确指导思想和目标、活动主要内容以及工作要求等，成立了以主要负责人为组长、分管负责人为副组长、相关股室负责人为成员的活动领导小组，确保活动顺利有效开展。</w:t>
      </w:r>
      <w:r>
        <w:rPr>
          <w:lang w:eastAsia="zh-CN"/>
        </w:rPr>
        <w:br/>
      </w:r>
      <w:r>
        <w:rPr>
          <w:lang w:eastAsia="zh-CN"/>
        </w:rPr>
        <w:t>　　二、结合实际，有序开展活动</w:t>
      </w:r>
      <w:r>
        <w:rPr>
          <w:lang w:eastAsia="zh-CN"/>
        </w:rPr>
        <w:br/>
      </w:r>
      <w:r>
        <w:rPr>
          <w:lang w:eastAsia="zh-CN"/>
        </w:rPr>
        <w:t>　　20__年“旅游安全生产行”活动自6月1日开始，12月底结束，按照活动方案安排，__县旅游局扎实有序开展了系列活动。</w:t>
      </w:r>
      <w:r>
        <w:rPr>
          <w:lang w:eastAsia="zh-CN"/>
        </w:rPr>
        <w:br/>
      </w:r>
      <w:r>
        <w:rPr>
          <w:lang w:eastAsia="zh-CN"/>
        </w:rPr>
        <w:t>　　一是开展旅游扶贫走访活动。组织局机关全体干部职工走进帮扶村甄岗村，倾听帮扶对象心声，了解帮扶对象所需，解答帮扶对象困惑，普及党的方针政策、法律法规知识、安全生产常识、自救互救常识，提高帮扶对象的安全意识和应急能力，帮助谋划产业发展，落实帮扶措施，巩固脱贫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是开展旅游安全隐患排查活动。结合汛期时段特点，按照上级旅游安全工作部署，我局出动检查人员26人次，开展旅游安全生产大检查活动。重点检查各旅游企业贯彻执行安全生产法律法规、标准，落实安全生产主体责任，健全完善安全规章制度，强化现场安全管理，加强员工安全教育培训等安全基础工作，开展隐患排查治理情况以及旅行社旅游车辆使用、旅游合同规范签订、导游员履行安全监督和提示责任情况等，未发现明显的违法违规行为。</w:t>
      </w:r>
      <w:r>
        <w:rPr>
          <w:lang w:eastAsia="zh-CN"/>
        </w:rPr>
        <w:br/>
      </w:r>
      <w:r>
        <w:rPr>
          <w:lang w:eastAsia="zh-CN"/>
        </w:rPr>
        <w:t>　　三是督促完善应急预案并开展演练。及时修订全县旅游安全应急预案，参加观摩20__年度天堂寨景区地质灾害事故应对及滑索救援演练活动，提升我局应急处置能力。按照坚持贴近实战、注重实效原则，围绕旅游交通、消防安全等，结合火灾逃生、设备故障、受伤救护、食物中毒、反恐防暴等主题，要求各旅游企业完善优化应急预案，并开展好演练活动，提升企业安全防范意识，提高科学施救和事故灾难应急救援能力，筑牢旅游安全生命防线。</w:t>
      </w:r>
      <w:r>
        <w:rPr>
          <w:lang w:eastAsia="zh-CN"/>
        </w:rPr>
        <w:br/>
      </w:r>
      <w:r>
        <w:rPr>
          <w:lang w:eastAsia="zh-CN"/>
        </w:rPr>
        <w:t>　　自开展此次“旅游安全生产行”活动以来，进一步落实旅游企业安全生产主体责任，增强安全生产意识，推动全县旅游安全生产形势持续稳定发展，为建设幸福美丽提供强大的思想保证和安全稳定的旅游环境。</w:t>
      </w:r>
      <w:r>
        <w:rPr>
          <w:lang w:eastAsia="zh-CN"/>
        </w:rPr>
        <w:br/>
      </w:r>
      <w:r>
        <w:rPr>
          <w:lang w:eastAsia="zh-CN"/>
        </w:rPr>
        <w:t xml:space="preserve">    最新安全生产的活动总结 篇9 </w:t>
      </w:r>
      <w:r>
        <w:rPr>
          <w:lang w:eastAsia="zh-CN"/>
        </w:rPr>
        <w:br/>
      </w:r>
      <w:r>
        <w:rPr>
          <w:lang w:eastAsia="zh-CN"/>
        </w:rPr>
        <w:t>　　__社区根据办事处领导印发《__市安全生产委员会关于开展20__年“安全生产月”活动的通知》要求，在社区群众的大力支持和配合下，于20__年6月分别开展以“安全发展、预防为主”和“强化红线意识，促进安全发展”主题的安全生产活动，现简要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一、强化宣传，强化领导，有组织、有计划开展活动。</w:t>
      </w:r>
      <w:r>
        <w:rPr>
          <w:lang w:eastAsia="zh-CN"/>
        </w:rPr>
        <w:br/>
      </w:r>
      <w:r>
        <w:rPr>
          <w:lang w:eastAsia="zh-CN"/>
        </w:rPr>
        <w:t>　　为加强对安全生产月活动的组织领导，确保安全生产月活动的有效落实，__社区成立了由社区党委书记、主任担任组长，社区副书记为副组长，其他成员为组员的安全生产月工作领导小组，并设立了安全生产月活动宣传栏，具体负责安全生产月各项活动的落实。</w:t>
      </w:r>
      <w:r>
        <w:rPr>
          <w:lang w:eastAsia="zh-CN"/>
        </w:rPr>
        <w:br/>
      </w:r>
      <w:r>
        <w:rPr>
          <w:lang w:eastAsia="zh-CN"/>
        </w:rPr>
        <w:t>　　二、开展多种安全活动。</w:t>
      </w:r>
      <w:r>
        <w:rPr>
          <w:lang w:eastAsia="zh-CN"/>
        </w:rPr>
        <w:br/>
      </w:r>
      <w:r>
        <w:rPr>
          <w:lang w:eastAsia="zh-CN"/>
        </w:rPr>
        <w:t>　　1、社区在安全生产月期间，联合社区民警对辖区内单位、中小超市、娱乐场所等人流集中处进行了安全检查。检查内容包括消防器械、安全通道是否畅通、消防设备是否齐全等。</w:t>
      </w:r>
      <w:r>
        <w:rPr>
          <w:lang w:eastAsia="zh-CN"/>
        </w:rPr>
        <w:br/>
      </w:r>
      <w:r>
        <w:rPr>
          <w:lang w:eastAsia="zh-CN"/>
        </w:rPr>
        <w:t>　　2、社区开展形式多样的宣传活动，悬挂安全横幅2条，张贴内容丰富的安全宣传挂图一套，发放安全生产宣传资料50余份等，时刻提醒居民对消防安全的重视，提高了大家安全防范事故的意识，更进一步促进了社区的稳定、安全、和谐。</w:t>
      </w:r>
      <w:r>
        <w:rPr>
          <w:lang w:eastAsia="zh-CN"/>
        </w:rPr>
        <w:br/>
      </w:r>
      <w:r>
        <w:rPr>
          <w:lang w:eastAsia="zh-CN"/>
        </w:rPr>
        <w:t>　　通过“安全生产月”活动，为辖区营造出了良好的氛围，增强了居民的安全责任心，安全工作进一步深化，安全意识深入人心，达到了预期效果，这也为以后开展安全工作打下了坚实基础。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为认真贯彻落实市安委会（安字〔20__〕25号）《关于20__年全市“安全生产月”活动方案的通知》精神，按照镇安全生产月活动安排，结合实际，紧紧围绕“强化红线意识，“促进安全生产发展”为主题，按照“以月促年，以年促月“的思路，扎实开展20__年安全生产月活动，进一步提高率全镇安全生产意识，促进了全镇安全生产文化建设，为下一步的安全生产工作打下了坚实的基础。现将今年”安全生产月“活动总结如下：</w:t>
      </w:r>
      <w:r>
        <w:rPr>
          <w:lang w:eastAsia="zh-CN"/>
        </w:rPr>
        <w:br/>
      </w:r>
      <w:r>
        <w:rPr>
          <w:lang w:eastAsia="zh-CN"/>
        </w:rPr>
        <w:t>　　一、领导高度重视，精心部署</w:t>
      </w:r>
      <w:r>
        <w:rPr>
          <w:lang w:eastAsia="zh-CN"/>
        </w:rPr>
        <w:br/>
      </w:r>
      <w:r>
        <w:rPr>
          <w:lang w:eastAsia="zh-CN"/>
        </w:rPr>
        <w:t>　　为确保本次“安全月”活动的各项工作有效落实，使活动收到最大实效，镇政府高度重视，6月_日，召开“安全月”活动会议。会上成立了以镇长任组长、分管领导为副组长安全生产活动领导小组。党政办、派出所、土管所、村镇办、林业站、水管站、工商所、食安所、供电所、教办、安监站等部门负责人为镇安全生产月活动成员的活动小组，负责组织，综合指导，协调“安全月”活动的全过程，制定活动方案，做到有组织有领导，以保证“安全生产月”活动的实质性。</w:t>
      </w:r>
      <w:r>
        <w:rPr>
          <w:lang w:eastAsia="zh-CN"/>
        </w:rPr>
        <w:br/>
      </w:r>
      <w:r>
        <w:rPr>
          <w:lang w:eastAsia="zh-CN"/>
        </w:rPr>
        <w:t>　　二、广泛宣传，注重实效</w:t>
      </w:r>
      <w:r>
        <w:rPr>
          <w:lang w:eastAsia="zh-CN"/>
        </w:rPr>
        <w:br/>
      </w:r>
      <w:r>
        <w:rPr>
          <w:lang w:eastAsia="zh-CN"/>
        </w:rPr>
        <w:t>　　为了做好“安全生产月”活动的宣传工作，镇安监站整理各项安全月活动宣传资料利用大集人员集中进行了发放，并下发各村、企业，同时将“生产安全月”活动主题和相关宣传标语制成10条宣传横幅，于6月5日分别悬挂于镇范围内的醒目位置，营造了良好的活动氛围，刮开了“安全生产月”活动的序幕。</w:t>
      </w:r>
      <w:r>
        <w:rPr>
          <w:lang w:eastAsia="zh-CN"/>
        </w:rPr>
        <w:br/>
      </w:r>
      <w:r>
        <w:rPr>
          <w:lang w:eastAsia="zh-CN"/>
        </w:rPr>
        <w:t>　　三、积极开展安全知识教育，提高安全素质</w:t>
      </w:r>
      <w:r>
        <w:rPr>
          <w:lang w:eastAsia="zh-CN"/>
        </w:rPr>
        <w:br/>
      </w:r>
      <w:r>
        <w:rPr>
          <w:lang w:eastAsia="zh-CN"/>
        </w:rPr>
        <w:t>　　6月中旬安监站牵头组织，安全知识教育，培训，一是通过组织相关单位，分管安全生产负责人员学习有关安全生产法律，法规，方针政策培训学习。二是组织对部分相关企业，员工进行安全管理制度，岗位要操作技能，安全生产案例分析等内容安全培训和警示，进一步提高了安全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最新安全生产的活动总结 篇10 </w:t>
      </w:r>
      <w:r>
        <w:rPr>
          <w:lang w:eastAsia="zh-CN"/>
        </w:rPr>
        <w:br/>
      </w:r>
      <w:r>
        <w:rPr>
          <w:lang w:eastAsia="zh-CN"/>
        </w:rPr>
        <w:t>　　我们头二营供电所__年安全生产活动月工作，在分公司的正确领导下，在分公司安全员的指导下，认真学习分公司关于开展“安全生产活动月”的通知精神，按照通知要求，由供电所组织低压班14人，由低压班组织26名农电工，结合安全日活动，学习供电公司和上级公司关于开展安全日活动，学习供电公司和上级公司关于开展安全生产活动月的安排和要求，以贯彻实施“三防十要”“反六不”“两个创建”及分公司下发的有关安全生产管理规定和事故通报为活动主题开展。全面提高安全管理水平，首先组织全体职工学习《三防十要》和各类事故通报，学习《反六不》和《两个创建》，学习了《三要六查》。认识这次活动的意义和重要性。</w:t>
      </w:r>
      <w:r>
        <w:rPr>
          <w:lang w:eastAsia="zh-CN"/>
        </w:rPr>
        <w:br/>
      </w:r>
      <w:r>
        <w:rPr>
          <w:lang w:eastAsia="zh-CN"/>
        </w:rPr>
        <w:t>　　在多次学习中我所围绕主题开展了多种多样的安全活动;其次，每一次学习后，组织全体职工进行讨论，开展安全事故回顾，吸取各兄弟单位的事故教训，分析事故原因，结合我所实际情况，查找我们在线路检修工作中的安全隐患和安全措施是否到位，通过讨论全体职工认识到安全生产的重要性，安全是我们生产经营的保障，做好安全工作是我们每个职工的责任和义务，因此我们各级人员要认真履行安全职责加强对小现场的监督管理，不断强化安全责任意识和现场安全管理工作，做到安全管理的三到位，即思想教育到位，组织管理到位，制度措施到位，充分利用班组安全月活动举一反三吸取事故教训，切实把我们制定的各项措施落实到各项工作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要保持我们的安全生产大好局面，克服麻痹思想和侥幸心理，把我要安全的思想贯彻到各项工作中去，实现安全生产无事故。开展安全生产活动月宣传，写黑板报两次，张贴安全标语23条，利用广播进行宣传38村次。</w:t>
      </w:r>
      <w:r>
        <w:rPr>
          <w:lang w:eastAsia="zh-CN"/>
        </w:rPr>
        <w:br/>
      </w:r>
      <w:r>
        <w:rPr>
          <w:lang w:eastAsia="zh-CN"/>
        </w:rPr>
        <w:t>　　对安全生产工作，安全责任制和安全工具进行检查，我们要加强管理，保证绝缘工具安全使用，确保人身安全。加强机动车辆和交通安全管理，做好安全行车。认真执行两票三制和危险点分析及班前班后会制度，抓好现场安全措施和落实，把三不伤害落实到实际工作中去，做到工作现场所长、安全员各负其责，工作班成员互相监督，把我要安全落实到检修工作中去，我们要以安全为已任，认真贯彻学习国家电网公司电力安全工作规程，施工现场三防十要，反事故措施落实各项安全规章制度和安全措施，积极开展反事故斗争，吸取事故教训，总结经验，把安全管理工作提高到一个新的水平。做到现场安全措施采取完备，总之，我们要借安全生产活动月的东风，把我们安全生产工作落实到实处，保证安全生产无事故。</w:t>
      </w:r>
      <w:r>
        <w:rPr>
          <w:lang w:eastAsia="zh-CN"/>
        </w:rPr>
        <w:br/>
      </w:r>
      <w:r>
        <w:rPr>
          <w:lang w:eastAsia="zh-CN"/>
        </w:rPr>
        <w:t xml:space="preserve">    最新安全生产的活动总结 篇11 </w:t>
      </w:r>
      <w:r>
        <w:rPr>
          <w:lang w:eastAsia="zh-CN"/>
        </w:rPr>
        <w:br/>
      </w:r>
      <w:r>
        <w:rPr>
          <w:lang w:eastAsia="zh-CN"/>
        </w:rPr>
        <w:t>　　20__年以来，我乡安全生产在县委、县政府的正确领导下，在县安委会和县安监局指导下，认真学习贯彻党十八届五中全会精神，进一步落实科学发展观，牢固树立“以人为本，关爱生命”的安全生产工作理念，坚持“安全第一，预防为主、综合治理”的工作方针，进一步提高思想认识，扎实做好安全生产各项工作，坚决防止和遏制重特大事故的发生，确保我乡安全生产形势持续稳定。现将一年来工作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一、明确责任、完善制度</w:t>
      </w:r>
      <w:r>
        <w:rPr>
          <w:lang w:eastAsia="zh-CN"/>
        </w:rPr>
        <w:br/>
      </w:r>
      <w:r>
        <w:rPr>
          <w:lang w:eastAsia="zh-CN"/>
        </w:rPr>
        <w:t>　　为了确保安全生产目标责任制的落实，我乡制定了各项工作机制和措施，主要是：一是抓落实，不断完善安全生产管理网络。乡政府把安全生产工作摆上了重要议事日程，纳入年度目标管理，并实行安全生产一票否决制，进一步健全和完善各项安全生产责任制。落实“一岗双责”制，各企业结合实际也相应制定了行政一把手、法人代表为安全第一责任人的安全生产责任制。层层签订《安全生产目标管理责任书》，目标到户，责任到人，层层分解指标，逐级抓好落实，最终落实到基层，落实到企业生产经营的全过程，形成一级抓一级、一级对一级负责的安全管理网络。牢固树立“安全责任重于泰山”的责任意识。二是建制度，有效抓好安全生产管理。加强对安全生产的基本工作制度的管理，建立了安全生产监督检查制度、安全生产事故统计报告制度、安全生产事故应急救援方案等。三是配人员，加强安全生产队伍建设。抓好各级、各类安全生产人员的配备与落实。各村、各企业共配备专(兼)职安全生产管理人员24名，组建了一支20人组成的安全生产应急救援分队，初步建立了全乡安全生产管理队伍。为确保安全生产工作切实有效地开展，同时，配备2名具有安全生产执法资格的专职安全监管人员，加强对安全生产人员的培训、指导和督促检查，确保安全生产人员发挥有效作用。</w:t>
      </w:r>
      <w:r>
        <w:rPr>
          <w:lang w:eastAsia="zh-CN"/>
        </w:rPr>
        <w:br/>
      </w:r>
      <w:r>
        <w:rPr>
          <w:lang w:eastAsia="zh-CN"/>
        </w:rPr>
        <w:t>　　二、确立目标、狠抓落实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是认真制定安全生产工作计划。围绕乡党委、政府的总体工作思路，制定20__年安全生产工作要点即进一步贯彻落实科学发展观，加强安全生产宣传教育和培训工作，督促各部门、各企业建立健全长效机制，落实安全生产“一岗双责”制，扎实开展落实企业安全生产主体责任活动，加强组织协调抓好道路交通安全，明确目标和任务，认真抓好消防、道路交通安全工作。二是建立各种安全生产工作会议制度。为了认真落实安全生产工作，我乡建立了每月安全生产工作例会制。每季度召开一次防范重、特大事故分析会议等制度，会上，各村、各企业汇报有关安全生产工作情况，分析研究本辖区内存在的安全突出问题和隐患，认真布置下阶段的安全生产工作。</w:t>
      </w:r>
      <w:r>
        <w:rPr>
          <w:lang w:eastAsia="zh-CN"/>
        </w:rPr>
        <w:br/>
      </w:r>
      <w:r>
        <w:rPr>
          <w:lang w:eastAsia="zh-CN"/>
        </w:rPr>
        <w:t>　　三、加强宣传、普及教育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是创建安全社区，通过创建安全社区，进一步提高社区居民的安全意识。二是建立健全安全宣传网络。通过以会代训，印发资料等形式，加强对乡村干部、企业安全员培训，提高整体素质，造就一支过硬的宣传队伍。并运用多种形式，多种工具在农民群众、机关干部、企业职工、学校学生中开展安全生产知识宣传活动。三是采取各种形式围绕重点进行宣传。安全发展是对科学发展观认识的深化，是科学发展观理论体系的组成部分，进一步贯彻落实“安全发展”指导原则。充分利用多种形式，以宣传贯彻《江西省安全生产条例》为重点，广泛宣传“安全第一、预防为主、综合治理”方针和安全生产标本兼治、重在治本的各项政策措施，我乡在“安全生产月”活动中，成立领导小组，印发活动方案，围绕“安全生产年”，精心组织形式多样的宣传活动，例如今年六月份我乡举办有关安全生产的法律法规知识宣传，发放各种宣传单3000份：此外以贴标语、悬挂大型条幅标语，出墙报、黑板报等形式对《安全生产法》进行重点宣传。针对冬季易发生火灾的特点，积极开展“消防安全进农村”活动，此次活动发放《中华人民共和国消防法》100余份，消防安全常识500余份。通过这次宣传活动，农民群众加大对安全用电、煤气安全、消防安全的了解。将安全发展理念深入农村、学校、家庭，普及安全生产常识和技能，增强群众对安全工作的认识和安全自我防范能力，努力营造一个全社会关注安全的良好氛围。</w:t>
      </w:r>
      <w:r>
        <w:rPr>
          <w:lang w:eastAsia="zh-CN"/>
        </w:rPr>
        <w:br/>
      </w:r>
      <w:r>
        <w:rPr>
          <w:lang w:eastAsia="zh-CN"/>
        </w:rPr>
        <w:t>　　四、突出重点、加强督查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是经常督查。为了使督查工作制度化、规范化，建立健全汇报、检查、考评、通报、警告、例会等一系列规章制度，定期或不定期地对各村、企业进行安全大检查，每季度通报一次情况；安排各村、各企业每月定期进行一次自我检查，做好事故隐患记录、事故隐患整改记录、危险源情况记录，并及时反馈信息。二是重点督查。对全乡易燃易爆，易发生安全事故的企业集中人员、时间进行重点督查落实。如：对增坊塑料粒子厂、烟花爆竹专卖店重点区域进行重点督查。同时，对安全隐患整改不力的单位，进行严肃批评，并按安全生产责任制的有关规定，追究有关领导责任。三是跟踪督查。对存在的安全隐患，不能在短期内整改的进行跟踪督查，积极协调有关单位部门解决，把安全隐患消除在萌芽状态，确保万无一失。四是加强道路安全的检查宣传，做好了汛期检查工作。在危险地段设置警示牌，提醒过往行人车辆注意交通安全。另外由于我乡境内道路窄弯多的特点，多次组织人员对道路两旁的杂草进行砍除，扩大司机的可视范围，确保不发生交通事故。协助做好地质灾害点的安全防范工作，定点定人加强监测，确保安全无误。</w:t>
      </w:r>
      <w:r>
        <w:rPr>
          <w:lang w:eastAsia="zh-CN"/>
        </w:rPr>
        <w:br/>
      </w:r>
      <w:r>
        <w:rPr>
          <w:lang w:eastAsia="zh-CN"/>
        </w:rPr>
        <w:t>　　五、专项整治、排除隐患</w:t>
      </w:r>
      <w:r>
        <w:rPr>
          <w:lang w:eastAsia="zh-CN"/>
        </w:rPr>
        <w:br/>
      </w:r>
      <w:r>
        <w:rPr>
          <w:lang w:eastAsia="zh-CN"/>
        </w:rPr>
        <w:t>　　积极开展严厉打击非法违法生产经营建设行为专项行动。一是制定实施方案，并召开动员大会和成立组织机构。二是积极排查、治理隐患，组织人员对全乡范围内的所有生产经营单位进行地毯式的大排查。三是严格执法，及时整改，对排查出的隐患，能当场整改的立即整改，不能当场整改的，限期整改。四是开展“回头看”活动，防止非法违法生产经营活动死灰复燃。</w:t>
      </w:r>
      <w:r>
        <w:rPr>
          <w:lang w:eastAsia="zh-CN"/>
        </w:rPr>
        <w:br/>
      </w:r>
      <w:r>
        <w:rPr>
          <w:lang w:eastAsia="zh-CN"/>
        </w:rPr>
        <w:t>　　六、20__年工作计划</w:t>
      </w:r>
      <w:r>
        <w:rPr>
          <w:lang w:eastAsia="zh-CN"/>
        </w:rPr>
        <w:br/>
      </w:r>
      <w:r>
        <w:rPr>
          <w:lang w:eastAsia="zh-CN"/>
        </w:rPr>
        <w:t>　　虽然我乡20__年的安全生产工作，取得了一定的成绩，但在工作中还有一定的不足，如培训力度不强等。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20__年我们将在县委、县政府的正确领导下，结合我乡实际情况，将主要做好以下几个方面的工作：一是责任再落实，目标再明确。进一步落实安全生产责任制，建立健全安全生产网络，做到任务到人，责任到人；二是培训再加强，技术再提高。加强对企业法人的安全生产培训工作，并以此为契机，进一步夯实企业安全管理的基础工作；三是宣传再加大，意识再增强。加大安全生产宣传力度，在全乡上下营造一个天天抓安全，人人抓安全的良好氛围；四是隐患再排查，整改再到位。五是加大督查力度，将事故隐患扼杀于萌芽之中，从源头杜绝安全事故的发生；六是制度再健全，监督再强化。从机制上入手，进一步规范安全生产监督管理工作，确保全年安全生产无事故。</w:t>
      </w:r>
      <w:r>
        <w:rPr>
          <w:lang w:eastAsia="zh-CN"/>
        </w:rPr>
        <w:br/>
      </w:r>
      <w:r>
        <w:rPr>
          <w:lang w:eastAsia="zh-CN"/>
        </w:rPr>
        <w:t xml:space="preserve">    最新安全生产的活动总结 篇12 </w:t>
      </w:r>
      <w:r>
        <w:rPr>
          <w:lang w:eastAsia="zh-CN"/>
        </w:rPr>
        <w:br/>
      </w:r>
      <w:r>
        <w:rPr>
          <w:lang w:eastAsia="zh-CN"/>
        </w:rPr>
        <w:t>　　为贯彻和落实国务院、民航局和公司“关于开展20__年全国安全生产月活动的通知”的精神，按照民航局和公司文件要求，维修工程部紧密围绕“防风险、除隐患、遏事故”活动主题，制定了详细的安全生产月活动方案。以增强全员安全生产意识，锤炼维修人员工作作风，防范化解重大风险，及时消除安全隐患为目标;以抓责任落实、抓规章标准、抓安全诚信、抓资质能力、抓系统管理、抓技术创新等为重点内容，扎实开展安全生产月活动。</w:t>
      </w:r>
      <w:r>
        <w:rPr>
          <w:lang w:eastAsia="zh-CN"/>
        </w:rPr>
        <w:br/>
      </w:r>
      <w:r>
        <w:rPr>
          <w:lang w:eastAsia="zh-CN"/>
        </w:rPr>
        <w:t>　　一、高度重视，周密部署”安全生产月”各项工作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公司下发文件后，维修工程部高度重视，公司侯副总立即组织维修工程部全体人员学习民航局明传电报和公司安全生产月文件;并多次组织所有基层干部召开讨论会，结合实际生产情况，制定切实可行的活动方案。为了保证本次安全生产月活动能够得到有效落实，使活动收到最大实效，侯副总亲自牵头担任工程部安全生产月活动小组组长，维修工程部丁经理担任副组长，检查和落实，确保做到有计划、有组织、有领导开展安全生产月活动。同时要求各科室负责人，要在科室内广泛动员，积极引导大家参与安全生产月活动，确保安全压力层层传导，把安全责任落实到基层、传递到一线每一个员工，提升全员安全意识，确保安全生产月活动顺利开展。</w:t>
      </w:r>
      <w:r>
        <w:rPr>
          <w:lang w:eastAsia="zh-CN"/>
        </w:rPr>
        <w:br/>
      </w:r>
      <w:r>
        <w:rPr>
          <w:lang w:eastAsia="zh-CN"/>
        </w:rPr>
        <w:t>　　二、全面开展安全宣传和动员</w:t>
      </w:r>
      <w:r>
        <w:rPr>
          <w:lang w:eastAsia="zh-CN"/>
        </w:rPr>
        <w:br/>
      </w:r>
      <w:r>
        <w:rPr>
          <w:lang w:eastAsia="zh-CN"/>
        </w:rPr>
        <w:t>　　(1)维修工程部组织全员观看《作风建设永远在路上》宣传视频，提醒大家，时刻保持警醒，长期不懈坚持，作风建设没有终点。同时进行作风建设研讨，大家各抒己见，共同参与，共同讨论，既提供了宝贵有用的建议，也使得大家有更多的参与感，对作风建设有了更深的理解和认识，只有拥有和保持良好的作风，安全才能有保证，作风和安全是不可分割的。</w:t>
      </w:r>
      <w:r>
        <w:rPr>
          <w:lang w:eastAsia="zh-CN"/>
        </w:rPr>
        <w:br/>
      </w:r>
      <w:r>
        <w:rPr>
          <w:lang w:eastAsia="zh-CN"/>
        </w:rPr>
        <w:t>　　(2)针对安全生产月活动，维修工程部制作宣传标语和横幅，张贴在工作场所，使大家能随时看到，时刻保持警醒，对提高员工安全意识和安全素质，防止减少事故发生，起到很好的警醒作用。同时也能促使安全文化建设深入人心，做到防患于未然。让大家牢记安全是我们的底线，是需要我们长期坚持的。</w:t>
      </w:r>
      <w:r>
        <w:rPr>
          <w:lang w:eastAsia="zh-CN"/>
        </w:rPr>
        <w:br/>
      </w:r>
      <w:r>
        <w:rPr>
          <w:lang w:eastAsia="zh-CN"/>
        </w:rPr>
        <w:t>　　三、精心组织，确保“安全生产月”活动方案落到实处</w:t>
      </w:r>
      <w:r>
        <w:rPr>
          <w:lang w:eastAsia="zh-CN"/>
        </w:rPr>
        <w:br/>
      </w:r>
      <w:r>
        <w:rPr>
          <w:lang w:eastAsia="zh-CN"/>
        </w:rPr>
        <w:t>　　(1)根据公司安全生产月要求，对公司安全与作风大检查发现的问题整改情况进行了跟踪和现场检查，公司三个基地涉及到维修工程部的问题共计35条，均已完成整改，并制定了长期预防措施，防止此类问题再次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维修工程部对安全生产月活动方案进行了分解和细化，结合以往检查发现问题，制定了详细的工作现场检查单，和飞机技术状况检查单，同时开展安全隐患排查治理，对作风建设方面也进行了专项检查。侯副总、丁经理带领小组人员对机库、机坪、飞机、工具间、航材库和办公室等工作场所进行了认真细致的检查，检查组本着眼睛向内、发现问题、解决问题的态度，不放过每一个风险点和每一个问题，尽可能所的暴露出生产中存在的问题。</w:t>
      </w:r>
      <w:r>
        <w:rPr>
          <w:lang w:eastAsia="zh-CN"/>
        </w:rPr>
        <w:br/>
      </w:r>
      <w:r>
        <w:rPr>
          <w:lang w:eastAsia="zh-CN"/>
        </w:rPr>
        <w:t>　　(3)结合安全大检查，开展维修工程部内部自我质量审核，通过对体系的分析和审查，找出维修系统运行中存在的不足和管理上存在的漏洞，及时提出预警，查缺补漏，确保了维修系统的健康和持续有效，确保了维修系统运行持续符合规章，确保维修工程部管理政策得到了有效落实和提升。</w:t>
      </w:r>
      <w:r>
        <w:rPr>
          <w:lang w:eastAsia="zh-CN"/>
        </w:rPr>
        <w:br/>
      </w:r>
      <w:r>
        <w:rPr>
          <w:lang w:eastAsia="zh-CN"/>
        </w:rPr>
        <w:t>　　(4)此次安全生产月，维修工程部全员积极参与，畅所欲言，为安全献计献策，踊跃投稿，截止6月25日，共收到安全征文39篇。大家通过文字的形式阐述了对安全的认识，既提升了安全意识，又升华了安全文化，使得安全文化更加深入人心。</w:t>
      </w:r>
      <w:r>
        <w:rPr>
          <w:lang w:eastAsia="zh-CN"/>
        </w:rPr>
        <w:br/>
      </w:r>
      <w:r>
        <w:rPr>
          <w:lang w:eastAsia="zh-CN"/>
        </w:rPr>
        <w:t>　　四、责任到人，按期整改</w:t>
      </w:r>
      <w:r>
        <w:rPr>
          <w:lang w:eastAsia="zh-CN"/>
        </w:rPr>
        <w:br/>
      </w:r>
      <w:r>
        <w:rPr>
          <w:lang w:eastAsia="zh-CN"/>
        </w:rPr>
        <w:t>　　(1)对于联合检查中发现的所有问题，全部进行了记录，建立发现问题台账，作为长期监控点。检查组对于发现的问题，能现场解决的问题，当场解决;不能现场解决的问题，下发问题检查单，每个问题均指定整改责任人，制定立即整改措施和预防措施，给出整改期限，实行问责制。截止6月25日，本次检查发现29条问题，现场完成整改的12条，其余17条均在限定期限内完成，目前所有问题均已完成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建立长效监督机制，对于出现问题较多的部门，和反复出现的问题进行重点监控和监督，并且制定了质量日常监察重点和检查单，增加日常检查频次，确保从系统上彻底改正。问题整改结束后，检查小组对整改结果再次进行了现场复查，整改通过率100%。对于涉及到安全的，按照安全管理体系进行危险源识别和分析，并加入危险源库，保证风险点能够长期有效被监控，从源头上控制风险源，确保风险最小化、最低化、持续可控。</w:t>
      </w:r>
      <w:r>
        <w:rPr>
          <w:lang w:eastAsia="zh-CN"/>
        </w:rPr>
        <w:br/>
      </w:r>
      <w:r>
        <w:rPr>
          <w:lang w:eastAsia="zh-CN"/>
        </w:rPr>
        <w:t>　　五、总结经验</w:t>
      </w:r>
      <w:r>
        <w:rPr>
          <w:lang w:eastAsia="zh-CN"/>
        </w:rPr>
        <w:br/>
      </w:r>
      <w:r>
        <w:rPr>
          <w:lang w:eastAsia="zh-CN"/>
        </w:rPr>
        <w:t>　　通过此次安全生产会活动，提升了维修工程部全员的安全意识和风险防控意识，让安全文化深入人心，安全文化建设覆盖所有维修现场。同时通过此次活动，也磨合了整个维修队伍，使得大家对目前的安全现状和运行现状有了更为直观和清晰的`认知，及时纠正了工作中的误差和确立了正确的运行方向。此次安全生产月也对整个维修系统进行了一次全面有效的验证，对维修管理手册进行修订，找出了管理上存在的不足，确保了维修系统持续、健康、高效运行，为公司的快速发展打下了坚实的基础。</w:t>
      </w:r>
      <w:r>
        <w:rPr>
          <w:lang w:eastAsia="zh-CN"/>
        </w:rPr>
        <w:br/>
      </w:r>
      <w:r>
        <w:rPr>
          <w:lang w:eastAsia="zh-CN"/>
        </w:rPr>
        <w:t>　　虽然安全生产月活动即将结束，但是安全将是我们一直坚守的底线，抓基层、打基础、苦练基本功，扎实维修作风，坚守我们的维修安全不动摇。</w:t>
      </w:r>
      <w:r>
        <w:rPr>
          <w:lang w:eastAsia="zh-CN"/>
        </w:rPr>
        <w:br/>
      </w:r>
      <w:r>
        <w:rPr>
          <w:lang w:eastAsia="zh-CN"/>
        </w:rPr>
        <w:t xml:space="preserve">    最新安全生产的活动总结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根据《__市安全生产委员会关于开展岁末年初安全生产大检查工作的通知》(惠安[20__]16号)精神，我局结合实际，配合牵头单位在全县开展全方位的安全生产大检查，同时加强对我局全体干部职工的安全生产教育管理，提升了其安全生产意识，为全局各项工作开展提供了坚实保障。现将有关工作总结如下：</w:t>
      </w:r>
      <w:r>
        <w:rPr>
          <w:lang w:eastAsia="zh-CN"/>
        </w:rPr>
        <w:br/>
      </w:r>
      <w:r>
        <w:rPr>
          <w:lang w:eastAsia="zh-CN"/>
        </w:rPr>
        <w:t>　　一、高度重视，精心组织</w:t>
      </w:r>
      <w:r>
        <w:rPr>
          <w:lang w:eastAsia="zh-CN"/>
        </w:rPr>
        <w:br/>
      </w:r>
      <w:r>
        <w:rPr>
          <w:lang w:eastAsia="zh-CN"/>
        </w:rPr>
        <w:t>　　为加强对岁末年初安全生产大检查的组织领导，我局成立了岁末年初安全生产大检查工作领导小组，由局长何岸灵同志任组长，邓振坤、李少基、罗尧增、陈远健、陈惠文同志任副组长，张燕聪、严师聪、李赟、赖帝恩、何耀国、戴阳曾、李庆文为成员，领导小组下设办公室，办公室负责日常工作，办公室主任由严师聪同志兼任，具体负责学习宣贯活动组织、协调等工作。此外，为更好地推进此项工作，我局还结合实际，对岁末年初安全生产工作进行了研究部署，制定了《惠东县发改局开展岁末年初安全生产大检查实施方案》,明确了工作任务及有关安排。</w:t>
      </w:r>
      <w:r>
        <w:rPr>
          <w:lang w:eastAsia="zh-CN"/>
        </w:rPr>
        <w:br/>
      </w:r>
      <w:r>
        <w:rPr>
          <w:lang w:eastAsia="zh-CN"/>
        </w:rPr>
        <w:t>　　二、结合实际，抓好落实</w:t>
      </w:r>
      <w:r>
        <w:rPr>
          <w:lang w:eastAsia="zh-CN"/>
        </w:rPr>
        <w:br/>
      </w:r>
      <w:r>
        <w:rPr>
          <w:lang w:eastAsia="zh-CN"/>
        </w:rPr>
        <w:t>　　一是配合牵头单位在全县开展全方位的安全生产大检查。在督促企业全面自查自纠的基础上，突出事故易发多发、事故隐患突出的重点地区，突出道路交通、消防、建筑施工、危险化学品、烟花爆竹、非煤矿山和尾矿库、水上交通、渔业船舶、职业健康、旅游、特种设备、铁路、冶金有色、水利电力、农业机械、民爆器材等重点行业领域，突出春节等重点时段，突出劳动密集型企业和人员密集场所，突出反复发生、长期悬而未决的重点问题，深入开展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二是加强火灾隐患排查，提高全体干部职工火灾防患意识。对办公室设备故障、老化短路、线路接触不良、通风散热、用电负荷及纸张资料易燃物品摆放等问题进行重点排查，对存在问题集中整改。将各办公室电脑、饮水机、打印机等用电设备落实到人头，做到管理清晰、责任明确。</w:t>
      </w:r>
      <w:r>
        <w:rPr>
          <w:lang w:eastAsia="zh-CN"/>
        </w:rPr>
        <w:br/>
      </w:r>
      <w:r>
        <w:rPr>
          <w:lang w:eastAsia="zh-CN"/>
        </w:rPr>
        <w:t>　　三、下阶段工作打算</w:t>
      </w:r>
      <w:r>
        <w:rPr>
          <w:lang w:eastAsia="zh-CN"/>
        </w:rPr>
        <w:br/>
      </w:r>
      <w:r>
        <w:rPr>
          <w:lang w:eastAsia="zh-CN"/>
        </w:rPr>
        <w:t>　　1、进一步做好安全隐患检查和整改工作。</w:t>
      </w:r>
      <w:r>
        <w:rPr>
          <w:lang w:eastAsia="zh-CN"/>
        </w:rPr>
        <w:br/>
      </w:r>
      <w:r>
        <w:rPr>
          <w:lang w:eastAsia="zh-CN"/>
        </w:rPr>
        <w:t>　　在当前安全生产大检查工作的基础上，进一步加大安全隐患排查和整改力度，全力排查各类安全隐患，对检查中发现的问题，我们要坚决按照“四不放过”的要求落实整改，并积极探索建立和完善安全隐患的排查整改监督检查长效机制。</w:t>
      </w:r>
      <w:r>
        <w:rPr>
          <w:lang w:eastAsia="zh-CN"/>
        </w:rPr>
        <w:br/>
      </w:r>
      <w:r>
        <w:rPr>
          <w:lang w:eastAsia="zh-CN"/>
        </w:rPr>
        <w:t>　　2.进一步加大安全生产宣传培训力度。</w:t>
      </w:r>
      <w:r>
        <w:rPr>
          <w:lang w:eastAsia="zh-CN"/>
        </w:rPr>
        <w:br/>
      </w:r>
      <w:r>
        <w:rPr>
          <w:lang w:eastAsia="zh-CN"/>
        </w:rPr>
        <w:t>　　进一步加强安全生产法律法规宣传力度，努力营造安全生产氛围，积极组织开展安全专项教育培训，组织全体干部职工学习各项规章制度，开展多种形式的教育活动，努力建设“以人为本、关注安全、关注生命”的安全文化。</w:t>
      </w:r>
      <w:r>
        <w:rPr>
          <w:lang w:eastAsia="zh-CN"/>
        </w:rPr>
        <w:br/>
      </w:r>
      <w:r>
        <w:rPr>
          <w:lang w:eastAsia="zh-CN"/>
        </w:rPr>
        <w:t>　　今后，我局将继续结合实际，履行好安委会成员单位职责，配合县委、县政府开展各项安生生产大检查，为营造浓厚的安全生产氛围、推进经济社会又好又快发展作出应有贡献。</w:t>
      </w:r>
      <w:r>
        <w:rPr>
          <w:lang w:eastAsia="zh-CN"/>
        </w:rPr>
        <w:br/>
      </w:r>
      <w:r>
        <w:rPr>
          <w:lang w:eastAsia="zh-CN"/>
        </w:rPr>
        <w:t xml:space="preserve">    最新安全生产的活动总结 篇14 </w:t>
      </w:r>
      <w:r>
        <w:rPr>
          <w:lang w:eastAsia="zh-CN"/>
        </w:rPr>
        <w:br/>
      </w:r>
      <w:r>
        <w:rPr>
          <w:lang w:eastAsia="zh-CN"/>
        </w:rPr>
        <w:t>　　为了贯彻落实公司关于开展20--年特殊时期安全生产的通知精神，切实做好“两节”期间的安全生产工作。四分公司“特殊时期安全生产活动”总结如下：</w:t>
      </w:r>
      <w:r>
        <w:rPr>
          <w:lang w:eastAsia="zh-CN"/>
        </w:rPr>
        <w:br/>
      </w:r>
      <w:r>
        <w:rPr>
          <w:lang w:eastAsia="zh-CN"/>
        </w:rPr>
        <w:t>　　为了实现分公司无重伤。工程项目无轻伤，各类危险源受控制率达100%，事故隐患整改率达100%活动目标。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成立特殊时期安全工作领导小组：</w:t>
      </w:r>
      <w:r>
        <w:rPr>
          <w:lang w:eastAsia="zh-CN"/>
        </w:rPr>
        <w:br/>
      </w:r>
      <w:r>
        <w:rPr>
          <w:lang w:eastAsia="zh-CN"/>
        </w:rPr>
        <w:t>　　组长：</w:t>
      </w:r>
      <w:r>
        <w:rPr>
          <w:lang w:eastAsia="zh-CN"/>
        </w:rPr>
        <w:br/>
      </w:r>
      <w:r>
        <w:rPr>
          <w:lang w:eastAsia="zh-CN"/>
        </w:rPr>
        <w:t>　　副组长：</w:t>
      </w:r>
      <w:r>
        <w:rPr>
          <w:lang w:eastAsia="zh-CN"/>
        </w:rPr>
        <w:br/>
      </w:r>
      <w:r>
        <w:rPr>
          <w:lang w:eastAsia="zh-CN"/>
        </w:rPr>
        <w:t>　　组员：</w:t>
      </w:r>
      <w:r>
        <w:rPr>
          <w:lang w:eastAsia="zh-CN"/>
        </w:rPr>
        <w:br/>
      </w:r>
      <w:r>
        <w:rPr>
          <w:lang w:eastAsia="zh-CN"/>
        </w:rPr>
        <w:t>　　第一阶段：</w:t>
      </w:r>
      <w:r>
        <w:rPr>
          <w:lang w:eastAsia="zh-CN"/>
        </w:rPr>
        <w:br/>
      </w:r>
      <w:r>
        <w:rPr>
          <w:lang w:eastAsia="zh-CN"/>
        </w:rPr>
        <w:t>　　1、认真组织四公司全体职工学习民建公司建政发22号文件。</w:t>
      </w:r>
      <w:r>
        <w:rPr>
          <w:lang w:eastAsia="zh-CN"/>
        </w:rPr>
        <w:br/>
      </w:r>
      <w:r>
        <w:rPr>
          <w:lang w:eastAsia="zh-CN"/>
        </w:rPr>
        <w:t>　　2、开展宣传教育活动。把文件精神传达到每个职工和各设施工队伍全体作业人员。在武科大公寓楼工地、东风扬子江汽车城办公楼工地、鄂州锦绣花园工地悬挂活动五条横幅。</w:t>
      </w:r>
      <w:r>
        <w:rPr>
          <w:lang w:eastAsia="zh-CN"/>
        </w:rPr>
        <w:br/>
      </w:r>
      <w:r>
        <w:rPr>
          <w:lang w:eastAsia="zh-CN"/>
        </w:rPr>
        <w:t>　　3、按照安全质量达标标准对扬子江办公楼、锦绣花园工程现场脚手架、防护措施、施工机械、安全用电、文明施工。防火开展自查，落实整改。</w:t>
      </w:r>
      <w:r>
        <w:rPr>
          <w:lang w:eastAsia="zh-CN"/>
        </w:rPr>
        <w:br/>
      </w:r>
      <w:r>
        <w:rPr>
          <w:lang w:eastAsia="zh-CN"/>
        </w:rPr>
        <w:t>　　4、为了接受外审检查对扬子江办公楼工程现场防护设施进行了整改。在上级领导和部门的指导帮助下扬子江工程资料通过了外审检查。</w:t>
      </w:r>
      <w:r>
        <w:rPr>
          <w:lang w:eastAsia="zh-CN"/>
        </w:rPr>
        <w:br/>
      </w:r>
      <w:r>
        <w:rPr>
          <w:lang w:eastAsia="zh-CN"/>
        </w:rPr>
        <w:t>　　第二阶段：</w:t>
      </w:r>
      <w:r>
        <w:rPr>
          <w:lang w:eastAsia="zh-CN"/>
        </w:rPr>
        <w:br/>
      </w:r>
      <w:r>
        <w:rPr>
          <w:lang w:eastAsia="zh-CN"/>
        </w:rPr>
        <w:t>　　1、开展隐患专项整治严防各类事故活动。根据武建193号文件和五城建17号文件的要求，重点做好现场安全防护的整治和事故隐患的整治工作。武科大公寓楼工程现已全面进入外墙面装饰施工，重点整治脚手架与进度不同步，搭设不规范，防护网挂置不及时问题。鄂州锦绣花园工程重点整治安全基础设施不完善问题。扬子江工程重点整治安全资料迟后，缺项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第三阶段：</w:t>
      </w:r>
      <w:r>
        <w:rPr>
          <w:lang w:eastAsia="zh-CN"/>
        </w:rPr>
        <w:br/>
      </w:r>
      <w:r>
        <w:rPr>
          <w:lang w:eastAsia="zh-CN"/>
        </w:rPr>
        <w:t>　　1、为了做好冬季施工“七防”工作，备足草袋、草绳、塑料薄膜等物资。根据气候变化，灵活安排不同工种工作。在遇到大风雨、雪等恶劣天气时应立即停止室外作业，大风过后检查脚手架、起吊设备有无松动隐患，及时清除施工现场的积水、积雪。在斜坡、脚手板上采取了有效地防冻、防滑措施确保了正常施工。</w:t>
      </w:r>
      <w:r>
        <w:rPr>
          <w:lang w:eastAsia="zh-CN"/>
        </w:rPr>
        <w:br/>
      </w:r>
      <w:r>
        <w:rPr>
          <w:lang w:eastAsia="zh-CN"/>
        </w:rPr>
        <w:t>　　2、加大各施工现场专项检查力度，坚持日常巡查。重点检查安全用电、防火、安全防护设施的防寒、防冻、防滑、防坠落、防中毒。经常检查电气线路，机械设备、塔吊、物资提升机、卸料平台等。按照‘三定’要求落实隐患整改21项隐患整改率百分之百。</w:t>
      </w:r>
      <w:r>
        <w:rPr>
          <w:lang w:eastAsia="zh-CN"/>
        </w:rPr>
        <w:br/>
      </w:r>
      <w:r>
        <w:rPr>
          <w:lang w:eastAsia="zh-CN"/>
        </w:rPr>
        <w:t>　　3、加强冬季防火安全工作。对使用氧气乙炔施工人员进行安全教育。对现场住大临人员进行防止煤气中毒和防火的知识教育。对各类易燃、易爆物品严格管理。合理有效配置消防器材、严防发生火灾、爆炸事故。</w:t>
      </w:r>
      <w:r>
        <w:rPr>
          <w:lang w:eastAsia="zh-CN"/>
        </w:rPr>
        <w:br/>
      </w:r>
      <w:r>
        <w:rPr>
          <w:lang w:eastAsia="zh-CN"/>
        </w:rPr>
        <w:t>　　4、加强施工对的安全管理工作，认真做好上场前的安全教育，作业全的书面安全交底工作。加大检查力度，对违章作业、违章操作、违反劳动纪律的“三违”行为，加大考核力度。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5、春节前组织对扬子江工程、东方红工程、锦绣花园工程、武科大施工现场进行捡查封场。对节日值班人员进行安全教育。春节后召开安全专题会议布置对各施工现场启封检查确认工作。对施工用电设施，塔吊机械设备进行试运转，以保证施工顺利进行。对上场施工人员进行了安全教育，安全技术交底和一次安全知识书面考试。</w:t>
      </w:r>
      <w:r>
        <w:rPr>
          <w:lang w:eastAsia="zh-CN"/>
        </w:rPr>
        <w:br/>
      </w:r>
      <w:r>
        <w:rPr>
          <w:lang w:eastAsia="zh-CN"/>
        </w:rPr>
        <w:t xml:space="preserve">    最新安全生产的活动总结 篇15 </w:t>
      </w:r>
      <w:r>
        <w:rPr>
          <w:lang w:eastAsia="zh-CN"/>
        </w:rPr>
        <w:br/>
      </w:r>
      <w:r>
        <w:rPr>
          <w:lang w:eastAsia="zh-CN"/>
        </w:rPr>
        <w:t>　　“五一”假期即将来临，为让职工度过一个欢乐、祥和、平安的节日，近日，濮阳第二河务局就“五一”期间的安全生产工作进行研究部署，明确了具体要求，五一安全生产工作安排。</w:t>
      </w:r>
      <w:r>
        <w:rPr>
          <w:lang w:eastAsia="zh-CN"/>
        </w:rPr>
        <w:br/>
      </w:r>
      <w:r>
        <w:rPr>
          <w:lang w:eastAsia="zh-CN"/>
        </w:rPr>
        <w:t>　　一是按照“谁主管、谁负责”的原则，层层落实责任, 把安全责任落实到部门、班组直至每个工作岗位。</w:t>
      </w:r>
      <w:r>
        <w:rPr>
          <w:lang w:eastAsia="zh-CN"/>
        </w:rPr>
        <w:br/>
      </w:r>
      <w:r>
        <w:rPr>
          <w:lang w:eastAsia="zh-CN"/>
        </w:rPr>
        <w:t>　　二是成立了以分管局长带队、各部门负责人参加的安全生产检查小组，检查重点以正在施工的堤防专项工程、标准化堤防施工、水泥制品生产车间、仓库、安全用电、设备运行状况、交通车辆安全等进行彻底排查;</w:t>
      </w:r>
      <w:r>
        <w:rPr>
          <w:lang w:eastAsia="zh-CN"/>
        </w:rPr>
        <w:br/>
      </w:r>
      <w:r>
        <w:rPr>
          <w:lang w:eastAsia="zh-CN"/>
        </w:rPr>
        <w:t>　　三是坚持“谁检查，谁签字，谁负责”的原则，对排查出的事故隐患采取有效措施进行整改，及时消除安全隐患，工作总结《五一安全生产工作安排》。同时切实加强“五一”期间的安全生产监督管理工作，重要部位、薄弱环节以及不安全隐患等要重点防范。</w:t>
      </w:r>
      <w:r>
        <w:rPr>
          <w:lang w:eastAsia="zh-CN"/>
        </w:rPr>
        <w:br/>
      </w:r>
      <w:r>
        <w:rPr>
          <w:lang w:eastAsia="zh-CN"/>
        </w:rPr>
        <w:t>　　四是要加强交通车辆的安全管理，严格落实节假日封车制度, 严禁无证驾驶、超速超载、酒后驾驶、疲劳驾驶等违法现象，严禁公车私用等违章现象的发生。</w:t>
      </w:r>
      <w:r>
        <w:rPr>
          <w:lang w:eastAsia="zh-CN"/>
        </w:rPr>
        <w:br/>
      </w:r>
      <w:r>
        <w:rPr>
          <w:lang w:eastAsia="zh-CN"/>
        </w:rPr>
        <w:t>　　五、坚持节日安全生产值班制度，保证节日期间信息畅通，加强安全巡查。</w:t>
      </w:r>
      <w:r>
        <w:rPr>
          <w:lang w:eastAsia="zh-CN"/>
        </w:rPr>
        <w:br/>
      </w:r>
      <w:r>
        <w:rPr>
          <w:lang w:eastAsia="zh-CN"/>
        </w:rPr>
        <w:t xml:space="preserve">    最新安全生产的活动总结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一年来，我街道认真贯彻落实“安全第一、预防为主、综合治理”的方针，始终把“以人为本、关爱生命、安全发展”放在工作第一位，推动我街道辖区经济社会安全发展，确保安全生产省级示范乡镇不摘牌。现将一年来的安全生产监管工作总结如下：</w:t>
      </w:r>
      <w:r>
        <w:rPr>
          <w:lang w:eastAsia="zh-CN"/>
        </w:rPr>
        <w:br/>
      </w:r>
      <w:r>
        <w:rPr>
          <w:lang w:eastAsia="zh-CN"/>
        </w:rPr>
        <w:t>　　二、健全制度，为安全生产工作提供制度保障</w:t>
      </w:r>
      <w:r>
        <w:rPr>
          <w:lang w:eastAsia="zh-CN"/>
        </w:rPr>
        <w:br/>
      </w:r>
      <w:r>
        <w:rPr>
          <w:lang w:eastAsia="zh-CN"/>
        </w:rPr>
        <w:t>　　我们立足于检查、整改、消除隐患，立足于安全生产全过程的制度建设，着力完善工作机制和管理模式，</w:t>
      </w:r>
      <w:r>
        <w:rPr>
          <w:lang w:eastAsia="zh-CN"/>
        </w:rPr>
        <w:br/>
      </w:r>
      <w:r>
        <w:rPr>
          <w:lang w:eastAsia="zh-CN"/>
        </w:rPr>
        <w:t>　　1.完善基本工作及目标责任制。今年我们出台了《红湘街道开展“打非治违”专项行动实施方案》、《红湘街道__年安全生产月活动实施方案》《红湘街道贯彻湖南省安全生产“四大三基”三年行动计划实施方案》等制度，形成了责任分明、到位、制度健全，管理科学，使安全生产工作有章可依，提高了管理效能。</w:t>
      </w:r>
      <w:r>
        <w:rPr>
          <w:lang w:eastAsia="zh-CN"/>
        </w:rPr>
        <w:br/>
      </w:r>
      <w:r>
        <w:rPr>
          <w:lang w:eastAsia="zh-CN"/>
        </w:rPr>
        <w:t>　　2.实行目标管理责任制。我们把安全生产工作列为年度工作的重要内容，纳入年度绩效考核内容制定了安全生产工作百分制考核细则，实行安全生产“一票否决”和责任追究制，有效调动街道、社区(管委会)抓安全生产工作的积极性。</w:t>
      </w:r>
      <w:r>
        <w:rPr>
          <w:lang w:eastAsia="zh-CN"/>
        </w:rPr>
        <w:br/>
      </w:r>
      <w:r>
        <w:rPr>
          <w:lang w:eastAsia="zh-CN"/>
        </w:rPr>
        <w:t>　　3.执行特护期、节假日值班制度。认真组织了高温期、主汛期、两节两会、国庆节等特护期安全生产检查和安排节日期间应急值守工作。</w:t>
      </w:r>
      <w:r>
        <w:rPr>
          <w:lang w:eastAsia="zh-CN"/>
        </w:rPr>
        <w:br/>
      </w:r>
      <w:r>
        <w:rPr>
          <w:lang w:eastAsia="zh-CN"/>
        </w:rPr>
        <w:t>　　4.成立安全生产常年检查组。组织开展安全生产检查督查工作，综合督导组由街道党政办、安监站牵头，各社区(管委会)检查组由街道驻点领导带队，社区(管委会)负责人、信息员作为联络员组成，检查情况列入年度考核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三、加大投入，不断完善安全保障条件</w:t>
      </w:r>
      <w:r>
        <w:rPr>
          <w:lang w:eastAsia="zh-CN"/>
        </w:rPr>
        <w:br/>
      </w:r>
      <w:r>
        <w:rPr>
          <w:lang w:eastAsia="zh-CN"/>
        </w:rPr>
        <w:t>　　1.加大对安全管理的投入，今年以来，街道共投入资金5万多元，主要用于人员培训和隐患排查治理之中，一年来，我们已派出3人参加市、区组织的培训，同时我们街道以会代训四次，参训人员达57人次。</w:t>
      </w:r>
      <w:r>
        <w:rPr>
          <w:lang w:eastAsia="zh-CN"/>
        </w:rPr>
        <w:br/>
      </w:r>
      <w:r>
        <w:rPr>
          <w:lang w:eastAsia="zh-CN"/>
        </w:rPr>
        <w:t>　　2.加大隐患排查治理投入。一年来，街道、社区(管委会)共召开各类专题会议54次，参会238人次。处理“打非治违”案件3起，共排查出安全隐患137处，已整改到位137处，把各类隐患消灭在萌芽状态。</w:t>
      </w:r>
      <w:r>
        <w:rPr>
          <w:lang w:eastAsia="zh-CN"/>
        </w:rPr>
        <w:br/>
      </w:r>
      <w:r>
        <w:rPr>
          <w:lang w:eastAsia="zh-CN"/>
        </w:rPr>
        <w:t>　　四、加强安全文化建设</w:t>
      </w:r>
      <w:r>
        <w:rPr>
          <w:lang w:eastAsia="zh-CN"/>
        </w:rPr>
        <w:br/>
      </w:r>
      <w:r>
        <w:rPr>
          <w:lang w:eastAsia="zh-CN"/>
        </w:rPr>
        <w:t>　　安全生产既要抓监管，也要抓安全文化建设，我们从以下二个方面做起：</w:t>
      </w:r>
      <w:r>
        <w:rPr>
          <w:lang w:eastAsia="zh-CN"/>
        </w:rPr>
        <w:br/>
      </w:r>
      <w:r>
        <w:rPr>
          <w:lang w:eastAsia="zh-CN"/>
        </w:rPr>
        <w:t>　　1.注重教育强素质，今年先后组织了多名基层干部，企业负责人，安全信息员参加市、区及街道组织的各类安全培训班和安全生产知识讲座，使他们牢固树立安全生产观念，不断提高安全管理水平，形成了知安全、懂安全、会管理、会防范的安全管理局面。</w:t>
      </w:r>
      <w:r>
        <w:rPr>
          <w:lang w:eastAsia="zh-CN"/>
        </w:rPr>
        <w:br/>
      </w:r>
      <w:r>
        <w:rPr>
          <w:lang w:eastAsia="zh-CN"/>
        </w:rPr>
        <w:t>　　2.开展活动增意识，我们以“安全生产月”活动为契机，开展了丰富多彩的宣传教育活动，普及安全知识，提升全民安全防范水平，我们悬挂安全横幅54条，电子宣传屏18块，通过上述活动的开展，提高了群众的安全忧患意识。</w:t>
      </w:r>
      <w:r>
        <w:rPr>
          <w:lang w:eastAsia="zh-CN"/>
        </w:rPr>
        <w:br/>
      </w:r>
      <w:r>
        <w:rPr>
          <w:lang w:eastAsia="zh-CN"/>
        </w:rPr>
        <w:t>　　下一步工作打算：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第一，抓好宣传工作，各社区(管委会)形成固定宣传栏作为安全生产、食品药品安全的宣传阵地，并且要注意维护保养;上报信息稿做到及时迅速，保质保量。</w:t>
      </w:r>
      <w:r>
        <w:rPr>
          <w:lang w:eastAsia="zh-CN"/>
        </w:rPr>
        <w:br/>
      </w:r>
      <w:r>
        <w:rPr>
          <w:lang w:eastAsia="zh-CN"/>
        </w:rPr>
        <w:t>　　第二，进行安全生产安全培训，邀请专业人员到街道进行业务知识培训;开展安全事故警示教育活动，深刻汲取教训，严防事故发生。</w:t>
      </w:r>
      <w:r>
        <w:rPr>
          <w:lang w:eastAsia="zh-CN"/>
        </w:rPr>
        <w:br/>
      </w:r>
      <w:r>
        <w:rPr>
          <w:lang w:eastAsia="zh-CN"/>
        </w:rPr>
        <w:t>　　第三，加强日常排查和专项整治力度，完成安全生产、食品安全日常摸底排查、隐患报送工作，同时要积极配合上级相关专项整治行动。</w:t>
      </w:r>
      <w:r>
        <w:rPr>
          <w:lang w:eastAsia="zh-CN"/>
        </w:rPr>
        <w:br/>
      </w:r>
      <w:r>
        <w:rPr>
          <w:lang w:eastAsia="zh-CN"/>
        </w:rPr>
        <w:t>　　第四，继续强化安全生产“一岗双责”原则，坚持领导带队检查制度，各分管领导、部门负责人对分管工作范围内的安全生产工作负直接监管责任，安监站从综合监督管理角度，对街道安全生产工作进行指导、协调和监督。</w:t>
      </w:r>
      <w:r>
        <w:rPr>
          <w:lang w:eastAsia="zh-CN"/>
        </w:rPr>
        <w:br/>
      </w:r>
      <w:r>
        <w:rPr>
          <w:lang w:eastAsia="zh-CN"/>
        </w:rPr>
        <w:t xml:space="preserve">    最新安全生产的活动总结 篇17 </w:t>
      </w:r>
      <w:r>
        <w:rPr>
          <w:lang w:eastAsia="zh-CN"/>
        </w:rPr>
        <w:br/>
      </w:r>
      <w:r>
        <w:rPr>
          <w:lang w:eastAsia="zh-CN"/>
        </w:rPr>
        <w:t>　　今年上半年，我镇坚持“安全第一、预防为主”的方针，按照省、市、区关于安全生产工作的部署和要求，广泛开展安全生产宣传教育和培训，狠抓安全生产职责制落实，着力加强安全生产基础管理，深化专项整治，强化安全监管，取得了必须的成效，全镇安全生产形势持续相对平稳态势。上半年安全生产各项指标均到达预定目标，我镇安全工作取得了良好的社会影响。为进一步提高全镇干部抓安全生产保人民生命财产安全的自觉性和用心性，促进我镇安全生产形势的根本好转，现将我镇20__年上半年安全生产管理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一、抓宣传，促思想认识到位，努力营造良好的安全生产工作氛围</w:t>
      </w:r>
      <w:r>
        <w:rPr>
          <w:lang w:eastAsia="zh-CN"/>
        </w:rPr>
        <w:br/>
      </w:r>
      <w:r>
        <w:rPr>
          <w:lang w:eastAsia="zh-CN"/>
        </w:rPr>
        <w:t>　　一是抓政策法规宣传。利用“安全生产月活动”、《安全生产法》颁布实施及其他重大会议和节庆期间的有利时机，大力开展以《安全生产法》、《安全生产许可证条例》为主要资料的宣传教育。镇政府还邀请交警大队、交通局等相关单位工作人员到学校、企事业单位作安全生产知识和相关法律法规辅导讲座，参加人员包括镇村干部、企业负责人、安全管理员和学校师生等;各村、各重点企业根据各自的职能特点和各个时期的工作重点，开展有针对性的安全生产政策法规和安全常识宣传教育，共印发安全生</w:t>
      </w:r>
      <w:r>
        <w:rPr>
          <w:lang w:eastAsia="zh-CN"/>
        </w:rPr>
        <w:br/>
      </w:r>
      <w:r>
        <w:rPr>
          <w:lang w:eastAsia="zh-CN"/>
        </w:rPr>
        <w:t>　　产宣传资料20__多份，制作安全生产固定标语、公益广告8幅，在公共聚集场所、建筑施工场地进行悬挂和张贴。透过各种形式的宣传教育，干部群众的安全意识、抓安全检查整改的自觉性有了明显提高。全镇上下重视安全生产工作的思想氛围进一步构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二是抓安全知识培训。用心开展企业管理人员、危险化学品从业人员、特种作业人员的安全生产管理和业务培训，增强各类人员的安全防范和自我保护意识，让他们自觉遵守安全生产法律法规和规章制度，严格按照有关技术规范、操作规程的要求从事作业，防止和减少安全事故发生。督促采石场、危险化学品经营门点用心办理《安全生产许可证》，按时到区安委办参加安全知识培训。为增强基层安监人员的业务知识，六月份结合“安全生产月活动”对全镇十五个村的安监员、重点企业的安全生产员进行了基本的安全知识培训。</w:t>
      </w:r>
      <w:r>
        <w:rPr>
          <w:lang w:eastAsia="zh-CN"/>
        </w:rPr>
        <w:br/>
      </w:r>
      <w:r>
        <w:rPr>
          <w:lang w:eastAsia="zh-CN"/>
        </w:rPr>
        <w:t>　　三是强化社会舆论监督。对安全生产大检查、安全生产月活动、安全生产专项整治活动，都及时向全镇通报，进一步完善安全生产举报制度，设立安全隐患举报电话。</w:t>
      </w:r>
      <w:r>
        <w:rPr>
          <w:lang w:eastAsia="zh-CN"/>
        </w:rPr>
        <w:br/>
      </w:r>
      <w:r>
        <w:rPr>
          <w:lang w:eastAsia="zh-CN"/>
        </w:rPr>
        <w:t>　　二、加强领导，靠实职责，建立、健全安全组织网络。我镇实行了党政一把手负总责、分管领导主抓、各村、各重点企业一把手亲自抓的安全组织网络。</w:t>
      </w:r>
      <w:r>
        <w:rPr>
          <w:lang w:eastAsia="zh-CN"/>
        </w:rPr>
        <w:br/>
      </w:r>
      <w:r>
        <w:rPr>
          <w:lang w:eastAsia="zh-CN"/>
        </w:rPr>
        <w:t>　　1、年初镇人民政府与各村、各单位、各重点企业签订安全生产目标职责书，将全镇安全生产控制目标、工作目标分解到各村、各包村领导干部、各单位、各重点企业;</w:t>
      </w:r>
      <w:r>
        <w:rPr>
          <w:lang w:eastAsia="zh-CN"/>
        </w:rPr>
        <w:br/>
      </w:r>
      <w:r>
        <w:rPr>
          <w:lang w:eastAsia="zh-CN"/>
        </w:rPr>
        <w:t>　　2、5月份镇人民政府和各村签定了道路安全职责书;</w:t>
      </w:r>
      <w:r>
        <w:rPr>
          <w:lang w:eastAsia="zh-CN"/>
        </w:rPr>
        <w:br/>
      </w:r>
      <w:r>
        <w:rPr>
          <w:lang w:eastAsia="zh-CN"/>
        </w:rPr>
        <w:t>　　3、明确了安全生产各专业管理人员和安全协管员在安全生产监督管理之中的职责，并在平时的工作汇报和年度工作考核时将安全生产工作一并汇报和考核;镇人民政府透过建立镇安监站、各村安全生产协管员、各企业安全生产管理员这一组织体系，并根据区安委会的有关规定和本地实际建立了保障安全生产的一系列制度如隐患排查整治三级管理制度、制定了全镇《安全生产突发事故应急救援预案》按照“谁主管、谁负责”、“谁辖区、谁负责”和“以块为主、条块结合”的原则，各负其责，齐抓共管，加强协调，抓好安全生产隐患监控、整改和日常监管的职责落实，初步构成了一套行之有效的安全监管体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三、抓重点，促检查整改到位，努力构成抓安全隐患整治的态势</w:t>
      </w:r>
      <w:r>
        <w:rPr>
          <w:lang w:eastAsia="zh-CN"/>
        </w:rPr>
        <w:br/>
      </w:r>
      <w:r>
        <w:rPr>
          <w:lang w:eastAsia="zh-CN"/>
        </w:rPr>
        <w:t>　　上半年开展了全镇性的安全生产大检查、大整治，消除了一大批事故隐患，一些深层次的安全隐患和整治难点也取得了必须突破。各村、各重点企业开展了多次“拉网式”安全生产大检查。在检查中做到检查有登记、查出问题有记录、坚持职责追究，在整治工作中，坚持以块为主、条块结合、协同作战，用心采取各种有力措施，抓整改落实。</w:t>
      </w:r>
      <w:r>
        <w:rPr>
          <w:lang w:eastAsia="zh-CN"/>
        </w:rPr>
        <w:br/>
      </w:r>
      <w:r>
        <w:rPr>
          <w:lang w:eastAsia="zh-CN"/>
        </w:rPr>
        <w:t>　　四、抓网络，促监管力量到位，努力建设一支高效率、高素质、专业化的安监队伍</w:t>
      </w:r>
      <w:r>
        <w:rPr>
          <w:lang w:eastAsia="zh-CN"/>
        </w:rPr>
        <w:br/>
      </w:r>
      <w:r>
        <w:rPr>
          <w:lang w:eastAsia="zh-CN"/>
        </w:rPr>
        <w:t>　　在镇党委政府的重视和支持下，全镇安监机构和队伍建设得到不断加强。镇安监站充分发挥综合监管和协调职能，认真做好上传下达，督查督办，确保本地安全生产动态及时向区安监局、区安委会汇报，确保上级有关精神和工作部署及时落实到基层，确保安全生产事故、重大安全隐患得到及时调查处理。各村、各单位、重点企业都成立了安监机构，配备了专职人员，主要领导和安办人员各负其责，不断强化安全生产监管，提高业务知识、执法水平。镇安监站不断加强与各村、各单位、各企业的沟通协调，进一步理顺业务协作关系，构成了密切协调、分工合作、齐抓共管的工作机制。同时，针对安全监管的新形势，建立和完善安全生产监管体系，开展多形式的教育培训活动，提高安监人员的综合素质和业务潜力。指导和协调各企事业单位做好安全生产工作。</w:t>
      </w:r>
      <w:r>
        <w:rPr>
          <w:lang w:eastAsia="zh-CN"/>
        </w:rPr>
        <w:br/>
      </w:r>
      <w:r>
        <w:rPr>
          <w:lang w:eastAsia="zh-CN"/>
        </w:rPr>
        <w:t>　　五、存在的问题和下一步工作打算</w:t>
      </w:r>
      <w:r>
        <w:rPr>
          <w:lang w:eastAsia="zh-CN"/>
        </w:rPr>
        <w:br/>
      </w:r>
    </w:p>
    <w:p w:rsidR="001B1F19" w14:textId="27C3F48A">
      <w:pPr>
        <w:rPr>
          <w:rFonts w:hint="eastAsia"/>
          <w:lang w:eastAsia="zh-CN"/>
        </w:rPr>
      </w:pPr>
      <w:r>
        <w:rPr>
          <w:lang w:eastAsia="zh-CN"/>
        </w:rPr>
        <w:t>　　上半年全镇的安全生产工作，虽然取得了必须成绩，但我们深知，安全生产管理工作任重而道远，安全生产形势依然很严峻，我们的工作也存在必须问题。</w:t>
      </w:r>
      <w:r>
        <w:rPr>
          <w:lang w:eastAsia="zh-CN"/>
        </w:rPr>
        <w:br/>
      </w:r>
      <w:r>
        <w:rPr>
          <w:lang w:eastAsia="zh-CN"/>
        </w:rPr>
        <w:t>　　一、存在的问题</w:t>
      </w:r>
      <w:r>
        <w:rPr>
          <w:lang w:eastAsia="zh-CN"/>
        </w:rPr>
        <w:br/>
      </w:r>
      <w:r>
        <w:rPr>
          <w:lang w:eastAsia="zh-CN"/>
        </w:rPr>
        <w:t>　　1、由于乡镇安全监管权限受限，难以根治安全隐患。我镇安全生产监管工作虽然取得了必须的执法权限，但我镇安全生产管理领域最为突出也最让人担忧的是危险化学品经营、木材市场、</w:t>
      </w:r>
      <w:r>
        <w:rPr>
          <w:lang w:eastAsia="zh-CN"/>
        </w:rPr>
        <w:br/>
      </w:r>
      <w:r>
        <w:rPr>
          <w:lang w:eastAsia="zh-CN"/>
        </w:rPr>
        <w:t>　　家具市场的安全，我们无权处理和处罚，经营业主和从业人员难以服从管理，镇上对一些典型违章违法行为鞭长莫及。</w:t>
      </w:r>
      <w:r>
        <w:rPr>
          <w:lang w:eastAsia="zh-CN"/>
        </w:rPr>
        <w:br/>
      </w:r>
      <w:r>
        <w:rPr>
          <w:lang w:eastAsia="zh-CN"/>
        </w:rPr>
        <w:t>　　2、道路交通安全管理体制不顺。道路交通安全管理乡镇履行监管职责难度大。但区级部门仍然要求与各村签订交通安全职责书，这无疑给乡镇干部再加一把锁链，乡镇干部无职无权，到底如何才能规避风险，是摆在乡镇干部面前的一大难题，极不利于基层安全监管工作。</w:t>
      </w:r>
      <w:r>
        <w:rPr>
          <w:lang w:eastAsia="zh-CN"/>
        </w:rPr>
        <w:br/>
      </w:r>
      <w:r>
        <w:rPr>
          <w:lang w:eastAsia="zh-CN"/>
        </w:rPr>
        <w:t>　　3、安全生产投入大，乡镇财力负担困难。乡镇财政本来就比较紧张，资金投入难度进一步加大，隐患整改难以落实。</w:t>
      </w:r>
      <w:r>
        <w:rPr>
          <w:lang w:eastAsia="zh-CN"/>
        </w:rPr>
        <w:br/>
      </w:r>
      <w:r>
        <w:rPr>
          <w:lang w:eastAsia="zh-CN"/>
        </w:rPr>
        <w:t>　　4、安全监管属于新生事物，群众认识高，理解却不到位。只有加强安全生产法律法规宣传力度，才能避免更多的事故发生。</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https://d.book118.com/197100023140006046</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7100023140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