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教师师德考核评价总结</w:t>
      </w:r>
    </w:p>
    <w:p>
      <w:pPr>
        <w:spacing w:before="100" w:after="200" w:line="360" w:lineRule="auto"/>
        <w:ind w:firstLine="576"/>
        <w:jc w:val="left"/>
      </w:pPr>
      <w:r>
        <w:rPr>
          <w:rFonts w:ascii="宋体" w:eastAsia="宋体" w:hAnsi="宋体"/>
          <w:sz w:val="28"/>
        </w:rPr>
        <w:t>作为一名教师，本人能认真参加学校组织的政治学习，忠于人民的教育事业，模范遵守《中小学教师职业道德规范》，爱岗敬业，关心集体，乐于助人。在工作上兢兢业业，备好每一节课，上好每一堂课，批好每一份作业，教育好每一个学生，努力去做一个深受学生尊重和信赖的老师。现对个人工作总结如下。</w:t>
      </w:r>
    </w:p>
    <w:p>
      <w:pPr>
        <w:spacing w:before="100" w:after="200" w:line="360" w:lineRule="auto"/>
        <w:jc w:val="left"/>
      </w:pPr>
      <w:r>
        <w:rPr>
          <w:rFonts w:ascii="宋体 (中文正文)" w:eastAsia="宋体" w:hAnsi="宋体 (中文正文)"/>
          <w:b/>
          <w:sz w:val="28"/>
        </w:rPr>
        <w:t>一、在政治思想方面</w:t>
      </w:r>
    </w:p>
    <w:p>
      <w:pPr>
        <w:spacing w:before="100" w:after="200" w:line="360" w:lineRule="auto"/>
        <w:ind w:firstLine="576"/>
        <w:jc w:val="left"/>
      </w:pPr>
      <w:r>
        <w:rPr>
          <w:rFonts w:ascii="宋体" w:eastAsia="宋体" w:hAnsi="宋体"/>
          <w:sz w:val="28"/>
        </w:rPr>
        <w:t>本人长期坚持学习，努力提高自身的思想政治素质，学习《教育法》、《教师法》，按照《中小学教师职业道德规范》严格要求自己，奉公守法，遵守社会公德。作为一个教师，我能忠诚于人民的教育视野，做到为人师表。</w:t>
      </w:r>
    </w:p>
    <w:p>
      <w:pPr>
        <w:spacing w:before="100" w:after="200" w:line="360" w:lineRule="auto"/>
        <w:jc w:val="left"/>
      </w:pPr>
      <w:r>
        <w:rPr>
          <w:rFonts w:ascii="宋体 (中文正文)" w:eastAsia="宋体" w:hAnsi="宋体 (中文正文)"/>
          <w:b/>
          <w:sz w:val="28"/>
        </w:rPr>
        <w:t>二、在教育教学过程中</w:t>
      </w:r>
    </w:p>
    <w:p>
      <w:pPr>
        <w:spacing w:before="100" w:after="200" w:line="360" w:lineRule="auto"/>
        <w:ind w:firstLine="576"/>
        <w:jc w:val="left"/>
      </w:pPr>
      <w:r>
        <w:rPr>
          <w:rFonts w:ascii="宋体" w:eastAsia="宋体" w:hAnsi="宋体"/>
          <w:sz w:val="28"/>
        </w:rPr>
        <w:t>不断丰富自身学识，努力提高自身能力、业务水平，严格执行师德规范，有高度的事业心、责任心、爱岗敬业。坚持“一切为了学生，为了学生的一切”，树立正确的人才观，重视对每个学生的全面素质和良好个性的培养，关心每一个学生，尊重每一个学生的人格。</w:t>
      </w:r>
    </w:p>
    <w:p>
      <w:pPr>
        <w:spacing w:before="100" w:after="200" w:line="360" w:lineRule="auto"/>
        <w:jc w:val="left"/>
      </w:pPr>
      <w:r>
        <w:rPr>
          <w:rFonts w:ascii="宋体 (中文正文)" w:eastAsia="宋体" w:hAnsi="宋体 (中文正文)"/>
          <w:b/>
          <w:sz w:val="28"/>
        </w:rPr>
        <w:t>三、做一个理念新的教师</w:t>
      </w:r>
    </w:p>
    <w:p>
      <w:pPr>
        <w:spacing w:before="100" w:after="200" w:line="360" w:lineRule="auto"/>
        <w:ind w:firstLine="576"/>
        <w:jc w:val="left"/>
      </w:pPr>
      <w:r>
        <w:rPr>
          <w:rFonts w:ascii="宋体" w:eastAsia="宋体" w:hAnsi="宋体"/>
          <w:sz w:val="28"/>
        </w:rPr>
        <w:t>一轮的基础教育已经全面推开，在认真学习新课程理念的基础上，结合自己所教的学科，积极探索有效的教学方法。</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spacing w:before="100" w:after="200" w:line="360" w:lineRule="auto"/>
        <w:ind w:firstLine="576"/>
        <w:jc w:val="left"/>
      </w:pPr>
      <w:r>
        <w:rPr>
          <w:rFonts w:ascii="宋体" w:eastAsia="宋体" w:hAnsi="宋体"/>
          <w:sz w:val="28"/>
        </w:rPr>
        <w:t>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spacing w:before="100" w:after="200" w:line="360" w:lineRule="auto"/>
        <w:jc w:val="left"/>
      </w:pPr>
      <w:r>
        <w:rPr>
          <w:rFonts w:ascii="宋体 (中文正文)" w:eastAsia="宋体" w:hAnsi="宋体 (中文正文)"/>
          <w:b/>
          <w:sz w:val="28"/>
        </w:rPr>
        <w:t>四、今后的改进方向</w:t>
      </w:r>
    </w:p>
    <w:p>
      <w:pPr>
        <w:spacing w:before="100" w:after="200" w:line="360" w:lineRule="auto"/>
        <w:ind w:firstLine="576"/>
        <w:jc w:val="left"/>
      </w:pPr>
      <w:r>
        <w:rPr>
          <w:rFonts w:ascii="宋体" w:eastAsia="宋体" w:hAnsi="宋体"/>
          <w:sz w:val="28"/>
        </w:rPr>
        <w:t>要更进一步认真学习重要理论精神，及时掌握工作重点方针，从思想上行动上提高自己的工作责任心，树立一切为学生服务的思想。提高自己的钻研精神，不要遇难而退，要发挥教师的先进作用，敢于与一切困难做斗争的思想和作风。刻苦钻研业务知识，做到政治与业务两过硬。</w:t>
      </w:r>
    </w:p>
    <w:p>
      <w:pPr>
        <w:spacing w:before="100" w:after="200" w:line="360" w:lineRule="auto"/>
        <w:ind w:firstLine="576"/>
        <w:jc w:val="left"/>
      </w:pPr>
      <w:r>
        <w:rPr>
          <w:rFonts w:ascii="宋体" w:eastAsia="宋体" w:hAnsi="宋体"/>
          <w:sz w:val="28"/>
        </w:rPr>
        <w:t>为提高我校教师的职业道德水平，铸造一支忠诚党的教育事业、热爱学生、悉心育人、让人民满意的教师队伍。根据上级主管教育部门文件精神，本着公平、公正、公开的原则，结合学校具体实情，经过周密而细致地工作，圆满完成了本年度的师德考核任务。现总结如下：</w:t>
      </w:r>
    </w:p>
    <w:p>
      <w:pPr>
        <w:spacing w:before="100" w:after="200" w:line="360" w:lineRule="auto"/>
        <w:jc w:val="left"/>
      </w:pPr>
      <w:r>
        <w:rPr>
          <w:rFonts w:ascii="宋体 (中文正文)" w:eastAsia="宋体" w:hAnsi="宋体 (中文正文)"/>
          <w:b/>
          <w:sz w:val="28"/>
        </w:rPr>
        <w:t>一、成立师德考核领导小组</w:t>
      </w:r>
    </w:p>
    <w:p>
      <w:pPr>
        <w:spacing w:before="100" w:after="200" w:line="360" w:lineRule="auto"/>
        <w:jc w:val="left"/>
      </w:pPr>
      <w:r>
        <w:rPr>
          <w:rFonts w:ascii="宋体 (中文正文)" w:eastAsia="宋体" w:hAnsi="宋体 (中文正文)"/>
          <w:sz w:val="28"/>
        </w:rPr>
        <w:t>组长：</w:t>
      </w:r>
    </w:p>
    <w:p>
      <w:pPr>
        <w:spacing w:before="100" w:after="200" w:line="360" w:lineRule="auto"/>
        <w:jc w:val="left"/>
      </w:pPr>
      <w:r>
        <w:rPr>
          <w:rFonts w:ascii="宋体 (中文正文)" w:eastAsia="宋体" w:hAnsi="宋体 (中文正文)"/>
          <w:sz w:val="28"/>
        </w:rPr>
        <w:t>副组长：</w:t>
      </w:r>
    </w:p>
    <w:p>
      <w:pPr>
        <w:spacing w:before="100" w:after="200" w:line="360" w:lineRule="auto"/>
        <w:jc w:val="left"/>
      </w:pPr>
      <w:r>
        <w:rPr>
          <w:rFonts w:ascii="宋体 (中文正文)" w:eastAsia="宋体" w:hAnsi="宋体 (中文正文)"/>
          <w:sz w:val="28"/>
        </w:rPr>
        <w:t>组员：</w:t>
      </w:r>
    </w:p>
    <w:p>
      <w:pPr>
        <w:spacing w:before="100" w:after="200" w:line="360" w:lineRule="auto"/>
        <w:jc w:val="left"/>
      </w:pPr>
      <w:r>
        <w:rPr>
          <w:rFonts w:ascii="宋体 (中文正文)" w:eastAsia="宋体" w:hAnsi="宋体 (中文正文)"/>
          <w:b/>
          <w:sz w:val="28"/>
        </w:rPr>
        <w:t>二、考核分类</w:t>
      </w:r>
    </w:p>
    <w:p>
      <w:pPr>
        <w:spacing w:before="100" w:after="200" w:line="360" w:lineRule="auto"/>
        <w:ind w:firstLine="576"/>
        <w:jc w:val="left"/>
      </w:pPr>
      <w:r>
        <w:rPr>
          <w:rFonts w:ascii="宋体" w:eastAsia="宋体" w:hAnsi="宋体"/>
          <w:sz w:val="28"/>
        </w:rPr>
        <w:t>1、学校师德师风考评</w:t>
      </w:r>
    </w:p>
    <w:p>
      <w:pPr>
        <w:spacing w:before="100" w:after="200" w:line="360" w:lineRule="auto"/>
        <w:ind w:firstLine="576"/>
        <w:jc w:val="left"/>
      </w:pPr>
      <w:r>
        <w:rPr>
          <w:rFonts w:ascii="宋体" w:eastAsia="宋体" w:hAnsi="宋体"/>
          <w:sz w:val="28"/>
        </w:rPr>
        <w:t>2、教师个人师德师风考核</w:t>
      </w:r>
    </w:p>
    <w:p>
      <w:pPr>
        <w:spacing w:before="100" w:after="200" w:line="360" w:lineRule="auto"/>
        <w:jc w:val="left"/>
      </w:pPr>
      <w:r>
        <w:rPr>
          <w:rFonts w:ascii="宋体 (中文正文)" w:eastAsia="宋体" w:hAnsi="宋体 (中文正文)"/>
          <w:b/>
          <w:sz w:val="28"/>
        </w:rPr>
        <w:t>三、考核评价方式</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1、学生问卷测评，印制测评表发放到所学生手中，学生认真对照评分项目具体打分。</w:t>
      </w:r>
    </w:p>
    <w:p>
      <w:pPr>
        <w:spacing w:before="100" w:after="200" w:line="360" w:lineRule="auto"/>
        <w:ind w:firstLine="576"/>
        <w:jc w:val="left"/>
      </w:pPr>
      <w:r>
        <w:rPr>
          <w:rFonts w:ascii="宋体" w:eastAsia="宋体" w:hAnsi="宋体"/>
          <w:sz w:val="28"/>
        </w:rPr>
        <w:t>2、向师德师风监督员、家长问卷调查，印制测评表发放到家长手中，家长认真对照评分项目具体打分。</w:t>
      </w:r>
    </w:p>
    <w:p>
      <w:pPr>
        <w:spacing w:before="100" w:after="200" w:line="360" w:lineRule="auto"/>
        <w:ind w:firstLine="576"/>
        <w:jc w:val="left"/>
      </w:pPr>
      <w:r>
        <w:rPr>
          <w:rFonts w:ascii="宋体" w:eastAsia="宋体" w:hAnsi="宋体"/>
          <w:sz w:val="28"/>
        </w:rPr>
        <w:t>3、教师自评，教师根据评价项目，结合自己的工作实际，自己评定分数。</w:t>
      </w:r>
    </w:p>
    <w:p>
      <w:pPr>
        <w:spacing w:before="100" w:after="200" w:line="360" w:lineRule="auto"/>
        <w:ind w:firstLine="576"/>
        <w:jc w:val="left"/>
      </w:pPr>
      <w:r>
        <w:rPr>
          <w:rFonts w:ascii="宋体" w:eastAsia="宋体" w:hAnsi="宋体"/>
          <w:sz w:val="28"/>
        </w:rPr>
        <w:t>4、考核小组测评，由考核评价小组根据评价项目对各位教师逐一考评。</w:t>
      </w:r>
    </w:p>
    <w:p>
      <w:pPr>
        <w:spacing w:before="100" w:after="200" w:line="360" w:lineRule="auto"/>
        <w:jc w:val="left"/>
      </w:pPr>
      <w:r>
        <w:rPr>
          <w:rFonts w:ascii="宋体 (中文正文)" w:eastAsia="宋体" w:hAnsi="宋体 (中文正文)"/>
          <w:b/>
          <w:sz w:val="28"/>
        </w:rPr>
        <w:t>四、考核评价结果</w:t>
      </w:r>
    </w:p>
    <w:p>
      <w:pPr>
        <w:spacing w:before="100" w:after="200" w:line="360" w:lineRule="auto"/>
        <w:jc w:val="left"/>
      </w:pPr>
      <w:r>
        <w:rPr>
          <w:rFonts w:ascii="宋体 (中文正文)" w:eastAsia="宋体" w:hAnsi="宋体 (中文正文)"/>
          <w:sz w:val="28"/>
        </w:rPr>
        <w:t>1、学校接受考评情况：</w:t>
      </w:r>
    </w:p>
    <w:p>
      <w:pPr>
        <w:spacing w:before="100" w:after="200" w:line="360" w:lineRule="auto"/>
        <w:ind w:firstLine="576"/>
        <w:jc w:val="left"/>
      </w:pPr>
      <w:r>
        <w:rPr>
          <w:rFonts w:ascii="宋体" w:eastAsia="宋体" w:hAnsi="宋体"/>
          <w:sz w:val="28"/>
        </w:rPr>
        <w:t>这次学校共组织师德师风监督员8人，学生家长23人对学校以往教育教学活动中的师德师风情况进行问卷考查。考查的结果为：</w:t>
      </w:r>
    </w:p>
    <w:p>
      <w:pPr>
        <w:spacing w:before="100" w:after="200" w:line="360" w:lineRule="auto"/>
        <w:ind w:firstLine="576"/>
        <w:jc w:val="left"/>
      </w:pPr>
      <w:r>
        <w:rPr>
          <w:rFonts w:ascii="宋体" w:eastAsia="宋体" w:hAnsi="宋体"/>
          <w:sz w:val="28"/>
        </w:rPr>
        <w:t>依法执教：很好121票，较好3票；教育理念：很好110票，较好14票；爱岗敬业：很好113票，较好11票；热爱学生很好82票，较好11票；文明从教：很好149票，较好6票；团结协作：很好89票，较好4票。</w:t>
      </w:r>
    </w:p>
    <w:p>
      <w:pPr>
        <w:spacing w:before="100" w:after="200" w:line="360" w:lineRule="auto"/>
        <w:ind w:firstLine="576"/>
        <w:jc w:val="left"/>
      </w:pPr>
      <w:r>
        <w:rPr>
          <w:rFonts w:ascii="宋体" w:eastAsia="宋体" w:hAnsi="宋体"/>
          <w:sz w:val="28"/>
        </w:rPr>
        <w:t>（说明：以上得票统计是以教育局民主评议表的单项得票结果为依据的，每张评议表为23个分项，每个分项分为A、B、C三项。另，总体评价一项）</w:t>
      </w:r>
    </w:p>
    <w:p>
      <w:pPr>
        <w:spacing w:before="100" w:after="200" w:line="360" w:lineRule="auto"/>
        <w:ind w:firstLine="576"/>
        <w:jc w:val="left"/>
      </w:pPr>
      <w:r>
        <w:rPr>
          <w:rFonts w:ascii="宋体" w:eastAsia="宋体" w:hAnsi="宋体"/>
          <w:sz w:val="28"/>
        </w:rPr>
        <w:t>学校师德师风建设总体评价：很好31票（全票）。</w:t>
      </w:r>
    </w:p>
    <w:p>
      <w:pPr>
        <w:spacing w:before="100" w:after="200" w:line="360" w:lineRule="auto"/>
        <w:ind w:firstLine="576"/>
        <w:jc w:val="left"/>
      </w:pPr>
      <w:r>
        <w:rPr>
          <w:rFonts w:ascii="宋体" w:eastAsia="宋体" w:hAnsi="宋体"/>
          <w:sz w:val="28"/>
        </w:rPr>
        <w:t>2、师德师风个人考核情况：</w:t>
      </w:r>
    </w:p>
    <w:p>
      <w:pPr>
        <w:spacing w:before="100" w:after="200" w:line="360" w:lineRule="auto"/>
        <w:jc w:val="left"/>
      </w:pPr>
      <w:r>
        <w:rPr>
          <w:rFonts w:ascii="宋体 (中文正文)" w:eastAsia="宋体" w:hAnsi="宋体 (中文正文)"/>
          <w:sz w:val="28"/>
        </w:rPr>
        <w:t>本校考核结果为：</w:t>
      </w:r>
    </w:p>
    <w:p>
      <w:pPr>
        <w:spacing w:before="100" w:after="200" w:line="360" w:lineRule="auto"/>
        <w:jc w:val="left"/>
        <w:sectPr w:rsidSect="00034616">
          <w:type w:val="nextPage"/>
          <w:pgSz w:w="11906" w:h="16838"/>
          <w:pgMar w:top="1440" w:right="1440" w:bottom="1440" w:left="1440" w:header="720" w:footer="720" w:gutter="0"/>
          <w:pgNumType w:start="3"/>
          <w:cols w:space="720"/>
          <w:titlePg w:val="0"/>
          <w:docGrid w:linePitch="360"/>
        </w:sectPr>
      </w:pPr>
      <w:r>
        <w:rPr>
          <w:rFonts w:ascii="宋体 (中文正文)" w:eastAsia="宋体" w:hAnsi="宋体 (中文正文)"/>
          <w:sz w:val="28"/>
        </w:rPr>
        <w:t>优秀：</w:t>
      </w:r>
    </w:p>
    <w:p>
      <w:pPr>
        <w:spacing w:before="100" w:after="200" w:line="360" w:lineRule="auto"/>
        <w:jc w:val="left"/>
      </w:pPr>
      <w:r>
        <w:rPr>
          <w:rFonts w:ascii="宋体 (中文正文)" w:eastAsia="宋体" w:hAnsi="宋体 (中文正文)"/>
          <w:sz w:val="28"/>
        </w:rPr>
        <w:t>合格的有：</w:t>
      </w:r>
    </w:p>
    <w:p>
      <w:pPr>
        <w:spacing w:before="100" w:after="200" w:line="360" w:lineRule="auto"/>
        <w:ind w:firstLine="576"/>
        <w:jc w:val="left"/>
      </w:pPr>
      <w:r>
        <w:rPr>
          <w:rFonts w:ascii="宋体" w:eastAsia="宋体" w:hAnsi="宋体"/>
          <w:sz w:val="28"/>
        </w:rPr>
        <w:t>以上考核结果已在学校公示七天，各方面都没有异议。</w:t>
      </w:r>
    </w:p>
    <w:p>
      <w:pPr>
        <w:spacing w:before="100" w:after="200" w:line="360" w:lineRule="auto"/>
        <w:ind w:firstLine="576"/>
        <w:jc w:val="left"/>
      </w:pPr>
      <w:r>
        <w:rPr>
          <w:rFonts w:ascii="宋体" w:eastAsia="宋体" w:hAnsi="宋体"/>
          <w:sz w:val="28"/>
        </w:rPr>
        <w:t>综上所述，我校的这次考核，是公正、公平的，是一次能让社会、学校老师满意的考核。如有不当，请领导批评指正。</w:t>
      </w:r>
    </w:p>
    <w:p>
      <w:pPr>
        <w:spacing w:before="100" w:after="200" w:line="360" w:lineRule="auto"/>
        <w:ind w:firstLine="576"/>
        <w:jc w:val="left"/>
      </w:pPr>
      <w:r>
        <w:rPr>
          <w:rFonts w:ascii="宋体" w:eastAsia="宋体" w:hAnsi="宋体"/>
          <w:sz w:val="28"/>
        </w:rPr>
        <w:t>本学期我校德育工作在“发展教育”办学理念的引领下，发扬“自立自强、团结合作”的xx中学人精神，坚持“自主教育、自主管理、自主发展”的“三自”育人模式，全面实践“发展教育”的尝试发展、自主发展和超越发展“三个阶段”的发展论，以促进学生的终身发展、教师的持续发展和学校的品牌发展为目标，结合学校整体工作要求和学生实际，突出工作重点，狠抓落实，取得了满意的成绩。现对师德工作总结如下。</w:t>
      </w:r>
    </w:p>
    <w:p>
      <w:pPr>
        <w:spacing w:before="100" w:after="200" w:line="360" w:lineRule="auto"/>
        <w:jc w:val="left"/>
      </w:pPr>
      <w:r>
        <w:rPr>
          <w:rFonts w:ascii="宋体 (中文正文)" w:eastAsia="宋体" w:hAnsi="宋体 (中文正文)"/>
          <w:b/>
          <w:sz w:val="28"/>
        </w:rPr>
        <w:t>一、促进教师专业发展，打造精良德育师资队伍</w:t>
      </w:r>
    </w:p>
    <w:p>
      <w:pPr>
        <w:spacing w:before="100" w:after="200" w:line="360" w:lineRule="auto"/>
        <w:ind w:firstLine="576"/>
        <w:jc w:val="left"/>
      </w:pPr>
      <w:r>
        <w:rPr>
          <w:rFonts w:ascii="宋体" w:eastAsia="宋体" w:hAnsi="宋体"/>
          <w:sz w:val="28"/>
        </w:rPr>
        <w:t>在学校管理的诸要素中，我们认为教师是管理的第一要素，是学校的第一资源，因此，我们奉行以“教师为本”的管理思想，坚持“尊重、培养、使用”的教师管理方针，帮助教师进行职业生涯规划，搭建成长阶梯，促进教师成长。通过对教师角色形象塑造、“三师制度”、校本培训、职务培训、优质化工程等方略全面提升德育师资队伍的素质。</w:t>
      </w:r>
    </w:p>
    <w:p>
      <w:pPr>
        <w:spacing w:before="100" w:after="200" w:line="360" w:lineRule="auto"/>
        <w:ind w:firstLine="576"/>
        <w:jc w:val="left"/>
      </w:pPr>
      <w:r>
        <w:rPr>
          <w:rFonts w:ascii="宋体" w:eastAsia="宋体" w:hAnsi="宋体"/>
          <w:sz w:val="28"/>
        </w:rPr>
        <w:t>1、加强师德师风建设、提高德育师资水平</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首先、号召全体教师恪守“饮水思源、宁静致远”的校训，高扬“自立自强、团结合作”的学校精神，共同营造“爱国、修身、敬业、多能”的良好校风、“爱生、垂范、善教、创新”的优良教风和“尊师、律己、会学、进取”的良好学风，通过多种途径开展师德师风建设和文明创建活动，提高教师职业水平和敬业精神。学校成立师德建设领导小组，在全程督促激励下，有序推进了学校德育队伍的建设，增强了师德教育的实效性和针对性。</w:t>
      </w:r>
    </w:p>
    <w:p>
      <w:pPr>
        <w:spacing w:before="100" w:after="200" w:line="360" w:lineRule="auto"/>
        <w:ind w:firstLine="576"/>
        <w:jc w:val="left"/>
      </w:pPr>
      <w:r>
        <w:rPr>
          <w:rFonts w:ascii="宋体" w:eastAsia="宋体" w:hAnsi="宋体"/>
          <w:sz w:val="28"/>
        </w:rPr>
        <w:t>其次，加强理论知识的学习，提高政治觉悟和道德素养。利用教师例会，结合教育教学实际，定期开展政治理论和德育知识的专题学习和研讨。开展校本培训，增强广大教职工的政治责任感和历史使命感，提高教师的自我角色认识，奠定队伍建设的思想基础。</w:t>
      </w:r>
    </w:p>
    <w:p>
      <w:pPr>
        <w:spacing w:before="100" w:after="200" w:line="360" w:lineRule="auto"/>
        <w:ind w:firstLine="576"/>
        <w:jc w:val="left"/>
      </w:pPr>
      <w:r>
        <w:rPr>
          <w:rFonts w:ascii="宋体" w:eastAsia="宋体" w:hAnsi="宋体"/>
          <w:sz w:val="28"/>
        </w:rPr>
        <w:t>再次，对照学习《教师职业道德规范》，表彰“优秀班主任”、“师德先进个人”，通过各种渠道和媒体，广泛宣传师德先进典型和优秀教师群体的感人事迹（如在校园网设立“高级德育教师介绍”专栏等），完善建立德育导师制和高级德育教师制度，用制度和机制引领教师严于律己，以身作则，无私奉献，爱岗敬业，教书育人，建设积极向上、朝气蓬勃的校园工作氛围。</w:t>
      </w:r>
    </w:p>
    <w:p>
      <w:pPr>
        <w:spacing w:before="100" w:after="200" w:line="360" w:lineRule="auto"/>
        <w:ind w:firstLine="576"/>
        <w:jc w:val="left"/>
      </w:pPr>
      <w:r>
        <w:rPr>
          <w:rFonts w:ascii="宋体" w:eastAsia="宋体" w:hAnsi="宋体"/>
          <w:sz w:val="28"/>
        </w:rPr>
        <w:t>2、继续实施“三师工程”，搭建德育师资成长阶梯</w:t>
      </w:r>
    </w:p>
    <w:p>
      <w:pPr>
        <w:spacing w:before="100" w:after="200" w:line="360" w:lineRule="auto"/>
        <w:ind w:firstLine="576"/>
        <w:jc w:val="left"/>
      </w:pPr>
      <w:r>
        <w:rPr>
          <w:rFonts w:ascii="宋体" w:eastAsia="宋体" w:hAnsi="宋体"/>
          <w:sz w:val="28"/>
        </w:rPr>
        <w:t>我校按照教师成长的规律，本学期继续实施“三师工程”，探索和建立了“三师（经师、能师、人师）制度。</w:t>
      </w:r>
    </w:p>
    <w:p>
      <w:pPr>
        <w:spacing w:before="100" w:after="200" w:line="360" w:lineRule="auto"/>
        <w:ind w:firstLine="576"/>
        <w:jc w:val="left"/>
      </w:pPr>
      <w:r>
        <w:rPr>
          <w:rFonts w:ascii="宋体" w:eastAsia="宋体" w:hAnsi="宋体"/>
          <w:sz w:val="28"/>
        </w:rPr>
        <w:t>经师，强调提高教师的职业境界，要求教师严肃、严谨、严格地对待教育教学工作，遵循教育教学规律，成为合格的教师。</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能师，强调提高教师的专业境界，要求教师成为智慧型的教育专家、研究型的教师，同时具有深厚的专业功底，形成独特的教学艺术和风格。人师，强调提高教师的事业境界，是深厚的文化修养、独特的教学艺术和高尚的人格魅力的完美统一，以自己的德、才、情给学生以潜移默化的、终生受益的影响和感化。</w:t>
      </w:r>
    </w:p>
    <w:p>
      <w:pPr>
        <w:spacing w:before="100" w:after="200" w:line="360" w:lineRule="auto"/>
        <w:ind w:firstLine="576"/>
        <w:jc w:val="left"/>
      </w:pPr>
      <w:r>
        <w:rPr>
          <w:rFonts w:ascii="宋体" w:eastAsia="宋体" w:hAnsi="宋体"/>
          <w:sz w:val="28"/>
        </w:rPr>
        <w:t>“三师工程”是一个师资培养和发展的系统过程。在此过程中，学校通过程序产生了一批教坛新秀和高级德育教师，建立了高级德育教师工作室。“三师”既是一种荣誉，又是一种待遇（享有每月的特殊津贴），还是一种岗位（有培养新教师和进行课题研究的职责）。这种做法，贯穿于整个教师生涯全过程，为教师营造了一个可持续发展的平台与动力，形成了“不用扬鞭自奋蹄”的喜人局面。</w:t>
      </w:r>
    </w:p>
    <w:p>
      <w:pPr>
        <w:spacing w:before="100" w:after="200" w:line="360" w:lineRule="auto"/>
        <w:ind w:firstLine="576"/>
        <w:jc w:val="left"/>
      </w:pPr>
      <w:r>
        <w:rPr>
          <w:rFonts w:ascii="宋体" w:eastAsia="宋体" w:hAnsi="宋体"/>
          <w:sz w:val="28"/>
        </w:rPr>
        <w:t>3、建立高级德育教师联盟。联盟实行“契约管理”，联盟与学校签订契约，有章程，有组织，有活动，有目标，联盟活动经费实行“以奖代拨”。</w:t>
      </w:r>
    </w:p>
    <w:p>
      <w:pPr>
        <w:spacing w:before="100" w:after="200" w:line="360" w:lineRule="auto"/>
        <w:jc w:val="left"/>
      </w:pPr>
      <w:r>
        <w:rPr>
          <w:rFonts w:ascii="宋体 (中文正文)" w:eastAsia="宋体" w:hAnsi="宋体 (中文正文)"/>
          <w:b/>
          <w:sz w:val="28"/>
        </w:rPr>
        <w:t>二、实践“三自”育人模式，继续实施“主题教育”</w:t>
      </w:r>
    </w:p>
    <w:p>
      <w:pPr>
        <w:spacing w:before="100" w:after="200" w:line="360" w:lineRule="auto"/>
        <w:ind w:firstLine="576"/>
        <w:jc w:val="left"/>
      </w:pPr>
      <w:r>
        <w:rPr>
          <w:rFonts w:ascii="宋体" w:eastAsia="宋体" w:hAnsi="宋体"/>
          <w:sz w:val="28"/>
        </w:rPr>
        <w:t>本学期以来，学校德育线充分利用“三自”育人模式，以“生活德育、活动德育、文化德育”为德育方法与途径，促进学生道德品德的知、情、意、行的协调发展，实现学校“高远志向、高尚人格、高雅情趣”的“三高”德育目标。</w:t>
      </w:r>
    </w:p>
    <w:p>
      <w:pPr>
        <w:spacing w:before="100" w:after="200" w:line="360" w:lineRule="auto"/>
        <w:ind w:firstLine="576"/>
        <w:jc w:val="left"/>
      </w:pPr>
      <w:r>
        <w:rPr>
          <w:rFonts w:ascii="宋体" w:eastAsia="宋体" w:hAnsi="宋体"/>
          <w:sz w:val="28"/>
        </w:rPr>
        <w:t>首先是明确提出了德育的目标要求和方法途径，并确定了十二个德育主题，做到月月有教育主题，包括：养成教育、道德教育、法制教育、审美教育、心理健康教育、感恩教育、激励教育、环境教育、责任教育、成人教育、公民教育、理想信念教育等。各年级又根据自身的特点，确定了不同的教育重点。</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通过对“三个年级”学生的系统教育，学生不断成长，逐渐走向成熟，他们的行为方式由“他律”走向“自律”，再走向“律他”；行为表现也由“规范”走向“示范”，再走向“模范”。这样的成长轨迹，正是发展教育理念引领下，学校德育由“尝试发展”走向“自主发展”，再走向“超越发展”的“三个阶段”中所追求的目标。</w:t>
      </w:r>
    </w:p>
    <w:p>
      <w:pPr>
        <w:spacing w:before="100" w:after="200" w:line="360" w:lineRule="auto"/>
        <w:jc w:val="left"/>
      </w:pPr>
      <w:r>
        <w:rPr>
          <w:rFonts w:ascii="宋体 (中文正文)" w:eastAsia="宋体" w:hAnsi="宋体 (中文正文)"/>
          <w:b/>
          <w:sz w:val="28"/>
        </w:rPr>
        <w:t>三、完善德育大体系，优化管理平台</w:t>
      </w:r>
    </w:p>
    <w:p>
      <w:pPr>
        <w:spacing w:before="100" w:after="200" w:line="360" w:lineRule="auto"/>
        <w:ind w:firstLine="576"/>
        <w:jc w:val="left"/>
      </w:pPr>
      <w:r>
        <w:rPr>
          <w:rFonts w:ascii="宋体" w:eastAsia="宋体" w:hAnsi="宋体"/>
          <w:sz w:val="28"/>
        </w:rPr>
        <w:t>“三圈一体”的规范性德育体系。本学期继续强化了同心圆式的以班级、年级、德育处为圈层的德育管理体系，第一圈层以班主任为主的班级常规管理，第二圈层以年级部主任为主的年级监管，第三圈层以德育处主任为主的学校宏观管理，从而形成校内德育行政体系，通过强化行政组织管理，确保学校德育工作的规范性、有序性和有效性。</w:t>
      </w:r>
    </w:p>
    <w:p>
      <w:pPr>
        <w:spacing w:before="100" w:after="200" w:line="360" w:lineRule="auto"/>
        <w:ind w:firstLine="576"/>
        <w:jc w:val="left"/>
      </w:pPr>
      <w:r>
        <w:rPr>
          <w:rFonts w:ascii="宋体" w:eastAsia="宋体" w:hAnsi="宋体"/>
          <w:sz w:val="28"/>
        </w:rPr>
        <w:t>“三会一体”的自主性德育体系。“三会”是指团委会、学生会和学生自治委员会等学生组织。充分发挥“三会”在学生管理中的自治作用，让他们自主教育、自主管理、自主发展，让他们自主策划、自主组织、自主实施开展各种大型活动。</w:t>
      </w:r>
    </w:p>
    <w:p>
      <w:pPr>
        <w:spacing w:before="100" w:after="200" w:line="360" w:lineRule="auto"/>
        <w:jc w:val="left"/>
      </w:pPr>
      <w:r>
        <w:rPr>
          <w:rFonts w:ascii="宋体 (中文正文)" w:eastAsia="宋体" w:hAnsi="宋体 (中文正文)"/>
          <w:b/>
          <w:sz w:val="28"/>
        </w:rPr>
        <w:t>四、创新心理健康教育，拓宽德育</w:t>
      </w:r>
    </w:p>
    <w:p>
      <w:pPr>
        <w:spacing w:before="100" w:after="200" w:line="360" w:lineRule="auto"/>
        <w:jc w:val="left"/>
      </w:pPr>
      <w:r>
        <w:rPr>
          <w:rFonts w:ascii="宋体 (中文正文)" w:eastAsia="宋体" w:hAnsi="宋体 (中文正文)"/>
          <w:b/>
          <w:sz w:val="28"/>
        </w:rPr>
        <w:t>五、构设学校文化，推动文化德育</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本学期我们围绕着“办学理念”和“校训”开展文化德育挖掘。学校发展教育理念中的“发展”一词，本身就蕴含着时间概念，发展的轨迹就是时间的轨迹；校训“饮水思源，宁静致远”蕴含着“过去、现在、未来”的时间链条，揭示着时间与生命、时间与发展的契合。在学校新一轮规划建设中，精心设置于校园各节点大小各异的日晷雕塑群，用最古老的方式向现代学子警示着时间的流变；西校园教学区的太阳历广场，作为一种功能丰富的大型科普设施和地理课的实验场，标示着日月星辰的时间更替。构建了以“时间”为主元素，把办学理念、校训等软件与学校主建筑、景观等硬件有机地融合在一起，浑然一体，处处彰显着xx中学人对“时间”的不懈追求。</w:t>
      </w:r>
    </w:p>
    <w:p>
      <w:pPr>
        <w:spacing w:before="100" w:after="200" w:line="360" w:lineRule="auto"/>
        <w:ind w:firstLine="576"/>
        <w:jc w:val="left"/>
      </w:pPr>
      <w:r>
        <w:rPr>
          <w:rFonts w:ascii="宋体" w:eastAsia="宋体" w:hAnsi="宋体"/>
          <w:sz w:val="28"/>
        </w:rPr>
        <w:t>随着社会的发展，德育工作任重道远，德育没有最好只有更好，我们将不断总结经验，开拓创新，争取更大的进步。</w:t>
      </w:r>
    </w:p>
    <w:p>
      <w:pPr>
        <w:spacing w:before="100" w:after="200" w:line="360" w:lineRule="auto"/>
        <w:ind w:firstLine="576"/>
        <w:jc w:val="left"/>
      </w:pPr>
      <w:r>
        <w:rPr>
          <w:rFonts w:ascii="宋体" w:eastAsia="宋体" w:hAnsi="宋体"/>
          <w:sz w:val="28"/>
        </w:rPr>
        <w:t>根据上级关于进一步加强师德建设的意见和我区关于加强教师师德考核工作的精神，我校制定师德方案对全体教师的师德进行考核量化，现总结如下：</w:t>
      </w:r>
    </w:p>
    <w:p>
      <w:pPr>
        <w:spacing w:before="100" w:after="200" w:line="360" w:lineRule="auto"/>
        <w:jc w:val="left"/>
      </w:pPr>
      <w:r>
        <w:rPr>
          <w:rFonts w:ascii="宋体 (中文正文)" w:eastAsia="宋体" w:hAnsi="宋体 (中文正文)"/>
          <w:b/>
          <w:sz w:val="28"/>
        </w:rPr>
        <w:t>一、确定师德考核的范围对象</w:t>
      </w:r>
    </w:p>
    <w:p>
      <w:pPr>
        <w:spacing w:before="100" w:after="200" w:line="360" w:lineRule="auto"/>
        <w:jc w:val="left"/>
      </w:pPr>
      <w:r>
        <w:rPr>
          <w:rFonts w:ascii="宋体 (中文正文)" w:eastAsia="宋体" w:hAnsi="宋体 (中文正文)"/>
          <w:b/>
          <w:sz w:val="28"/>
        </w:rPr>
        <w:t>二、完善教师师德考核备案管理</w:t>
      </w:r>
    </w:p>
    <w:p>
      <w:pPr>
        <w:spacing w:before="100" w:after="200" w:line="360" w:lineRule="auto"/>
        <w:ind w:firstLine="576"/>
        <w:jc w:val="left"/>
      </w:pPr>
      <w:r>
        <w:rPr>
          <w:rFonts w:ascii="宋体" w:eastAsia="宋体" w:hAnsi="宋体"/>
          <w:sz w:val="28"/>
        </w:rPr>
        <w:t>我校实行教师师德考核备案制度，并做为一项重要工作纳入日常管理。教师师德考核每学期一次，考核结束后，学校将考核结果上报教育办，考核档案由学校归档保存。</w:t>
      </w:r>
    </w:p>
    <w:p>
      <w:pPr>
        <w:spacing w:before="100" w:after="200" w:line="360" w:lineRule="auto"/>
        <w:jc w:val="left"/>
      </w:pPr>
      <w:r>
        <w:rPr>
          <w:rFonts w:ascii="宋体 (中文正文)" w:eastAsia="宋体" w:hAnsi="宋体 (中文正文)"/>
          <w:b/>
          <w:sz w:val="28"/>
        </w:rPr>
        <w:t>三、坚持教师师德考核的原则</w:t>
      </w:r>
    </w:p>
    <w:p>
      <w:pPr>
        <w:spacing w:before="100" w:after="200" w:line="360" w:lineRule="auto"/>
        <w:ind w:firstLine="576"/>
        <w:jc w:val="left"/>
      </w:pPr>
      <w:r>
        <w:rPr>
          <w:rFonts w:ascii="宋体" w:eastAsia="宋体" w:hAnsi="宋体"/>
          <w:sz w:val="28"/>
        </w:rPr>
        <w:t>1、坚持教育激励的原则。考核的各项规定和标准主要起正面引导、行为规范、团结鼓励作用。</w:t>
      </w:r>
    </w:p>
    <w:p>
      <w:pPr>
        <w:spacing w:before="100" w:after="200" w:line="360" w:lineRule="auto"/>
        <w:ind w:firstLine="576"/>
        <w:jc w:val="left"/>
      </w:pPr>
      <w:r>
        <w:rPr>
          <w:rFonts w:ascii="宋体" w:eastAsia="宋体" w:hAnsi="宋体"/>
          <w:sz w:val="28"/>
        </w:rPr>
        <w:t>2、坚持基层为主的原则。学校是教师直接管理者和教育者，具体考评工作由学校教导处组织实施。</w:t>
      </w:r>
    </w:p>
    <w:p>
      <w:pPr>
        <w:spacing w:before="100" w:after="200" w:line="360" w:lineRule="auto"/>
        <w:ind w:firstLine="576"/>
        <w:jc w:val="left"/>
      </w:pPr>
      <w:r>
        <w:rPr>
          <w:rFonts w:ascii="宋体" w:eastAsia="宋体" w:hAnsi="宋体"/>
          <w:sz w:val="28"/>
        </w:rPr>
        <w:t>3、坚持实事求是的原则。考评全过程必须以客观事实为依据，始终做到公正、公平、公开。</w:t>
      </w:r>
    </w:p>
    <w:p>
      <w:pPr>
        <w:spacing w:before="100" w:after="200" w:line="360" w:lineRule="auto"/>
        <w:ind w:firstLine="576"/>
        <w:jc w:val="left"/>
      </w:pPr>
      <w:r>
        <w:rPr>
          <w:rFonts w:ascii="宋体" w:eastAsia="宋体" w:hAnsi="宋体"/>
          <w:sz w:val="28"/>
        </w:rPr>
        <w:t>4、坚持科学推进的原则。考评方案立足实际，力求科学合理，切实可行。</w:t>
      </w:r>
    </w:p>
    <w:p>
      <w:pPr>
        <w:spacing w:before="100" w:after="200" w:line="360" w:lineRule="auto"/>
        <w:jc w:val="left"/>
        <w:sectPr w:rsidSect="00034616">
          <w:type w:val="nextPage"/>
          <w:pgSz w:w="11906" w:h="16838"/>
          <w:pgMar w:top="1440" w:right="1440" w:bottom="1440" w:left="1440" w:header="720" w:footer="720" w:gutter="0"/>
          <w:pgNumType w:start="8"/>
          <w:cols w:space="720"/>
          <w:titlePg w:val="0"/>
          <w:docGrid w:linePitch="360"/>
        </w:sectPr>
      </w:pPr>
      <w:r>
        <w:rPr>
          <w:rFonts w:ascii="宋体 (中文正文)" w:eastAsia="宋体" w:hAnsi="宋体 (中文正文)"/>
          <w:b/>
          <w:sz w:val="28"/>
        </w:rPr>
        <w:t>四、创新和完善教师师德考核内容和形式</w:t>
      </w:r>
    </w:p>
    <w:p>
      <w:pPr>
        <w:spacing w:before="100" w:after="200" w:line="360" w:lineRule="auto"/>
        <w:ind w:firstLine="576"/>
        <w:jc w:val="left"/>
      </w:pPr>
      <w:r>
        <w:rPr>
          <w:rFonts w:ascii="宋体" w:eastAsia="宋体" w:hAnsi="宋体"/>
          <w:sz w:val="28"/>
        </w:rPr>
        <w:t>1、师德考核的内容以提高思想政治素质、职业理想、职业道德水平，突出教育行风建设，坚持着力解决师德建设中的突出问题，从“德、能、勤、绩、廉、学”等方面进行综合评价。</w:t>
      </w:r>
    </w:p>
    <w:p>
      <w:pPr>
        <w:spacing w:before="100" w:after="200" w:line="360" w:lineRule="auto"/>
        <w:ind w:firstLine="576"/>
        <w:jc w:val="left"/>
      </w:pPr>
      <w:r>
        <w:rPr>
          <w:rFonts w:ascii="宋体" w:eastAsia="宋体" w:hAnsi="宋体"/>
          <w:sz w:val="28"/>
        </w:rPr>
        <w:t>2、师德考核采取平时与定期、定性与定量相结合的方法，按照教师自评，教师互评，学生评议，家长评议，反馈意见，公示结果，登记备案等程序组织实施。</w:t>
      </w:r>
    </w:p>
    <w:p>
      <w:pPr>
        <w:spacing w:before="100" w:after="200" w:line="360" w:lineRule="auto"/>
        <w:jc w:val="left"/>
      </w:pPr>
      <w:r>
        <w:rPr>
          <w:rFonts w:ascii="宋体 (中文正文)" w:eastAsia="宋体" w:hAnsi="宋体 (中文正文)"/>
          <w:b/>
          <w:sz w:val="28"/>
        </w:rPr>
        <w:t>五、强化教师师德考核结果与奖惩</w:t>
      </w:r>
    </w:p>
    <w:p>
      <w:pPr>
        <w:spacing w:before="100" w:after="200" w:line="360" w:lineRule="auto"/>
        <w:jc w:val="left"/>
      </w:pPr>
      <w:r>
        <w:rPr>
          <w:rFonts w:ascii="宋体 (中文正文)" w:eastAsia="宋体" w:hAnsi="宋体 (中文正文)"/>
          <w:b/>
          <w:sz w:val="28"/>
        </w:rPr>
        <w:t>六、优化教师师德考核工作的合理程序</w:t>
      </w:r>
    </w:p>
    <w:p>
      <w:pPr>
        <w:spacing w:before="100" w:after="200" w:line="360" w:lineRule="auto"/>
        <w:ind w:firstLine="576"/>
        <w:jc w:val="left"/>
      </w:pPr>
      <w:r>
        <w:rPr>
          <w:rFonts w:ascii="宋体" w:eastAsia="宋体" w:hAnsi="宋体"/>
          <w:sz w:val="28"/>
        </w:rPr>
        <w:t>加强教师师德考核制度是推动师德建设新举措，需要不但探索和完善，为了确保师德考核工作有组织、有计划的实施，</w:t>
      </w:r>
    </w:p>
    <w:p>
      <w:pPr>
        <w:spacing w:before="100" w:after="200" w:line="360" w:lineRule="auto"/>
        <w:ind w:firstLine="576"/>
        <w:jc w:val="left"/>
      </w:pPr>
      <w:r>
        <w:rPr>
          <w:rFonts w:ascii="宋体" w:eastAsia="宋体" w:hAnsi="宋体"/>
          <w:sz w:val="28"/>
        </w:rPr>
        <w:t>一是成立教师师德考核工作机构，坚持一把手总负责，落实好组织机构和人员，明确职责，抓好落实；</w:t>
      </w:r>
    </w:p>
    <w:p>
      <w:pPr>
        <w:spacing w:before="100" w:after="200" w:line="360" w:lineRule="auto"/>
        <w:ind w:firstLine="576"/>
        <w:jc w:val="left"/>
      </w:pPr>
      <w:r>
        <w:rPr>
          <w:rFonts w:ascii="宋体" w:eastAsia="宋体" w:hAnsi="宋体"/>
          <w:sz w:val="28"/>
        </w:rPr>
        <w:t>二是按照《方案》、《细则》以及“奖惩制度”精心组织，认真实施；</w:t>
      </w:r>
    </w:p>
    <w:p>
      <w:pPr>
        <w:spacing w:before="100" w:after="200" w:line="360" w:lineRule="auto"/>
        <w:ind w:firstLine="576"/>
        <w:jc w:val="left"/>
      </w:pPr>
      <w:r>
        <w:rPr>
          <w:rFonts w:ascii="宋体" w:eastAsia="宋体" w:hAnsi="宋体"/>
          <w:sz w:val="28"/>
        </w:rPr>
        <w:t>四是对本校教师在师德考核方面出现的重大问题不仅要及时记载，而且要及时处理上报。</w:t>
      </w:r>
    </w:p>
    <w:p>
      <w:pPr>
        <w:spacing w:before="100" w:after="200" w:line="360" w:lineRule="auto"/>
        <w:ind w:firstLine="576"/>
        <w:jc w:val="left"/>
      </w:pPr>
      <w:r>
        <w:rPr>
          <w:rFonts w:ascii="宋体" w:eastAsia="宋体" w:hAnsi="宋体"/>
          <w:sz w:val="28"/>
        </w:rPr>
        <w:t>我校的师德建设，在紧跟师德建设年的步伐，逐一抓好落实的基础上，主要是以打造师德文化为主线，努力使师德建设在高端、精细、扎实、持久、可持续发展的生态面上运行，因而取得了较好的效果。现就将我校师德考核工作总结如下：</w:t>
      </w:r>
    </w:p>
    <w:p>
      <w:pPr>
        <w:spacing w:before="100" w:after="200" w:line="360" w:lineRule="auto"/>
        <w:jc w:val="left"/>
        <w:sectPr w:rsidSect="00034616">
          <w:type w:val="nextPage"/>
          <w:pgSz w:w="11906" w:h="16838"/>
          <w:pgMar w:top="1440" w:right="1440" w:bottom="1440" w:left="1440" w:header="720" w:footer="720" w:gutter="0"/>
          <w:pgNumType w:start="9"/>
          <w:cols w:space="720"/>
          <w:titlePg w:val="0"/>
          <w:docGrid w:linePitch="360"/>
        </w:sectPr>
      </w:pPr>
      <w:r>
        <w:rPr>
          <w:rFonts w:ascii="宋体 (中文正文)" w:eastAsia="宋体" w:hAnsi="宋体 (中文正文)"/>
          <w:b/>
          <w:sz w:val="28"/>
        </w:rPr>
        <w:t>一、成立师德考评领导小组</w:t>
      </w:r>
    </w:p>
    <w:p>
      <w:pPr>
        <w:spacing w:before="100" w:after="200" w:line="360" w:lineRule="auto"/>
        <w:ind w:firstLine="576"/>
        <w:jc w:val="left"/>
      </w:pPr>
      <w:r>
        <w:rPr>
          <w:rFonts w:ascii="宋体" w:eastAsia="宋体" w:hAnsi="宋体"/>
          <w:sz w:val="28"/>
        </w:rPr>
        <w:t>为使我校德师德考评工作落到实处，学校遵循考核公正、公平、公开的原则，成立了银河小学教师师德考核领导小组。组长：白继华（校长）成员：徐国庆（教导主任）何继红（少先大队辅导员）闫学贵（办事员）岳海礼考核领导小组职责：负责学习宣传贺兰县《教师师德师风考核细则》，组织教师进行自评、他评、校评，进行师德师风总结，教育教师自觉遵守《贺兰县教师职业道德规范》和《宁夏回族自治区中小学教师行为“十不准”》。树立良好的教师形象。</w:t>
      </w:r>
    </w:p>
    <w:p>
      <w:pPr>
        <w:spacing w:before="100" w:after="200" w:line="360" w:lineRule="auto"/>
        <w:jc w:val="left"/>
      </w:pPr>
      <w:r>
        <w:rPr>
          <w:rFonts w:ascii="宋体 (中文正文)" w:eastAsia="宋体" w:hAnsi="宋体 (中文正文)"/>
          <w:b/>
          <w:sz w:val="28"/>
        </w:rPr>
        <w:t>二、考核时间安排</w:t>
      </w:r>
    </w:p>
    <w:p>
      <w:pPr>
        <w:spacing w:before="100" w:after="200" w:line="360" w:lineRule="auto"/>
        <w:ind w:firstLine="576"/>
        <w:jc w:val="left"/>
      </w:pPr>
      <w:r>
        <w:rPr>
          <w:rFonts w:ascii="宋体" w:eastAsia="宋体" w:hAnsi="宋体"/>
          <w:sz w:val="28"/>
        </w:rPr>
        <w:t>1、元月15日：教师师德自我总结阶段。</w:t>
      </w:r>
    </w:p>
    <w:p>
      <w:pPr>
        <w:spacing w:before="100" w:after="200" w:line="360" w:lineRule="auto"/>
        <w:ind w:firstLine="576"/>
        <w:jc w:val="left"/>
      </w:pPr>
      <w:r>
        <w:rPr>
          <w:rFonts w:ascii="宋体" w:eastAsia="宋体" w:hAnsi="宋体"/>
          <w:sz w:val="28"/>
        </w:rPr>
        <w:t>2、元月16日：教师师德考核自评阶段。</w:t>
      </w:r>
    </w:p>
    <w:p>
      <w:pPr>
        <w:spacing w:before="100" w:after="200" w:line="360" w:lineRule="auto"/>
        <w:ind w:firstLine="576"/>
        <w:jc w:val="left"/>
      </w:pPr>
      <w:r>
        <w:rPr>
          <w:rFonts w:ascii="宋体" w:eastAsia="宋体" w:hAnsi="宋体"/>
          <w:sz w:val="28"/>
        </w:rPr>
        <w:t>3、元月17日：教师师德考核他评、校评及考核总结阶段。</w:t>
      </w:r>
    </w:p>
    <w:p>
      <w:pPr>
        <w:spacing w:before="100" w:after="200" w:line="360" w:lineRule="auto"/>
        <w:jc w:val="left"/>
      </w:pPr>
      <w:r>
        <w:rPr>
          <w:rFonts w:ascii="宋体 (中文正文)" w:eastAsia="宋体" w:hAnsi="宋体 (中文正文)"/>
          <w:b/>
          <w:sz w:val="28"/>
        </w:rPr>
        <w:t>三、考核组织形式</w:t>
      </w:r>
    </w:p>
    <w:p>
      <w:pPr>
        <w:spacing w:before="100" w:after="200" w:line="360" w:lineRule="auto"/>
        <w:ind w:firstLine="576"/>
        <w:jc w:val="left"/>
      </w:pPr>
      <w:r>
        <w:rPr>
          <w:rFonts w:ascii="宋体" w:eastAsia="宋体" w:hAnsi="宋体"/>
          <w:sz w:val="28"/>
        </w:rPr>
        <w:t>本次考核遵循公平、公正、公开的原则，实行自评、他评、校评相结合的形式，力争使考核工作实事求是、公开透明。</w:t>
      </w:r>
    </w:p>
    <w:p>
      <w:pPr>
        <w:spacing w:before="100" w:after="200" w:line="360" w:lineRule="auto"/>
        <w:ind w:firstLine="576"/>
        <w:jc w:val="left"/>
      </w:pPr>
      <w:r>
        <w:rPr>
          <w:rFonts w:ascii="宋体" w:eastAsia="宋体" w:hAnsi="宋体"/>
          <w:sz w:val="28"/>
        </w:rPr>
        <w:t>1、元月15日，学校召集全体教师集体学习《贺兰县教师师德师风考核细则》，对细则深入理解，使教师明确细则的相关考核评价标准，对自身师德师风情况进行自我定位、自我评价。</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2、教师对自身师德情况进行自我剖析，每位教师都能客观、公正的将自身师德相关情况进行总结，形成书面材料，在考评会上进行总结，其他教师根据书面材料和教师的工作情况进行评议、打分，会上气氛和谐，效果好。</w:t>
      </w:r>
    </w:p>
    <w:p>
      <w:pPr>
        <w:spacing w:before="100" w:after="200" w:line="360" w:lineRule="auto"/>
        <w:ind w:firstLine="576"/>
        <w:jc w:val="left"/>
      </w:pPr>
      <w:r>
        <w:rPr>
          <w:rFonts w:ascii="宋体" w:eastAsia="宋体" w:hAnsi="宋体"/>
          <w:sz w:val="28"/>
        </w:rPr>
        <w:t>3、考评领导小组根据教师日常工作情况并结合教师自评、他评情况客观公正的打分，并及时将考核情况通报教师，形成书面总结和考核结果上报教育办。</w:t>
      </w:r>
    </w:p>
    <w:p>
      <w:pPr>
        <w:spacing w:before="100" w:after="200" w:line="360" w:lineRule="auto"/>
        <w:ind w:firstLine="576"/>
        <w:jc w:val="left"/>
      </w:pPr>
      <w:r>
        <w:rPr>
          <w:rFonts w:ascii="宋体" w:eastAsia="宋体" w:hAnsi="宋体"/>
          <w:sz w:val="28"/>
        </w:rPr>
        <w:t>为提高我校教师的职业道德水平，铸造一支忠诚教育事业、热爱学生、悉心育人、让人民满意的教师队伍。根据上级主管教育部门文件精神，本着公平、公正、公开的原则，并结合学校具体实情，经过周密而细致地工作，圆满完成了本年度的.师德考核任务。现总结如下。</w:t>
      </w:r>
    </w:p>
    <w:p>
      <w:pPr>
        <w:spacing w:before="100" w:after="200" w:line="360" w:lineRule="auto"/>
        <w:jc w:val="left"/>
      </w:pPr>
      <w:r>
        <w:rPr>
          <w:rFonts w:ascii="宋体 (中文正文)" w:eastAsia="宋体" w:hAnsi="宋体 (中文正文)"/>
          <w:b/>
          <w:sz w:val="28"/>
        </w:rPr>
        <w:t>一、宣传学习工作</w:t>
      </w:r>
    </w:p>
    <w:p>
      <w:pPr>
        <w:spacing w:before="100" w:after="200" w:line="360" w:lineRule="auto"/>
        <w:ind w:firstLine="576"/>
        <w:jc w:val="left"/>
      </w:pPr>
      <w:r>
        <w:rPr>
          <w:rFonts w:ascii="宋体" w:eastAsia="宋体" w:hAnsi="宋体"/>
          <w:sz w:val="28"/>
        </w:rPr>
        <w:t>组织教师学习了《xx中学教师职业道德考核办法》，要求教师对照自己的工作与表现，深刻地剖析自己。为做到考核工作深入人心，考核内容和考核方法人人皆知，还组织教师认真学习有关考核文件，宣传考核目的，明确考核时间和步骤。</w:t>
      </w:r>
    </w:p>
    <w:p>
      <w:pPr>
        <w:spacing w:before="100" w:after="200" w:line="360" w:lineRule="auto"/>
        <w:jc w:val="left"/>
      </w:pPr>
      <w:r>
        <w:rPr>
          <w:rFonts w:ascii="宋体 (中文正文)" w:eastAsia="宋体" w:hAnsi="宋体 (中文正文)"/>
          <w:b/>
          <w:sz w:val="28"/>
        </w:rPr>
        <w:t>二、组织考核</w:t>
      </w:r>
    </w:p>
    <w:p>
      <w:pPr>
        <w:spacing w:before="100" w:after="200" w:line="360" w:lineRule="auto"/>
        <w:ind w:firstLine="576"/>
        <w:jc w:val="left"/>
      </w:pPr>
      <w:r>
        <w:rPr>
          <w:rFonts w:ascii="宋体" w:eastAsia="宋体" w:hAnsi="宋体"/>
          <w:sz w:val="28"/>
        </w:rPr>
        <w:t>1、学生评价。每班下发xx张评价表，要求学生对自己的任课教师逐条作出评价。高年级学生自己独立完成对教师的评价，准许低年级学生将表格带回家同监护人共同完成，收集整理后，作为考核的参考资料。</w:t>
      </w:r>
    </w:p>
    <w:p>
      <w:pPr>
        <w:spacing w:before="100" w:after="200" w:line="360" w:lineRule="auto"/>
        <w:ind w:firstLine="576"/>
        <w:jc w:val="left"/>
      </w:pPr>
      <w:r>
        <w:rPr>
          <w:rFonts w:ascii="宋体" w:eastAsia="宋体" w:hAnsi="宋体"/>
          <w:sz w:val="28"/>
        </w:rPr>
        <w:t>2、家长评价。每班下发xx张评价表，要求学生家长对孩子的任课教师逐条作出评价。</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3、教师互评和师德管理机构考核工作评分，每位教师对本办公室全体教师进行评分，要求做到严肃、认真、客观、公正，不打击报复。学校师德管理机构考核工作评分同时进行，及时收集评分表，过期交表作弃权处理。这样教师之间的评分相对保密，以免出现“人情分”和教师之间互相猜疑、影响团结的现象。</w:t>
      </w:r>
    </w:p>
    <w:p>
      <w:pPr>
        <w:spacing w:before="100" w:after="200" w:line="360" w:lineRule="auto"/>
        <w:jc w:val="left"/>
      </w:pPr>
      <w:r>
        <w:rPr>
          <w:rFonts w:ascii="宋体 (中文正文)" w:eastAsia="宋体" w:hAnsi="宋体 (中文正文)"/>
          <w:b/>
          <w:sz w:val="28"/>
        </w:rPr>
        <w:t>三、统计成绩</w:t>
      </w:r>
    </w:p>
    <w:p>
      <w:pPr>
        <w:spacing w:before="100" w:after="200" w:line="360" w:lineRule="auto"/>
        <w:ind w:firstLine="576"/>
        <w:jc w:val="left"/>
      </w:pPr>
      <w:r>
        <w:rPr>
          <w:rFonts w:ascii="宋体" w:eastAsia="宋体" w:hAnsi="宋体"/>
          <w:sz w:val="28"/>
        </w:rPr>
        <w:t>将所有教师的互评分、师德管理机构评分、学生和家长评价表等录入电脑，算出参评人数的均分，工作组评分累计相加。将每位教师的四项评分相加，</w:t>
      </w:r>
    </w:p>
    <w:p>
      <w:pPr>
        <w:spacing w:before="100" w:after="200" w:line="360" w:lineRule="auto"/>
        <w:jc w:val="left"/>
      </w:pPr>
      <w:r>
        <w:rPr>
          <w:rFonts w:ascii="宋体 (中文正文)" w:eastAsia="宋体" w:hAnsi="宋体 (中文正文)"/>
          <w:b/>
          <w:sz w:val="28"/>
        </w:rPr>
        <w:t>四、效果</w:t>
      </w:r>
    </w:p>
    <w:p>
      <w:pPr>
        <w:spacing w:before="100" w:after="200" w:line="360" w:lineRule="auto"/>
        <w:ind w:firstLine="576"/>
        <w:jc w:val="left"/>
      </w:pPr>
      <w:r>
        <w:rPr>
          <w:rFonts w:ascii="宋体" w:eastAsia="宋体" w:hAnsi="宋体"/>
          <w:sz w:val="28"/>
        </w:rPr>
        <w:t>通过教师职业道德考核评价，加强了师德建设的力度，提高了教师整体职业道德水平。学校重视了师德师风建设，从教师个人师德考核分数来看教师队伍整体风貌是积极向上的，进取精神很强。另外一年来教师队伍的政治思想素质及师德师风水平提高的很快，涌现出许多动人的事迹。</w:t>
      </w:r>
    </w:p>
    <w:p>
      <w:pPr>
        <w:spacing w:before="100" w:after="200" w:line="360" w:lineRule="auto"/>
        <w:ind w:firstLine="576"/>
        <w:jc w:val="left"/>
      </w:pPr>
      <w:r>
        <w:rPr>
          <w:rFonts w:ascii="宋体" w:eastAsia="宋体" w:hAnsi="宋体"/>
          <w:sz w:val="28"/>
        </w:rPr>
        <w:t>总之我们通过狠抓师德师风建设工作，把师德评价作为师德建设的重要组成部分，做到制度完善、加强过程管理，发现问题及时处理，保证师德建设有成效。我们将在今后的工作中，不断总结经验，进一步提高。</w:t>
      </w:r>
    </w:p>
    <w:p>
      <w:pPr>
        <w:spacing w:before="100" w:after="200" w:line="360" w:lineRule="auto"/>
        <w:ind w:firstLine="576"/>
        <w:jc w:val="left"/>
      </w:pPr>
      <w:r>
        <w:rPr>
          <w:rFonts w:ascii="宋体" w:eastAsia="宋体" w:hAnsi="宋体"/>
          <w:sz w:val="28"/>
        </w:rPr>
        <w:t>在紧张忙碌的工作中，一个学年又过去了。一年结束之际，回顾着一年的学习、工作，颇感有总结提高的必要。我认为，教师的政治思想和道德品质集中体现在教师职业责任心上，做为一个人民教师，在教学上应有强烈的责任心，这种责任心我想主要体现在以下几个方面：</w:t>
      </w:r>
    </w:p>
    <w:p>
      <w:pPr>
        <w:spacing w:before="100" w:after="200" w:line="360" w:lineRule="auto"/>
        <w:jc w:val="left"/>
      </w:pPr>
      <w:r>
        <w:rPr>
          <w:rFonts w:ascii="宋体 (中文正文)" w:eastAsia="宋体" w:hAnsi="宋体 (中文正文)"/>
          <w:b/>
          <w:sz w:val="28"/>
        </w:rPr>
        <w:t>一、爱岗敬业，忠于教育事业</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p>
    <w:p>
      <w:pPr>
        <w:spacing w:before="100" w:after="200" w:line="360" w:lineRule="auto"/>
        <w:ind w:firstLine="576"/>
        <w:jc w:val="left"/>
      </w:pPr>
      <w:r>
        <w:rPr>
          <w:rFonts w:ascii="宋体" w:eastAsia="宋体" w:hAnsi="宋体"/>
          <w:sz w:val="28"/>
        </w:rPr>
        <w:t>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对教师职业的热爱，忠于教育事业，爱岗敬业是作为一名合格教师必须具备的职业道德。通过自己的教学使学生具备了相关的知识，看着自己付出的努力获得了回报，内心充满了成就感，在教学工作中也就有</w:t>
      </w:r>
    </w:p>
    <w:p>
      <w:pPr>
        <w:spacing w:before="100" w:after="200" w:line="360" w:lineRule="auto"/>
        <w:jc w:val="left"/>
      </w:pPr>
      <w:r>
        <w:rPr>
          <w:rFonts w:ascii="宋体 (中文正文)" w:eastAsia="宋体" w:hAnsi="宋体 (中文正文)"/>
          <w:b/>
          <w:sz w:val="28"/>
        </w:rPr>
        <w:t>二、热爱学生，平等对待每一位学生。</w:t>
      </w:r>
    </w:p>
    <w:p>
      <w:pPr>
        <w:spacing w:before="100" w:after="200" w:line="360" w:lineRule="auto"/>
        <w:ind w:firstLine="576"/>
        <w:jc w:val="left"/>
      </w:pPr>
      <w:r>
        <w:rPr>
          <w:rFonts w:ascii="宋体" w:eastAsia="宋体" w:hAnsi="宋体"/>
          <w:sz w:val="28"/>
        </w:rPr>
        <w:t>关心学生，热爱学生，平等对待学生是新时期教育老师必须具备的学生观。热爱学生，尊重学生的人格，才会关心学生，了解学生，公正地对待每一个学生，才不失师德风范。但人非圣贤，熟能无过。更何况是尚未成年的孩子。学生犯了错误，也不能不管。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spacing w:before="100" w:after="200" w:line="360" w:lineRule="auto"/>
        <w:jc w:val="left"/>
      </w:pPr>
      <w:r>
        <w:rPr>
          <w:rFonts w:ascii="宋体 (中文正文)" w:eastAsia="宋体" w:hAnsi="宋体 (中文正文)"/>
          <w:b/>
          <w:sz w:val="28"/>
        </w:rPr>
        <w:t>三、努力提高自身教学水平</w:t>
      </w:r>
    </w:p>
    <w:p>
      <w:pPr>
        <w:spacing w:before="100" w:after="200" w:line="360" w:lineRule="auto"/>
        <w:ind w:firstLine="576"/>
        <w:jc w:val="left"/>
      </w:pPr>
      <w:r>
        <w:rPr>
          <w:rFonts w:ascii="宋体" w:eastAsia="宋体" w:hAnsi="宋体"/>
          <w:sz w:val="28"/>
        </w:rPr>
        <w:t>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另一方面，每个人都有他不同于其他人的长处和优点，学生在方面超越教师的可能性甚大，所以，老师应该对学生的人格、思想、情感、意志给予充分的尊重。</w:t>
      </w:r>
    </w:p>
    <w:p>
      <w:pPr>
        <w:spacing w:before="100" w:after="200" w:line="360" w:lineRule="auto"/>
        <w:jc w:val="left"/>
      </w:pPr>
      <w:r>
        <w:rPr>
          <w:rFonts w:ascii="宋体 (中文正文)" w:eastAsia="宋体" w:hAnsi="宋体 (中文正文)"/>
          <w:b/>
          <w:sz w:val="28"/>
        </w:rPr>
        <w:t>四、努力提高自身道德修养</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https://d.book118.com/198124014111006046</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3"/>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198124014111006046"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