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14:paraId="7F7A67AA" w14:textId="0AE8485B">
      <w:pPr>
        <w:pStyle w:val="Heading1"/>
        <w:jc w:val="center"/>
        <w:rPr>
          <w:rFonts w:hint="eastAsia"/>
          <w:lang w:eastAsia="zh-CN"/>
        </w:rPr>
      </w:pPr>
      <w:r>
        <w:rPr>
          <w:sz w:val="44"/>
          <w:lang w:eastAsia="zh-CN"/>
        </w:rPr>
        <w:t>技术部个人年度工作总结（34篇）</w:t>
      </w:r>
    </w:p>
    <w:p w:rsidR="001B1F19" w14:paraId="15E7D7A0" w14:textId="27C3F48A">
      <w:pPr>
        <w:rPr>
          <w:rFonts w:hint="eastAsia"/>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技术部个人年度工作总结（精选34篇）</w:t>
      </w:r>
      <w:r>
        <w:rPr>
          <w:lang w:eastAsia="zh-CN"/>
        </w:rPr>
        <w:br/>
      </w:r>
      <w:r>
        <w:rPr>
          <w:lang w:eastAsia="zh-CN"/>
        </w:rPr>
        <w:t xml:space="preserve">    技术部个人年度工作总结 篇1 </w:t>
      </w:r>
      <w:r>
        <w:rPr>
          <w:lang w:eastAsia="zh-CN"/>
        </w:rPr>
        <w:br/>
      </w:r>
      <w:r>
        <w:rPr>
          <w:lang w:eastAsia="zh-CN"/>
        </w:rPr>
        <w:t>　　光阴似箭，紧张而有序的一年又将要过去了，转眼已由新员工变成了老员工。翻看这一年来的工作日志，回顾着这忙碌、充实而又紧张、愉快的一年，总有些感慨。自加入公司以来，我已很好的融入公司团队中，在公司领导及各位同事的支持与帮助下，严格要求自己，很好地完成了各项工作。通过自己的学习与工作，工作模式上也有了新的突破。为了今后更好的工作，总结经验、吸取教训，本人就本年度的工作总结如下：</w:t>
      </w:r>
      <w:r>
        <w:rPr>
          <w:lang w:eastAsia="zh-CN"/>
        </w:rPr>
        <w:br/>
      </w:r>
      <w:r>
        <w:rPr>
          <w:lang w:eastAsia="zh-CN"/>
        </w:rPr>
        <w:t>　　工作总结</w:t>
      </w:r>
      <w:r>
        <w:rPr>
          <w:lang w:eastAsia="zh-CN"/>
        </w:rPr>
        <w:br/>
      </w:r>
      <w:r>
        <w:rPr>
          <w:lang w:eastAsia="zh-CN"/>
        </w:rPr>
        <w:t>　　1. 和张锐配合制作电子农务一村一品版块并进行日常的维护。目前我们电子农务一村一品版块已经可以实现动态数据的添加和维护，前台以动态图片的形式进行展示(除一村一品版块首页外，考虑到单个页面承受的数据量过大的问题)，做到一个动态图库的要求，达到原计划的目标。</w:t>
      </w:r>
      <w:r>
        <w:rPr>
          <w:lang w:eastAsia="zh-CN"/>
        </w:rPr>
        <w:br/>
      </w:r>
      <w:r>
        <w:rPr>
          <w:lang w:eastAsia="zh-CN"/>
        </w:rPr>
        <w:t>　　2.</w:t>
      </w:r>
      <w:r>
        <w:rPr>
          <w:lang w:eastAsia="zh-CN"/>
        </w:rPr>
        <w:t xml:space="preserve"> 制作公司内部网(OA系统)。公司内部网已经使用有很长一段时间了，从刚开始的access库更换到现在的sql</w:t>
      </w:r>
    </w:p>
    <w:p w:rsidR="001B1F19" w14:textId="27C3F48A">
      <w:pPr>
        <w:rPr>
          <w:rFonts w:hint="eastAsia"/>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xml:space="preserve"> server库，后台管理上做了一个完全的改变，增加了很多功能，有利于各个部门经理的管理，可以很方便的查看其下属的工作日志，可以很方便的安排下属的工作，考虑到公司的发展壮大，目前已经在各地有几个分公司，此系统能够很好的安排查看分公司的工作情况，有利于工作监督。从目前的使用上来看，由于我们用到内网的时候不是很多(交日志)，没有过多用到此系统，建议部门主管可以经常使用个人办公事-任务管理功能来给下属布置任务(远距离)，发挥我们内网的更多作用。</w:t>
      </w:r>
      <w:r>
        <w:rPr>
          <w:lang w:eastAsia="zh-CN"/>
        </w:rPr>
        <w:br/>
      </w:r>
      <w:r>
        <w:rPr>
          <w:lang w:eastAsia="zh-CN"/>
        </w:rPr>
        <w:t>　　3. 和张锐斌库等配合开发完成中国农业电子商务网(现在还在继续开发中)。这项工作现在也在继续开发中，并且是一项长期的工作。而且目前正在改版价格行情版块，下周可以完成这个版块的改版工作。在做这项工作时和张锐，斌库的合作也让我非常愉快，我们配合的非常默契，同时学习了很多技术知识，自己的能力得到了迅速的提高。</w:t>
      </w:r>
      <w:r>
        <w:rPr>
          <w:lang w:eastAsia="zh-CN"/>
        </w:rPr>
        <w:br/>
      </w:r>
      <w:r>
        <w:rPr>
          <w:lang w:eastAsia="zh-CN"/>
        </w:rPr>
        <w:t>　　4. 自身不断的学习，向书本学习、向周围的领导学习，向同事学习，感觉自己有了一定的进步。经过不断学习、不断积累，具备了更加丰富的工作经验，能够从容地处理日常工作中出现的各类问题，综合分析能力、协调办事能力和技术能力等方面，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r>
        <w:rPr>
          <w:lang w:eastAsia="zh-CN"/>
        </w:rPr>
        <w:br/>
      </w:r>
      <w:r>
        <w:rPr>
          <w:lang w:eastAsia="zh-CN"/>
        </w:rPr>
        <w:t xml:space="preserve">    技术部个人年度工作总结 篇2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一、工艺技术管理</w:t>
      </w:r>
      <w:r>
        <w:rPr>
          <w:lang w:eastAsia="zh-CN"/>
        </w:rPr>
        <w:br/>
      </w:r>
      <w:r>
        <w:rPr>
          <w:lang w:eastAsia="zh-CN"/>
        </w:rPr>
        <w:t>　　1、梳理完善了工艺管理制度及工艺指标考核办法。</w:t>
      </w:r>
      <w:r>
        <w:rPr>
          <w:lang w:eastAsia="zh-CN"/>
        </w:rPr>
        <w:br/>
      </w:r>
      <w:r>
        <w:rPr>
          <w:lang w:eastAsia="zh-CN"/>
        </w:rPr>
        <w:t>　　2、完成各岗位操作规程的重新修订的初稿为保障装置安全经济运行打下了良好的基础。</w:t>
      </w:r>
      <w:r>
        <w:rPr>
          <w:lang w:eastAsia="zh-CN"/>
        </w:rPr>
        <w:br/>
      </w:r>
      <w:r>
        <w:rPr>
          <w:lang w:eastAsia="zh-CN"/>
        </w:rPr>
        <w:t>　　3、针对我公司在技术组织方面存在的问题，制定了论文征集办法，督促各部门论文上交及审查，截止到11月底共收到论文18篇，并进一步督促征集。</w:t>
      </w:r>
      <w:r>
        <w:rPr>
          <w:lang w:eastAsia="zh-CN"/>
        </w:rPr>
        <w:br/>
      </w:r>
      <w:r>
        <w:rPr>
          <w:lang w:eastAsia="zh-CN"/>
        </w:rPr>
        <w:t>　　4、生产指标的检查，每天安排专人对生产工艺指标进行检查，对不符合要求的指标进行统计，提出不合格项，月底将检查结果进行分析总结，并督促各班组加强控制各项工艺指标。截止11月底累计抽查工艺指标共计7978项。查出不合格项158项，指标合格率为98%。</w:t>
      </w:r>
      <w:r>
        <w:rPr>
          <w:lang w:eastAsia="zh-CN"/>
        </w:rPr>
        <w:br/>
      </w:r>
      <w:r>
        <w:rPr>
          <w:lang w:eastAsia="zh-CN"/>
        </w:rPr>
        <w:t>　　5、每月进行一次技术分析，对生产中存在的好的方面和问题进行归纳，指导下一个月的生产。对生产装置运行情况及时分析，及时调整工艺指标，截止到11月底共调整工艺指标31次，新增工艺指标14项。</w:t>
      </w:r>
      <w:r>
        <w:rPr>
          <w:lang w:eastAsia="zh-CN"/>
        </w:rPr>
        <w:br/>
      </w:r>
      <w:r>
        <w:rPr>
          <w:lang w:eastAsia="zh-CN"/>
        </w:rPr>
        <w:t>　　6、积极配合公司iso9001：20__《质量管理体系要求》、iso14001：20__《环境管理体系要求及使用指南》、iso18001：1999《职业健康安全管理体系规范》三大体系认证工作。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7、加强班组建设，强化基础管理，确保安全生产。技术部一直将班组各项管理工作标准化、制度化、日常化作为一项重要工作来抓。每周五班组活动检查工艺指标，对不合格项进行考核，并督促操作人员精心控制，日常安全活动记录、班组培训等标准化。</w:t>
      </w:r>
      <w:r>
        <w:rPr>
          <w:lang w:eastAsia="zh-CN"/>
        </w:rPr>
        <w:br/>
      </w:r>
      <w:r>
        <w:rPr>
          <w:lang w:eastAsia="zh-CN"/>
        </w:rPr>
        <w:t>　　二、能源计量管理</w:t>
      </w:r>
      <w:r>
        <w:rPr>
          <w:lang w:eastAsia="zh-CN"/>
        </w:rPr>
        <w:br/>
      </w:r>
      <w:r>
        <w:rPr>
          <w:lang w:eastAsia="zh-CN"/>
        </w:rPr>
        <w:t>　　在能源管理方面，梳理了《节能管理实施细则》、《能源计量管理办法》、《节约用电管理制度》、《能源管理办法》、《能源计量及计量器具配备管理制度》、《能源定额管理考核实施办法》等制度。</w:t>
      </w:r>
      <w:r>
        <w:rPr>
          <w:lang w:eastAsia="zh-CN"/>
        </w:rPr>
        <w:br/>
      </w:r>
      <w:r>
        <w:rPr>
          <w:lang w:eastAsia="zh-CN"/>
        </w:rPr>
        <w:t>　　较好完成了20__年国家节能技术改造财政奖励项目《甲醇驰放气余压利用项目资金申请报告》的编制工作和《省级“两型”试点企业申报材料》的编制工作。为企业合理利用政策创建良好发展环境，提升企业的竞争力发挥了重要作用。</w:t>
      </w:r>
      <w:r>
        <w:rPr>
          <w:lang w:eastAsia="zh-CN"/>
        </w:rPr>
        <w:br/>
      </w:r>
      <w:r>
        <w:rPr>
          <w:lang w:eastAsia="zh-CN"/>
        </w:rPr>
        <w:t>　　三、技术创新技改管理</w:t>
      </w:r>
      <w:r>
        <w:rPr>
          <w:lang w:eastAsia="zh-CN"/>
        </w:rPr>
        <w:br/>
      </w:r>
      <w:r>
        <w:rPr>
          <w:lang w:eastAsia="zh-CN"/>
        </w:rPr>
        <w:t>　　技术部克服部门人员少，技改任务重的困难，多次组织技改项目的讨论会议，详细讨论安排了技改工作，广泛听取大家对技改项目提出的整改建议，并制定了各项技改项目的实施方案。对各项技改所用设备材料逐一核实，做到心中有数，共组织实施技改项目8项，较好地完成了技改任务。</w:t>
      </w:r>
      <w:r>
        <w:rPr>
          <w:lang w:eastAsia="zh-CN"/>
        </w:rPr>
        <w:br/>
      </w:r>
      <w:r>
        <w:rPr>
          <w:lang w:eastAsia="zh-CN"/>
        </w:rPr>
        <w:t>　　1、完成综合加热炉炉膛负压改造项目，通过扩大引风道很好的解决了综合加热炉炉膛负压不足的问题，提高了综合加热炉的使用寿命，确保设备的安全运行。</w:t>
      </w:r>
      <w:r>
        <w:rPr>
          <w:lang w:eastAsia="zh-CN"/>
        </w:rPr>
        <w:br/>
      </w:r>
      <w:r>
        <w:rPr>
          <w:lang w:eastAsia="zh-CN"/>
        </w:rPr>
        <w:t>　　2、完成了提升转化后系统设备压力等级项目，通过更换常温氧化锌槽、气液分离器，提高了设备压力等级。满足了系统需要的压力。</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3、完成了联合压缩机汽轮机增加抽气器项目。</w:t>
      </w:r>
      <w:r>
        <w:rPr>
          <w:lang w:eastAsia="zh-CN"/>
        </w:rPr>
        <w:br/>
      </w:r>
      <w:r>
        <w:rPr>
          <w:lang w:eastAsia="zh-CN"/>
        </w:rPr>
        <w:t>　　4、完成了循环水补水软化项目，为解决夏季制约安全稳定生产的循环水系统结垢、停车清洗问题。</w:t>
      </w:r>
      <w:r>
        <w:rPr>
          <w:lang w:eastAsia="zh-CN"/>
        </w:rPr>
        <w:br/>
      </w:r>
      <w:r>
        <w:rPr>
          <w:lang w:eastAsia="zh-CN"/>
        </w:rPr>
        <w:t>　　5、完成了循环水增加凉水塔项目。项目6月初进入试车调试阶段，项目的完成为甲醇装置安全渡过夏季将发挥重要作用。</w:t>
      </w:r>
      <w:r>
        <w:rPr>
          <w:lang w:eastAsia="zh-CN"/>
        </w:rPr>
        <w:br/>
      </w:r>
      <w:r>
        <w:rPr>
          <w:lang w:eastAsia="zh-CN"/>
        </w:rPr>
        <w:t>　　6、完成新增小合成塔项目的技术论证工作和施工图纸的会审定稿工作，值得一提的是，技术部做了大量配管图的修改工作，根据现场情况给水、蒸汽管线进行了重新布置，新设计增加了dn200的氮气管线，为小合成系统早日投运发挥的重大作用。年可增加甲醇产量6000吨以上，提高装置产能，达到节能减排的目的。</w:t>
      </w:r>
      <w:r>
        <w:rPr>
          <w:lang w:eastAsia="zh-CN"/>
        </w:rPr>
        <w:br/>
      </w:r>
      <w:r>
        <w:rPr>
          <w:lang w:eastAsia="zh-CN"/>
        </w:rPr>
        <w:t>　　7、完成了精脱硫钝化、硫化管线项目中的小加氢罐、二级加氢罐的预留口及一、二级加氢的可串可并管线#锅炉煤改气的技术论证和前期准备及实施工作，8月18日点火试运一次成功，为稳定甲醇装置的安全稳定运行发挥了重要作用。</w:t>
      </w:r>
      <w:r>
        <w:rPr>
          <w:lang w:eastAsia="zh-CN"/>
        </w:rPr>
        <w:br/>
      </w:r>
      <w:r>
        <w:rPr>
          <w:lang w:eastAsia="zh-CN"/>
        </w:rPr>
        <w:t>　　四、检修和大修的技术管理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从去年年底开始，技术部依照计划对所有后续需要留口甩头的部位组织生产部、生产车间、土建组、施工单位五方制定详细周密施工方案和措施，对每一个碰口进行现场标识，明确责任人，需要挖沟、挖坑的的部位在4月28号已全部挖完并组织相关单位现场验收合格。此次大修需要清洗清洗换热设备设备43台套，为确保保质保量按时完成，技术部精心组织，与车间、清洗单位研究制定施工方案、工作流程及安全技术措施，清洗过程中全程监督，清洗结束立即组织相关部门联合验收，保证了设备即时回装为大修赢得了时间。大修期间盯在现场，随时处理现场出现的问题，在清洗空分空压缩机级间冷却器的过程中电气检修停电，为了保证第二天空分达到开车条件，技术部打破常规，提出采用消防车拉水的紧急措施，保证了清洗的进行，为下一步的安全生产奠定了良好的基础。</w:t>
      </w:r>
      <w:r>
        <w:rPr>
          <w:lang w:eastAsia="zh-CN"/>
        </w:rPr>
        <w:br/>
      </w:r>
      <w:r>
        <w:rPr>
          <w:lang w:eastAsia="zh-CN"/>
        </w:rPr>
        <w:t>　　安排施工单位完成了检修后的防腐保温修补工作，共计完成约万元的工程量。</w:t>
      </w:r>
      <w:r>
        <w:rPr>
          <w:lang w:eastAsia="zh-CN"/>
        </w:rPr>
        <w:br/>
      </w:r>
      <w:r>
        <w:rPr>
          <w:lang w:eastAsia="zh-CN"/>
        </w:rPr>
        <w:t>　　五、工作中存在的不足和教训</w:t>
      </w:r>
      <w:r>
        <w:rPr>
          <w:lang w:eastAsia="zh-CN"/>
        </w:rPr>
        <w:br/>
      </w:r>
      <w:r>
        <w:rPr>
          <w:lang w:eastAsia="zh-CN"/>
        </w:rPr>
        <w:t>　　1、工艺指标的制定考核仍然存在漏洞，具体体现在综合加热炉辐射段温度测点和焦炉气加热炉对流段温度测点没有作为重要工艺指标纳入工艺指标考核体系也是炉管烧坏的一个因素。</w:t>
      </w:r>
      <w:r>
        <w:rPr>
          <w:lang w:eastAsia="zh-CN"/>
        </w:rPr>
        <w:br/>
      </w:r>
      <w:r>
        <w:rPr>
          <w:lang w:eastAsia="zh-CN"/>
        </w:rPr>
        <w:t>　　2、技术分析深度不够，重视局部缺少全面系统分析，主要体现在6月29日综合加热炉南侧炉管烧坏，原因分析时偏偏忽略了出口管线的u型弯会出现水封的现象；3月7日焦炉气加热炉辐射段爆管后仅考虑辐射段更换管材忽略了对流段炉管也存在安全隐患。11.28焦炉气加热炉对流段爆管事故再次警示我们：消除当前的隐患的同时一定要系统评估、分析、研判潜在的隐患。</w:t>
      </w:r>
      <w:r>
        <w:rPr>
          <w:lang w:eastAsia="zh-CN"/>
        </w:rPr>
        <w:br/>
      </w:r>
      <w:r>
        <w:rPr>
          <w:lang w:eastAsia="zh-CN"/>
        </w:rPr>
        <w:t>　　3、对循环水旁滤器设备的性能认识不足，简单地认为更换滤料就能提高截污能力，而实践证明因旁滤器本身的设计缺陷，更换滤料的效果并不明显。</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4、对预处理系统运行没有引起足够重视，对产生的后果认识不足，没有真正充分发挥其脱焦油脱奈、粗脱硫的作用，造成后续处理难度增大，焦炉气压缩机检修、倒机频繁，成本增加，焦油进入加热炉炉管造成炭聚集，引起炉管过热，存在重大安全隐患。</w:t>
      </w:r>
      <w:r>
        <w:rPr>
          <w:lang w:eastAsia="zh-CN"/>
        </w:rPr>
        <w:br/>
      </w:r>
      <w:r>
        <w:rPr>
          <w:lang w:eastAsia="zh-CN"/>
        </w:rPr>
        <w:t>　　5、能源管理重统计，轻分析，没有对系统各个环节能耗进行能耗分析进而对整个装置能源平衡进行系统分析，从而找出节能降耗的具体办法。</w:t>
      </w:r>
      <w:r>
        <w:rPr>
          <w:lang w:eastAsia="zh-CN"/>
        </w:rPr>
        <w:br/>
      </w:r>
      <w:r>
        <w:rPr>
          <w:lang w:eastAsia="zh-CN"/>
        </w:rPr>
        <w:t>　　在明年的工作中，克服我们工作中的短板和缺点，做好各项日常工作；完成好各级领导交办的各项任务；依靠科技手段解决生产过程中影响安全、稳定、经济运行的因素，为公司确定的各项目标任务保驾护航。</w:t>
      </w:r>
      <w:r>
        <w:rPr>
          <w:lang w:eastAsia="zh-CN"/>
        </w:rPr>
        <w:br/>
      </w:r>
      <w:r>
        <w:rPr>
          <w:lang w:eastAsia="zh-CN"/>
        </w:rPr>
        <w:t xml:space="preserve">    技术部个人年度工作总结 篇3 </w:t>
      </w:r>
      <w:r>
        <w:rPr>
          <w:lang w:eastAsia="zh-CN"/>
        </w:rPr>
        <w:br/>
      </w:r>
      <w:r>
        <w:rPr>
          <w:lang w:eastAsia="zh-CN"/>
        </w:rPr>
        <w:t>　　创新是推动人类社会进步的生产力，创新是民族进步的灵魂，是企业做大做强的根本。本人自担任刘东煤矿生产矿长以来，从矿井的发展着手，切实把加快自主创新、引进科技成果作为转变矿井发展方式，加大新设备、新工艺的引入和使用力度，牢牢跟进煤矿的科技发展步伐，带领全矿广大干工坚持以科学发展为第一要务，坚持走以“科技强矿，人才兴矿”的发展路线，进一步提高矿井的自动化程度和安全系数，努力打造本质安全型矿井。着力提升矿井形象，争创一流的标杆企业，以全面提</w:t>
      </w:r>
      <w:r>
        <w:rPr>
          <w:lang w:eastAsia="zh-CN"/>
        </w:rPr>
        <w:br/>
      </w:r>
      <w:r>
        <w:rPr>
          <w:lang w:eastAsia="zh-CN"/>
        </w:rPr>
        <w:t>　　高企业的核心竞争力。以管理创新和技术创新为双驱，着力打造创新型企业。</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通过几年的发展，已初步将我矿打造成了淮北地方煤矿的领军企业，成为集团的人才、科技输出基地，为集团的后继发展提供了强劲的活力，为企业的发展提供了有力基础。现将本人近年以来的科技工作总结汇报如下：</w:t>
      </w:r>
      <w:r>
        <w:rPr>
          <w:lang w:eastAsia="zh-CN"/>
        </w:rPr>
        <w:br/>
      </w:r>
      <w:r>
        <w:rPr>
          <w:lang w:eastAsia="zh-CN"/>
        </w:rPr>
        <w:t>　　一、立足矿井发展，引进高新技术</w:t>
      </w:r>
      <w:r>
        <w:rPr>
          <w:lang w:eastAsia="zh-CN"/>
        </w:rPr>
        <w:br/>
      </w:r>
      <w:r>
        <w:rPr>
          <w:lang w:eastAsia="zh-CN"/>
        </w:rPr>
        <w:t>　　近年以来为进一步提高矿井机械化程度，实现减人增效的目的，我矿逐步引进并加以创造性的改造了矿井的运输系统、工作面支架、机械化掘进等技术设备。</w:t>
      </w:r>
      <w:r>
        <w:rPr>
          <w:lang w:eastAsia="zh-CN"/>
        </w:rPr>
        <w:br/>
      </w:r>
      <w:r>
        <w:rPr>
          <w:lang w:eastAsia="zh-CN"/>
        </w:rPr>
        <w:t>　　1、购进悬移支架，实现移架自动化</w:t>
      </w:r>
      <w:r>
        <w:rPr>
          <w:lang w:eastAsia="zh-CN"/>
        </w:rPr>
        <w:br/>
      </w:r>
      <w:r>
        <w:rPr>
          <w:lang w:eastAsia="zh-CN"/>
        </w:rPr>
        <w:t>　　我矿工作面主要以炮采为主，使用金属单体支柱配合铰接顶梁进行支护，使用该方法需要消耗大量的笆片、背板、扎绳等材料，且工作面在顶板较差时，还需要大量的木方进行接顶，每班次均需要进行移溜打柱等工作量，工人的劳动强度较大。在引进悬移支架后，一方面减少了材料消耗，该支架采用整体悬移顶盖式支撑，除对局部漏顶外可以不进行支护外，还可以减少炮后过顶的工作，利用翻转梁即可以对暴露的煤顶进行支护；另一方面，工作面可以实现不间断生产，当悬移支架推到位后，整个回采工序完成了一个循环，除了设备检修的时间外，工作面可以实现不间断循环作业。</w:t>
      </w:r>
      <w:r>
        <w:rPr>
          <w:lang w:eastAsia="zh-CN"/>
        </w:rPr>
        <w:br/>
      </w:r>
      <w:r>
        <w:rPr>
          <w:lang w:eastAsia="zh-CN"/>
        </w:rPr>
        <w:t>　　2、启用综掘机，实现机械化掘进</w:t>
      </w:r>
      <w:r>
        <w:rPr>
          <w:lang w:eastAsia="zh-CN"/>
        </w:rPr>
        <w:br/>
      </w:r>
      <w:r>
        <w:rPr>
          <w:lang w:eastAsia="zh-CN"/>
        </w:rPr>
        <w:t>　　为了提高本矿的单进水平，减缓矿井的接续压力，实现煤巷掘进机械化，我主持重新启用了综掘机来投入到我矿的新区生产中来，对列为我矿的接续重点的南二水平采区的七煤、十煤的准备巷道进行掘进，配合锚梁网支护技术，在断面达10m2以上的巷道掘进中，达到了250m的较好水平，为我矿的生产接续提供了良好的基础。</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3、工作面回采充填，倡导绿色开采</w:t>
      </w:r>
      <w:r>
        <w:rPr>
          <w:lang w:eastAsia="zh-CN"/>
        </w:rPr>
        <w:br/>
      </w:r>
      <w:r>
        <w:rPr>
          <w:lang w:eastAsia="zh-CN"/>
        </w:rPr>
        <w:t>　　我国工作面常用的是直接跨落法管理顶板，虽然对工作面的压力管理、瓦斯管理等方面有着一定的优势，但是地表塌陷情况也很严重，导致大面积的良田失去耕种价值，以下村庄下的煤炭资源不能够有效回采，造成资源的极大浪费。我矿与中国矿业大学合作在皖北地区率先引进了超高水充填这一项目，通过此途径可有效解决村庄下煤炭资源的回收问题，一方面减少了地表塌陷治理和土地征用，另一方面对工作面的顶板管理和瓦斯治理也得到较大的改善。</w:t>
      </w:r>
      <w:r>
        <w:rPr>
          <w:lang w:eastAsia="zh-CN"/>
        </w:rPr>
        <w:br/>
      </w:r>
      <w:r>
        <w:rPr>
          <w:lang w:eastAsia="zh-CN"/>
        </w:rPr>
        <w:t>　　4、提高开采上限，释放压迫资源</w:t>
      </w:r>
      <w:r>
        <w:rPr>
          <w:lang w:eastAsia="zh-CN"/>
        </w:rPr>
        <w:br/>
      </w:r>
      <w:r>
        <w:rPr>
          <w:lang w:eastAsia="zh-CN"/>
        </w:rPr>
        <w:t>　　我矿的煤炭资源从—110～—900水平，资源分布广，可采储量高，但是由于煤炭生产许可证的许采范围为—145～—900水平，按划定的许可范围开采，对国家的煤炭资源</w:t>
      </w:r>
      <w:r>
        <w:rPr>
          <w:lang w:eastAsia="zh-CN"/>
        </w:rPr>
        <w:br/>
      </w:r>
      <w:r>
        <w:rPr>
          <w:lang w:eastAsia="zh-CN"/>
        </w:rPr>
        <w:t>　　是极大的浪费，对矿井的生产接续也有很大影响，为此，我矿与中国矿业大学展开合作，对—110～—145水平的煤炭资源可采情况进行充分的论证与研讨，并采用井上和井下钻探的途径进行物理论证，目前经省相关部门和专家认定，已将—130水平以下的资源合法化，此举为矿井释放了煤炭储量万吨，创造直接效益万元。</w:t>
      </w:r>
      <w:r>
        <w:rPr>
          <w:lang w:eastAsia="zh-CN"/>
        </w:rPr>
        <w:br/>
      </w:r>
      <w:r>
        <w:rPr>
          <w:lang w:eastAsia="zh-CN"/>
        </w:rPr>
        <w:t>　　5、推广科技应用，打造数字化矿井</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随着煤矿技术的进一步发展，为了进一步提高对矿井重要场所、重点环节的有效监控，确保矿井在有效监控下安全生产，在我的提议与推动下，我矿建立了井下千兆工业环网，并先后投入了500多万元增加或完善升级了井下人员定位系统、视频监控系统、瓦斯监测系统、煤炭计量系统、通讯调度系统、OA办公系统、集成生产调度网，实现了井上无纸化办公，井下全方位覆盖的全面畅通的数字化平台，并与集团机房相连，可实现实时无缝访问，让集团领导即时了解矿井的安全生产情况。</w:t>
      </w:r>
      <w:r>
        <w:rPr>
          <w:lang w:eastAsia="zh-CN"/>
        </w:rPr>
        <w:br/>
      </w:r>
      <w:r>
        <w:rPr>
          <w:lang w:eastAsia="zh-CN"/>
        </w:rPr>
        <w:t>　　6、使用无极绳绞车，实现一岗化运作</w:t>
      </w:r>
      <w:r>
        <w:rPr>
          <w:lang w:eastAsia="zh-CN"/>
        </w:rPr>
        <w:br/>
      </w:r>
      <w:r>
        <w:rPr>
          <w:lang w:eastAsia="zh-CN"/>
        </w:rPr>
        <w:t>　　随着采区的延伸，巷道的增加，工作面的运输环节逐渐增多，不仅占用劳动力也浪费了运料的周转时间，根据工作面的运料困难情况，我及时安排技术人员调研引进了无极绳绞车这一新型设备，实现了多条上下山一机化运作，且无需要摘挂钩人员，实现了工作面的运料快捷化，减少了工作面的运料影响时间，极大的提升了工作效率。</w:t>
      </w:r>
      <w:r>
        <w:rPr>
          <w:lang w:eastAsia="zh-CN"/>
        </w:rPr>
        <w:br/>
      </w:r>
      <w:r>
        <w:rPr>
          <w:lang w:eastAsia="zh-CN"/>
        </w:rPr>
        <w:t>　　7、推动小改小革，实现减人提效</w:t>
      </w:r>
      <w:r>
        <w:rPr>
          <w:lang w:eastAsia="zh-CN"/>
        </w:rPr>
        <w:br/>
      </w:r>
      <w:r>
        <w:rPr>
          <w:lang w:eastAsia="zh-CN"/>
        </w:rPr>
        <w:t>　　为进一步挖掘矿井的潜力，实现矿井的节能减耗，实现长治久安，我带领和鼓励各专业技术人员发挥自己的聪明才智，将影响矿井安全生产的环节根据本矿的实际情况进行改造，并取得了良好的经济效益。</w:t>
      </w:r>
      <w:r>
        <w:rPr>
          <w:lang w:eastAsia="zh-CN"/>
        </w:rPr>
        <w:br/>
      </w:r>
      <w:r>
        <w:rPr>
          <w:lang w:eastAsia="zh-CN"/>
        </w:rPr>
        <w:t>　　1）、井口罐笼改造，实现机械化</w:t>
      </w:r>
      <w:r>
        <w:rPr>
          <w:lang w:eastAsia="zh-CN"/>
        </w:rPr>
        <w:br/>
      </w:r>
      <w:r>
        <w:rPr>
          <w:lang w:eastAsia="zh-CN"/>
        </w:rPr>
        <w:t>　　我矿的混合井口原使用人工推车，效率低下且人员疲劳时容易出现意外，在我的带领下，将人工推车改为机械推车，并对罐笼的阻车器、安全门等进行升级改造，实现了机械化作业，作业人员由原来的六人/班现在只需四人就可以完成全部工作，并且不需要人工推车，极大的降低了劳动强度和生产成本；</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2）、气动缸的推广使用</w:t>
      </w:r>
      <w:r>
        <w:rPr>
          <w:lang w:eastAsia="zh-CN"/>
        </w:rPr>
        <w:br/>
      </w:r>
      <w:r>
        <w:rPr>
          <w:lang w:eastAsia="zh-CN"/>
        </w:rPr>
        <w:t>　　气动缸由于体积小、功率高、维护量小、使用方便灵活等特点，在我矿的多个场合有所应用，如气动联锁安全门、气动煤仓放煤嘴、气动道岔、气动分煤器等，很大程度上减轻了职工的劳动强度，在一定程度上避免了人工操作，消除了人工操作的隐患。</w:t>
      </w:r>
      <w:r>
        <w:rPr>
          <w:lang w:eastAsia="zh-CN"/>
        </w:rPr>
        <w:br/>
      </w:r>
      <w:r>
        <w:rPr>
          <w:lang w:eastAsia="zh-CN"/>
        </w:rPr>
        <w:t>　　3）、斜巷助行器设计安装</w:t>
      </w:r>
      <w:r>
        <w:rPr>
          <w:lang w:eastAsia="zh-CN"/>
        </w:rPr>
        <w:br/>
      </w:r>
      <w:r>
        <w:rPr>
          <w:lang w:eastAsia="zh-CN"/>
        </w:rPr>
        <w:t>　　由于矿井的斜巷较多，职工在上下班时需要消耗较大的体力，为此我组织技术人员进行攻坚克难，采用了无</w:t>
      </w:r>
      <w:r>
        <w:rPr>
          <w:lang w:eastAsia="zh-CN"/>
        </w:rPr>
        <w:br/>
      </w:r>
      <w:r>
        <w:rPr>
          <w:lang w:eastAsia="zh-CN"/>
        </w:rPr>
        <w:t>　　极绳绞车牵引钢丝绳循环运转，人手握卡绳棒卡住钢丝绳带动行人上坡，减轻职工上坡的体力消耗，并在落差超过50米的行人斜巷进行了推广安装，得到了职工的一致好评。</w:t>
      </w:r>
      <w:r>
        <w:rPr>
          <w:lang w:eastAsia="zh-CN"/>
        </w:rPr>
        <w:br/>
      </w:r>
      <w:r>
        <w:rPr>
          <w:lang w:eastAsia="zh-CN"/>
        </w:rPr>
        <w:t>　　4）、矿压在线监测的引进</w:t>
      </w:r>
      <w:r>
        <w:rPr>
          <w:lang w:eastAsia="zh-CN"/>
        </w:rPr>
        <w:br/>
      </w:r>
      <w:r>
        <w:rPr>
          <w:lang w:eastAsia="zh-CN"/>
        </w:rPr>
        <w:t>　　由于矿井各地点的矿山压力不一，特别是三岔门、四岔门甚至是五岔门处，由于顶板悬顶面积较大，应力集中，顶板易碎，往往是顶板事故的多发地点，为杜绝顶板事故的发生，我矿引进了顶板在线监测系统，并对进行充填开采的回采区域进行充填效果验证，收到了较好的效果。</w:t>
      </w:r>
      <w:r>
        <w:rPr>
          <w:lang w:eastAsia="zh-CN"/>
        </w:rPr>
        <w:br/>
      </w:r>
      <w:r>
        <w:rPr>
          <w:lang w:eastAsia="zh-CN"/>
        </w:rPr>
        <w:t>　　二、发展人才战略，提供强劲保障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我不仅在技术引进、改造与发展上进行改进，并且在人才培养上也下足功夫，近年以来，共送培中国矿业大学多批有志青年进行深造学习，同时出台优惠政策鼓励在职的青年干工利用班外时间进行函授进修学习，本着以矿井的战略目标为指引，以人为本的发展理念，着力培养有理想、能吃苦、善奉献的有志青年加入到矿井的安全生产建设中来，有力的提升矿井整体形象，使我矿的质量标准化水平及安全生产秩序上了一个新台阶。</w:t>
      </w:r>
      <w:r>
        <w:rPr>
          <w:lang w:eastAsia="zh-CN"/>
        </w:rPr>
        <w:br/>
      </w:r>
      <w:r>
        <w:rPr>
          <w:lang w:eastAsia="zh-CN"/>
        </w:rPr>
        <w:t>　　同时出台优惠政策推动职工的技术比武工作，对广大职工的学习热情予以丰富的物资奖励，邀请淮北市技术学院参与对涉及全矿的所有部门的各个行业进行全方位的考评，并对其中的优秀者进行嘉奖、提拔和重用，在矿区内形成比学赶超的学习热潮，给矿井的长远发展提供了有力的保障。</w:t>
      </w:r>
      <w:r>
        <w:rPr>
          <w:lang w:eastAsia="zh-CN"/>
        </w:rPr>
        <w:br/>
      </w:r>
      <w:r>
        <w:rPr>
          <w:lang w:eastAsia="zh-CN"/>
        </w:rPr>
        <w:t>　　通过人才培养，提升企业的核心竞争力；通过理念转换，增强矿井的本质安全度；通过措施激励，提高青工的学习热情。在科学技术是第一生产力的今天，只有紧紧把握科技发展这一重要前提，才能实现矿井的长治久安，才能保持企业的活跃生命力。</w:t>
      </w:r>
      <w:r>
        <w:rPr>
          <w:lang w:eastAsia="zh-CN"/>
        </w:rPr>
        <w:br/>
      </w:r>
      <w:r>
        <w:rPr>
          <w:lang w:eastAsia="zh-CN"/>
        </w:rPr>
        <w:t>　　本人__年__月来进入入__公司，一直工作在施工第一线。自__年至__年担任给排水施工班长，先后参与或独立承担了、等工程的给排水施工任务，给排水安装工程均能够一次性就通过__市建设主管部门的验收，优良率达%。__年至今从事三期等工程的给排水施工员及资料员工作。其中工程荣获了市优质样板工程和扬子杯的称号。</w:t>
      </w:r>
      <w:r>
        <w:rPr>
          <w:lang w:eastAsia="zh-CN"/>
        </w:rPr>
        <w:br/>
      </w:r>
      <w:r>
        <w:rPr>
          <w:lang w:eastAsia="zh-CN"/>
        </w:rPr>
        <w:t>　　面对这样的成绩，我深深感到这是得益于上级领导的关心和支持，得益于公司和工程处、项目部领导对我的.信任，并且通过自己不懈的努力而换来的。面对如此成绩，我要倍加珍惜。回首这十几年的工作历程和取得的成绩，我作为在一线的工程技术人员，对自己的工作作一些总结。</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一、勤于学习，刻苦钻研</w:t>
      </w:r>
      <w:r>
        <w:rPr>
          <w:lang w:eastAsia="zh-CN"/>
        </w:rPr>
        <w:br/>
      </w:r>
      <w:r>
        <w:rPr>
          <w:lang w:eastAsia="zh-CN"/>
        </w:rPr>
        <w:t>　　我__年从学校高中毕业后在江都工业设备安装工程公司做安装钳工。__年__月进入华建（原江苏一建）设备安装处工作。刚开始来深圳的时候，对民用住宅不太熟悉，对施工工艺不是太熟悉。我就虚心的请教师傅，晚上的时间看图纸，并作好笔记，白天带着问题到现场看工人师傅施工，看不懂的就请教施工员，很快我对给排水施工工艺及图纸不再感到陌生，由不懂到懂一直到能够拿图纸独立施工。我一直都这样认为，能够按图纸施工是最基本的要求，怎样安全高效的完成施工任务是我一直所追求的。我不仅埋头苦干，还学会了巧干。至__年初承蒙领导的信任，我开始担任水工班的班长。作为多人的施工班组，怎样带领大家出色完成工程任务是对我的一大考验。我深信只有不断学习，提高自己才能更好的胜任工作。施工中控制人工、材料的耗用是一门学问，我利用业余时间学习安装工程预算定额。只有掌握好安装定额才能做到心中有数，有的放矢，学会定额拆分做到每个工作面需要多少人工、材料心中有数并加以控制。随着电脑的普及，我利用业余时间自学电脑，用电脑做施工预、决算使自己的工作效率比原来快几倍。我始终坚信干一行爱一行，学无止境。</w:t>
      </w:r>
      <w:r>
        <w:rPr>
          <w:lang w:eastAsia="zh-CN"/>
        </w:rPr>
        <w:br/>
      </w:r>
      <w:r>
        <w:rPr>
          <w:lang w:eastAsia="zh-CN"/>
        </w:rPr>
        <w:t>　　二、积极推广和应用新材料、新技术、新工艺</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近年来，随着科学技术的突飞猛进，新材料、新工艺层出不穷，日新月异。几乎所有工程给排水均采用了新材料。给水系统普遍使用了pp-r给水管，钢塑复合给水管、pe给水管；排水系统普遍采用了pvc排水管，柔性铸铁排水管安装。在开始使用这些新材料时，我们也在探索，学习产品说明书，掌握这些新材料的特点，请教厂家技术人员，加强对工人的技术培训。经过长期的学习和探索，目前我队施工人员已基本上掌握了这些给排水新材料的施工要领，做到人人手到擒来。在设备安装方面，近几年随着高层建筑的增加和节能的需要高层建筑都使用高层变频供水设备、气压供水设备。在这些新材料、新工艺的施工过程中，我们边学习边总结，在实践中不断提高，为日后工作打好基础的同时也为兄弟项目部（工程处）积累经验。通过实践我们感觉到，这些新材料、新技术、新工艺的应用，大大的提高了工作效率，减轻了工人的劳动强度，增加了经济效益。</w:t>
      </w:r>
      <w:r>
        <w:rPr>
          <w:lang w:eastAsia="zh-CN"/>
        </w:rPr>
        <w:br/>
      </w:r>
      <w:r>
        <w:rPr>
          <w:lang w:eastAsia="zh-CN"/>
        </w:rPr>
        <w:t>　　三、不断学习，爱岗敬业</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__年开始，领导安排我负责工程技术资料工作。在转换角色之后，面对新的工作岗位，由陌生到熟悉。工程技术资料是一个工程的软件，是评定一个工程优劣的不可或缺的依据。一个工程在施工前、施工中直至竣工和以后的保修阶段，工程技术资料贯穿始终。为了尽快适应新的工作需要除做好日常的技术资料工作外，本人还利用业余时间学习电脑，因为工程技术资料的编辑已经数字化、电子化。不懂电脑就是“现代文盲”。本人还协助项目工程师编制月进度工程量报表、编制材料耗用计划、参加工程成本核算，为财务部门和处领导提供准确的人工、材料耗用数值。参加工程的招投标预算的编制，为工程投标提供准确的理论数量。对于工程日常的工程设计修改、变更能及时计算和编制出变更部分的造价金额，一旦施工完成，立即进行工程量签证并进行存档，协助项目工程师编制竣工图为日后工程的决算提供准确的一手资料。在工程项目中，本人除做好工程技术资料的编制，收集整理外，还协助安全员做好安全资料的管理工作。</w:t>
      </w:r>
      <w:r>
        <w:rPr>
          <w:lang w:eastAsia="zh-CN"/>
        </w:rPr>
        <w:br/>
      </w:r>
      <w:r>
        <w:rPr>
          <w:lang w:eastAsia="zh-CN"/>
        </w:rPr>
        <w:t>　　四、做好iso贯标工作，顺利通过内、外审核</w:t>
      </w:r>
      <w:r>
        <w:rPr>
          <w:lang w:eastAsia="zh-CN"/>
        </w:rPr>
        <w:br/>
      </w:r>
      <w:r>
        <w:rPr>
          <w:lang w:eastAsia="zh-CN"/>
        </w:rPr>
        <w:t>　　自__年以来，在__公司和工程处统一部署下，我队所有工程均进行了贯标工作。本人作为工程项目的资料员，直接参加了多次贯标工作，对贯标工作的每项工作都进行了大量的学习、记载、布置、检查、复核等细致工作。贯标工作是一个企业走向国际化，标准化，程序化管理的必由之路。由本人负责资料的项目工程在内、外审过程中均能够顺利通过。经过几年来对iso贯标工作的认识和了解，企业实行iso标准，不能只局限于纸上谈兵，更应该对照它的实质内容进行项目管理，将程序文件、作业指导书、质量手册中的内容落实到实处，通过贯标工作，更进一步加强了规范管理，法制化管理；杜绝了工程管理中的随意性，盲目性。更好的明确公司的管理目标，更好的落实公司的管理方针这是我通过iso贯标工作得到的体会。</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随着特区更大规模的开发建设，随着我公司不断的做大做强，我深切感受到做为一个__人的骄傲和自豪，也深知自己的责任。建筑市场竞争越来越激烈，工程管理、工程质量等要求也越来越高，这也就是要求我们要以更高的要求、标准来规范自己，不等、不靠、不要。要努力不断的充实自己，认真学习、踏实工作，这样才能跟上日新月异的时代变化，才能在强烈的市场竞争环境中得已不败之地。来深圳十多年来，__人的与时俱进、不断创新、团结协作、勇于开拓的精神一直激励着我。这就是我这些年来源于工作中而发自肺腑的体会。</w:t>
      </w:r>
      <w:r>
        <w:rPr>
          <w:lang w:eastAsia="zh-CN"/>
        </w:rPr>
        <w:br/>
      </w:r>
      <w:r>
        <w:rPr>
          <w:lang w:eastAsia="zh-CN"/>
        </w:rPr>
        <w:t>　　今年有幸__公司推荐我申报助理工程师职称，这是对我的鼓励也是对我的鞭策。不管能否评上，我今后都以工程师的要求来严格自己，工作中认真找差距，认真学习别人的长处，不断丰富自己的知识面，不断提高自己的技术管理水平，使今后的工作更上一个新台阶，为公司的发展作出我应有的贡献。</w:t>
      </w:r>
      <w:r>
        <w:rPr>
          <w:lang w:eastAsia="zh-CN"/>
        </w:rPr>
        <w:br/>
      </w:r>
      <w:r>
        <w:rPr>
          <w:lang w:eastAsia="zh-CN"/>
        </w:rPr>
        <w:t xml:space="preserve">    技术部个人年度工作总结 篇4 </w:t>
      </w:r>
      <w:r>
        <w:rPr>
          <w:lang w:eastAsia="zh-CN"/>
        </w:rPr>
        <w:br/>
      </w:r>
      <w:r>
        <w:rPr>
          <w:lang w:eastAsia="zh-CN"/>
        </w:rPr>
        <w:t>　　部门：网络技术部</w:t>
      </w:r>
      <w:r>
        <w:rPr>
          <w:lang w:eastAsia="zh-CN"/>
        </w:rPr>
        <w:br/>
      </w:r>
      <w:r>
        <w:rPr>
          <w:lang w:eastAsia="zh-CN"/>
        </w:rPr>
        <w:t>　　姓名：</w:t>
      </w:r>
      <w:r>
        <w:rPr>
          <w:lang w:eastAsia="zh-CN"/>
        </w:rPr>
        <w:br/>
      </w:r>
      <w:r>
        <w:rPr>
          <w:lang w:eastAsia="zh-CN"/>
        </w:rPr>
        <w:t>　　20__年对个人来说是充实的一年，也是丰收的一年，一个是蒙领导厚爱，职务上给了提升；二个是收入也提升了；三个是随着解决事情的经验增加，水平也一定层次的提升。当然这也意味着，我需要站在更高的高度去看待问题，更积极的态度去解决问题。</w:t>
      </w:r>
      <w:r>
        <w:rPr>
          <w:lang w:eastAsia="zh-CN"/>
        </w:rPr>
        <w:br/>
      </w:r>
      <w:r>
        <w:rPr>
          <w:lang w:eastAsia="zh-CN"/>
        </w:rPr>
        <w:t>　　回顾本，对所做工作进行了一下回顾，总结如下：</w:t>
      </w:r>
      <w:r>
        <w:rPr>
          <w:lang w:eastAsia="zh-CN"/>
        </w:rPr>
        <w:br/>
      </w:r>
      <w:r>
        <w:rPr>
          <w:lang w:eastAsia="zh-CN"/>
        </w:rPr>
        <w:t>　　一、专题</w:t>
      </w:r>
      <w:r>
        <w:rPr>
          <w:lang w:eastAsia="zh-CN"/>
        </w:rPr>
        <w:br/>
      </w:r>
      <w:r>
        <w:rPr>
          <w:lang w:eastAsia="zh-CN"/>
        </w:rPr>
        <w:t>　　为了宣传的需要，站里今年做的专题比往年多些，今年共配合美工做专题31个（包括重改深加工的）。其中有几个专题还获得了省市相关奖项。</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二、广告</w:t>
      </w:r>
      <w:r>
        <w:rPr>
          <w:lang w:eastAsia="zh-CN"/>
        </w:rPr>
        <w:br/>
      </w:r>
      <w:r>
        <w:rPr>
          <w:lang w:eastAsia="zh-CN"/>
        </w:rPr>
        <w:t>　　在去年的基础上又新增广告模板3个备用，让广告形式更灵活。更新广告200个次以上。</w:t>
      </w:r>
      <w:r>
        <w:rPr>
          <w:lang w:eastAsia="zh-CN"/>
        </w:rPr>
        <w:br/>
      </w:r>
      <w:r>
        <w:rPr>
          <w:lang w:eastAsia="zh-CN"/>
        </w:rPr>
        <w:t>　　三、网站搭建</w:t>
      </w:r>
      <w:r>
        <w:rPr>
          <w:lang w:eastAsia="zh-CN"/>
        </w:rPr>
        <w:br/>
      </w:r>
      <w:r>
        <w:rPr>
          <w:lang w:eastAsia="zh-CN"/>
        </w:rPr>
        <w:t>　　检察院13个网站，频道建设增加3个，其中文明频道是一个独立的网站。</w:t>
      </w:r>
      <w:r>
        <w:rPr>
          <w:lang w:eastAsia="zh-CN"/>
        </w:rPr>
        <w:br/>
      </w:r>
      <w:r>
        <w:rPr>
          <w:lang w:eastAsia="zh-CN"/>
        </w:rPr>
        <w:t>　　四、投票</w:t>
      </w:r>
      <w:r>
        <w:rPr>
          <w:lang w:eastAsia="zh-CN"/>
        </w:rPr>
        <w:br/>
      </w:r>
      <w:r>
        <w:rPr>
          <w:lang w:eastAsia="zh-CN"/>
        </w:rPr>
        <w:t>　　共建立了包括五创四评等6个投票系统。</w:t>
      </w:r>
      <w:r>
        <w:rPr>
          <w:lang w:eastAsia="zh-CN"/>
        </w:rPr>
        <w:br/>
      </w:r>
      <w:r>
        <w:rPr>
          <w:lang w:eastAsia="zh-CN"/>
        </w:rPr>
        <w:t>　　五、服务器</w:t>
      </w:r>
      <w:r>
        <w:rPr>
          <w:lang w:eastAsia="zh-CN"/>
        </w:rPr>
        <w:br/>
      </w:r>
      <w:r>
        <w:rPr>
          <w:lang w:eastAsia="zh-CN"/>
        </w:rPr>
        <w:t>　　服务器增设1台，对系统初始化安装，安全进行了设置，服务器平台搭建供投票系统使用，不致在投票高峰期影响主体网站的正常运行，并给主体网站备用。</w:t>
      </w:r>
      <w:r>
        <w:rPr>
          <w:lang w:eastAsia="zh-CN"/>
        </w:rPr>
        <w:br/>
      </w:r>
      <w:r>
        <w:rPr>
          <w:lang w:eastAsia="zh-CN"/>
        </w:rPr>
        <w:t>　　六、安全查删</w:t>
      </w:r>
      <w:r>
        <w:rPr>
          <w:lang w:eastAsia="zh-CN"/>
        </w:rPr>
        <w:br/>
      </w:r>
      <w:r>
        <w:rPr>
          <w:lang w:eastAsia="zh-CN"/>
        </w:rPr>
        <w:t>　　安全曾被多次攻击，每日进行全盘式的清查，看看是否有陌生的可疑文件，是否有可疑的.用户访问。</w:t>
      </w:r>
      <w:r>
        <w:rPr>
          <w:lang w:eastAsia="zh-CN"/>
        </w:rPr>
        <w:br/>
      </w:r>
      <w:r>
        <w:rPr>
          <w:lang w:eastAsia="zh-CN"/>
        </w:rPr>
        <w:t>　　七、信息备份</w:t>
      </w:r>
      <w:r>
        <w:rPr>
          <w:lang w:eastAsia="zh-CN"/>
        </w:rPr>
        <w:br/>
      </w:r>
      <w:r>
        <w:rPr>
          <w:lang w:eastAsia="zh-CN"/>
        </w:rPr>
        <w:t>　　及时对系统和软件进行了更新，对网站重要文件、数据库进行及时备份，以备数据恢复。</w:t>
      </w:r>
      <w:r>
        <w:rPr>
          <w:lang w:eastAsia="zh-CN"/>
        </w:rPr>
        <w:br/>
      </w:r>
      <w:r>
        <w:rPr>
          <w:lang w:eastAsia="zh-CN"/>
        </w:rPr>
        <w:t>　　八、网站，论坛程序修改</w:t>
      </w:r>
      <w:r>
        <w:rPr>
          <w:lang w:eastAsia="zh-CN"/>
        </w:rPr>
        <w:br/>
      </w:r>
      <w:r>
        <w:rPr>
          <w:lang w:eastAsia="zh-CN"/>
        </w:rPr>
        <w:t>　　论坛程序的审核、回收站、在线客服，通行证等功能完善，BUG修补10余处，对涉及到敏感话题和垃圾信息的关键词进行设置，尽量减少论坛值班同志无谓的工作量。</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8"/>
          <w:cols w:space="425"/>
          <w:titlePg w:val="0"/>
          <w:docGrid w:type="lines" w:linePitch="312"/>
        </w:sectPr>
      </w:pPr>
      <w:r>
        <w:rPr>
          <w:lang w:eastAsia="zh-CN"/>
        </w:rPr>
        <w:t>　　九、内容转载</w:t>
      </w:r>
      <w:r>
        <w:rPr>
          <w:lang w:eastAsia="zh-CN"/>
        </w:rPr>
        <w:br/>
      </w:r>
      <w:r>
        <w:rPr>
          <w:lang w:eastAsia="zh-CN"/>
        </w:rPr>
        <w:t>　　每工作日及值班日定期更新网站各频道需要更新的内容，累计更新4000条以上。</w:t>
      </w:r>
      <w:r>
        <w:rPr>
          <w:lang w:eastAsia="zh-CN"/>
        </w:rPr>
        <w:br/>
      </w:r>
      <w:r>
        <w:rPr>
          <w:lang w:eastAsia="zh-CN"/>
        </w:rPr>
        <w:t>　　十、推广方面</w:t>
      </w:r>
      <w:r>
        <w:rPr>
          <w:lang w:eastAsia="zh-CN"/>
        </w:rPr>
        <w:br/>
      </w:r>
      <w:r>
        <w:rPr>
          <w:lang w:eastAsia="zh-CN"/>
        </w:rPr>
        <w:t>　　对网站描述与关键词进行了优化，积极做外站链接。多处多次提交收录申请，让论坛在短时间内被国内几家大搜索引擎收录成功。网站也新加了一个收录源。</w:t>
      </w:r>
      <w:r>
        <w:rPr>
          <w:lang w:eastAsia="zh-CN"/>
        </w:rPr>
        <w:br/>
      </w:r>
      <w:r>
        <w:rPr>
          <w:lang w:eastAsia="zh-CN"/>
        </w:rPr>
        <w:t>　　十一、网管值班</w:t>
      </w:r>
      <w:r>
        <w:rPr>
          <w:lang w:eastAsia="zh-CN"/>
        </w:rPr>
        <w:br/>
      </w:r>
      <w:r>
        <w:rPr>
          <w:lang w:eastAsia="zh-CN"/>
        </w:rPr>
        <w:t>　　对于网管值班，我不敢有丝毫松懈。8.00至晚12：00坚持QQ在线小时畅通。对于紧急突发状况也是在第一时间作出了反应。</w:t>
      </w:r>
      <w:r>
        <w:rPr>
          <w:lang w:eastAsia="zh-CN"/>
        </w:rPr>
        <w:br/>
      </w:r>
      <w:r>
        <w:rPr>
          <w:lang w:eastAsia="zh-CN"/>
        </w:rPr>
        <w:t>　　十二、电脑网络的维护</w:t>
      </w:r>
      <w:r>
        <w:rPr>
          <w:lang w:eastAsia="zh-CN"/>
        </w:rPr>
        <w:br/>
      </w:r>
      <w:r>
        <w:rPr>
          <w:lang w:eastAsia="zh-CN"/>
        </w:rPr>
        <w:t>　　对网站电脑及网络系统故障呼唤是随叫随到，维持网站硬件的稳定运行。</w:t>
      </w:r>
      <w:r>
        <w:rPr>
          <w:lang w:eastAsia="zh-CN"/>
        </w:rPr>
        <w:br/>
      </w:r>
      <w:r>
        <w:rPr>
          <w:lang w:eastAsia="zh-CN"/>
        </w:rPr>
        <w:t>　　十三、光碟盒制作及其它</w:t>
      </w:r>
      <w:r>
        <w:rPr>
          <w:lang w:eastAsia="zh-CN"/>
        </w:rPr>
        <w:br/>
      </w:r>
      <w:r>
        <w:rPr>
          <w:lang w:eastAsia="zh-CN"/>
        </w:rPr>
        <w:t>　　配合视听部，制作了诗会、一把手访谈、走近村官等一系列光碟包装，以及其它这一年的工作，对自己手头的工作，不敢有丝毫的怠慢。因为顾及的事情比较杂，有时候我虽会有一种力不从心的感觉，从而深知自己还有自己需要学习的地方，但也知道没有困难，就没有成长，网站需要我们每一个都尽力地去完成自己的所做的工作。看起来好像是在为站里工作，但同时何尝不是为自己工作，只有网站发展了才有自己更好的将来。所以我想尽我最大的努力为来年的工作做出我应有的贡献。</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9"/>
          <w:cols w:space="425"/>
          <w:titlePg w:val="0"/>
          <w:docGrid w:type="lines" w:linePitch="312"/>
        </w:sectPr>
      </w:pPr>
      <w:r>
        <w:rPr>
          <w:lang w:eastAsia="zh-CN"/>
        </w:rPr>
        <w:t>　　就网站以以后的发展，个人有以下的想法：</w:t>
      </w:r>
      <w:r>
        <w:rPr>
          <w:lang w:eastAsia="zh-CN"/>
        </w:rPr>
        <w:br/>
      </w:r>
      <w:r>
        <w:rPr>
          <w:lang w:eastAsia="zh-CN"/>
        </w:rPr>
        <w:t>　　A一个网站的发展，推广（也就是网络营销的一部分）也是相当重要的。在互联网这个信息汪洋里，如果只是静等网友，无异于守株待兔。我们要走出来，就必须更多的去各个地方去撒网，这样才能网到更多的鱼。</w:t>
      </w:r>
      <w:r>
        <w:rPr>
          <w:lang w:eastAsia="zh-CN"/>
        </w:rPr>
        <w:br/>
      </w:r>
      <w:r>
        <w:rPr>
          <w:lang w:eastAsia="zh-CN"/>
        </w:rPr>
        <w:t>　　B有了更多的鱼，就要有更多的值得他们来的理由，能留住他们，这样内容就显得尤为重要了。可以说内容为王一点都不夸张。搞内容转稿子，我们目前的情况是，对内容的把握上有些欠火候，不知道哪些能吸引眼球，怎么吸引法，这块只是随机的采集一些稿子。如果要做好一个站的话，内容是灵魂，好的编辑队伍是必不可少的。因为只有别人感兴趣的内容才能足够地吸引眼球。</w:t>
      </w:r>
      <w:r>
        <w:rPr>
          <w:lang w:eastAsia="zh-CN"/>
        </w:rPr>
        <w:br/>
      </w:r>
      <w:r>
        <w:rPr>
          <w:lang w:eastAsia="zh-CN"/>
        </w:rPr>
        <w:t>　　C随着网站的日益壮大，在安全方面是不容忽视的，就目前的情况来看，虽然比以前的安全好了很多，但相对来说我们的安全还是比较薄弱的。所以说不管硬件，还是人都需要进一步地加强。</w:t>
      </w:r>
      <w:r>
        <w:rPr>
          <w:lang w:eastAsia="zh-CN"/>
        </w:rPr>
        <w:br/>
      </w:r>
      <w:r>
        <w:rPr>
          <w:lang w:eastAsia="zh-CN"/>
        </w:rPr>
        <w:t xml:space="preserve">    技术部个人年度工作总结 篇5 </w:t>
      </w:r>
      <w:r>
        <w:rPr>
          <w:lang w:eastAsia="zh-CN"/>
        </w:rPr>
        <w:br/>
      </w:r>
      <w:r>
        <w:rPr>
          <w:lang w:eastAsia="zh-CN"/>
        </w:rPr>
        <w:t>　　新的一年对于技术部来说，机遇与挑战并存。虽然市场情况变幻莫测，但我们决心以崭新的精神风貌与公司领导、各部门和全体员工一起，团结奋斗、开创_公司的新局面。</w:t>
      </w:r>
      <w:r>
        <w:rPr>
          <w:lang w:eastAsia="zh-CN"/>
        </w:rPr>
        <w:br/>
      </w:r>
      <w:r>
        <w:rPr>
          <w:lang w:eastAsia="zh-CN"/>
        </w:rPr>
        <w:t>　　技术部是龙头，我们肩负的担子很重，稍有疏漏，就有可能给公司造成经济损失，甚至造成质量隐患。所以我们认为在今后的工作应做如下调整：</w:t>
      </w:r>
      <w:r>
        <w:rPr>
          <w:lang w:eastAsia="zh-CN"/>
        </w:rPr>
        <w:br/>
      </w:r>
      <w:r>
        <w:rPr>
          <w:lang w:eastAsia="zh-CN"/>
        </w:rPr>
        <w:t>　　一、强化技术管理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0"/>
          <w:cols w:space="425"/>
          <w:titlePg w:val="0"/>
          <w:docGrid w:type="lines" w:linePitch="312"/>
        </w:sectPr>
      </w:pPr>
      <w:r>
        <w:rPr>
          <w:lang w:eastAsia="zh-CN"/>
        </w:rPr>
        <w:t>　　1、做好和各部门的接口工作，交流思想，统一对过程控制的认识，为生产一线做好服务，实现优质、高产、低耗、高效益的生产目标，使公司获得更好的经济效益。20_年技术部将协同相关部门及车间，共同抓好工艺管理、操作管理、质量管理、标准化计量管理等工作。</w:t>
      </w:r>
      <w:r>
        <w:rPr>
          <w:lang w:eastAsia="zh-CN"/>
        </w:rPr>
        <w:br/>
      </w:r>
      <w:r>
        <w:rPr>
          <w:lang w:eastAsia="zh-CN"/>
        </w:rPr>
        <w:t>　　2、降耗增效，技术常抓不懈。提高我们的自身素质，增进和外界同行业技术交流。对工艺、工装、产品不断推陈出新，提高生产效率，保证产品质量，降低生产成本。</w:t>
      </w:r>
      <w:r>
        <w:rPr>
          <w:lang w:eastAsia="zh-CN"/>
        </w:rPr>
        <w:br/>
      </w:r>
      <w:r>
        <w:rPr>
          <w:lang w:eastAsia="zh-CN"/>
        </w:rPr>
        <w:t>　　二、逐步形成技术会审制度</w:t>
      </w:r>
      <w:r>
        <w:rPr>
          <w:lang w:eastAsia="zh-CN"/>
        </w:rPr>
        <w:br/>
      </w:r>
      <w:r>
        <w:rPr>
          <w:lang w:eastAsia="zh-CN"/>
        </w:rPr>
        <w:t>　　方案设计完成后要进行技术会审，通过开会的形式共同讨论方案的可行性，不签字不发放的原则，保证图纸资料的准确无误。工艺图纸完成后要进行互审，通过互审的形式来保证图纸及数据的准确性，以免造成不必要的损失。</w:t>
      </w:r>
      <w:r>
        <w:rPr>
          <w:lang w:eastAsia="zh-CN"/>
        </w:rPr>
        <w:br/>
      </w:r>
      <w:r>
        <w:rPr>
          <w:lang w:eastAsia="zh-CN"/>
        </w:rPr>
        <w:t>　　三、继续加强学习</w:t>
      </w:r>
      <w:r>
        <w:rPr>
          <w:lang w:eastAsia="zh-CN"/>
        </w:rPr>
        <w:br/>
      </w:r>
      <w:r>
        <w:rPr>
          <w:lang w:eastAsia="zh-CN"/>
        </w:rPr>
        <w:t>　　学习专业技术，学习9000体系思想，按照9000体系思想去做，</w:t>
      </w:r>
      <w:r>
        <w:rPr>
          <w:lang w:eastAsia="zh-CN"/>
        </w:rPr>
        <w:br/>
      </w:r>
      <w:r>
        <w:rPr>
          <w:lang w:eastAsia="zh-CN"/>
        </w:rPr>
        <w:t>　　努力使自身水平能够跟上公司发展，对新进员工加强培训，使其能够更快地适应公司发展，进行新技术交流，统一思想，提高认识。努力做好龙头的带头作用。</w:t>
      </w:r>
      <w:r>
        <w:rPr>
          <w:lang w:eastAsia="zh-CN"/>
        </w:rPr>
        <w:br/>
      </w:r>
      <w:r>
        <w:rPr>
          <w:lang w:eastAsia="zh-CN"/>
        </w:rPr>
        <w:t xml:space="preserve">    技术部个人年度工作总结 篇6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1"/>
          <w:cols w:space="425"/>
          <w:titlePg w:val="0"/>
          <w:docGrid w:type="lines" w:linePitch="312"/>
        </w:sectPr>
      </w:pPr>
      <w:r>
        <w:rPr>
          <w:lang w:eastAsia="zh-CN"/>
        </w:rPr>
        <w:t>　　在上级主管部门、安全监察部门的指导帮助下，在县直相关部门和乡镇党委政府的的支持配合下，始终坚持“安全第一、预防为主、综合治理”的工作方针，全局干部职工齐心协力、真抓实干，紧紧围绕“安全监管落实年”的目标，扎实推进各项工作，努力确保煤炭产业的健康稳定有序发展。现就20__年来的工作开展情况总结如下：</w:t>
      </w:r>
      <w:r>
        <w:rPr>
          <w:lang w:eastAsia="zh-CN"/>
        </w:rPr>
        <w:br/>
      </w:r>
      <w:r>
        <w:rPr>
          <w:lang w:eastAsia="zh-CN"/>
        </w:rPr>
        <w:t>　　一、主要工作开展情况</w:t>
      </w:r>
      <w:r>
        <w:rPr>
          <w:lang w:eastAsia="zh-CN"/>
        </w:rPr>
        <w:br/>
      </w:r>
      <w:r>
        <w:rPr>
          <w:lang w:eastAsia="zh-CN"/>
        </w:rPr>
        <w:t>　　(一)做好煤炭产业发展基础工作</w:t>
      </w:r>
      <w:r>
        <w:rPr>
          <w:lang w:eastAsia="zh-CN"/>
        </w:rPr>
        <w:br/>
      </w:r>
      <w:r>
        <w:rPr>
          <w:lang w:eastAsia="zh-CN"/>
        </w:rPr>
        <w:t>　　1、优化产业结构，积极推进煤炭资源整合。我局已落实专人负责矿井的关闭和整合工作，对资源整合工作中出现的矛盾和问题及时进行调查了解，研究应对的办法，积极协调、引导异地迁建矿井双方按照整合方案的要求进行整合。今年按照计划已关闭红春湾煤矿。矿井技改工作稳步推进，积极做好矿井生产地质报告、初步设计、安全专篇的编制工作，有5家煤矿已签订了整合协议。</w:t>
      </w:r>
      <w:r>
        <w:rPr>
          <w:lang w:eastAsia="zh-CN"/>
        </w:rPr>
        <w:br/>
      </w:r>
      <w:r>
        <w:rPr>
          <w:lang w:eastAsia="zh-CN"/>
        </w:rPr>
        <w:t>　　2、完成煤炭深加工项目规划。为摸清我县煤炭质量情况，做好煤炭深加工的基础工作。</w:t>
      </w:r>
      <w:r>
        <w:rPr>
          <w:lang w:eastAsia="zh-CN"/>
        </w:rPr>
        <w:br/>
      </w:r>
      <w:r>
        <w:rPr>
          <w:lang w:eastAsia="zh-CN"/>
        </w:rPr>
        <w:t>　　(二)强化两个主体责任的落实</w:t>
      </w:r>
      <w:r>
        <w:rPr>
          <w:lang w:eastAsia="zh-CN"/>
        </w:rPr>
        <w:br/>
      </w:r>
      <w:r>
        <w:rPr>
          <w:lang w:eastAsia="zh-CN"/>
        </w:rPr>
        <w:t>　　1、进一步完善煤矿安全监管体系建设。</w:t>
      </w:r>
      <w:r>
        <w:rPr>
          <w:lang w:eastAsia="zh-CN"/>
        </w:rPr>
        <w:br/>
      </w:r>
      <w:r>
        <w:rPr>
          <w:lang w:eastAsia="zh-CN"/>
        </w:rPr>
        <w:t>　　2、为督促煤矿落实好抓安全生产的主体责任，煤矿再与各科室签订目标管理责任书，建立健全责任考核体系，层层落实责任，形成一级抓一级，层层抓落实的格局。</w:t>
      </w:r>
      <w:r>
        <w:rPr>
          <w:lang w:eastAsia="zh-CN"/>
        </w:rPr>
        <w:br/>
      </w:r>
      <w:r>
        <w:rPr>
          <w:lang w:eastAsia="zh-CN"/>
        </w:rPr>
        <w:t>　　(三)加强监管，规范煤矿安全生产行为</w:t>
      </w:r>
      <w:r>
        <w:rPr>
          <w:lang w:eastAsia="zh-CN"/>
        </w:rPr>
        <w:br/>
      </w:r>
      <w:r>
        <w:rPr>
          <w:lang w:eastAsia="zh-CN"/>
        </w:rPr>
        <w:t>　　1、严格煤矿复工复产工作，为全年煤矿的安全生产奠定良好的基础。</w:t>
      </w:r>
      <w:r>
        <w:rPr>
          <w:lang w:eastAsia="zh-CN"/>
        </w:rPr>
        <w:br/>
      </w:r>
      <w:r>
        <w:rPr>
          <w:lang w:eastAsia="zh-CN"/>
        </w:rPr>
        <w:t>　　2、认真开展煤矿安全市长霹雳行动。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2"/>
          <w:cols w:space="425"/>
          <w:titlePg w:val="0"/>
          <w:docGrid w:type="lines" w:linePitch="312"/>
        </w:sectPr>
      </w:pPr>
      <w:r>
        <w:rPr>
          <w:lang w:eastAsia="zh-CN"/>
        </w:rPr>
        <w:t>　　3、加大执法检查力度，铁腕治安，严厉打击各种违法违规行为。</w:t>
      </w:r>
      <w:r>
        <w:rPr>
          <w:lang w:eastAsia="zh-CN"/>
        </w:rPr>
        <w:br/>
      </w:r>
      <w:r>
        <w:rPr>
          <w:lang w:eastAsia="zh-CN"/>
        </w:rPr>
        <w:t>　　(四)强化基础管理工作，提高煤矿安全生产水平</w:t>
      </w:r>
      <w:r>
        <w:rPr>
          <w:lang w:eastAsia="zh-CN"/>
        </w:rPr>
        <w:br/>
      </w:r>
      <w:r>
        <w:rPr>
          <w:lang w:eastAsia="zh-CN"/>
        </w:rPr>
        <w:t>　　1、强力推进六项基础工作。根据煤矿的不同情况，分别对地质补勘、采掘工作面及运输大巷支护改革、机电和通风质量标准化、采区设计和三图交换、采掘接替计划编制、采掘作业规程及专项技术措施六项基础工作进行安排部署。</w:t>
      </w:r>
      <w:r>
        <w:rPr>
          <w:lang w:eastAsia="zh-CN"/>
        </w:rPr>
        <w:br/>
      </w:r>
      <w:r>
        <w:rPr>
          <w:lang w:eastAsia="zh-CN"/>
        </w:rPr>
        <w:t>　　2、建立健全隐患排查治理长效机制，消除事故隐患。将隐患排查治理工作贯穿于安全生产活动全过程，认真执行定期报告、重点监控、挂牌督办、公告公示、限期销号制度，煤矿每月要报告事故隐患排查治理情况。</w:t>
      </w:r>
      <w:r>
        <w:rPr>
          <w:lang w:eastAsia="zh-CN"/>
        </w:rPr>
        <w:br/>
      </w:r>
      <w:r>
        <w:rPr>
          <w:lang w:eastAsia="zh-CN"/>
        </w:rPr>
        <w:t>　　3、强化通风管理和瓦斯治理。我县煤矿虽然都是低瓦斯矿井，但加强通风管理和瓦斯治理工作一直以来都列为安全重点工作之一。</w:t>
      </w:r>
      <w:r>
        <w:rPr>
          <w:lang w:eastAsia="zh-CN"/>
        </w:rPr>
        <w:br/>
      </w:r>
      <w:r>
        <w:rPr>
          <w:lang w:eastAsia="zh-CN"/>
        </w:rPr>
        <w:t>　　4、加强支护方式改革，强化顶板管理。</w:t>
      </w:r>
      <w:r>
        <w:rPr>
          <w:lang w:eastAsia="zh-CN"/>
        </w:rPr>
        <w:br/>
      </w:r>
      <w:r>
        <w:rPr>
          <w:lang w:eastAsia="zh-CN"/>
        </w:rPr>
        <w:t>　　5、认真落实防治水措施，杜绝事故的发生。</w:t>
      </w:r>
      <w:r>
        <w:rPr>
          <w:lang w:eastAsia="zh-CN"/>
        </w:rPr>
        <w:br/>
      </w:r>
      <w:r>
        <w:rPr>
          <w:lang w:eastAsia="zh-CN"/>
        </w:rPr>
        <w:t>　　6、加强现场管理，杜绝习惯性违章。</w:t>
      </w:r>
      <w:r>
        <w:rPr>
          <w:lang w:eastAsia="zh-CN"/>
        </w:rPr>
        <w:br/>
      </w:r>
      <w:r>
        <w:rPr>
          <w:lang w:eastAsia="zh-CN"/>
        </w:rPr>
        <w:t>　　7、加强劳动定员管理，严防“三超”。实行科学的定额定员管理，严格控制入井人数。建立井下人员管理系统，对井下人员实行入井、出井登记制度，实时掌握井下人员情况。严禁超能力、超强度、超定员组织生产，优化劳动组织，合理安排队、组编制，杜绝两班交叉作业。</w:t>
      </w:r>
      <w:r>
        <w:rPr>
          <w:lang w:eastAsia="zh-CN"/>
        </w:rPr>
        <w:br/>
      </w:r>
      <w:r>
        <w:rPr>
          <w:lang w:eastAsia="zh-CN"/>
        </w:rPr>
        <w:t>　　8、加大培训力度，提高矿工素质。今年共举办煤矿井下新工人培训班18期，培训工人450人，复训班18期，复训工人820人。</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3"/>
          <w:cols w:space="425"/>
          <w:titlePg w:val="0"/>
          <w:docGrid w:type="lines" w:linePitch="312"/>
        </w:sectPr>
      </w:pPr>
      <w:r>
        <w:rPr>
          <w:lang w:eastAsia="zh-CN"/>
        </w:rPr>
        <w:t>　　(五)推进煤矿采煤工艺改革和推广先进技术</w:t>
      </w:r>
      <w:r>
        <w:rPr>
          <w:lang w:eastAsia="zh-CN"/>
        </w:rPr>
        <w:br/>
      </w:r>
      <w:r>
        <w:rPr>
          <w:lang w:eastAsia="zh-CN"/>
        </w:rPr>
        <w:t>　　鼓励和支持现有煤矿进行改造提升，扩大生产规模。全县使用刮板运输机的煤矿7家，使用割煤机的煤矿2家，使用电机车的煤矿11家。</w:t>
      </w:r>
      <w:r>
        <w:rPr>
          <w:lang w:eastAsia="zh-CN"/>
        </w:rPr>
        <w:br/>
      </w:r>
      <w:r>
        <w:rPr>
          <w:lang w:eastAsia="zh-CN"/>
        </w:rPr>
        <w:t>　　二、困难和问题</w:t>
      </w:r>
      <w:r>
        <w:rPr>
          <w:lang w:eastAsia="zh-CN"/>
        </w:rPr>
        <w:br/>
      </w:r>
      <w:r>
        <w:rPr>
          <w:lang w:eastAsia="zh-CN"/>
        </w:rPr>
        <w:t>　　一是煤层赋存条件差，煤层较薄，地质构造复杂，开采难度大，单井生产能力较低，生产规模较小，办矿水平较低。煤矿安全生产基础条件较差，管理和技术比较落后，开采布局不合理，机械化程度较低，原煤生产成本高，工人劳动强度大。</w:t>
      </w:r>
      <w:r>
        <w:rPr>
          <w:lang w:eastAsia="zh-CN"/>
        </w:rPr>
        <w:br/>
      </w:r>
      <w:r>
        <w:rPr>
          <w:lang w:eastAsia="zh-CN"/>
        </w:rPr>
        <w:t>　　二是煤矿管理人员和从业人员的文化素质普遍偏低，专业知识不足，整体素质较低，安全意识淡薄，违章指挥、违章作业的现象时有发生。煤矿管理和从业人员流动性大，有证无人、有人无证的现象还较为突出，甚至存在未经培训从事井下作业的现象。</w:t>
      </w:r>
      <w:r>
        <w:rPr>
          <w:lang w:eastAsia="zh-CN"/>
        </w:rPr>
        <w:br/>
      </w:r>
      <w:r>
        <w:rPr>
          <w:lang w:eastAsia="zh-CN"/>
        </w:rPr>
        <w:t>　　三是煤矿安全经费投入不足，安全设施不完善，煤矿业主重生产、轻安全的思想和行为较为严重，违章、冒险蛮干的事时有发生。煤矿安全生产主体责任不落实，制度不健全，现场管理不到位。专业技术人员缺乏，所编制的作业规程和安全技术措施针对性不强，甚至存在无规程和措施作业的现象。</w:t>
      </w:r>
      <w:r>
        <w:rPr>
          <w:lang w:eastAsia="zh-CN"/>
        </w:rPr>
        <w:br/>
      </w:r>
      <w:r>
        <w:rPr>
          <w:lang w:eastAsia="zh-CN"/>
        </w:rPr>
        <w:t>　　四是煤炭工业局安全监管队伍人员缺乏，专业技术人员紧缺，监管力量薄弱。安全监管主体责任的落实还有待进一步加强，在监管执法的过程中敢于监管、善于监管的力度还不够强硬，处罚失之于宽、失之于软。</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4"/>
          <w:cols w:space="425"/>
          <w:titlePg w:val="0"/>
          <w:docGrid w:type="lines" w:linePitch="312"/>
        </w:sectPr>
      </w:pPr>
      <w:r>
        <w:rPr>
          <w:lang w:eastAsia="zh-CN"/>
        </w:rPr>
        <w:t>　　三、下步工作打算</w:t>
      </w:r>
      <w:r>
        <w:rPr>
          <w:lang w:eastAsia="zh-CN"/>
        </w:rPr>
        <w:br/>
      </w:r>
      <w:r>
        <w:rPr>
          <w:lang w:eastAsia="zh-CN"/>
        </w:rPr>
        <w:t>　　一是做好煤矿关闭和资源整合工作。严格按照关闭矿井的相关要求完成关闭矿井的工作，积极协调相关部门完成资源整合的手续报批办理工作。</w:t>
      </w:r>
      <w:r>
        <w:rPr>
          <w:lang w:eastAsia="zh-CN"/>
        </w:rPr>
        <w:br/>
      </w:r>
      <w:r>
        <w:rPr>
          <w:lang w:eastAsia="zh-CN"/>
        </w:rPr>
        <w:t>　　二是强化两个主体责任的落实，进一步加强日常安全监管。着力强化隐患排查、领导带班、入井检身和“三违”处罚等一系列制度和措施的完善和落实。</w:t>
      </w:r>
      <w:r>
        <w:rPr>
          <w:lang w:eastAsia="zh-CN"/>
        </w:rPr>
        <w:br/>
      </w:r>
      <w:r>
        <w:rPr>
          <w:lang w:eastAsia="zh-CN"/>
        </w:rPr>
        <w:t>　　三是强力推进六项基础工作，按照规定的时间要求督促煤矿企业落实到位，对落实不力的煤矿该停产的要停产，该关闭的要关闭，严禁煤矿不具备安全生产条件组织生产。</w:t>
      </w:r>
      <w:r>
        <w:rPr>
          <w:lang w:eastAsia="zh-CN"/>
        </w:rPr>
        <w:br/>
      </w:r>
      <w:r>
        <w:rPr>
          <w:lang w:eastAsia="zh-CN"/>
        </w:rPr>
        <w:t>　　四是严格岗前培训和持证上岗。凡从事煤矿井下作业的人员，必须通过培训，考试合格，持证方可上岗。凡未经培训和持证就擅自安排上岗的，一经发现，必须重处重罚。</w:t>
      </w:r>
      <w:r>
        <w:rPr>
          <w:lang w:eastAsia="zh-CN"/>
        </w:rPr>
        <w:br/>
      </w:r>
      <w:r>
        <w:rPr>
          <w:lang w:eastAsia="zh-CN"/>
        </w:rPr>
        <w:t>　　五是加强监管队伍建设。每月组织一次驻矿安监员培训，提高监管素质，努力推进矿山救护队伍和基地建设。</w:t>
      </w:r>
      <w:r>
        <w:rPr>
          <w:lang w:eastAsia="zh-CN"/>
        </w:rPr>
        <w:br/>
      </w:r>
      <w:r>
        <w:rPr>
          <w:lang w:eastAsia="zh-CN"/>
        </w:rPr>
        <w:t xml:space="preserve">    技术部个人年度工作总结 篇7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5"/>
          <w:cols w:space="425"/>
          <w:titlePg w:val="0"/>
          <w:docGrid w:type="lines" w:linePitch="312"/>
        </w:sectPr>
      </w:pPr>
      <w:r>
        <w:rPr>
          <w:lang w:eastAsia="zh-CN"/>
        </w:rPr>
        <w:t>　　忙碌而又充实的20__年在20__-20__取暖期初期供热正常运行中已悄然结束，在各位领导以及同事的帮助下，通过自己的积极努力，我作为技术部仅有的一名员工顺利地完成了技术部的工作，也经历了一个不平凡的考验与磨砺。非常感谢公司给我这个成长的平台，令我在工作中不断的学习，不断的进步，慢慢的提升自身的素质与才能。20__年我的工作主要涉及Q_L90-1.6/150/90-AⅡ锅炉及附属设备的安装、换热站及外管网的设计施工、老旧小区室内改造的设计施工、新建小区的供暖相关设施施工质量与建筑面积核查等。为了今后更好地做好本职工作，现将今年工作总结如下：</w:t>
      </w:r>
      <w:r>
        <w:rPr>
          <w:lang w:eastAsia="zh-CN"/>
        </w:rPr>
        <w:br/>
      </w:r>
      <w:r>
        <w:rPr>
          <w:lang w:eastAsia="zh-CN"/>
        </w:rPr>
        <w:t>　　一、一年来的工作</w:t>
      </w:r>
      <w:r>
        <w:rPr>
          <w:lang w:eastAsia="zh-CN"/>
        </w:rPr>
        <w:br/>
      </w:r>
      <w:r>
        <w:rPr>
          <w:lang w:eastAsia="zh-CN"/>
        </w:rPr>
        <w:t>　　（一）Q_L90-1.6/150/90-AⅡ锅炉及附属设备的安装</w:t>
      </w:r>
      <w:r>
        <w:rPr>
          <w:lang w:eastAsia="zh-CN"/>
        </w:rPr>
        <w:br/>
      </w:r>
      <w:r>
        <w:rPr>
          <w:lang w:eastAsia="zh-CN"/>
        </w:rPr>
        <w:t>　　近年来我公司供暖面积逐步增多，原有两台29MW锅炉无法满足供暖需要，在20__年新建Q_L90-1.6/150/90-AⅡ锅炉已经列入了20__年的工作计划，20__年末至20__年初与公司领导及相关人员初步确定新增锅炉容量为90MW,由于辽西地区没有安装90MW锅炉的先例，为更好的完成90MW锅炉的安装工作。在确定锅炉容量后与公司领导先后考察了设计院、锅炉厂及辅机厂，并就锅炉本体、辅机及其它配套设施的不明确问题与各个单位进行了探讨研究。</w:t>
      </w:r>
      <w:r>
        <w:rPr>
          <w:lang w:eastAsia="zh-CN"/>
        </w:rPr>
        <w:br/>
      </w:r>
      <w:r>
        <w:rPr>
          <w:lang w:eastAsia="zh-CN"/>
        </w:rPr>
        <w:t>　　20__-20__供暖期结束后，根据90MW锅炉的占地范围拆除了此范围内的原有锅炉的上煤除渣系统及其它设施，至此90MW锅炉的安装准备工作已经完成。大连热电工程设计有限公司承担本项目的设计工作，在设计院初步设计图纸（建筑、结构图纸）交付至我公司后，辽宁绥四建设工程集团有限公司第二</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6"/>
          <w:cols w:space="425"/>
          <w:titlePg w:val="0"/>
          <w:docGrid w:type="lines" w:linePitch="312"/>
        </w:sectPr>
      </w:pPr>
      <w:r>
        <w:rPr>
          <w:lang w:eastAsia="zh-CN"/>
        </w:rPr>
        <w:t>　　十九项目部进入施工现场，我作为公司技术人员每天在现场与施工项目部人员对临时出现的各种问题进行研究探讨。由于我的专业是暖通，与土建专业上的不对口，很多问题都无法理解明白，只能在工艺设备需要上给予建议，在出现无法解决的问题时只能第一时间向设计院、集团总公司以及现场施工技术员咨询，整合各部门的意见，向领导汇报并得到具体批示后实施。</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7"/>
          <w:cols w:space="425"/>
          <w:titlePg w:val="0"/>
          <w:docGrid w:type="lines" w:linePitch="312"/>
        </w:sectPr>
      </w:pPr>
      <w:r>
        <w:rPr>
          <w:lang w:eastAsia="zh-CN"/>
        </w:rPr>
        <w:t>　　在土建部分施工主体框架完成同时锅炉本体安装队伍锦州鑫泰锅炉安装有限责任公司、炉排安装队伍大连永宁机械厂、烟囱施工队伍丹东市第二建筑工程有限公司、锅炉房附属系统安装队___施工队、上煤除渣厂家营口环保锅炉辅机有限责任公司、除尘器厂家锦州市三联环境净化设备厂等陆续进入施工现场。此时的时间已经是8月中旬，最直接的问题就是工期紧、各工种施工中交叉点多。公司现场管理人员少，我的工作已经不仅仅是一名技术人员还是一名现场管理人员，由于我们的'工程项目工序比较复杂，繁琐，需要随时处理施工中临时出现的各种问题，我与所有现场施工人员一样顶着酷暑，没有休息日，坚守工作每天工作十多个小时，处理着施工中遇到的问题，以保证施工的正常进行。除了处理施工现场临时出现需要现场解决的问题外，最多的是施工图纸的修改，而作为施工中必不可少的施工图纸在与现场实际情况不符、不合理时，现场施工无法进行，由于各工种施工交叉严重，一个施工队伍停工，可能意味着几个或者所有的施工队伍全部停工。例如（1）土建队伍在斜煤廊的施工前，根据场地及以后运行需要，施工图不合理，如按图施工不便于后续的生产运行，施工图需要重新设计，此情况向公司领导汇报后，根据公司领导意见与土建施工队伍、集团相关人员根据现场及运行需要制定了初步变更方案，由于设计院设计工期较长，为保证正常施工，上煤斜皮带厂家设计工艺图纸、集团公司土建人员设计土建部分图纸，现在斜煤廊施工已全部完成，运行情况良好。（2）</w:t>
      </w:r>
      <w:r>
        <w:rPr>
          <w:lang w:eastAsia="zh-CN"/>
        </w:rPr>
        <w:br/>
      </w:r>
      <w:r>
        <w:rPr>
          <w:lang w:eastAsia="zh-CN"/>
        </w:rPr>
        <w:t>　　锅炉的配套管路及泵房整个系统因与原设计时考虑的参数不一致，主循环泵由原设计的250KW变为355KW,整个系统及设备布局全都需要二次设计，由于施工工期紧，考虑到设计院的设计费用及设计工期无法满足施工现场的实际需要，在领导的支持下，加班加点将锅炉的配套管路及泵房整个系统不合理的图纸全部修改完成，没有因为图纸影响工程进度。</w:t>
      </w:r>
      <w:r>
        <w:rPr>
          <w:lang w:eastAsia="zh-CN"/>
        </w:rPr>
        <w:br/>
      </w:r>
      <w:r>
        <w:rPr>
          <w:lang w:eastAsia="zh-CN"/>
        </w:rPr>
        <w:t>　　在这四个多月中我努力的让自身价值能够最大化，把自已所学的专业知识和经验投入到工作中，以保证在自己职责范围内不影响正常的施工进度，现在90MW锅炉本体及所有的配套设备已全部安装完毕，调试后效果良好，等待运行。</w:t>
      </w:r>
      <w:r>
        <w:rPr>
          <w:lang w:eastAsia="zh-CN"/>
        </w:rPr>
        <w:br/>
      </w:r>
      <w:r>
        <w:rPr>
          <w:lang w:eastAsia="zh-CN"/>
        </w:rPr>
        <w:t>　　（二）换热站、外管网的设计施工及新建小区的核查</w:t>
      </w:r>
      <w:r>
        <w:rPr>
          <w:lang w:eastAsia="zh-CN"/>
        </w:rPr>
        <w:br/>
      </w:r>
      <w:r>
        <w:rPr>
          <w:lang w:eastAsia="zh-CN"/>
        </w:rPr>
        <w:t>　　1、发展供热面积摸底调察</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8"/>
          <w:cols w:space="425"/>
          <w:titlePg w:val="0"/>
          <w:docGrid w:type="lines" w:linePitch="312"/>
        </w:sectPr>
      </w:pPr>
      <w:r>
        <w:rPr>
          <w:lang w:eastAsia="zh-CN"/>
        </w:rPr>
        <w:t>　　对即将和有可能即将成为我们公司发展供热面积的建筑进行摸底调察，在20__年有可能入网的建筑包括___医院、____公司、____家属楼、___小区、____家园等。摸底调察主要内容包括：房屋交工时间、房屋保温是否符合节能标准、供热庭院二次管网评估（包括钢管腐蚀情况、保温情况、阀门使用情况、管径是否符合实际要求等）、楼内供热系统分类（包括地暖、暖气片，上供下回、下供上回）、楼内供热系统老化程度（包括钢管腐蚀情况、阀门使用情况、管径是否符合实际要求等）。做好摸底调查不仅是为技术部将来管网、换热站设计做好准备，更重要的是为公司高层决定本年度供热发展提供基本资料，便于领导决策。</w:t>
      </w:r>
      <w:r>
        <w:rPr>
          <w:lang w:eastAsia="zh-CN"/>
        </w:rPr>
        <w:br/>
      </w:r>
      <w:r>
        <w:rPr>
          <w:lang w:eastAsia="zh-CN"/>
        </w:rPr>
        <w:t>　　2、 一次管网、二次管网、换热站施工图设计及施工</w:t>
      </w:r>
      <w:r>
        <w:rPr>
          <w:lang w:eastAsia="zh-CN"/>
        </w:rPr>
        <w:br/>
      </w:r>
      <w:r>
        <w:rPr>
          <w:lang w:eastAsia="zh-CN"/>
        </w:rPr>
        <w:t>　　为保证集中供热工程能够顺利开工，技术部要提前考虑管网和换热站整体布局合理，将发展面积按地暖、暖气片、风机盘管，高低区分类，并设计管网</w:t>
      </w:r>
      <w:r>
        <w:rPr>
          <w:lang w:eastAsia="zh-CN"/>
        </w:rPr>
        <w:br/>
      </w:r>
      <w:r>
        <w:rPr>
          <w:lang w:eastAsia="zh-CN"/>
        </w:rPr>
        <w:t>　　施工图和换热站的工艺施工图。</w:t>
      </w:r>
      <w:r>
        <w:rPr>
          <w:lang w:eastAsia="zh-CN"/>
        </w:rPr>
        <w:br/>
      </w:r>
      <w:r>
        <w:rPr>
          <w:lang w:eastAsia="zh-CN"/>
        </w:rPr>
        <w:t>　　确定设计管网路由，并对设计管网路由地下障碍物做好提前判断，在其他同事协助下联系地下管线其他单位确定地下障碍物具体位置及深度，由施工队挖探坑探出地下障碍物准确位置，并及时修改施工图纸确保供热管网工程安全顺利施工。</w:t>
      </w:r>
      <w:r>
        <w:rPr>
          <w:lang w:eastAsia="zh-CN"/>
        </w:rPr>
        <w:br/>
      </w:r>
      <w:r>
        <w:rPr>
          <w:lang w:eastAsia="zh-CN"/>
        </w:rPr>
        <w:t>　　当正常施工开始后，主要有以下工作：</w:t>
      </w:r>
      <w:r>
        <w:rPr>
          <w:lang w:eastAsia="zh-CN"/>
        </w:rPr>
        <w:br/>
      </w:r>
      <w:r>
        <w:rPr>
          <w:lang w:eastAsia="zh-CN"/>
        </w:rPr>
        <w:t>　　（1）负责施工设计图纸设计、打印。</w:t>
      </w:r>
      <w:r>
        <w:rPr>
          <w:lang w:eastAsia="zh-CN"/>
        </w:rPr>
        <w:br/>
      </w:r>
      <w:r>
        <w:rPr>
          <w:lang w:eastAsia="zh-CN"/>
        </w:rPr>
        <w:t>　　（2）负责施工设计图纸技术现场交底，现场对施工图进行解释说明，并监督施工单位按照技术要求进行施工。</w:t>
      </w:r>
      <w:r>
        <w:rPr>
          <w:lang w:eastAsia="zh-CN"/>
        </w:rPr>
        <w:br/>
      </w:r>
      <w:r>
        <w:rPr>
          <w:lang w:eastAsia="zh-CN"/>
        </w:rPr>
        <w:t>　　（3）负责现场材料的质量检验，现场对进入工地的聚氨酯预制保温管，弯头等进行质量外观检验，保证工程质量。</w:t>
      </w:r>
      <w:r>
        <w:rPr>
          <w:lang w:eastAsia="zh-CN"/>
        </w:rPr>
        <w:br/>
      </w:r>
      <w:r>
        <w:rPr>
          <w:lang w:eastAsia="zh-CN"/>
        </w:rPr>
        <w:t>　　（4）负责现场设计变更，及时解决施工中所遇到的技术问题，保证工程顺利进行。</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9"/>
          <w:cols w:space="425"/>
          <w:titlePg w:val="0"/>
          <w:docGrid w:type="lines" w:linePitch="312"/>
        </w:sectPr>
      </w:pPr>
      <w:r>
        <w:rPr>
          <w:lang w:eastAsia="zh-CN"/>
        </w:rPr>
        <w:t>　　监督施工现场是最累的，但也是最能学到东西、最能积累经验的地方。施工现场有一些事情是无法预知的，能够正确、快速的处理这些问题，不是只凭一些理论上的知识就能够解决的，它更多的是考验一个人处理突发事件时的综合能力，需要丰富的施工现场经验，良好的沟通交流能力和全面的思考方向。</w:t>
      </w:r>
      <w:r>
        <w:rPr>
          <w:lang w:eastAsia="zh-CN"/>
        </w:rPr>
        <w:br/>
      </w:r>
      <w:r>
        <w:rPr>
          <w:lang w:eastAsia="zh-CN"/>
        </w:rPr>
        <w:t>　　20__年____医院、____小区、_____三处均在9月末与我公司签订《集中供暖入网协议》并入我公司集中供暖管网，总计供暖面积53564.87平方米，建设换热站2座，改造管网约20__米。</w:t>
      </w:r>
      <w:r>
        <w:rPr>
          <w:lang w:eastAsia="zh-CN"/>
        </w:rPr>
        <w:br/>
      </w:r>
      <w:r>
        <w:rPr>
          <w:lang w:eastAsia="zh-CN"/>
        </w:rPr>
        <w:t>　　3、 供热管网注水及试运行</w:t>
      </w:r>
      <w:r>
        <w:rPr>
          <w:lang w:eastAsia="zh-CN"/>
        </w:rPr>
        <w:br/>
      </w:r>
      <w:r>
        <w:rPr>
          <w:lang w:eastAsia="zh-CN"/>
        </w:rPr>
        <w:t>　　随着天气转凉，供热管网工程已接近尾声，这时我们公司的工作重心也转移到了运行上来，而我此时除了需要继续在施工现场解决施工难题，更主要任</w:t>
      </w:r>
      <w:r>
        <w:rPr>
          <w:lang w:eastAsia="zh-CN"/>
        </w:rPr>
        <w:br/>
      </w:r>
      <w:r>
        <w:rPr>
          <w:lang w:eastAsia="zh-CN"/>
        </w:rPr>
        <w:t>　　务是：一、观察供热管网注水及冷运行的运行参数，保证注水及管网试运行安全正常，二、重设换热站运行参数，因为我公司所属14座换热站全部为无人值守换热站，所有的运行参数在正式运行前需要重新设定，以保证正式供暖后所有换热站正常运行。</w:t>
      </w:r>
      <w:r>
        <w:rPr>
          <w:lang w:eastAsia="zh-CN"/>
        </w:rPr>
        <w:br/>
      </w:r>
      <w:r>
        <w:rPr>
          <w:lang w:eastAsia="zh-CN"/>
        </w:rPr>
        <w:t>　　二、 收获与不足</w:t>
      </w:r>
      <w:r>
        <w:rPr>
          <w:lang w:eastAsia="zh-CN"/>
        </w:rPr>
        <w:br/>
      </w:r>
      <w:r>
        <w:rPr>
          <w:lang w:eastAsia="zh-CN"/>
        </w:rPr>
        <w:t>　　我在20__年的收获是在紧张、繁重的工作中学到了更多的知识，主要包括对锅炉及辅机的原理从本质上了解的更加透彻，学到了现场管理方式方法，在换热站和管网设计上更加熟练。</w:t>
      </w:r>
      <w:r>
        <w:rPr>
          <w:lang w:eastAsia="zh-CN"/>
        </w:rPr>
        <w:br/>
      </w:r>
      <w:r>
        <w:rPr>
          <w:lang w:eastAsia="zh-CN"/>
        </w:rPr>
        <w:t>　　一年来的工作虽然是完成了，但是其中存在了很多不足：</w:t>
      </w:r>
      <w:r>
        <w:rPr>
          <w:lang w:eastAsia="zh-CN"/>
        </w:rPr>
        <w:br/>
      </w:r>
      <w:r>
        <w:rPr>
          <w:lang w:eastAsia="zh-CN"/>
        </w:rPr>
        <w:t>　　（1）施工前对锅炉及辅机设备的了解不够全面、掌握的程度不够，只能边施工边查找资料。</w:t>
      </w:r>
      <w:r>
        <w:rPr>
          <w:lang w:eastAsia="zh-CN"/>
        </w:rPr>
        <w:br/>
      </w:r>
      <w:r>
        <w:rPr>
          <w:lang w:eastAsia="zh-CN"/>
        </w:rPr>
        <w:t>　　（2）在现场管理上经验不够，个别事件处理不够及时。</w:t>
      </w:r>
      <w:r>
        <w:rPr>
          <w:lang w:eastAsia="zh-CN"/>
        </w:rPr>
        <w:br/>
      </w:r>
      <w:r>
        <w:rPr>
          <w:lang w:eastAsia="zh-CN"/>
        </w:rPr>
        <w:t>　　（3）对暖通专业以外的知识涉及的太少，造成工作衔接不顺。</w:t>
      </w:r>
      <w:r>
        <w:rPr>
          <w:lang w:eastAsia="zh-CN"/>
        </w:rPr>
        <w:br/>
      </w:r>
      <w:r>
        <w:rPr>
          <w:lang w:eastAsia="zh-CN"/>
        </w:rPr>
        <w:t>　　三、今后的努力方向</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0"/>
          <w:cols w:space="425"/>
          <w:titlePg w:val="0"/>
          <w:docGrid w:type="lines" w:linePitch="312"/>
        </w:sectPr>
      </w:pPr>
      <w:r>
        <w:rPr>
          <w:lang w:eastAsia="zh-CN"/>
        </w:rPr>
        <w:t>　　回顾自己一年来的工作，虽然工作任务比较多，但是许多工作还有不足之处，在今后的工作中，我一定认真总结经验，克服不足，努力把工作做得更好，及时掌握专业知识，让自己的工作提高效率。脚踏实地，尽职尽责地做好供暖的技术工作，让公司放心、让用户满意。</w:t>
      </w:r>
      <w:r>
        <w:rPr>
          <w:lang w:eastAsia="zh-CN"/>
        </w:rPr>
        <w:br/>
      </w:r>
      <w:r>
        <w:rPr>
          <w:lang w:eastAsia="zh-CN"/>
        </w:rPr>
        <w:t>　　技术部:____</w:t>
      </w:r>
      <w:r>
        <w:rPr>
          <w:lang w:eastAsia="zh-CN"/>
        </w:rPr>
        <w:br/>
      </w:r>
      <w:r>
        <w:rPr>
          <w:lang w:eastAsia="zh-CN"/>
        </w:rPr>
        <w:t>　　20__年12月16日</w:t>
      </w:r>
      <w:r>
        <w:rPr>
          <w:lang w:eastAsia="zh-CN"/>
        </w:rPr>
        <w:br/>
      </w:r>
      <w:r>
        <w:rPr>
          <w:lang w:eastAsia="zh-CN"/>
        </w:rPr>
        <w:t xml:space="preserve">    技术部个人年度工作总结 篇8 </w:t>
      </w:r>
      <w:r>
        <w:rPr>
          <w:lang w:eastAsia="zh-CN"/>
        </w:rPr>
        <w:br/>
      </w:r>
      <w:r>
        <w:rPr>
          <w:lang w:eastAsia="zh-CN"/>
        </w:rPr>
        <w:t>　　从8月3日进入公司邹城名仕豪庭技术部，已经有将近半年的时间，在李总的领导以及关心支持下，个人在20__年度工作中取得了进步。在工作过程中，较好地完成了公司交给的工作任务。</w:t>
      </w:r>
      <w:r>
        <w:rPr>
          <w:lang w:eastAsia="zh-CN"/>
        </w:rPr>
        <w:br/>
      </w:r>
      <w:r>
        <w:rPr>
          <w:lang w:eastAsia="zh-CN"/>
        </w:rPr>
        <w:t>　　一、现将有关20__年度个人工作情况作如下总结：</w:t>
      </w:r>
      <w:r>
        <w:rPr>
          <w:lang w:eastAsia="zh-CN"/>
        </w:rPr>
        <w:br/>
      </w:r>
      <w:r>
        <w:rPr>
          <w:lang w:eastAsia="zh-CN"/>
        </w:rPr>
        <w:t>　　1、熟悉了解公司颁发的各项规章制度</w:t>
      </w:r>
      <w:r>
        <w:rPr>
          <w:lang w:eastAsia="zh-CN"/>
        </w:rPr>
        <w:br/>
      </w:r>
      <w:r>
        <w:rPr>
          <w:lang w:eastAsia="zh-CN"/>
        </w:rPr>
        <w:t>　　为了更快更好地融入公司这个团队，为以后的工作打好铺垫，我加紧对公司的各项规章制度的了解，熟悉公司的企业文化。通过了解和熟悉，我为能进入这个团队感到自豪，同时也感到自身的压力。在以后的工作中，我将以公司的各项规章制度为准则，严格要求自己，廉洁自律，在坚持原则的情况下敢于创新，更快更好地完成工作任务。</w:t>
      </w:r>
      <w:r>
        <w:rPr>
          <w:lang w:eastAsia="zh-CN"/>
        </w:rPr>
        <w:br/>
      </w:r>
      <w:r>
        <w:rPr>
          <w:lang w:eastAsia="zh-CN"/>
        </w:rPr>
        <w:t>　　2、熟悉工程项目的图纸及现场情况</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1"/>
          <w:cols w:space="425"/>
          <w:titlePg w:val="0"/>
          <w:docGrid w:type="lines" w:linePitch="312"/>
        </w:sectPr>
      </w:pPr>
      <w:r>
        <w:rPr>
          <w:lang w:eastAsia="zh-CN"/>
        </w:rPr>
        <w:t>　　作为工程师，全面熟悉图纸和现场布置、施工单位情况及前期的工作进度、质量、安全对以后的工作是相当有利的。为了以后能更好地开展工作，我深入现场，对现场的施工情况做更深层次的了解。在掌握第一手现场资料之后，我结合图纸、查阅相关技术资料，对工程现场情况进行归纳，对以后施工重难点进行分析，为下一步工程量的计算和施工图预算提供了可靠的依据。</w:t>
      </w:r>
      <w:r>
        <w:rPr>
          <w:lang w:eastAsia="zh-CN"/>
        </w:rPr>
        <w:br/>
      </w:r>
      <w:r>
        <w:rPr>
          <w:lang w:eastAsia="zh-CN"/>
        </w:rPr>
        <w:t>　　3、消防工程的标书编制及招标</w:t>
      </w:r>
      <w:r>
        <w:rPr>
          <w:lang w:eastAsia="zh-CN"/>
        </w:rPr>
        <w:br/>
      </w:r>
      <w:r>
        <w:rPr>
          <w:lang w:eastAsia="zh-CN"/>
        </w:rPr>
        <w:t>　　为了加快进度，合理利用资金，公司对消防工程采用工程量清单报价进行招标。但是标书的编制对工程量的要求是极其严格的。合理的确定工程施工项目，制定了详细的工程量清单及标书。</w:t>
      </w:r>
      <w:r>
        <w:rPr>
          <w:lang w:eastAsia="zh-CN"/>
        </w:rPr>
        <w:br/>
      </w:r>
      <w:r>
        <w:rPr>
          <w:lang w:eastAsia="zh-CN"/>
        </w:rPr>
        <w:t>　　4、园林景观工程量的计算，材料的统计（安装部分）。</w:t>
      </w:r>
      <w:r>
        <w:rPr>
          <w:lang w:eastAsia="zh-CN"/>
        </w:rPr>
        <w:br/>
      </w:r>
      <w:r>
        <w:rPr>
          <w:lang w:eastAsia="zh-CN"/>
        </w:rPr>
        <w:t>　　二、存在的不足以及改进措施</w:t>
      </w:r>
      <w:r>
        <w:rPr>
          <w:lang w:eastAsia="zh-CN"/>
        </w:rPr>
        <w:br/>
      </w:r>
      <w:r>
        <w:rPr>
          <w:lang w:eastAsia="zh-CN"/>
        </w:rPr>
        <w:t>　　20__年即将过去，回想自己在公司半年来的工作，虽然工作量比较大，但是闪光点并不多，许多工作还有不尽如意之处，作为一个现代化工人，他应该是一专多能的，这样的人才才符合时代以及公司的需求。自己的专业面狭窄，对房地产其它专业认识不够，这都限制了自身的发展。在以后的工作过程中，我将加强其他专业的学习，充分利用公司资源，提高主观能动性，争取能成为一专多能的复合型人才。</w:t>
      </w:r>
      <w:r>
        <w:rPr>
          <w:lang w:eastAsia="zh-CN"/>
        </w:rPr>
        <w:br/>
      </w:r>
      <w:r>
        <w:rPr>
          <w:lang w:eastAsia="zh-CN"/>
        </w:rPr>
        <w:t>　　三、完成20__年目标计划的措施以及建议</w:t>
      </w:r>
      <w:r>
        <w:rPr>
          <w:lang w:eastAsia="zh-CN"/>
        </w:rPr>
        <w:br/>
      </w:r>
      <w:r>
        <w:rPr>
          <w:lang w:eastAsia="zh-CN"/>
        </w:rPr>
        <w:t>　　为了公司项目的顺利开展，名仕豪庭项目的顺利竣工，也为了公司的可持续性发展，我在工程管理方面以及其它方面做以下建议。</w:t>
      </w:r>
      <w:r>
        <w:rPr>
          <w:lang w:eastAsia="zh-CN"/>
        </w:rPr>
        <w:br/>
      </w:r>
      <w:r>
        <w:rPr>
          <w:lang w:eastAsia="zh-CN"/>
        </w:rPr>
        <w:t>　　1、质量控制</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2"/>
          <w:cols w:space="425"/>
          <w:titlePg w:val="0"/>
          <w:docGrid w:type="lines" w:linePitch="312"/>
        </w:sectPr>
      </w:pPr>
      <w:r>
        <w:rPr>
          <w:lang w:eastAsia="zh-CN"/>
        </w:rPr>
        <w:t>　　工程项目实施阶段，工程部要开展多方面的工作，对工程项目的质量进行控制和监督，概括地说有审查确认承包商的质量保证体系，进场材料、设备的质量控制，监理规划、监理实施细则的审查以及对监理工程师日常监理工作的监督和检查等几个方面。</w:t>
      </w:r>
      <w:r>
        <w:rPr>
          <w:lang w:eastAsia="zh-CN"/>
        </w:rPr>
        <w:br/>
      </w:r>
      <w:r>
        <w:rPr>
          <w:lang w:eastAsia="zh-CN"/>
        </w:rPr>
        <w:t>　　承包商质量保证体系的审查确认。着重检查承包商是否已建立质量保证体系，质量保证体系是否经认证单位认证，是否制定了明确的质量目标和计划,以及质量保证体系是否行之有效。监理规划和监理工作实施细则的审查。业主的意志要通过监理工程师来实现。监理工作的好坏与监理规划和监理工作实施细则的优劣有直接关系。经常深入工地了解情况，同时对监理工程师的日常监理工作进行监督检查。特别强调带着问题下工地进行检查工作。</w:t>
      </w:r>
      <w:r>
        <w:rPr>
          <w:lang w:eastAsia="zh-CN"/>
        </w:rPr>
        <w:br/>
      </w:r>
      <w:r>
        <w:rPr>
          <w:lang w:eastAsia="zh-CN"/>
        </w:rPr>
        <w:t>　　2、进度控制</w:t>
      </w:r>
      <w:r>
        <w:rPr>
          <w:lang w:eastAsia="zh-CN"/>
        </w:rPr>
        <w:br/>
      </w:r>
      <w:r>
        <w:rPr>
          <w:lang w:eastAsia="zh-CN"/>
        </w:rPr>
        <w:t>　　进度控制是项目成功与否的关键因素之一，工程部要做的就是编制项目管理规划，研究项目的总进度、施工布置、重大施工技术和施工难题，对项目实施过程中可能出现的问题做好预案。制定一整套制度来规范管理以提高工作效率。</w:t>
      </w:r>
      <w:r>
        <w:rPr>
          <w:lang w:eastAsia="zh-CN"/>
        </w:rPr>
        <w:br/>
      </w:r>
      <w:r>
        <w:rPr>
          <w:lang w:eastAsia="zh-CN"/>
        </w:rPr>
        <w:t>　　3、加强全员经营意识</w:t>
      </w:r>
      <w:r>
        <w:rPr>
          <w:lang w:eastAsia="zh-CN"/>
        </w:rPr>
        <w:br/>
      </w:r>
      <w:r>
        <w:rPr>
          <w:lang w:eastAsia="zh-CN"/>
        </w:rPr>
        <w:t>　　许多人错误认为项目开发只是工程部和销售部的事情，与自己部门关系并不是很大。其实项目开发相当复杂，他综合了各个部门的智慧和汗水，并不是单纯的开发和销售如此简单。所以作为公司的员工，我们要牢牢树立全员经营的意识，以主人翁的精神投入到工作中去。</w:t>
      </w:r>
    </w:p>
    <w:p w:rsidR="001B1F19" w14:textId="27C3F48A">
      <w:pPr>
        <w:rPr>
          <w:rFonts w:hint="eastAsia"/>
          <w:lang w:eastAsia="zh-CN"/>
        </w:rPr>
        <w:sectPr>
          <w:type w:val="nextPage"/>
          <w:pgSz w:w="11906" w:h="16838"/>
          <w:pgMar w:top="1440" w:right="1800" w:bottom="1440" w:left="1800" w:header="851" w:footer="992" w:gutter="0"/>
          <w:pgNumType w:start="33"/>
          <w:cols w:space="425"/>
          <w:titlePg w:val="0"/>
          <w:docGrid w:type="lines" w:linePitch="312"/>
        </w:sectPr>
      </w:pPr>
      <w:r>
        <w:rPr>
          <w:lang w:eastAsia="zh-CN"/>
        </w:rPr>
        <w:t xml:space="preserve"> 20__年已过去，虽然项目还没有正式完工，但收获也不少。特别是公司几位领导塌实的工作作风以及认真负责的工作态度给我们员工树立了榜样。总结过去，展望未来，20__年工作多，任务重，对于我来说也是一种挑战。新环境，新机遇，新挑战，如何优质、高效、低耗、按期、安全、文明地建好该项工程，保证按期交房是作为工程师该思考的课题。在以后的工作中，我将认真执行公司的相关规定，充分发挥个人主观能动性，以铁的纪律来约束自己，不断学习新技术新经验，善于总结，也希望公司的领导能给我更多的理解和更大的支持，争取为项目的顺利交房贡献自己的力量。赵振新20__年12月30日</w:t>
      </w:r>
      <w:r>
        <w:rPr>
          <w:lang w:eastAsia="zh-CN"/>
        </w:rPr>
        <w:br/>
      </w:r>
      <w:r>
        <w:rPr>
          <w:lang w:eastAsia="zh-CN"/>
        </w:rPr>
        <w:t xml:space="preserve">    技术部个人年度工作总结 篇9 </w:t>
      </w:r>
      <w:r>
        <w:rPr>
          <w:lang w:eastAsia="zh-CN"/>
        </w:rPr>
        <w:br/>
      </w:r>
      <w:r>
        <w:rPr>
          <w:lang w:eastAsia="zh-CN"/>
        </w:rPr>
        <w:t>　　弹指一挥间，跌宕起伏的20__经翻了过去。在领导的悉心关怀和指导下，在各部门各同事的帮助和鼓励下，并通过自身的不懈努力，技术部在工作上取得了一定的成果，但也存在一些不足，特向大家汇报如下：</w:t>
      </w:r>
      <w:r>
        <w:rPr>
          <w:lang w:eastAsia="zh-CN"/>
        </w:rPr>
        <w:br/>
      </w:r>
      <w:r>
        <w:rPr>
          <w:lang w:eastAsia="zh-CN"/>
        </w:rPr>
        <w:t>　　一、新产品开发</w:t>
      </w:r>
      <w:r>
        <w:rPr>
          <w:lang w:eastAsia="zh-CN"/>
        </w:rPr>
        <w:br/>
      </w:r>
      <w:r>
        <w:rPr>
          <w:lang w:eastAsia="zh-CN"/>
        </w:rPr>
        <w:t>　　20__商务部逐渐扩大，在新产品，新客户开发上起到积极有效的领头作用，新产品设计大量增加，尽管技术部在人员不充足的情况下，还是完成了__多种新产品的设计。</w:t>
      </w:r>
      <w:r>
        <w:rPr>
          <w:lang w:eastAsia="zh-CN"/>
        </w:rPr>
        <w:br/>
      </w:r>
      <w:r>
        <w:rPr>
          <w:lang w:eastAsia="zh-CN"/>
        </w:rPr>
        <w:t>　　二、提高产品的竞争优势</w:t>
      </w:r>
      <w:r>
        <w:rPr>
          <w:lang w:eastAsia="zh-CN"/>
        </w:rPr>
        <w:br/>
      </w:r>
      <w:r>
        <w:rPr>
          <w:lang w:eastAsia="zh-CN"/>
        </w:rPr>
        <w:t>　　20__年随着国内外经济困境的加深，客户对产品价格的依赖性加大，技术部为了应对当前形势降低成本提高产品的竞争优势。</w:t>
      </w:r>
      <w:r>
        <w:rPr>
          <w:lang w:eastAsia="zh-CN"/>
        </w:rPr>
        <w:br/>
      </w:r>
      <w:r>
        <w:rPr>
          <w:lang w:eastAsia="zh-CN"/>
        </w:rPr>
        <w:t>　　三、存在的不足</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4"/>
          <w:cols w:space="425"/>
          <w:titlePg w:val="0"/>
          <w:docGrid w:type="lines" w:linePitch="312"/>
        </w:sectPr>
      </w:pPr>
      <w:r>
        <w:rPr>
          <w:lang w:eastAsia="zh-CN"/>
        </w:rPr>
        <w:t>　　1、由于工程师的流动加大，大家都忙于文件的编写和图纸的设计，试验和动手能力有待提高。</w:t>
      </w:r>
      <w:r>
        <w:rPr>
          <w:lang w:eastAsia="zh-CN"/>
        </w:rPr>
        <w:br/>
      </w:r>
      <w:r>
        <w:rPr>
          <w:lang w:eastAsia="zh-CN"/>
        </w:rPr>
        <w:t>　　2、对自身负责的产品检查不够，对细节和环节有所忽略。</w:t>
      </w:r>
      <w:r>
        <w:rPr>
          <w:lang w:eastAsia="zh-CN"/>
        </w:rPr>
        <w:br/>
      </w:r>
      <w:r>
        <w:rPr>
          <w:lang w:eastAsia="zh-CN"/>
        </w:rPr>
        <w:t>　　3、缺乏对同类产品、同类工艺的总结思考，缺乏对失败的记录、分析，难于传承。</w:t>
      </w:r>
      <w:r>
        <w:rPr>
          <w:lang w:eastAsia="zh-CN"/>
        </w:rPr>
        <w:br/>
      </w:r>
      <w:r>
        <w:rPr>
          <w:lang w:eastAsia="zh-CN"/>
        </w:rPr>
        <w:t>　　四、在接下来的一年里，技术部重点将从如下几个方面不断提升和改进</w:t>
      </w:r>
      <w:r>
        <w:rPr>
          <w:lang w:eastAsia="zh-CN"/>
        </w:rPr>
        <w:br/>
      </w:r>
      <w:r>
        <w:rPr>
          <w:lang w:eastAsia="zh-CN"/>
        </w:rPr>
        <w:t>　　1、想：多方面，多方位—力求全面，将问题在设计阶段解决。</w:t>
      </w:r>
      <w:r>
        <w:rPr>
          <w:lang w:eastAsia="zh-CN"/>
        </w:rPr>
        <w:br/>
      </w:r>
      <w:r>
        <w:rPr>
          <w:lang w:eastAsia="zh-CN"/>
        </w:rPr>
        <w:t>　　对工程师加强培训，全面提升业务水平，在设计和开发电热管时，不仅要看到事物的普通属性，更应当想到其特殊属性;不仅看到事物的表面，更应当想到其里面;不仅看到事物的正常状态，更应当想到其异常状态;不仅看到事物的优点，更应当想到其缺点。</w:t>
      </w:r>
      <w:r>
        <w:rPr>
          <w:lang w:eastAsia="zh-CN"/>
        </w:rPr>
        <w:br/>
      </w:r>
      <w:r>
        <w:rPr>
          <w:lang w:eastAsia="zh-CN"/>
        </w:rPr>
        <w:t>　　2、做：多试验，多对比—力求完美，不断提高产品性价比。</w:t>
      </w:r>
      <w:r>
        <w:rPr>
          <w:lang w:eastAsia="zh-CN"/>
        </w:rPr>
        <w:br/>
      </w:r>
      <w:r>
        <w:rPr>
          <w:lang w:eastAsia="zh-CN"/>
        </w:rPr>
        <w:t>　　贯彻给工程师多做多问的理念，同时在实践过程中不断地提醒自己：在保证产品质量的前提下，能不能更高效?能不能更稳定?能不能更便宜?能不能更简单?能不能更环保?</w:t>
      </w:r>
      <w:r>
        <w:rPr>
          <w:lang w:eastAsia="zh-CN"/>
        </w:rPr>
        <w:br/>
      </w:r>
      <w:r>
        <w:rPr>
          <w:lang w:eastAsia="zh-CN"/>
        </w:rPr>
        <w:t>　　3、检查：重细节，重环节—力求耐心，避免不必要的错误。</w:t>
      </w:r>
      <w:r>
        <w:rPr>
          <w:lang w:eastAsia="zh-CN"/>
        </w:rPr>
        <w:br/>
      </w:r>
      <w:r>
        <w:rPr>
          <w:lang w:eastAsia="zh-CN"/>
        </w:rPr>
        <w:t>　　培养工程师从细节入手，顺着每个环节进行自我检查，耐心仔细，将认真的工作态度变成习惯。</w:t>
      </w:r>
      <w:r>
        <w:rPr>
          <w:lang w:eastAsia="zh-CN"/>
        </w:rPr>
        <w:br/>
      </w:r>
      <w:r>
        <w:rPr>
          <w:lang w:eastAsia="zh-CN"/>
        </w:rPr>
        <w:t>　　4、总结：重积累，重传承—力求坚持，少走弯路提高效率。</w:t>
      </w:r>
      <w:r>
        <w:rPr>
          <w:lang w:eastAsia="zh-CN"/>
        </w:rPr>
        <w:br/>
      </w:r>
      <w:r>
        <w:rPr>
          <w:lang w:eastAsia="zh-CN"/>
        </w:rPr>
        <w:t>　　在日常的工作中做到好的经验，好的方法，要记录，要推广;同时没有解决的难题也要记录，要分析，持续改进。时时刻刻积累，天天年年进步。</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5"/>
          <w:cols w:space="425"/>
          <w:titlePg w:val="0"/>
          <w:docGrid w:type="lines" w:linePitch="312"/>
        </w:sectPr>
      </w:pPr>
      <w:r>
        <w:rPr>
          <w:lang w:eastAsia="zh-CN"/>
        </w:rPr>
        <w:t xml:space="preserve">    技术部个人年度工作总结 篇10 </w:t>
      </w:r>
      <w:r>
        <w:rPr>
          <w:lang w:eastAsia="zh-CN"/>
        </w:rPr>
        <w:br/>
      </w:r>
      <w:r>
        <w:rPr>
          <w:lang w:eastAsia="zh-CN"/>
        </w:rPr>
        <w:t>　　我于20__年起正式成为公司的一员。时间飞逝，弹指间20__年已经过去，作为公司的一名运维工程师已经有三个月了，在公司领导和同事的关心支持下，个人在20__年度取得了不小的进步。</w:t>
      </w:r>
      <w:r>
        <w:rPr>
          <w:lang w:eastAsia="zh-CN"/>
        </w:rPr>
        <w:br/>
      </w:r>
      <w:r>
        <w:rPr>
          <w:lang w:eastAsia="zh-CN"/>
        </w:rPr>
        <w:t>　　一、工作总结：</w:t>
      </w:r>
      <w:r>
        <w:rPr>
          <w:lang w:eastAsia="zh-CN"/>
        </w:rPr>
        <w:br/>
      </w:r>
      <w:r>
        <w:rPr>
          <w:lang w:eastAsia="zh-CN"/>
        </w:rPr>
        <w:t>　　工作完成情况：</w:t>
      </w:r>
      <w:r>
        <w:rPr>
          <w:lang w:eastAsia="zh-CN"/>
        </w:rPr>
        <w:br/>
      </w:r>
      <w:r>
        <w:rPr>
          <w:lang w:eastAsia="zh-CN"/>
        </w:rPr>
        <w:t>　　1.对公司的服务器搭建监控系统，实现对公司服务器的在线监控，做到及时预防故障，发生故障能及时处理，避免故障影响到公司业务。</w:t>
      </w:r>
      <w:r>
        <w:rPr>
          <w:lang w:eastAsia="zh-CN"/>
        </w:rPr>
        <w:br/>
      </w:r>
      <w:r>
        <w:rPr>
          <w:lang w:eastAsia="zh-CN"/>
        </w:rPr>
        <w:t>　　2.对未进行数据库备份的服务器进行备份，防止因服务器故障而导致的数据丢失。</w:t>
      </w:r>
      <w:r>
        <w:rPr>
          <w:lang w:eastAsia="zh-CN"/>
        </w:rPr>
        <w:br/>
      </w:r>
      <w:r>
        <w:rPr>
          <w:lang w:eastAsia="zh-CN"/>
        </w:rPr>
        <w:t>　　3.配合教培项目，完成各个地区的线上服务器的环境部署和相关运维文档输出。</w:t>
      </w:r>
      <w:r>
        <w:rPr>
          <w:lang w:eastAsia="zh-CN"/>
        </w:rPr>
        <w:br/>
      </w:r>
      <w:r>
        <w:rPr>
          <w:lang w:eastAsia="zh-CN"/>
        </w:rPr>
        <w:t>　　4.对公司的电脑软件、硬件、网络、服务器的维护，尽可能的降低设备使用故障率，在设备发生故障时，尽可能的在最短时间内给予解决，保证了公司电脑、网络、服务器的正常使用。</w:t>
      </w:r>
      <w:r>
        <w:rPr>
          <w:lang w:eastAsia="zh-CN"/>
        </w:rPr>
        <w:br/>
      </w:r>
      <w:r>
        <w:rPr>
          <w:lang w:eastAsia="zh-CN"/>
        </w:rPr>
        <w:t>　　二、查找不足</w:t>
      </w:r>
      <w:r>
        <w:rPr>
          <w:lang w:eastAsia="zh-CN"/>
        </w:rPr>
        <w:br/>
      </w:r>
      <w:r>
        <w:rPr>
          <w:lang w:eastAsia="zh-CN"/>
        </w:rPr>
        <w:t>　　回顾这几个月的工作，在学习上、工作上都取得了一些进步，让我认识到了自己的不足之处：</w:t>
      </w:r>
      <w:r>
        <w:rPr>
          <w:lang w:eastAsia="zh-CN"/>
        </w:rPr>
        <w:br/>
      </w:r>
      <w:r>
        <w:rPr>
          <w:lang w:eastAsia="zh-CN"/>
        </w:rPr>
        <w:t>　　1.自己在工作中的知识面还不够宽，对技术的掌握还不够。</w:t>
      </w:r>
      <w:r>
        <w:rPr>
          <w:lang w:eastAsia="zh-CN"/>
        </w:rPr>
        <w:br/>
      </w:r>
      <w:r>
        <w:rPr>
          <w:lang w:eastAsia="zh-CN"/>
        </w:rPr>
        <w:t>　　2.自己的工作经验还不足。</w:t>
      </w:r>
      <w:r>
        <w:rPr>
          <w:lang w:eastAsia="zh-CN"/>
        </w:rPr>
        <w:br/>
      </w:r>
      <w:r>
        <w:rPr>
          <w:lang w:eastAsia="zh-CN"/>
        </w:rPr>
        <w:t>　　三、持续进步</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6"/>
          <w:cols w:space="425"/>
          <w:titlePg w:val="0"/>
          <w:docGrid w:type="lines" w:linePitch="312"/>
        </w:sectPr>
      </w:pPr>
      <w:r>
        <w:rPr>
          <w:lang w:eastAsia="zh-CN"/>
        </w:rPr>
        <w:t>　　针对自己的不足之处，我也做出了初步设想：</w:t>
      </w:r>
      <w:r>
        <w:rPr>
          <w:lang w:eastAsia="zh-CN"/>
        </w:rPr>
        <w:br/>
      </w:r>
      <w:r>
        <w:rPr>
          <w:lang w:eastAsia="zh-CN"/>
        </w:rPr>
        <w:t>　　1.提升自己的职业技能，加强理论和业务知识学习，提高自身综合素质水平，把工作做到更好。</w:t>
      </w:r>
      <w:r>
        <w:rPr>
          <w:lang w:eastAsia="zh-CN"/>
        </w:rPr>
        <w:br/>
      </w:r>
      <w:r>
        <w:rPr>
          <w:lang w:eastAsia="zh-CN"/>
        </w:rPr>
        <w:t>　　2.同时加强对公司业务的了解，能更好的融入公司的项目中。</w:t>
      </w:r>
      <w:r>
        <w:rPr>
          <w:lang w:eastAsia="zh-CN"/>
        </w:rPr>
        <w:br/>
      </w:r>
      <w:r>
        <w:rPr>
          <w:lang w:eastAsia="zh-CN"/>
        </w:rPr>
        <w:t xml:space="preserve">    技术部个人年度工作总结 篇11 </w:t>
      </w:r>
      <w:r>
        <w:rPr>
          <w:lang w:eastAsia="zh-CN"/>
        </w:rPr>
        <w:br/>
      </w:r>
      <w:r>
        <w:rPr>
          <w:lang w:eastAsia="zh-CN"/>
        </w:rPr>
        <w:t>　　时光荏苒，20__年已经过去，回顾这一年来的工作历程内心不禁感慨万千。对刚踏出校园的我们来说回顾和总结这一年来工作中的经验和教训，有利于在以后的工作中扬长避短，更好的做好技术工作。</w:t>
      </w:r>
      <w:r>
        <w:rPr>
          <w:lang w:eastAsia="zh-CN"/>
        </w:rPr>
        <w:br/>
      </w:r>
      <w:r>
        <w:rPr>
          <w:lang w:eastAsia="zh-CN"/>
        </w:rPr>
        <w:t>　　作为一名技术员，不仅要有过硬的专业理论文化知识，还应当具备丰富的现场实际操作经验。对于刚走出校门的大学生来说后者是相当的欠缺，这就要求我们在平时的工作中掌握专业理论知识的同时多到施工现场去学习和积累一些基本的操作技能，勤动手多动脑。这样在学校学的理论知识和施工现场相结合就会成长的特别快。在现场的每个人都有可能是你的老师，虽然他们也许没有一定的专业文化知识，但是他们的施工经验却比我丰富。这就要求我们多问多想，不要觉得自己是个大学生就不懂装懂。</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7"/>
          <w:cols w:space="425"/>
          <w:titlePg w:val="0"/>
          <w:docGrid w:type="lines" w:linePitch="312"/>
        </w:sectPr>
      </w:pPr>
      <w:r>
        <w:rPr>
          <w:lang w:eastAsia="zh-CN"/>
        </w:rPr>
        <w:t>　　在此期间，由于我的实践经验不足，于是领导特意安排我在工作初期先从盘点仓库开始入手，这是一项比较单一而枯燥的工作。一开始的时候，我觉得这只不过是数数而已，有什么可学的。但当我拿着材料表，走进仓库的刹那，便意识到这项工作的艰巨性。那些元件大大小小，各式各样。完全不像我在书本上看到的一样。同一功能的元件，竟然有那么多的种类、型号、等级。我只能一件件的辨认、记录。最终，我在老师傅的帮助下，终于完成了这项工作，为我以后的工作打下了一个坚实的基础。除了整理仓库，我还盘点了我厂所有的电机，一台一台的确认，并做好了详细的记录，为以后的工作做好了充分的准备。</w:t>
      </w:r>
      <w:r>
        <w:rPr>
          <w:lang w:eastAsia="zh-CN"/>
        </w:rPr>
        <w:br/>
      </w:r>
      <w:r>
        <w:rPr>
          <w:lang w:eastAsia="zh-CN"/>
        </w:rPr>
        <w:t>　　此外，我在老师傅的带领下，还参与了总变电柜的设计。由最初的设计图纸，到定案，再到制作配电箱，最后投入使用。虽然这份图纸比较简单，但是我通过和老师傅一起工作，我学会了对工作认真、谨慎的态度。我知道就算这项工作不论多么简单，都需要一再的审查，亲自去现场确认，避免一切的失误。为了这份简单的图纸，我翻阅了大量的资料，将在大学所学的知识重新温习一遍才开始下笔，这个时候我对自己充满了自信。当图纸完成的时候，我充满了成就感，它就像是我的孩子一样，从我的手中诞生了，这种喜悦是无法用语言表达的。我发现我深深地爱上了这份充满趣味的工作。所以我要更加努力学习理论知识，结合实践，做好这份具有挑战性的工作。</w:t>
      </w:r>
      <w:r>
        <w:rPr>
          <w:lang w:eastAsia="zh-CN"/>
        </w:rPr>
        <w:br/>
      </w:r>
      <w:r>
        <w:rPr>
          <w:lang w:eastAsia="zh-CN"/>
        </w:rPr>
        <w:t>　　刚毕业的我们什么也没有，但是只要有一颗上进的心我相信无论做什么都会成功的。</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8"/>
          <w:cols w:space="425"/>
          <w:titlePg w:val="0"/>
          <w:docGrid w:type="lines" w:linePitch="312"/>
        </w:sectPr>
      </w:pPr>
      <w:r>
        <w:rPr>
          <w:lang w:eastAsia="zh-CN"/>
        </w:rPr>
        <w:t>　　除了在工作上，在政治上，我对自己严格要求，积极参加各项政治活动，自觉学习政治理论，努力提高自己的政治理论修养。具有较强的大局意识和组织观念，工作上以事业为重，不计个人得失，在新的岗位上摆正位置，把我厂的事业、把广大人民群众的利益放在首位，努力实践全心全意为人民服务的根本宗旨。在工作中做到公平公正、公道正派，具有较强的敬业精神和奉献精神，工作中吃苦耐劳，积极主动，作风踏实，不推诿扯皮，讲求效率。工作中注意调查研究，勤于思考，工作思路清晰，能把科研管理的一般理论同科研工作实际相结合，积极为本系统制订符合实际的科研发展目标和科研发展措施献计献策。在大是大非和原则面前做到毫不含糊，在我厂事业发展与改革中较好地发挥一个干部应有的表率作用。</w:t>
      </w:r>
      <w:r>
        <w:rPr>
          <w:lang w:eastAsia="zh-CN"/>
        </w:rPr>
        <w:br/>
      </w:r>
      <w:r>
        <w:rPr>
          <w:lang w:eastAsia="zh-CN"/>
        </w:rPr>
        <w:t>　　通过总结一年的工作，也找出自己在工作中的不足，首先自己的专业知识还是比较欠缺，其次在沟通能力及一些特殊的情况处理方面还是缺乏相关的经验。所以在以后的工作当中还需要多看书，认真学习好规范规程及有关文件资料，掌握好专业知识，武装自己，提高自己的工作能力，加强工作责任感，多于他人进行沟通交流，及时做好个人的各项工作。</w:t>
      </w:r>
      <w:r>
        <w:rPr>
          <w:lang w:eastAsia="zh-CN"/>
        </w:rPr>
        <w:br/>
      </w:r>
      <w:r>
        <w:rPr>
          <w:lang w:eastAsia="zh-CN"/>
        </w:rPr>
        <w:t>　　总之，在今后的工作中，我将不断的总结与反省，以百倍的热情迎接新的挑战，在学习中进步和成熟起来，不断地鞭策自己并充实能量，提高自身素质与业务水平，以适应时代和企业的发展，与公司共同进步、共同成长。</w:t>
      </w:r>
      <w:r>
        <w:rPr>
          <w:lang w:eastAsia="zh-CN"/>
        </w:rPr>
        <w:br/>
      </w:r>
      <w:r>
        <w:rPr>
          <w:lang w:eastAsia="zh-CN"/>
        </w:rPr>
        <w:t xml:space="preserve">    技术部个人年度工作总结 篇12 </w:t>
      </w:r>
      <w:r>
        <w:rPr>
          <w:lang w:eastAsia="zh-CN"/>
        </w:rPr>
        <w:br/>
      </w:r>
      <w:r>
        <w:rPr>
          <w:lang w:eastAsia="zh-CN"/>
        </w:rPr>
        <w:t>　　不知不觉中，我在自己的第一份工作岗位上结束了这半年的工作，对于这半年的工作表现总结如下：</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9"/>
          <w:cols w:space="425"/>
          <w:titlePg w:val="0"/>
          <w:docGrid w:type="lines" w:linePitch="312"/>
        </w:sectPr>
      </w:pPr>
      <w:r>
        <w:rPr>
          <w:lang w:eastAsia="zh-CN"/>
        </w:rPr>
        <w:t>　　在领导和同事的关怀、帮助、支持下，紧紧围绕自己的岗位&amp;&amp;技术员为中心工作，充分发挥岗位职责，不断改进工作方法，提高工作效率，以“服从领导、团结同事、认真学习、扎实工作”为准则，始终坚持高标准、严要求，把工作放在首位，认真完成自己的各项做工任务，同时把学习放在重要位置，努力提高自身综合素质。</w:t>
      </w:r>
      <w:r>
        <w:rPr>
          <w:lang w:eastAsia="zh-CN"/>
        </w:rPr>
        <w:br/>
      </w:r>
      <w:r>
        <w:rPr>
          <w:lang w:eastAsia="zh-CN"/>
        </w:rPr>
        <w:t>　　一、半年来的工作表现</w:t>
      </w:r>
      <w:r>
        <w:rPr>
          <w:lang w:eastAsia="zh-CN"/>
        </w:rPr>
        <w:br/>
      </w:r>
      <w:r>
        <w:rPr>
          <w:lang w:eastAsia="zh-CN"/>
        </w:rPr>
        <w:t>　　1、强化形象，提高素质。为做好技术工作，我坚持严格要求自己，以身作则，以诚待人，爱岗敬业。正确认识自身的工作和价值，正确处理苦与乐，得与失，个人利益和集体利益的关系。同时锤炼技能，提高自己。经过半年的学习和锻炼，细心学习他人长处，改掉自己不足，并虚心向领导、总工和同事请教，在不断学习和探索中是自己在技术上有所提高。</w:t>
      </w:r>
      <w:r>
        <w:rPr>
          <w:lang w:eastAsia="zh-CN"/>
        </w:rPr>
        <w:br/>
      </w:r>
      <w:r>
        <w:rPr>
          <w:lang w:eastAsia="zh-CN"/>
        </w:rPr>
        <w:t>　　2、严于律己，不断加强作风建设。始终把耐得平淡、舍得付出、默默无闻作为自己的准则，始终把作风建设的重点放在严谨、细致、扎实、脚踏实地埋头苦干上。在工作中，以制度、纪律规范自己的一言一行，严格遵守各项规章制度，尊重领导，团结同事，谦虚谨慎，不断改进工作作风;坚持做到不利于项目的事不做。与项目大家庭心往一处想，劲往一处使，不去计较个人得失。</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0"/>
          <w:cols w:space="425"/>
          <w:titlePg w:val="0"/>
          <w:docGrid w:type="lines" w:linePitch="312"/>
        </w:sectPr>
      </w:pPr>
      <w:r>
        <w:rPr>
          <w:lang w:eastAsia="zh-CN"/>
        </w:rPr>
        <w:t>　　3、学习知识，提高自身。在这半年中我不断学习自己职位的知识，不懂的向总工请教，从中学到了很多，同时还学习怎么跟分包接触，怎么管理工人，协调工人把工作完成，提高自己的“性价比”。在半年的工作中，一边学习规范图集，一边在总工的带领下学习编写施工方案，最终将编写的方案运用于现场施工中;而在办公楼和酒店的施工中，自己也学习到了如何解决现场问题，怎样优化施工方案进而更好的服务于现场生产，在整个的过程中更是锻炼了自己各方面的能力。</w:t>
      </w:r>
      <w:r>
        <w:rPr>
          <w:lang w:eastAsia="zh-CN"/>
        </w:rPr>
        <w:br/>
      </w:r>
      <w:r>
        <w:rPr>
          <w:lang w:eastAsia="zh-CN"/>
        </w:rPr>
        <w:t>　　二、工作中的不足以及今后的努力方向</w:t>
      </w:r>
      <w:r>
        <w:rPr>
          <w:lang w:eastAsia="zh-CN"/>
        </w:rPr>
        <w:br/>
      </w:r>
      <w:r>
        <w:rPr>
          <w:lang w:eastAsia="zh-CN"/>
        </w:rPr>
        <w:t>　　半年来的工作虽然是完成了，但是其中存在了很多不足，主要是技术知识不够全面，掌握的程度还不够，和同事相比还是比较有差距，在今后的工作中，我一定认真总结经验，克服不足，努力把工作做得更好，及时掌握专业知，为自己的工作以及项目的工作提供方便，提高效率。</w:t>
      </w:r>
      <w:r>
        <w:rPr>
          <w:lang w:eastAsia="zh-CN"/>
        </w:rPr>
        <w:br/>
      </w:r>
      <w:r>
        <w:rPr>
          <w:lang w:eastAsia="zh-CN"/>
        </w:rPr>
        <w:t>　　总之，半年来，我做了一定的工作，但是距离领导和同事的要求还存在不少差距。在今后的工作中，我一定努力提高，克服困难，以对工作高度负责的态度，脚踏实地，尽职尽责地做好各项工作。多关心同事，团结项目部努力工作，不辜负领导和同志们对我的期望。</w:t>
      </w:r>
      <w:r>
        <w:rPr>
          <w:lang w:eastAsia="zh-CN"/>
        </w:rPr>
        <w:br/>
      </w:r>
      <w:r>
        <w:rPr>
          <w:lang w:eastAsia="zh-CN"/>
        </w:rPr>
        <w:t xml:space="preserve">    技术部个人年度工作总结 篇13 </w:t>
      </w:r>
      <w:r>
        <w:rPr>
          <w:lang w:eastAsia="zh-CN"/>
        </w:rPr>
        <w:br/>
      </w:r>
      <w:r>
        <w:rPr>
          <w:lang w:eastAsia="zh-CN"/>
        </w:rPr>
        <w:t>　　时光荏苒，20_年已经过去，回顾这一年来的工作历程内心不禁感慨万千。对刚踏出校园的我们来说回顾和总结这一年来工作中的经验和教训，有利于在以后的工作中扬长避短，更好的做好技术工作。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1"/>
          <w:cols w:space="425"/>
          <w:titlePg w:val="0"/>
          <w:docGrid w:type="lines" w:linePitch="312"/>
        </w:sectPr>
      </w:pPr>
      <w:r>
        <w:rPr>
          <w:lang w:eastAsia="zh-CN"/>
        </w:rPr>
        <w:t>　　作为一名技术员，不仅要有过硬的专业理论文化知识，还应当具备丰富的现场实际操作经验。对于刚走出校门的大学生来说后者是相当的欠缺，这就要求我们在平时的工作中掌握专业理论知识的同时多到施工现场去学习和积累一些基本的操作技能，勤动手多动脑。这样在学校学的理论知识和施工现场相结合就会成长的特别快。在现场的每个人都有可能是你的老师，虽然他们也许没有一定的专业文化知识，但是他们的施工经验却比我丰富。这就要求我们多问多想，不要觉得自己是个大学生就不懂装懂。</w:t>
      </w:r>
      <w:r>
        <w:rPr>
          <w:lang w:eastAsia="zh-CN"/>
        </w:rPr>
        <w:br/>
      </w:r>
      <w:r>
        <w:rPr>
          <w:lang w:eastAsia="zh-CN"/>
        </w:rPr>
        <w:t>　　在此期间，由于我的实践经验不足，于是领导特意安排我在工作初期先从盘点仓库开始入手，这是一项比较单一而枯燥的工作。一开始的时候，我觉得这只不过是数数而已，有什么可学的。但当我拿着材料表，走进仓库的刹那，便意识到这项工作的艰巨性。那些元件大大小小，各式各样。完全不像我在书本上看到的一样。同一功能的元件，竟然有那么多的种类、型号、等级。我只能一件件的辨认、记录。最终，我在老师傅的帮助下，终于完成了这项工作，为我以后的工作打下了一个坚实的基础。除了整理仓库，我还盘点了我厂所有的电机，一台一台的确认，并做好了详细的记录，为以后的工作做好了充分的准备。</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2"/>
          <w:cols w:space="425"/>
          <w:titlePg w:val="0"/>
          <w:docGrid w:type="lines" w:linePitch="312"/>
        </w:sectPr>
      </w:pPr>
      <w:r>
        <w:rPr>
          <w:lang w:eastAsia="zh-CN"/>
        </w:rPr>
        <w:t>　　此外，我在老师傅的带领下，还参与了总变电柜的设计。由最初的设计图纸，到定案，再到制作配电箱，最后投入使用。虽然这份图纸比较简单，但是我通过和老师傅一起工作，我学会了对工作认真、谨慎的态度。我知道就算这项工作不论多么简单，都需要一再的审查，亲自去现场确认，避免一切的失误。为了这份简单的图纸，我翻阅了大量的资料，将在大学所学的知识重新温习一遍才开始下笔，这个时候我对自己充满了自信。当图纸完成的时候，我充满了成就感，它就像是我的孩子一样，从我的手中诞生了，这种喜悦是无法用语言表达的。我发现我深深地爱上了这份充满趣味的工作。所以我要更加努力学习理论知识，结合实践，做好这份具有挑战性的工作。</w:t>
      </w:r>
      <w:r>
        <w:rPr>
          <w:lang w:eastAsia="zh-CN"/>
        </w:rPr>
        <w:br/>
      </w:r>
      <w:r>
        <w:rPr>
          <w:lang w:eastAsia="zh-CN"/>
        </w:rPr>
        <w:t>　　刚毕业的我们什么也没有，但是只要有一颗上进的心我相信无论做什么都会成功的。</w:t>
      </w:r>
      <w:r>
        <w:rPr>
          <w:lang w:eastAsia="zh-CN"/>
        </w:rPr>
        <w:br/>
      </w:r>
      <w:r>
        <w:rPr>
          <w:lang w:eastAsia="zh-CN"/>
        </w:rPr>
        <w:t>　　除了在工作上，在政治上，我对自己严格要求，积极参加各项政治活动，自觉学习政治理论，努力提高自己的政治理论修养。具有较强的大局意识和组织观念，工作上以事业为重，不计个人得失，在新的岗位上摆正位置，把我厂的事业、把广大人民群众的利益放在首位，努力实践全心全意为人民服务的根本宗旨。在工作中做到公平公正、公道正派，具有较强的敬业精神和奉献精神，工作中吃苦耐劳，积极主动，作风踏实，不推诿扯皮，讲求效率。工作中注意调查研究，勤于思考，工作思路清晰，能把科研管理的一般理论同科研工作实际相结合，积极为本系统制订符合实际的科研发展目标和科研发展措施献计献策。在大是大非和原则面前做到毫不含糊，在我厂事业发展与改革中较好地发挥一个干部应有的表率作用。</w:t>
      </w:r>
      <w:r>
        <w:rPr>
          <w:lang w:eastAsia="zh-CN"/>
        </w:rPr>
        <w:br/>
      </w:r>
      <w:r>
        <w:rPr>
          <w:lang w:eastAsia="zh-CN"/>
        </w:rPr>
        <w:t>　　通过总结一年的工作，也找出自己在工作中的不足，首先自己的专业知识还是比较欠缺，其次在沟通能力及一些特殊的情况处理方面还是缺乏相关的经验。所以在以后的工作当中还需要多看书，认真学习好规范规程及有关文件资料，掌握好专业知识，武装自己，提高自己的工作能力，加强工作责任感，多于他人进行沟通交流，及时做好个人的各项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3"/>
          <w:cols w:space="425"/>
          <w:titlePg w:val="0"/>
          <w:docGrid w:type="lines" w:linePitch="312"/>
        </w:sectPr>
      </w:pPr>
      <w:r>
        <w:rPr>
          <w:lang w:eastAsia="zh-CN"/>
        </w:rPr>
        <w:t>　　总之，在今后的工作中，我将不断的总结与反省，以百倍的热情迎接新的挑战，在学习中进步和成熟起来，不断地鞭策自己并充实能量，提高自身素质与业务水平，以适应时代和企业的发展，与公司共同进步、共同成长。</w:t>
      </w:r>
      <w:r>
        <w:rPr>
          <w:lang w:eastAsia="zh-CN"/>
        </w:rPr>
        <w:br/>
      </w:r>
      <w:r>
        <w:rPr>
          <w:lang w:eastAsia="zh-CN"/>
        </w:rPr>
        <w:t xml:space="preserve">    技术部个人年度工作总结 篇14 </w:t>
      </w:r>
      <w:r>
        <w:rPr>
          <w:lang w:eastAsia="zh-CN"/>
        </w:rPr>
        <w:br/>
      </w:r>
      <w:r>
        <w:rPr>
          <w:lang w:eastAsia="zh-CN"/>
        </w:rPr>
        <w:t>　　眼看新的一年又将来临，忙忙碌碌的__年又将走过，回首一年的工作历程，感觉深有收获：学到了许多专业知识，在实际工作中也得以运用。同时也感觉到自己在专业设计方面还有许多需要学习的东西。作为一名技术设计人员只有认真的工作并在工作中不断的学习才能提高自己的设计能力，充实自己，才能更好的适应并顺利完成各种工作。</w:t>
      </w:r>
      <w:r>
        <w:rPr>
          <w:lang w:eastAsia="zh-CN"/>
        </w:rPr>
        <w:br/>
      </w:r>
    </w:p>
    <w:p w:rsidR="001B1F19" w14:textId="27C3F48A">
      <w:pPr>
        <w:rPr>
          <w:rFonts w:hint="eastAsia"/>
          <w:lang w:eastAsia="zh-CN"/>
        </w:rPr>
      </w:pPr>
      <w:r>
        <w:rPr>
          <w:lang w:eastAsia="zh-CN"/>
        </w:rPr>
        <w:t>　　__年元月份公司计划投入开发8~10吨液压挖掘机刚性驱动桥、转向桥和变速箱总成，目前该产品几乎全部为国外进口品牌，价格昂贵，且多为链轨式。近年来国内对轮胎式小型挖掘机需求量涨增，需求空间大，自主研制后在保证可观利润下仍有较大价格优势，该系列产品为朝阳产品，也将可能是我公司新的转折产品，市场前景十分看好。而且该前桥为转向驱动桥，为新类型产品，我公司未曾做过，对我们技术人员来说也是一个挑战。但我们既具有纯驱动桥的设计生产经验，又具有纯转向桥的设计生产经验，此次开发设计既是两种经验组合的应用，也是一次练兵学习的好机会。在此次开发设计工作中我主要负责前后桥轮边部位各件的测绘、设计和对该部分加工工装、工艺等的初步设计工作，并在零部件生产过程、整桥装配过程中进行现场跟踪、技术服务和指导。在这段时间里针对自己所不熟悉的转向桥和挖掘机的配置等各方面我进行了认真的学习，掌握了一定的新知识。</w:t>
      </w:r>
      <w:r>
        <w:rPr>
          <w:lang w:eastAsia="zh-CN"/>
        </w:rPr>
        <w:br/>
      </w:r>
      <w:r>
        <w:rPr>
          <w:lang w:eastAsia="zh-CN"/>
        </w:rPr>
        <w:t>　　2月份德州工程机械厂欲开发路面用铣刨机，想选用我公司的拌和机变速箱，我又针对其要求对该变速箱进行了钳盘式制动的改型设计。</w:t>
      </w:r>
      <w:r>
        <w:rPr>
          <w:lang w:eastAsia="zh-CN"/>
        </w:rPr>
        <w:br/>
      </w:r>
      <w:r>
        <w:rPr>
          <w:lang w:eastAsia="zh-CN"/>
        </w:rPr>
        <w:t>　　4月份，作为技术部质量管理体系认证内审员，和其他技术人员共同完成了ISO9001：20__质量管理体系复审要求中技术部的工作。</w:t>
      </w:r>
      <w:r>
        <w:rPr>
          <w:lang w:eastAsia="zh-CN"/>
        </w:rPr>
        <w:br/>
      </w:r>
      <w:r>
        <w:rPr>
          <w:lang w:eastAsia="zh-CN"/>
        </w:rPr>
        <w:t>　　6月份我和销售人员一起到洛建洽谈PY180平地机后桥供货事宜，并针对其需求进行了PY180钳盘式制动平地机后桥的设计，签订了技术协议，并在关键零部件生产装配过程中进行跟踪服务和指导。公司原生产为鼓式制动，该改型产品可适应不同用户要求，并且目前已顺利装配两台套。</w:t>
      </w:r>
      <w:r>
        <w:rPr>
          <w:lang w:eastAsia="zh-CN"/>
        </w:rPr>
        <w:br/>
      </w:r>
      <w:r>
        <w:rPr>
          <w:lang w:eastAsia="zh-CN"/>
        </w:rPr>
        <w:t>　　7月份针对小挖桥试制后总结，对前后桥图纸进行了改进并换发新图纸。</w:t>
      </w:r>
      <w:r>
        <w:rPr>
          <w:lang w:eastAsia="zh-CN"/>
        </w:rPr>
        <w:br/>
      </w:r>
      <w:r>
        <w:rPr>
          <w:lang w:eastAsia="zh-CN"/>
        </w:rPr>
        <w:t>　　同期公司针对原停产平地机后桥再次投入生产并加大生产量的状况，为确保质量的稳定性引进了天津PY180后桥图纸。我进行了部分图纸的计算机输入工作，并对照我公司原图纸进行优化设计。</w:t>
      </w:r>
      <w:r>
        <w:rPr>
          <w:lang w:eastAsia="zh-CN"/>
        </w:rPr>
        <w:br/>
      </w:r>
      <w:r>
        <w:rPr>
          <w:lang w:eastAsia="zh-CN"/>
        </w:rPr>
        <w:t>　　9月份编制了PY180平地机后桥使用说明书和零件图册。10月份编制了8~10吨挖掘机变速箱使用说明书和零件图册。</w:t>
      </w:r>
      <w:r>
        <w:rPr>
          <w:lang w:eastAsia="zh-CN"/>
        </w:rPr>
        <w:br/>
      </w:r>
      <w:r>
        <w:rPr>
          <w:rFonts w:hint="eastAsia"/>
          <w:lang w:eastAsia="zh-CN"/>
        </w:rPr>
        <w:br/>
      </w:r>
      <w:r>
        <w:rPr>
          <w:rFonts w:hint="eastAsia"/>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https://d.book118.com/205121201121011123</w:t>
        </w:r>
      </w:hyperlink>
    </w:p>
    <w:p w:rsidR="001B1F19">
      <w:pPr>
        <w:rPr>
          <w:rFonts w:hint="eastAsia"/>
          <w:lang w:eastAsia="zh-CN"/>
        </w:rPr>
      </w:pPr>
    </w:p>
    <w:sectPr>
      <w:type w:val="nextPage"/>
      <w:pgSz w:w="11906" w:h="16838"/>
      <w:pgMar w:top="1440" w:right="1800" w:bottom="1440" w:left="1800" w:header="851" w:footer="992" w:gutter="0"/>
      <w:pgNumType w:start="44"/>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05121201121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65</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5</cp:revision>
  <dcterms:created xsi:type="dcterms:W3CDTF">2024-01-11T00:28:00Z</dcterms:created>
  <dcterms:modified xsi:type="dcterms:W3CDTF">2024-01-11T07:22:00Z</dcterms:modified>
</cp:coreProperties>
</file>