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2024年初中学生军训心得体会（30篇）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2024年初中学生军训心得体会（通用30篇）</w:t>
      </w:r>
      <w:r>
        <w:rPr>
          <w:lang w:eastAsia="zh-CN"/>
        </w:rPr>
        <w:br/>
      </w:r>
      <w:r>
        <w:rPr>
          <w:lang w:eastAsia="zh-CN"/>
        </w:rPr>
        <w:t xml:space="preserve">    2024年初中学生军训心得体会 篇1 </w:t>
      </w:r>
      <w:r>
        <w:rPr>
          <w:lang w:eastAsia="zh-CN"/>
        </w:rPr>
        <w:br/>
      </w:r>
      <w:r>
        <w:rPr>
          <w:lang w:eastAsia="zh-CN"/>
        </w:rPr>
        <w:t>　　那一排排的队伍犹如大树般伫立在草坪上，那一声声口令响亮的回荡在每一个莘莘学子当中。口令变了，队形也变了，这就是军训，一次有组织性的活动。</w:t>
      </w:r>
      <w:r>
        <w:rPr>
          <w:lang w:eastAsia="zh-CN"/>
        </w:rPr>
        <w:br/>
      </w:r>
      <w:r>
        <w:rPr>
          <w:lang w:eastAsia="zh-CN"/>
        </w:rPr>
        <w:t>　　军训是必不可少的，每位学生都要经历这种磨练，并提高自己的意志力，还可以是学到一些东西，能强身健体。没想到这么快就上初中了，真可谓光阴似箭哪，我得好好珍惜这个学习机会，借此来体会一下高中生活的那种苦。</w:t>
      </w:r>
      <w:r>
        <w:rPr>
          <w:lang w:eastAsia="zh-CN"/>
        </w:rPr>
        <w:br/>
      </w:r>
      <w:r>
        <w:rPr>
          <w:lang w:eastAsia="zh-CN"/>
        </w:rPr>
        <w:t>　　古人说天将降大任于斯人也，必先苦其心志，劳其筋苦，饿其体肤。 立正、稍息、下蹲、摆臂、踏步这些基本动作要我们反复地做着，这些动作平常看起来非常简单的，而现在做起来却没那容易了，教官对动作的准确性要求的非常严格，对同学们也充满很高的期望。不积滴水，无以成江海。没有我们每个人的努力，就不可能有一个完整的，高质量的方队。训练的每一个动作，都让我深深地体会到了团结的力量，合作的力量，以及团队精神的重要。</w:t>
      </w:r>
      <w:r>
        <w:rPr>
          <w:lang w:eastAsia="zh-CN"/>
        </w:rPr>
        <w:br/>
      </w:r>
      <w:r>
        <w:rPr>
          <w:lang w:eastAsia="zh-CN"/>
        </w:rPr>
        <w:t xml:space="preserve">    2024年初中学生军训心得体会 篇2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这些天的军训让人真是形象深入，在进入高中之前，我就知道在开学之初必定会有一次军训。这是我初中之后的第2次军训，其实内心里仍是充满了一些等待的。即便我知道军训必定会是很辛苦的，可是我仍是想体会一遍穿戴迷彩，跟从教官们一同并肩作战的感觉。所以带着一些热情和猎奇，我走进了这次军训之旅中。</w:t>
      </w:r>
      <w:r>
        <w:rPr>
          <w:lang w:eastAsia="zh-CN"/>
        </w:rPr>
        <w:br/>
      </w:r>
      <w:r>
        <w:rPr>
          <w:lang w:eastAsia="zh-CN"/>
        </w:rPr>
        <w:t>　　刚开始军训的时分，是近段时刻气温最高的几天，每天大约都是三十七八度，咱们练习的场所是在田径场，很少有什么阴处，因而关于咱们来说，这真是一次巨大的应战，不只要面临如此高温的气候，还要进行严峻的练习。如若咱们没有一颗强壮的心脏，或许咱们真的没有办法完结好这项使命。后来校园也决议给咱们搬运一个方位，由于平常歇息的时分的确也应该在阴处待一会，否则人是真的受不了的。</w:t>
      </w:r>
      <w:r>
        <w:rPr>
          <w:lang w:eastAsia="zh-CN"/>
        </w:rPr>
        <w:br/>
      </w:r>
      <w:r>
        <w:rPr>
          <w:lang w:eastAsia="zh-CN"/>
        </w:rPr>
        <w:t>　　尽管恶劣的环境一向存在，可是咱们每个人都没有过抛弃的主意，许多同学倒下了，不是由于中暑了，便是由于身体现已达到了负荷，因而我以为咱们每个人都是十分刚强的，也是十分顽强和英勇的。我也在这个强壮的团体之中学会了怎么去控制自己的心态，坚持一个平缓的心态去练习和日子，即便有些苦真的难以让人忍耐，可是我以为这是咱们每个行将进入高中学习的人必经的一条路途。只要磨炼了一个坚韧的心态，我才会在往后高中的学习路上，逐步走的更好，我想，这对我来说会是一件有利于我持续进步的工作，所以很感谢这一次军训，让我逐步走到了现在，拿到了归于自己的那面必定自我的锦旗。</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这次军训尽管现已完毕了，教官们也跟咱们挥手告别了，可是这段回忆会一向停留在我的脑海里，一向鼓舞着我前行，当我觉得自己坚持不下去了的时分，我就会想一想高中军训的这段日子，不论多苦多累都坚持下来了，还有什么不能坚持的呢？</w:t>
      </w:r>
      <w:r>
        <w:rPr>
          <w:lang w:eastAsia="zh-CN"/>
        </w:rPr>
        <w:br/>
      </w:r>
      <w:r>
        <w:rPr>
          <w:lang w:eastAsia="zh-CN"/>
        </w:rPr>
        <w:t>　　这次军训是我进入高中的第一堂课，教会了我怎么去坚持、变得刚强，也让我多了一些自傲和开畅。我信任不远之后的未来，我可以承继着军训里学习到的优秀质量，在学习的路途上勇闯无敌，所向无敌！感谢一路上支撑我、协助我、鼓舞我的教师、同学以及咱们亲爱的教官，感谢这一切！</w:t>
      </w:r>
      <w:r>
        <w:rPr>
          <w:lang w:eastAsia="zh-CN"/>
        </w:rPr>
        <w:br/>
      </w:r>
      <w:r>
        <w:rPr>
          <w:lang w:eastAsia="zh-CN"/>
        </w:rPr>
        <w:t xml:space="preserve">    2024年初中学生军训心得体会 篇3 </w:t>
      </w:r>
      <w:r>
        <w:rPr>
          <w:lang w:eastAsia="zh-CN"/>
        </w:rPr>
        <w:br/>
      </w:r>
      <w:r>
        <w:rPr>
          <w:lang w:eastAsia="zh-CN"/>
        </w:rPr>
        <w:t>　　在我们刚踏入初中的第二天，军训活动就一应开始打响了!虽然心情有点激动、兴奋，但也有点无奈和苦闷、兴奋是因为我开始有新的学妹、学弟了!我将和他们一起军训。无奈是因为在太阳下训练的日子也到来了!打响了的军训日子，我们各班分别、分配到场地的各个部分。首先我们开始的就是站军姿，在站军姿的期间，我开始幻想着如果这里有空调就好了，呼呼的冷风过来一阵子就好了，于是我一直一直的幻想着。</w:t>
      </w:r>
      <w:r>
        <w:rPr>
          <w:lang w:eastAsia="zh-CN"/>
        </w:rPr>
        <w:br/>
      </w:r>
      <w:r>
        <w:rPr>
          <w:lang w:eastAsia="zh-CN"/>
        </w:rPr>
        <w:t>　　可是，不知是谁的一下喊声把我从这美妙的幻想拉了出来，可往往现实就是这么的残酷啊!高高的大太阳挂在头顶，同学们还没有站上个十分钟，就已经坚持不住了，于是我们班级的教官无可奈何就叫我们休息了，在我们旁边开始诉说他们以前军训的故事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听玩教官的那些故事，我开始知道，军训和教官他们的军训相比根本不值一提，于是，我们同学便开始重镇旗鼓，严峻的接受了只有这仅仅五天的军训任务。我心里知道想要完成军训，必须一定要决心、毅力和坚持，如果没有的话，对不起，那你只能回家休息了!接着，我开始下面的各个项目，比如：垮立、稍息与立正，原地踏步等等。军训过后，同学们哭着喊着：脚痛、腿痛、腰痛。</w:t>
      </w:r>
      <w:r>
        <w:rPr>
          <w:lang w:eastAsia="zh-CN"/>
        </w:rPr>
        <w:br/>
      </w:r>
      <w:r>
        <w:rPr>
          <w:lang w:eastAsia="zh-CN"/>
        </w:rPr>
        <w:t>　　这真是一个魔鬼训练营呀!虽然这是一个焦熬的军训活动，但是毕竟这是一个锻炼我们意志力的好办法，再说了，上一年级的学生也就是这样训练过来的呀!这一天的军训，我刻苦铭心的体会到了：我们的军训虽然很艰苦。劳累但是挺一挺过去的吧!所以我们一定要坚持不懈，不能半途而废。</w:t>
      </w:r>
      <w:r>
        <w:rPr>
          <w:lang w:eastAsia="zh-CN"/>
        </w:rPr>
        <w:br/>
      </w:r>
      <w:r>
        <w:rPr>
          <w:lang w:eastAsia="zh-CN"/>
        </w:rPr>
        <w:t xml:space="preserve">    2024年初中学生军训心得体会 篇4 </w:t>
      </w:r>
      <w:r>
        <w:rPr>
          <w:lang w:eastAsia="zh-CN"/>
        </w:rPr>
        <w:br/>
      </w:r>
      <w:r>
        <w:rPr>
          <w:lang w:eastAsia="zh-CN"/>
        </w:rPr>
        <w:t>　　军训这一天</w:t>
      </w:r>
      <w:r>
        <w:rPr>
          <w:lang w:eastAsia="zh-CN"/>
        </w:rPr>
        <w:br/>
      </w:r>
      <w:r>
        <w:rPr>
          <w:lang w:eastAsia="zh-CN"/>
        </w:rPr>
        <w:t>　　这一天，是辛苦的，也是我收获最多的。</w:t>
      </w:r>
      <w:r>
        <w:rPr>
          <w:lang w:eastAsia="zh-CN"/>
        </w:rPr>
        <w:br/>
      </w:r>
      <w:r>
        <w:rPr>
          <w:lang w:eastAsia="zh-CN"/>
        </w:rPr>
        <w:t>　　军训第一天，往往是最辛苦的。特别是对刚刚迈入初中的学生来说。在军训前，曾多次幻想过军训：帅气的教官，稳健的军步，团结的同学，动听的军歌，一切都好像很美好。可真正军训后，才知道军训的辛苦。</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一分钟!从高到矮，按照我排的站!快!”这个狮吼声是从哪里传出来的呢?不用猜，绝对是教官。只见听了教官的话后，同学们立马排起来。在混乱的排队中总会有杀猪般的叫声传过来：“啊!谁踩了我的脚!”“不要挤啊!”最后，我们终于在55秒排好了队。接着，教官让我们站起了军姿。站军姿倒没什么大不了，但教官接着说：“不要随便动!动打报告!”一开始，大家都不好意思打报告，都在偷偷动，可是教官的眼却全都看见了。他愤怒地喊：“动打报告!”我们站了50分钟，终于到了集体休息时间。大夏天，站了50分钟，休息了，最想做的就是喝水。可是，教官却让我们一排一排去。我目不转睛地盯着我远处的水杯，舔了舔已经干裂的嘴唇，心里苦不难耐。心想：“难道军训就是来受苦的吗?”终于轮到了我们这一排，我小跑过去，拿起水杯，大口喝起来。第一次感到水如此重要，如此甜美，我想：以后还要多节约水啊!休息的时间段暂的过去了，又开始训练了。毫无疑问，又是站军姿。这次站，我明显要比以前舒服了不少，我想，可能已经慢慢适应了吧!</w:t>
      </w:r>
      <w:r>
        <w:rPr>
          <w:lang w:eastAsia="zh-CN"/>
        </w:rPr>
        <w:br/>
      </w:r>
      <w:r>
        <w:rPr>
          <w:lang w:eastAsia="zh-CN"/>
        </w:rPr>
        <w:t>　　中午，放学了。我的腿已经软了，慢慢走到了家，一屁股瘫倒在了沙发上。</w:t>
      </w:r>
      <w:r>
        <w:rPr>
          <w:lang w:eastAsia="zh-CN"/>
        </w:rPr>
        <w:br/>
      </w:r>
      <w:r>
        <w:rPr>
          <w:lang w:eastAsia="zh-CN"/>
        </w:rPr>
        <w:t>　　在中午短暂的休息后，下午继续开始了训练。在一上午共同吃苦下，同学们也已渐渐熟悉。一见面就开始亲热地聊了起来。不到一会儿，我们看到教官挺直了身板朝这里走来。我们立马站好了军姿等待教官。我们都在期待教官下午会给我们什么新的任务，可教官却一桶水浇灭了我们的愿望。只见教官严肃地说了声：“站好!立军姿!!”我们有气无力地站着。下午的阳光比早晨来得更猛烈，刺得眼睛都睁不开，滚滚汗珠从脸上流下。虽然比早上更热，但教官却丝毫没有增加我们的休息时间，结果，练完后，我们的校服以全部汗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这天晚上，我躺在床上，感受到全身的酸痛，叹了口气。“军训，军训，受苦的命啊!”这一天的汗水;这一天的辛苦;这一天友谊的升温;让我永生难忘!</w:t>
      </w:r>
      <w:r>
        <w:rPr>
          <w:lang w:eastAsia="zh-CN"/>
        </w:rPr>
        <w:br/>
      </w:r>
      <w:r>
        <w:rPr>
          <w:lang w:eastAsia="zh-CN"/>
        </w:rPr>
        <w:t xml:space="preserve">    2024年初中学生军训心得体会 篇5 </w:t>
      </w:r>
      <w:r>
        <w:rPr>
          <w:lang w:eastAsia="zh-CN"/>
        </w:rPr>
        <w:br/>
      </w:r>
      <w:r>
        <w:rPr>
          <w:lang w:eastAsia="zh-CN"/>
        </w:rPr>
        <w:t>　　今天下了小雨，军训推迟，大家都坐在教室里说这个说那个。从：_年__月__日正好是一个小时，使空闲时间，在幕布上放着一个个无聊的军事片，这种东西我想来是不太感兴趣。今天起得真早，6：20!对于我这种懒人来说已经很早了。所以一到学校，看不再出勤，我就开始扒在桌子上睡觉。过了一会儿，沉寂的氛围被打破，突然要开班会，内容也只是讲一些日常工作，台上女老师读的津津有味，台下同学也玩的津津有味。后来居然来了个貌似领导的人，来批评我们乱说话，这种事我早已习以为常，从小学到现在我已听过不知多少次这类批评。为了避免再次批评，老师只得无聊的读着学生手册。讲到中学生守则第18条时，我突然有了不少怀念。记得大概一年前，高一新生军训有感。在初中班主任的催促声中，那些犯错误的只能百十来遍的抄第18条，不知有多少同学都背过了这一天呢。</w:t>
      </w:r>
      <w:r>
        <w:rPr>
          <w:lang w:eastAsia="zh-CN"/>
        </w:rPr>
        <w:br/>
      </w:r>
      <w:r>
        <w:rPr>
          <w:lang w:eastAsia="zh-CN"/>
        </w:rPr>
        <w:t>　　下午的生活相对上午就有趣多了。由于仍然下雨，下午的军训也只能停止，本又要在教室里看无聊的片子。可就在这时，班主任突然离开，教育片结束，没想到一个胆大的居然自己换了另一部大片《史前一万年》。更没想到，今天下午居然是以这种方式结束的。</w:t>
      </w:r>
      <w:r>
        <w:rPr>
          <w:lang w:eastAsia="zh-CN"/>
        </w:rPr>
        <w:br/>
      </w:r>
      <w:r>
        <w:rPr>
          <w:lang w:eastAsia="zh-CN"/>
        </w:rPr>
        <w:t>　　正因为这场雨，我们体味了别样的军训，虽然上午有些无聊，可下午是如此惊心动魄;正因为这场雨，我们头一次以这种方式来开始军训;正因为这场雨，我们也体味了别样的校园风情;正因为这场雨，让我记下了如此详细的一天。我感谢这场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xml:space="preserve">    2024年初中学生军训心得体会 篇6 </w:t>
      </w:r>
      <w:r>
        <w:rPr>
          <w:lang w:eastAsia="zh-CN"/>
        </w:rPr>
        <w:br/>
      </w:r>
      <w:r>
        <w:rPr>
          <w:lang w:eastAsia="zh-CN"/>
        </w:rPr>
        <w:t>　　军训，或许就是考验一个人吧，考验他的独立性、自觉性，还有吃苦耐劳的精神。如果真是那样，我一定要完成教官说的每一个动作，做个真正的独立、自觉、能够吃苦耐劳的人。吃得苦中苦，方为人上人。为了自己美好前途，吃这么一点苦又算得了什么呢?我一定要拿自己的行动来证实自己，证实自己不平凡，绝对不会输给任何人。我是最棒的，我对自己充满信心，永远永远都会。</w:t>
      </w:r>
      <w:r>
        <w:rPr>
          <w:lang w:eastAsia="zh-CN"/>
        </w:rPr>
        <w:br/>
      </w:r>
      <w:r>
        <w:rPr>
          <w:lang w:eastAsia="zh-CN"/>
        </w:rPr>
        <w:t>　　鸦雀无声的球场上同学们整齐的站着，组成了十几个方阵，这是校园里一道靓丽的风景，球场上太阳照得茂密的大树垂头丧气，太阳光无情的将矛头直指我们，那汹汹的来势又岂是薄薄的云盾可以阻挡的?同学们已是汗流浃背，看着同学们那湿透的衣服，都可以拧出水来。</w:t>
      </w:r>
      <w:r>
        <w:rPr>
          <w:lang w:eastAsia="zh-CN"/>
        </w:rPr>
        <w:br/>
      </w:r>
      <w:r>
        <w:rPr>
          <w:lang w:eastAsia="zh-CN"/>
        </w:rPr>
        <w:t>　　七天的军训生活虽然短暂，但我们仍然受益匪浅。当我们站在军训营地上训练时，我才真正体会到什么是严。寒风不留情地迎面扑来，我们不能喊冷，更不能动一动，就这样凭着顽强的毅力，默默坚持着，好的开头是成功的一半但要获得成功，其实还要好好地坚持到底。坚持意味着忍耐，最终，我们还是坚持到底了，也笑到了最后。因为我们有信心，有实力，所以优秀的成绩便是给我的最好回报。</w:t>
      </w:r>
      <w:r>
        <w:rPr>
          <w:lang w:eastAsia="zh-CN"/>
        </w:rPr>
        <w:br/>
      </w:r>
      <w:r>
        <w:rPr>
          <w:lang w:eastAsia="zh-CN"/>
        </w:rPr>
        <w:t>　　最后我们班非常幸运的或的了1等奖。7天的军训，在脑子里刻上了辛苦2字，在皮肤上涂上黑色的颜料，再心理上赠予毅力的奖品。</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xml:space="preserve">    2024年初中学生军训心得体会 篇7 </w:t>
      </w:r>
      <w:r>
        <w:rPr>
          <w:lang w:eastAsia="zh-CN"/>
        </w:rPr>
        <w:br/>
      </w:r>
      <w:r>
        <w:rPr>
          <w:lang w:eastAsia="zh-CN"/>
        </w:rPr>
        <w:t>　　在开学前一周里我们进行了国防教育，这也是我人生中的第一次，在我小学里我从未接触过。我怀着既兴奋又紧张得心情，开始了两天半的军训，在军训中人人都感到很累，天气也很炎热，热的我们汗流浃背，在教官严厉的吼声中，我们又不可以乱动，这让我意识到这是一个非常严酷的训练，我们有的人趁教官走开了一些，就迅速动一动。在站军姿的时候，这让我感到这是在所有训练中最累的一项，一站就是五分钟、十分钟。教官还说，这还是算少的了，他们一站就是一个小时，还在太阳底下暴晒。站军姿时腰要直，两手要贴在大腿两侧，两脚要分开六十度，后跟要贴紧，初一新生军训心得体会。就是要这样坚持个五分钟、十分钟的。这让我感到两肩都很酸，时不时的想耸一耸，手都捏的出汗，还有蜜蜂、蚊子在训练场里蹿来蹿去的。</w:t>
      </w:r>
      <w:r>
        <w:rPr>
          <w:lang w:eastAsia="zh-CN"/>
        </w:rPr>
        <w:br/>
      </w:r>
      <w:r>
        <w:rPr>
          <w:lang w:eastAsia="zh-CN"/>
        </w:rPr>
        <w:t>　　但是我一直都在不停告诉自己：不能半途而废，坚持就是胜利!在军训的最后一天，我们进行了汇操表演，我们有十六个班，功夫不负有心人我们初一(二)班的同学们都尽自己的一份力，得到了优秀奖，这个奖凝聚了我们班每一位同学的努力和汗水，还有我们的老师。</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在这两天半里我们学会了站军姿、跨立、向左向右向后转等等的标准姿势，也尝到了酸、甜、苦、辣的味道，更让我们学会了做人要有钢铁般的意志，要有坚持不懈的精神、不怕苦不怕累，要有持之以恒的决心，就能战胜一切困难。虽然军训是很累的，但是又让我们学会了一些宝贵的东西，我认为即使再苦再累也是值得的。</w:t>
      </w:r>
      <w:r>
        <w:rPr>
          <w:lang w:eastAsia="zh-CN"/>
        </w:rPr>
        <w:br/>
      </w:r>
      <w:r>
        <w:rPr>
          <w:lang w:eastAsia="zh-CN"/>
        </w:rPr>
        <w:t xml:space="preserve">    2024年初中学生军训心得体会 篇8 </w:t>
      </w:r>
      <w:r>
        <w:rPr>
          <w:lang w:eastAsia="zh-CN"/>
        </w:rPr>
        <w:br/>
      </w:r>
      <w:r>
        <w:rPr>
          <w:lang w:eastAsia="zh-CN"/>
        </w:rPr>
        <w:t>　　初中军训心得体会三百字5军训，是一种考验，也是一种磨炼。短短的五天，让我明白了人生中的一个道理：一份耕耘，一份收获。同时，也培养了我坚强、独立、吃苦耐劳以及强烈的集体荣誉感。</w:t>
      </w:r>
      <w:r>
        <w:rPr>
          <w:lang w:eastAsia="zh-CN"/>
        </w:rPr>
        <w:br/>
      </w:r>
      <w:r>
        <w:rPr>
          <w:lang w:eastAsia="zh-CN"/>
        </w:rPr>
        <w:t>　　军训刚开始，大家真是叫苦连天，适应不了这种生活。但是，我们作为一名踏入新校的初中生，怎能连这点苦也受不了呢？这是我们的</w:t>
      </w:r>
      <w:r>
        <w:rPr>
          <w:lang w:eastAsia="zh-CN"/>
        </w:rPr>
        <w:br/>
      </w:r>
      <w:r>
        <w:rPr>
          <w:lang w:eastAsia="zh-CN"/>
        </w:rPr>
        <w:t>　　七天的军训生活一眨眼就过去了，想一想，我会有一种成就感，因为我们战胜了困难，不怕苦，不怕累，勇敢地坚持到底。</w:t>
      </w:r>
      <w:r>
        <w:rPr>
          <w:lang w:eastAsia="zh-CN"/>
        </w:rPr>
        <w:br/>
      </w:r>
      <w:r>
        <w:rPr>
          <w:lang w:eastAsia="zh-CN"/>
        </w:rPr>
        <w:t>　　在这七天中，我们一起经历所有的风风雨雨，生活的很融洽。我们就像亲姐妹一样，互相帮助，互相鼓励。</w:t>
      </w:r>
      <w:r>
        <w:rPr>
          <w:lang w:eastAsia="zh-CN"/>
        </w:rPr>
        <w:br/>
      </w:r>
      <w:r>
        <w:rPr>
          <w:lang w:eastAsia="zh-CN"/>
        </w:rPr>
        <w:t>　　有一次，宿舍一个同学流鼻血了，我们二话没说，立刻找纸给她止血。一个女同学把自己的枕头让给她，而自己却枕着毛巾被睡觉，这种友谊是什么都代替不了的。</w:t>
      </w:r>
      <w:r>
        <w:rPr>
          <w:lang w:eastAsia="zh-CN"/>
        </w:rPr>
        <w:br/>
      </w:r>
      <w:r>
        <w:rPr>
          <w:lang w:eastAsia="zh-CN"/>
        </w:rPr>
        <w:t>　　“金屋银屋，不如我们的温馨小屋”，这句话是我们的宿舍密语，别人很羡慕我们，因为我们相处得温馨、融洽、快乐呀！我相信我们的友谊一定会地久天长的！</w:t>
      </w:r>
      <w:r>
        <w:rPr>
          <w:lang w:eastAsia="zh-CN"/>
        </w:rPr>
        <w:br/>
      </w:r>
      <w:r>
        <w:rPr>
          <w:lang w:eastAsia="zh-CN"/>
        </w:rPr>
        <w:t>　　这次军训让我受益匪浅，我们高歌：“阳光总在风雨后，请相信有彩虹，风风雨雨都走过……”</w:t>
      </w:r>
      <w:r>
        <w:rPr>
          <w:lang w:eastAsia="zh-CN"/>
        </w:rPr>
        <w:br/>
      </w:r>
      <w:r>
        <w:rPr>
          <w:lang w:eastAsia="zh-CN"/>
        </w:rPr>
        <w:t xml:space="preserve">    2024年初中学生军训心得体会 篇9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穿着整齐划一的迷彩服，喊着嘹亮的口号，我的军训生活开始了。一下车看到教官严肃的脸便有了想逃回车上，不愿下车军训的念头。教官严肃的面容为军训拉开了篇章。</w:t>
      </w:r>
      <w:r>
        <w:rPr>
          <w:lang w:eastAsia="zh-CN"/>
        </w:rPr>
        <w:br/>
      </w:r>
      <w:r>
        <w:rPr>
          <w:lang w:eastAsia="zh-CN"/>
        </w:rPr>
        <w:t>　　第一天初到时的不知所措与迷茫，第二天教官的批评让我质问自己到底为什么要来，第三天十公里拉练的拼搏与坚持证明自己可以，第四天的骄阳如火但我不曾惧怕，第五天的刻苦训练让我对自己又有了新的认识，第六天忍受着身体疼痛的折磨与大家一起训练，第七天开心的笑容挂在脸上但是心却在流泪—要离开了，离开可爱的教官，离开洒下汗水的训练场，离开让自己学会成长的地方。</w:t>
      </w:r>
      <w:r>
        <w:rPr>
          <w:lang w:eastAsia="zh-CN"/>
        </w:rPr>
        <w:br/>
      </w:r>
      <w:r>
        <w:rPr>
          <w:lang w:eastAsia="zh-CN"/>
        </w:rPr>
        <w:t>　　说到军训很多人都会觉得很艰辛，很辛苦，像是人间地狱一般，然而并不是。军训是一种考验，是一种磨练，是一种证明自己的机会。现如今有许许多多高分低能的学生，以优异的成绩考入让数以千计人梦寐以求的学校，但是在工作和生活的实际中却表现较差，自立能力、人际交往能力、创新能力等多方面存在较大问题的现象。军训便是改变这种现象的一个机会，让这种学生学会独立，离开父母温暖的港湾，改变成为更好的自己，证明自己能行。</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一分耕耘，一分收获”不假的，第一天出初到学习叠军被时，我无疑是整个班级中叠的最差的，甚至因为叠的太“烂”而被教官批评被扣分。晚上回到宿舍后躺在床上告诉自己一定要想办法将被子叠好，叠被子的方法技巧便一遍一遍在脑中重复。早晨起来第一件事就是叠被子，叠了好几次但还是差强人意，即使最终在宿舍同学的帮助下完成了，但并不全是自己的功劳。第二天的中午再次学习叠被子，豆粒大的汗水从我的额头掉落滴在被子上也没有去在意直到我的被子得到教官的认可，才将眼镜取下擦擦汗水。豆粒大的汗水换来的是宿舍每一次的整体好，便觉得值了。</w:t>
      </w:r>
      <w:r>
        <w:rPr>
          <w:lang w:eastAsia="zh-CN"/>
        </w:rPr>
        <w:br/>
      </w:r>
      <w:r>
        <w:rPr>
          <w:lang w:eastAsia="zh-CN"/>
        </w:rPr>
        <w:t>　　教官对我们的严厉是对我们的负责，倘若他只是把需要学习的任务交给我们，也不会让对这次的军训感受深触。是教官一次一次对我们的坚持，一遍一遍教导我们的耐心让我体会到了身为一个教官的使命。这种坚持也来自于军队，军人们无论在何时永远都在为了保卫祖国而坚持，这是他们的使命更是他们的责任。因为他们我们才能有无忧无虑的生活。当看到军训的饭菜时，我觉得肯定不怎样，但是那时的我却从未想到军人的艰辛。他们就是吃这些保卫祖国，甚至有时在紧急时刻都吃不上这些。</w:t>
      </w:r>
      <w:r>
        <w:rPr>
          <w:lang w:eastAsia="zh-CN"/>
        </w:rPr>
        <w:br/>
      </w:r>
      <w:r>
        <w:rPr>
          <w:lang w:eastAsia="zh-CN"/>
        </w:rPr>
        <w:t>　　慢慢回想起来，这次的军训真的让我成长太多，学会太多，懂得了太多。军训即使苦，但是军训教会我们责任，教会我们懂得，教会我们坚持，教会我们成长。</w:t>
      </w:r>
      <w:r>
        <w:rPr>
          <w:lang w:eastAsia="zh-CN"/>
        </w:rPr>
        <w:br/>
      </w:r>
      <w:r>
        <w:rPr>
          <w:lang w:eastAsia="zh-CN"/>
        </w:rPr>
        <w:t xml:space="preserve">    2024年初中学生军训心得体会 篇10 </w:t>
      </w:r>
      <w:r>
        <w:rPr>
          <w:lang w:eastAsia="zh-CN"/>
        </w:rPr>
        <w:br/>
      </w:r>
      <w:r>
        <w:rPr>
          <w:lang w:eastAsia="zh-CN"/>
        </w:rPr>
        <w:t>　　不到一周的军训，稍息。立正。跨立。向左向右向后转，齐步走，正步走， 跑步走，齐步换正步……这些动作仿佛电影一般，在我的脑海中慢慢闪过。 还记得第一天，每个人都背着沉重的行李，怀着复杂的心情来到部队。 同学们在军训中少了许多娇嫩，多了一点吃苦耐劳，少了一些懒散，多了一些紧张。</w:t>
      </w:r>
      <w:r>
        <w:rPr>
          <w:lang w:eastAsia="zh-CN"/>
        </w:rPr>
        <w:br/>
      </w:r>
      <w:r>
        <w:rPr>
          <w:lang w:eastAsia="zh-CN"/>
        </w:rPr>
        <w:t>　　对于军训来说，流汗只是小意思，这个每个人都有心理准备，但是，腰酸背痛，使我感到度日如年。</w:t>
      </w:r>
      <w:r>
        <w:rPr>
          <w:lang w:eastAsia="zh-CN"/>
        </w:rPr>
        <w:br/>
      </w:r>
      <w:r>
        <w:rPr>
          <w:lang w:eastAsia="zh-CN"/>
        </w:rPr>
        <w:t>　　放眼望去，青色飞扬，青春的色彩把身上遗留的稚气覆盖了。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我们都坚持着，因为我们知道第一天的生活只是辛苦，艰辛的开端，明天的我们或许会更苦更累。如果我们现在倒下，我们会成为自己的一个绊脚石。所以，我们必须坚持，即使我们知道自己可能会倒下，但是在自己真正地还没倒下之前，我们绝对不可能让心中的自己就这样倒下。</w:t>
      </w:r>
      <w:r>
        <w:rPr>
          <w:lang w:eastAsia="zh-CN"/>
        </w:rPr>
        <w:br/>
      </w:r>
      <w:r>
        <w:rPr>
          <w:lang w:eastAsia="zh-CN"/>
        </w:rPr>
        <w:t>　　在每一天中，我们的坚持动力很简单，只是鼓励自己，相信自己，安慰自己，仅此而已。</w:t>
      </w:r>
      <w:r>
        <w:rPr>
          <w:lang w:eastAsia="zh-CN"/>
        </w:rPr>
        <w:br/>
      </w:r>
      <w:r>
        <w:rPr>
          <w:lang w:eastAsia="zh-CN"/>
        </w:rPr>
        <w:t>　　回到家中，使我感觉到军训似乎就是一场梦，匆匆的来临，又匆匆地离去。在军训时体会到度日如年，结束后又感到如此遥远。在我没有细细地品味那份感觉的时候却又悄然而逝。六天的累，六天的苦如今却告诉我，军训，一切都结束了。似乎有点痛，有点酸酸的感觉。</w:t>
      </w:r>
      <w:r>
        <w:rPr>
          <w:lang w:eastAsia="zh-CN"/>
        </w:rPr>
        <w:br/>
      </w:r>
      <w:r>
        <w:rPr>
          <w:lang w:eastAsia="zh-CN"/>
        </w:rPr>
        <w:t>　　与教官离别，没有眼泪，也没有言语述说，只是匆匆地离去。可能我们彼此离去的背影总会有被记忆冲淡甚至完全不复存在的那一天。</w:t>
      </w:r>
      <w:r>
        <w:rPr>
          <w:lang w:eastAsia="zh-CN"/>
        </w:rPr>
        <w:br/>
      </w:r>
      <w:r>
        <w:rPr>
          <w:lang w:eastAsia="zh-CN"/>
        </w:rPr>
        <w:t>　　耳边似乎还回响起那整齐或者又很凌乱的步伐声，以及同学们的笑声，哭声。 记忆在疲劳的压迫下愈变愈模糊。但这一切都是有必要回忆与怀恋的。 有人说过这样的一句话；无法回味的感觉才是最美妙的感觉。</w:t>
      </w:r>
      <w:r>
        <w:rPr>
          <w:lang w:eastAsia="zh-CN"/>
        </w:rPr>
        <w:br/>
      </w:r>
      <w:r>
        <w:rPr>
          <w:lang w:eastAsia="zh-CN"/>
        </w:rPr>
        <w:t>　　而这一次的军训就给了我这种感觉。现在的我在这舒服的家中，似乎我都已经回味军训的那种痛，苦的感觉。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军训，表面上看来只是一次在部队里的训练，但在某种意义上来讲，它已经成为了我人生中一种宝贵的经历。</w:t>
      </w:r>
      <w:r>
        <w:rPr>
          <w:lang w:eastAsia="zh-CN"/>
        </w:rPr>
        <w:br/>
      </w:r>
      <w:r>
        <w:rPr>
          <w:lang w:eastAsia="zh-CN"/>
        </w:rPr>
        <w:t>　　或许在这种舒适的生活中，它成为了一股力量，这股力量在困难时成为了一种动力，生命的支持力。在人生的风雨中，这个今后可以支撑你的心灵。 军训也是一次洗礼，是我们迈向成熟的转折，更是对自己的挑战。 回忆这六天，几天的日子真的很漫长，漫长到我们的伤痛渐渐忘却；这几天的日子也真得太短暂，短暂到我们的酸甜苦辣都还意犹未尽。</w:t>
      </w:r>
      <w:r>
        <w:rPr>
          <w:lang w:eastAsia="zh-CN"/>
        </w:rPr>
        <w:br/>
      </w:r>
      <w:r>
        <w:rPr>
          <w:lang w:eastAsia="zh-CN"/>
        </w:rPr>
        <w:t>　　军训，就让它成为人生中一段美丽的记忆，在岁月中酝酿，让我们沉醉这回忆的美酒，享受这感动的一点一滴。</w:t>
      </w:r>
      <w:r>
        <w:rPr>
          <w:lang w:eastAsia="zh-CN"/>
        </w:rPr>
        <w:br/>
      </w:r>
      <w:r>
        <w:rPr>
          <w:lang w:eastAsia="zh-CN"/>
        </w:rPr>
        <w:t xml:space="preserve">    2024年初中学生军训心得体会 篇11 </w:t>
      </w:r>
      <w:r>
        <w:rPr>
          <w:lang w:eastAsia="zh-CN"/>
        </w:rPr>
        <w:br/>
      </w:r>
      <w:r>
        <w:rPr>
          <w:lang w:eastAsia="zh-CN"/>
        </w:rPr>
        <w:t>　　一想到军训，必然少不了“苦“。俗话说的好：“吃得苦中苦，方为人上人”。</w:t>
      </w:r>
      <w:r>
        <w:rPr>
          <w:lang w:eastAsia="zh-CN"/>
        </w:rPr>
        <w:br/>
      </w:r>
      <w:r>
        <w:rPr>
          <w:lang w:eastAsia="zh-CN"/>
        </w:rPr>
        <w:t>　　军训有苦，每天早上六点半起床，从起点一直训练到十一点。烈日当空，汗流下来了，不能擦。烈日灼背，不能抓。”一二一，向右看，正步走，腿抬高些，绷直点……”每天都重复着这单一又枯燥的步伐。喊着重复的“一二一，一二一”；每天做着单调的“立正、稍息”；每天弄的满身汗如雨下；每天大家腰酸背疼……</w:t>
      </w:r>
      <w:r>
        <w:rPr>
          <w:lang w:eastAsia="zh-CN"/>
        </w:rPr>
        <w:br/>
      </w:r>
      <w:r>
        <w:rPr>
          <w:lang w:eastAsia="zh-CN"/>
        </w:rPr>
        <w:t>　　不错，军训是这样的，尽管辛苦，但是“一份耕耘，一份收获”，没有你每天的训练，就没有今后形成整体的团体和集体主义观念。许多同学认为，这是一种无聊透顶的行为，甚至有同学认为，这是愚蠢至极的活动：除了站立、稍息、跨立等等还有什么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之前的我们是饭来张口，衣来伸手的小皇帝小公主，永远是呆在温室里的花朵。而如今，六天的军训将我们改变了，再也不依赖了，坚强，我们变得坚强了，变成石缝中顽强的野花，尽管环境多么恶劣，也能在其中锻炼自己，成长自己，正如“宝剑锋从磨砺出，梅花香自苦寒来”，没有风雨，怎能见彩虹，没有苦的衬托，怎能显示甘的.美丽。</w:t>
      </w:r>
      <w:r>
        <w:rPr>
          <w:lang w:eastAsia="zh-CN"/>
        </w:rPr>
        <w:br/>
      </w:r>
      <w:r>
        <w:rPr>
          <w:lang w:eastAsia="zh-CN"/>
        </w:rPr>
        <w:t>　　于是，成长，蜕变，我们懂得了集体的力量，向往着集体带来的喜悦，记住“步调一致得胜利”，不再害怕六天里的日子。在这我们少了份娇气，多了份坚强，少了份幼稚，多了份成熟。</w:t>
      </w:r>
      <w:r>
        <w:rPr>
          <w:lang w:eastAsia="zh-CN"/>
        </w:rPr>
        <w:br/>
      </w:r>
      <w:r>
        <w:rPr>
          <w:lang w:eastAsia="zh-CN"/>
        </w:rPr>
        <w:t>　　落日把我们带到了8月5日，下午，这一刻真的好舍不得。天是那么的蓝。云是那么的白。踏出了这里告别了6天的军旅生活。</w:t>
      </w:r>
      <w:r>
        <w:rPr>
          <w:lang w:eastAsia="zh-CN"/>
        </w:rPr>
        <w:br/>
      </w:r>
      <w:r>
        <w:rPr>
          <w:lang w:eastAsia="zh-CN"/>
        </w:rPr>
        <w:t xml:space="preserve">    2024年初中学生军训心得体会 篇12 </w:t>
      </w:r>
      <w:r>
        <w:rPr>
          <w:lang w:eastAsia="zh-CN"/>
        </w:rPr>
        <w:br/>
      </w:r>
      <w:r>
        <w:rPr>
          <w:lang w:eastAsia="zh-CN"/>
        </w:rPr>
        <w:t>　　阳光洒满大地，初中的校门对我们敞开，我们也接受了初中的第一堂课，军训，为什么军训？磨砺，锻炼，更是让我们成长。</w:t>
      </w:r>
      <w:r>
        <w:rPr>
          <w:lang w:eastAsia="zh-CN"/>
        </w:rPr>
        <w:br/>
      </w:r>
      <w:r>
        <w:rPr>
          <w:lang w:eastAsia="zh-CN"/>
        </w:rPr>
        <w:t>　　军训虽然苦了些累了些，但是却是我们真正能够学到东西的。因为军训我们学习的各种动作可以让我们防身，也可以锻炼体魄，在军训中我们吃的苦让我们学会坚持，愿意努力，愿意拼搏，懂得了团结。</w:t>
      </w:r>
      <w:r>
        <w:rPr>
          <w:lang w:eastAsia="zh-CN"/>
        </w:rPr>
        <w:br/>
      </w:r>
      <w:r>
        <w:rPr>
          <w:lang w:eastAsia="zh-CN"/>
        </w:rPr>
        <w:t>　　我抱着开心的态度参加军训的，因为我渴望军训，同样也好奇，因此我既高兴又忐忑的参加了学校举行的军训活动。</w:t>
      </w:r>
      <w:r>
        <w:rPr>
          <w:lang w:eastAsia="zh-CN"/>
        </w:rPr>
        <w:br/>
      </w:r>
      <w:r>
        <w:rPr>
          <w:lang w:eastAsia="zh-CN"/>
        </w:rPr>
        <w:t>　　没有人可以什么都不做，每个人自参加军训开始就必须要听从命令，这让我知道了军训非常的严格，不向平常，我们的教官也是非常严肃的人，同样也很年轻。</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教官在教我们训练的时候每次都是以身作则，每次都会努力的做好自己的工作，他会把每一个动作教会我们，然后监督我们练习，任何敢于偷懒的人都被教官严惩，惩罚也非常简单，俯卧撑，仰卧起坐，蹲马步，简单的动作却是莫大的折磨，因此每次有人犯错偷懒被惩罚后都变得服服帖帖，不在感冒头。</w:t>
      </w:r>
      <w:r>
        <w:rPr>
          <w:lang w:eastAsia="zh-CN"/>
        </w:rPr>
        <w:br/>
      </w:r>
      <w:r>
        <w:rPr>
          <w:lang w:eastAsia="zh-CN"/>
        </w:rPr>
        <w:t>　　我们的训练也非常累每天我们从早上训练到下午，每天如一日的训练每天站在太阳底下暴晒，最直接的变化就是肤色改变。</w:t>
      </w:r>
      <w:r>
        <w:rPr>
          <w:lang w:eastAsia="zh-CN"/>
        </w:rPr>
        <w:br/>
      </w:r>
      <w:r>
        <w:rPr>
          <w:lang w:eastAsia="zh-CN"/>
        </w:rPr>
        <w:t>　　我们也从一个个，柔弱的学生有了军人的气质，在军训的时候我们遇到困难会咬牙坚持，会努力付出，更会加倍训练，一次又一次的训练，我们一直坚持，一直努力，不折不挠，哪怕再大的困难，也难不倒我们前进的脚步，我们一次又一次的跌倒，一次又一次站起来，哪怕擦伤留学，哪怕汗水如泉，我们都没有放弃够。</w:t>
      </w:r>
      <w:r>
        <w:rPr>
          <w:lang w:eastAsia="zh-CN"/>
        </w:rPr>
        <w:br/>
      </w:r>
      <w:r>
        <w:rPr>
          <w:lang w:eastAsia="zh-CN"/>
        </w:rPr>
        <w:t>　　因为我们知道我们的任务没有完成就不能够放弃，这是我们军训的要求，也是我们的坚持，困难不可怕，就怕的是不敢面对，在困难面前屈服只会让我们失去进取之心，失去勇气，简单的军训，是在个我们去掉我们的坏习惯，我们一直在爸妈的呵护中长大，养成了一些恶习，怕吃苦，懒惰，傲慢等陋习。这些陋习限制了我们的发展，让我们在成长的过程中遇到了很多阻力，军训的严格军纪，军训的艰苦训练都可以让我们脱胎换骨，让我们摒弃陋习，健康成长。</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军训带个我们的改变是非常明显的，我们的力气增强了，我们也更自信了，同时我们知道了团结，明白了友谊，更愿意去与大家一起努力，不断的去突破自我。</w:t>
      </w:r>
      <w:r>
        <w:rPr>
          <w:lang w:eastAsia="zh-CN"/>
        </w:rPr>
        <w:br/>
      </w:r>
      <w:r>
        <w:rPr>
          <w:lang w:eastAsia="zh-CN"/>
        </w:rPr>
        <w:t>　　军训是人蜕变的开始，也是我们学习的第一道课程，深奥晦涩需要我们细细体悟。</w:t>
      </w:r>
      <w:r>
        <w:rPr>
          <w:lang w:eastAsia="zh-CN"/>
        </w:rPr>
        <w:br/>
      </w:r>
      <w:r>
        <w:rPr>
          <w:lang w:eastAsia="zh-CN"/>
        </w:rPr>
        <w:t xml:space="preserve">    2024年初中学生军训心得体会 篇13 </w:t>
      </w:r>
      <w:r>
        <w:rPr>
          <w:lang w:eastAsia="zh-CN"/>
        </w:rPr>
        <w:br/>
      </w:r>
      <w:r>
        <w:rPr>
          <w:lang w:eastAsia="zh-CN"/>
        </w:rPr>
        <w:t>　　军训虽然苦了些累了些，但是却是我们真正能够学到东西的。因为军训我们学习的各种动作可以让我们防身，也可以锻炼体魄，在军训中我们吃的苦让我们学会坚持，愿意努力，愿意拼搏，懂得了团结。</w:t>
      </w:r>
      <w:r>
        <w:rPr>
          <w:lang w:eastAsia="zh-CN"/>
        </w:rPr>
        <w:br/>
      </w:r>
      <w:r>
        <w:rPr>
          <w:lang w:eastAsia="zh-CN"/>
        </w:rPr>
        <w:t>　　我抱着开心的态度参加军训的，因为我渴望军训，同样也好奇，因此我既高兴又忐忑的参加了学校举行的军训活动。</w:t>
      </w:r>
      <w:r>
        <w:rPr>
          <w:lang w:eastAsia="zh-CN"/>
        </w:rPr>
        <w:br/>
      </w:r>
      <w:r>
        <w:rPr>
          <w:lang w:eastAsia="zh-CN"/>
        </w:rPr>
        <w:t>　　没有人可以什么都不做，每个人自参加军训开始就必须要听从命令，这让我知道了军训非常的严格，不向平常，我们的教官也是非常严肃的人，同样也很年轻。</w:t>
      </w:r>
      <w:r>
        <w:rPr>
          <w:lang w:eastAsia="zh-CN"/>
        </w:rPr>
        <w:br/>
      </w:r>
      <w:r>
        <w:rPr>
          <w:lang w:eastAsia="zh-CN"/>
        </w:rPr>
        <w:t>　　教官在教我们训练的时候每次都是以身作则，每次都会努力的做好自己的工作，他会把每一个动作教会我们，然后监督我们练习，任何敢于偷懒的人都被教官严惩，惩罚也非常简单，俯卧撑，仰卧起坐，蹲马步，简单的动作却是莫大的折磨，因此每次有人犯错偷懒被惩罚后都变得服服帖帖，不在感冒头。</w:t>
      </w:r>
      <w:r>
        <w:rPr>
          <w:lang w:eastAsia="zh-CN"/>
        </w:rPr>
        <w:br/>
      </w:r>
      <w:r>
        <w:rPr>
          <w:lang w:eastAsia="zh-CN"/>
        </w:rPr>
        <w:t>　　我们的训练也非常累每天我们从早上训练到下午，每天如一日的训练每天站在太阳底下暴晒，最直接的变化就是肤色改变。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我们也从一个个，柔弱的学生有了军人的气质，在军训的时候我们遇到困难会咬牙坚持，会努力付出，更会加倍训练，一次又一次的训练，我们一直坚持，一直努力，不折不挠，哪怕再大的困难，也难不倒我们前进的脚步，我们一次又一次的跌倒，一次又一次站起来，哪怕擦伤留学，哪怕汗水如泉，我们都没有放弃够。</w:t>
      </w:r>
      <w:r>
        <w:rPr>
          <w:lang w:eastAsia="zh-CN"/>
        </w:rPr>
        <w:br/>
      </w:r>
      <w:r>
        <w:rPr>
          <w:lang w:eastAsia="zh-CN"/>
        </w:rPr>
        <w:t>　　因为我们知道我们的任务没有完成就不能够放弃，这是我们军训的要求，也是我们的坚持，困难不可怕，就怕的是不敢面对，在困难面前屈服只会让我们失去进取之心，失去勇气，简单的军训，是在个我们去掉我们的坏习惯，我们一直在爸妈的呵护中长大，养成了一些恶习，怕吃苦，懒惰，傲慢等陋习。这些陋习限制了我们的发展，让我们在成长的过程中遇到了很多阻力，军训的严格军纪，军训的艰苦训练都可以让我们脱胎换骨，让我们摒弃陋习，健康成长。</w:t>
      </w:r>
      <w:r>
        <w:rPr>
          <w:lang w:eastAsia="zh-CN"/>
        </w:rPr>
        <w:br/>
      </w:r>
      <w:r>
        <w:rPr>
          <w:lang w:eastAsia="zh-CN"/>
        </w:rPr>
        <w:t>　　军训带个我们的改变是非常明显的，我们的力气增强了，我们也更自信了，同时我们知道了团结，明白了友谊，更愿意去与大家一起努力，不断的去突破自我。</w:t>
      </w:r>
      <w:r>
        <w:rPr>
          <w:lang w:eastAsia="zh-CN"/>
        </w:rPr>
        <w:br/>
      </w:r>
      <w:r>
        <w:rPr>
          <w:lang w:eastAsia="zh-CN"/>
        </w:rPr>
        <w:t>　　军训是人蜕变的开始，也是我们学习的第一道课程，深奥晦涩需要我们细细体悟。</w:t>
      </w:r>
      <w:r>
        <w:rPr>
          <w:lang w:eastAsia="zh-CN"/>
        </w:rPr>
        <w:br/>
      </w:r>
      <w:r>
        <w:rPr>
          <w:lang w:eastAsia="zh-CN"/>
        </w:rPr>
        <w:t xml:space="preserve">    2024年初中学生军训心得体会 篇14 </w:t>
      </w:r>
      <w:r>
        <w:rPr>
          <w:lang w:eastAsia="zh-CN"/>
        </w:rPr>
        <w:br/>
      </w:r>
      <w:r>
        <w:rPr>
          <w:lang w:eastAsia="zh-CN"/>
        </w:rPr>
        <w:t>　　三天了!想想过去，我还是一名小学生，如今，我已经光荣地走进了中学，完成了三天“艰苦”的军训生活，说是“艰苦”有些夸张，不过对于我们这些每天被供在温室里的“花朵”，可真是一个巨大的挑战呢!起初，当看到一零一美丽的校园时，我愣住了，没想到我竟会在一个公园式的学校学习，这让我倍感自豪.</w:t>
      </w:r>
      <w:r>
        <w:rPr>
          <w:lang w:eastAsia="zh-CN"/>
        </w:rPr>
        <w:br/>
      </w:r>
    </w:p>
    <w:p w:rsidR="001B1F19" w14:textId="27C3F48A">
      <w:pPr>
        <w:rPr>
          <w:rFonts w:hint="eastAsia"/>
          <w:lang w:eastAsia="zh-CN"/>
        </w:rPr>
      </w:pPr>
      <w:r>
        <w:rPr>
          <w:lang w:eastAsia="zh-CN"/>
        </w:rPr>
        <w:t>　　可是，迎接我们第一次入校的竟是一批令我们尊敬而又畏惧的武警教官.“苦不堪言”的军训生活就此拉开了帷幕.第一天，教官便给我们一个下马威：站军姿20分钟!可能是因为暑假缺乏锻炼，不一会，就有一大批同志“光荣的倒下了”!我也有些挺不住了，可是我心想：不行，我不能这么娇气，一定要想军人一样有毅力......终于，漫长的一天过去了.</w:t>
      </w:r>
      <w:r>
        <w:rPr>
          <w:lang w:eastAsia="zh-CN"/>
        </w:rPr>
        <w:br/>
      </w:r>
      <w:r>
        <w:rPr>
          <w:lang w:eastAsia="zh-CN"/>
        </w:rPr>
        <w:t>　　第二天，我吸取了第一天的经验，并没有感到腿疼得受不了，好像好多了，时间也过得快了，在我的努力下，得到了优秀标兵的称号，让我十分欣慰，也很自豪.就在我自我满足的同时，我突然发觉，我们的教官跟我们玩“变脸”，当休息时，他们变得十分幽默、亲切，可是一旦开始训练，他们就像“魔鬼教头”一样，十分严肃，不拘言笑.但是教官们比我们还要辛苦，每天我们练习，他们便要大声地喊口令，我们学习，他们要一遍一遍地指导.在这里，我想对所有的教官说一句：“教官们辛苦了!”我从他们身上看到了真正的军人本色，看到了什么事坚持，什么是服从.</w:t>
      </w:r>
      <w:r>
        <w:rPr>
          <w:lang w:eastAsia="zh-CN"/>
        </w:rPr>
        <w:br/>
      </w:r>
      <w:r>
        <w:rPr>
          <w:lang w:eastAsia="zh-CN"/>
        </w:rPr>
        <w:t>　　三天来，教官们让我学到了很多，收获了很多.军训是为了强健我们的体魄，增强我们的意志，让我们学会团结.我相信我不会让老师失望，不会让教官失望，不会让一零一失望!也许在第三天我们七班，没有走好，可并不代表我们不行.“贵在坚持”，只要努力，就会有收获!</w:t>
      </w:r>
      <w:r>
        <w:rPr>
          <w:lang w:eastAsia="zh-CN"/>
        </w:rPr>
        <w:br/>
      </w:r>
      <w:r>
        <w:rPr>
          <w:lang w:eastAsia="zh-CN"/>
        </w:rPr>
        <w:t xml:space="preserve">    2024年初中学生军训心得体会 篇15 </w:t>
      </w:r>
      <w:r>
        <w:rPr>
          <w:lang w:eastAsia="zh-CN"/>
        </w:rPr>
        <w:br/>
      </w:r>
      <w:r>
        <w:rPr>
          <w:lang w:eastAsia="zh-CN"/>
        </w:rPr>
        <w:t>　　两周的军训给了我一种藏在心里很长时间的感觉</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https://d.book118.com/206053102215010050</w:t>
        </w:r>
      </w:hyperlink>
    </w:p>
    <w:p w:rsidR="001B1F19">
      <w:pPr>
        <w:rPr>
          <w:rFonts w:hint="eastAsia"/>
          <w:lang w:eastAsia="zh-CN"/>
        </w:rPr>
      </w:pPr>
    </w:p>
    <w:sectPr>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0605310221501005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