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教师学年度工作总结</w:t>
      </w:r>
    </w:p>
    <w:p>
      <w:pPr>
        <w:spacing w:before="100" w:after="200" w:line="360" w:lineRule="auto"/>
        <w:ind w:firstLine="576"/>
        <w:jc w:val="left"/>
      </w:pPr>
      <w:r>
        <w:rPr>
          <w:rFonts w:ascii="宋体" w:eastAsia="宋体" w:hAnsi="宋体"/>
          <w:sz w:val="28"/>
        </w:rPr>
        <w:t>时间过得真快，转眼间一学期的教学工作已接近尾声，在这一学期，我注重发挥自身优势，克服困难和不足，以饱满的工作热情，认真努力地完成了本学期的各项工作任务，认真履行职责，促进了学生的各方面发展。一学期的工作中，虽有苦有甜，但均能淡然处之。下面，我对在本学期的工作做以总结：</w:t>
      </w:r>
    </w:p>
    <w:p>
      <w:pPr>
        <w:spacing w:before="100" w:after="200" w:line="360" w:lineRule="auto"/>
        <w:jc w:val="left"/>
      </w:pPr>
      <w:r>
        <w:rPr>
          <w:rFonts w:ascii="宋体 (中文正文)" w:eastAsia="宋体" w:hAnsi="宋体 (中文正文)"/>
          <w:b/>
          <w:sz w:val="28"/>
        </w:rPr>
        <w:t>一、思想方面</w:t>
      </w:r>
    </w:p>
    <w:p>
      <w:pPr>
        <w:spacing w:before="100" w:after="200" w:line="360" w:lineRule="auto"/>
        <w:ind w:firstLine="576"/>
        <w:jc w:val="left"/>
      </w:pPr>
      <w:r>
        <w:rPr>
          <w:rFonts w:ascii="宋体" w:eastAsia="宋体" w:hAnsi="宋体"/>
          <w:sz w:val="28"/>
        </w:rPr>
        <w:t>坚决拥护中国共产党的领导，积极参加学校的政治学习，提高思想觉悟，热爱党的教育事业，积极参加学校组织的各项活动，服从分配，认真完成各项工作，处处以身作则，不断提高自己的各项水平。</w:t>
      </w:r>
    </w:p>
    <w:p>
      <w:pPr>
        <w:spacing w:before="100" w:after="200" w:line="360" w:lineRule="auto"/>
        <w:jc w:val="left"/>
      </w:pPr>
      <w:r>
        <w:rPr>
          <w:rFonts w:ascii="宋体 (中文正文)" w:eastAsia="宋体" w:hAnsi="宋体 (中文正文)"/>
          <w:b/>
          <w:sz w:val="28"/>
        </w:rPr>
        <w:t>二、教育工作方面</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这学年，本人担任五六年级的信息技术教学工作，由于班级人数众多，孩子年龄大，组织纪律性差，与别的课的地点的变换，使学生的约束性很难控制。针对这些情况，我虚心向有经验的教师讨教经验。同时上网查询一些让学生们很快就能溶入信息技术这一课堂的办法。上课前认真备课，钻研教材、对学期教学内容做到心中有数，不但备学生而且备教材备教法。在备课本中体现教师的引导，学生的主动学习过程，充分理解课后习题的作用，设计好练习。课上创设各种情境，激发学生思考。上课力求讲解清晰化，条理化，准确化，生动化，做到线索清晰，言简意赅，深入浅出。同时制作各种利于吸引学生注意力的课件，课后及时对该课作出总结，写好教学后记，在课堂上特别注意调动学生的积极性，在教学中注意降低难度，放缓坡度，允许他们采用自己的方法慢速度学习，注重他们的学习过程的指导。在教学中逐步培养他们的学习兴趣，提高他们的学习自信心，对学生的回答采取"扬弃"的态度，从而打破了上课发言死气沉沉的局面，使学生敢于回答问题，乐于思考。同时充分利用教材挖掘德育素材，在教学过程中进行德育渗透。能保持良好的心境，始终以一种轻松、愉快的心情去积极主动的参与学习。</w:t>
      </w:r>
    </w:p>
    <w:p>
      <w:pPr>
        <w:spacing w:before="100" w:after="200" w:line="360" w:lineRule="auto"/>
        <w:jc w:val="left"/>
      </w:pPr>
      <w:r>
        <w:rPr>
          <w:rFonts w:ascii="宋体 (中文正文)" w:eastAsia="宋体" w:hAnsi="宋体 (中文正文)"/>
          <w:b/>
          <w:sz w:val="28"/>
        </w:rPr>
        <w:t>三、遵守纪律方面</w:t>
      </w:r>
    </w:p>
    <w:p>
      <w:pPr>
        <w:spacing w:before="100" w:after="200" w:line="360" w:lineRule="auto"/>
        <w:ind w:firstLine="576"/>
        <w:jc w:val="left"/>
      </w:pPr>
      <w:r>
        <w:rPr>
          <w:rFonts w:ascii="宋体" w:eastAsia="宋体" w:hAnsi="宋体"/>
          <w:sz w:val="28"/>
        </w:rPr>
        <w:t>本人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spacing w:before="100" w:after="200" w:line="360" w:lineRule="auto"/>
        <w:jc w:val="left"/>
      </w:pPr>
      <w:r>
        <w:rPr>
          <w:rFonts w:ascii="宋体 (中文正文)" w:eastAsia="宋体" w:hAnsi="宋体 (中文正文)"/>
          <w:sz w:val="28"/>
        </w:rPr>
        <w:t>四、努力方向：</w:t>
      </w:r>
    </w:p>
    <w:p>
      <w:pPr>
        <w:spacing w:before="100" w:after="200" w:line="360" w:lineRule="auto"/>
        <w:ind w:firstLine="576"/>
        <w:jc w:val="left"/>
      </w:pPr>
      <w:r>
        <w:rPr>
          <w:rFonts w:ascii="宋体" w:eastAsia="宋体" w:hAnsi="宋体"/>
          <w:sz w:val="28"/>
        </w:rPr>
        <w:t>1、加强自身基本功的训练，课堂上做到精讲精练，注重对学生能力的培养，知识上做到课课清。</w:t>
      </w:r>
    </w:p>
    <w:p>
      <w:pPr>
        <w:spacing w:before="100" w:after="200" w:line="360" w:lineRule="auto"/>
        <w:ind w:firstLine="576"/>
        <w:jc w:val="left"/>
      </w:pPr>
      <w:r>
        <w:rPr>
          <w:rFonts w:ascii="宋体" w:eastAsia="宋体" w:hAnsi="宋体"/>
          <w:sz w:val="28"/>
        </w:rPr>
        <w:t>2、对差生多些关心，多点爱心，再多一些耐心，使他们在各方面有更大进步。</w:t>
      </w:r>
    </w:p>
    <w:p>
      <w:pPr>
        <w:spacing w:before="100" w:after="200" w:line="360" w:lineRule="auto"/>
        <w:ind w:firstLine="576"/>
        <w:jc w:val="left"/>
      </w:pPr>
      <w:r>
        <w:rPr>
          <w:rFonts w:ascii="宋体" w:eastAsia="宋体" w:hAnsi="宋体"/>
          <w:sz w:val="28"/>
        </w:rPr>
        <w:t>3、加强守纪方面的教育，使学生在课堂上集中注意力学习，严格约束自己。</w:t>
      </w:r>
    </w:p>
    <w:p>
      <w:pPr>
        <w:spacing w:before="100" w:after="200" w:line="360" w:lineRule="auto"/>
        <w:ind w:firstLine="576"/>
        <w:jc w:val="left"/>
      </w:pPr>
      <w:r>
        <w:rPr>
          <w:rFonts w:ascii="宋体" w:eastAsia="宋体" w:hAnsi="宋体"/>
          <w:sz w:val="28"/>
        </w:rPr>
        <w:t>4、教育学生要注意保持环境卫生，增强主人翁意识和责任感。</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站上教师的岗位已经七年多了，我会我的心去教诲我的学生，我会我的情去培育我的学生，将自己最珍贵的爱奉献给孩子们，相信今日含苞欲放的花蕾，明日一定能盛开绚丽的花朵。总之,人无完人，我也同样如此，下学期，我还会不断反思，坚持不懈，继续努力学习，改进工作中的不足，发扬优点，再接再厉，让我的教育教学工作再上一个新台阶，同时也让我自己的教学能力得到新的提高。</w:t>
      </w:r>
    </w:p>
    <w:p>
      <w:pPr>
        <w:spacing w:before="100" w:after="200" w:line="360" w:lineRule="auto"/>
        <w:ind w:firstLine="576"/>
        <w:jc w:val="left"/>
      </w:pPr>
      <w:r>
        <w:rPr>
          <w:rFonts w:ascii="宋体" w:eastAsia="宋体" w:hAnsi="宋体"/>
          <w:sz w:val="28"/>
        </w:rPr>
        <w:t>从毕业，实现了自己的教师梦，到小学工作至今，四年时间我积极上进，认真钻研教学“六认真”，热爱学生，享受讲台。把教学当做一件特别享受的过程，有收获，就有希望，更有动力。</w:t>
      </w:r>
    </w:p>
    <w:p>
      <w:pPr>
        <w:spacing w:before="100" w:after="200" w:line="360" w:lineRule="auto"/>
        <w:ind w:firstLine="576"/>
        <w:jc w:val="left"/>
      </w:pPr>
      <w:r>
        <w:rPr>
          <w:rFonts w:ascii="宋体" w:eastAsia="宋体" w:hAnsi="宋体"/>
          <w:sz w:val="28"/>
        </w:rPr>
        <w:t>本学期完满完成了既定的教学任务，拓展了相应的课外知识，更进一步培养了孩子们阅读的能力和分析能力，我积极参加学校组织的各种学习机会，在20xx年11月份参加了由北京说课信息研究院主办的“做最好的班主任研讨会”，20xx年6月刚刚参与了“开口即美朗读大会优秀团队展示暨区级培训会”，会后积极及时记录收获，渗透指导教学。在20xx-20xx学年教学过程中，两个学期我班班级语文期末教学质量平均分都稳居一二，及格率均为100%，更有幸是在20xx年5月黄校长突然的随堂“推门听课”中被评为“优秀”，紧张而又惊喜，这是一份肯定，更是一股动力。同学年，我的课程微课制作获得区级一等奖，在第十五届基础教育论文中荣获二等奖，我相信，如若未来更长时间的积淀和成长，一定会助力我在教学上琢磨出更优秀的自己！</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回顾20xx-20xx学年，上学期精彩纷呈的德育活动给孩子们搭建了一个又一个展示的平台，我班获得四个项目三个学月的德育一等奖，分别是“自律月”一等奖（《弟子规》），“健体月”一等奖，“研学月”一等奖（《幸福是什么》），以及年级活动内操比赛一等奖（《海草舞》）等，下学年在国旗班“春天的芭蕾”声中开启，但却紧接着投入到了“战痘”过程中，顶着着外紧内松的局势，我班师生共同有条不紊，严格依据要求“早发现，早隔离，早治疗”，积极做好相关消毒工作，最终实现班级水痘“零感染”，但这也阻挡不了我们的热情，在班级文化墙的布置中和孩子打成一片，获得了二等奖，虽然没有最好但也有了许多收获，但被点名表扬的美篇足以证明了我们每月工作的用心，和孩子们在一起进步，一起分享喜悦，是最幸福的事。</w:t>
      </w:r>
    </w:p>
    <w:p>
      <w:pPr>
        <w:spacing w:before="100" w:after="200" w:line="360" w:lineRule="auto"/>
        <w:ind w:firstLine="576"/>
        <w:jc w:val="left"/>
      </w:pPr>
      <w:r>
        <w:rPr>
          <w:rFonts w:ascii="宋体" w:eastAsia="宋体" w:hAnsi="宋体"/>
          <w:sz w:val="28"/>
        </w:rPr>
        <w:t>时节如流，不得不说时间真的很快，我真切地想分享下我的收获：</w:t>
      </w:r>
    </w:p>
    <w:p>
      <w:pPr>
        <w:spacing w:before="100" w:after="200" w:line="360" w:lineRule="auto"/>
        <w:ind w:firstLine="576"/>
        <w:jc w:val="left"/>
      </w:pPr>
      <w:r>
        <w:rPr>
          <w:rFonts w:ascii="宋体" w:eastAsia="宋体" w:hAnsi="宋体"/>
          <w:sz w:val="28"/>
        </w:rPr>
        <w:t>我主动申报学科小课题并积极起草，对于本人来说是一个从无到有的过程，过程很艰辛，但是却发现了真问题，真正从一个探究的角度解决孩子们出现的日常化问题，从而也成长了不少，这极大地启发了我作为一个教师该思考的问题，以及怎样去思考问题，受益匪浅。这也同样映射在本学年我们四年级的学习力测试过程中，当把孩子们两个维度多个方面学习能力抽离出来量化考核的时候，“真问题”就展现在眼前了，回想校领导带领下的那一幕幕，如电影的情节历历在目，忘不了，也没法忘，每一个亲手把关的细节问题，都能透射出我在教学中相关不足，区教研员的谆谆教导，那一刻，才明白什么才叫教书，远远不是表现得那么浅显，时代不断在变迁，前方的路，任重而道远。</w:t>
      </w:r>
    </w:p>
    <w:p>
      <w:pPr>
        <w:spacing w:before="100" w:after="200" w:line="360" w:lineRule="auto"/>
        <w:jc w:val="left"/>
      </w:pPr>
      <w:r>
        <w:rPr>
          <w:rFonts w:ascii="宋体 (中文正文)" w:eastAsia="宋体" w:hAnsi="宋体 (中文正文)"/>
          <w:sz w:val="28"/>
        </w:rPr>
        <w:t>来年共勉：</w:t>
      </w:r>
    </w:p>
    <w:p>
      <w:pPr>
        <w:spacing w:before="100" w:after="200" w:line="360" w:lineRule="auto"/>
        <w:ind w:firstLine="576"/>
        <w:jc w:val="left"/>
      </w:pPr>
      <w:r>
        <w:rPr>
          <w:rFonts w:ascii="宋体" w:eastAsia="宋体" w:hAnsi="宋体"/>
          <w:sz w:val="28"/>
        </w:rPr>
        <w:t>1.多读书，多积累，以身作则，终身学习，身体和灵魂，总有一个要在路上引领自己向前。</w:t>
      </w:r>
    </w:p>
    <w:p>
      <w:pPr>
        <w:spacing w:before="100" w:after="200" w:line="360" w:lineRule="auto"/>
        <w:ind w:firstLine="576"/>
        <w:jc w:val="left"/>
      </w:pPr>
      <w:r>
        <w:rPr>
          <w:rFonts w:ascii="宋体" w:eastAsia="宋体" w:hAnsi="宋体"/>
          <w:sz w:val="28"/>
        </w:rPr>
        <w:t>2.着手抓“真问题”，解决“真问题”，落实“真问题”，高效率办事。</w:t>
      </w:r>
    </w:p>
    <w:p>
      <w:pPr>
        <w:spacing w:before="100" w:after="200" w:line="360" w:lineRule="auto"/>
        <w:ind w:firstLine="576"/>
        <w:jc w:val="left"/>
      </w:pPr>
      <w:r>
        <w:rPr>
          <w:rFonts w:ascii="宋体" w:eastAsia="宋体" w:hAnsi="宋体"/>
          <w:sz w:val="28"/>
        </w:rPr>
        <w:t>3.向前走，埋头做，不问是非，多反省，干实事，水滴石穿。</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20xx年的大门已经开启，回想20xx年的我，在这样时刻，想到了泰戈尔一句话，“人是一个初生的孩子，他的力量就是成长的力量。”，无论是年轻还是年老，我们都要保持着成长的力量，才使我们的生命新鲜丰饶。教育生涯也是如此，每天与学生永葆成长的力量！20xx年夏季送走了上届学生，秋季迎来了10班新生70个学生。我又翻开了学期初我的个人工作计划，回望我最初的期望，现在我的个人工作总结如下：</w:t>
      </w:r>
    </w:p>
    <w:p>
      <w:pPr>
        <w:spacing w:before="100" w:after="200" w:line="360" w:lineRule="auto"/>
        <w:jc w:val="left"/>
      </w:pPr>
      <w:r>
        <w:rPr>
          <w:rFonts w:ascii="宋体 (中文正文)" w:eastAsia="宋体" w:hAnsi="宋体 (中文正文)"/>
          <w:b/>
          <w:sz w:val="28"/>
        </w:rPr>
        <w:t>一、新教材教学工作</w:t>
      </w:r>
    </w:p>
    <w:p>
      <w:pPr>
        <w:spacing w:before="100" w:after="200" w:line="360" w:lineRule="auto"/>
        <w:ind w:firstLine="576"/>
        <w:jc w:val="left"/>
      </w:pPr>
      <w:r>
        <w:rPr>
          <w:rFonts w:ascii="宋体" w:eastAsia="宋体" w:hAnsi="宋体"/>
          <w:sz w:val="28"/>
        </w:rPr>
        <w:t>参加了人教版教材的培训，上了12单元课程，每堂课都是全新的感觉，就SectionA的讲课，请宫小云听了五次，每次都在一节课设计上有改变，尝试又尝试着，找到一种合适的教学方式，有点小学生的感觉。</w:t>
      </w:r>
    </w:p>
    <w:p>
      <w:pPr>
        <w:spacing w:before="100" w:after="200" w:line="360" w:lineRule="auto"/>
        <w:ind w:firstLine="576"/>
        <w:jc w:val="left"/>
      </w:pPr>
      <w:r>
        <w:rPr>
          <w:rFonts w:ascii="宋体" w:eastAsia="宋体" w:hAnsi="宋体"/>
          <w:sz w:val="28"/>
        </w:rPr>
        <w:t>不客气讲，每天备课时间都在两个小时，因为每节课都是全新的概念，就像不知道下一个剧情什么过程，跟上这个变化节奏下点功夫！</w:t>
      </w:r>
    </w:p>
    <w:p>
      <w:pPr>
        <w:spacing w:before="100" w:after="200" w:line="360" w:lineRule="auto"/>
        <w:jc w:val="left"/>
      </w:pPr>
      <w:r>
        <w:rPr>
          <w:rFonts w:ascii="宋体 (中文正文)" w:eastAsia="宋体" w:hAnsi="宋体 (中文正文)"/>
          <w:b/>
          <w:sz w:val="28"/>
        </w:rPr>
        <w:t>二、实验中</w:t>
      </w:r>
    </w:p>
    <w:p>
      <w:pPr>
        <w:spacing w:before="100" w:after="200" w:line="360" w:lineRule="auto"/>
        <w:ind w:firstLine="576"/>
        <w:jc w:val="left"/>
      </w:pPr>
      <w:r>
        <w:rPr>
          <w:rFonts w:ascii="宋体" w:eastAsia="宋体" w:hAnsi="宋体"/>
          <w:sz w:val="28"/>
        </w:rPr>
        <w:t>本学期，取消了作业本上的作业，或者少留，机械性质的作业再少，学生自觉性还是太差了，弄的有些孩子偷懒了，成绩下滑了！要协调预习卷，作业卷，报纸，课堂单词课文背诵，确实有点苦难，主要最难的事就报纸处理，我还是坚持把报纸完成了，除了中间板面的内容。下学期，继续中！</w:t>
      </w:r>
    </w:p>
    <w:p>
      <w:pPr>
        <w:spacing w:before="100" w:after="200" w:line="360" w:lineRule="auto"/>
        <w:jc w:val="left"/>
      </w:pPr>
      <w:r>
        <w:rPr>
          <w:rFonts w:ascii="宋体 (中文正文)" w:eastAsia="宋体" w:hAnsi="宋体 (中文正文)"/>
          <w:b/>
          <w:sz w:val="28"/>
        </w:rPr>
        <w:t>三、个人专业提升</w:t>
      </w:r>
    </w:p>
    <w:p>
      <w:pPr>
        <w:spacing w:before="100" w:after="200" w:line="360" w:lineRule="auto"/>
        <w:ind w:firstLine="576"/>
        <w:jc w:val="left"/>
      </w:pPr>
      <w:r>
        <w:rPr>
          <w:rFonts w:ascii="宋体" w:eastAsia="宋体" w:hAnsi="宋体"/>
          <w:sz w:val="28"/>
        </w:rPr>
        <w:t>三年规划中，出题能力，听力口语能力，工作有效性，科研能力，练习书法，这是三年目标。不断充电，并学会整合信息能力，学习前沿的信息，给自己一次提升。读书和写作继续坚持中。</w:t>
      </w:r>
    </w:p>
    <w:p>
      <w:pPr>
        <w:spacing w:before="100" w:after="200" w:line="360" w:lineRule="auto"/>
        <w:jc w:val="left"/>
      </w:pPr>
      <w:r>
        <w:rPr>
          <w:rFonts w:ascii="宋体 (中文正文)" w:eastAsia="宋体" w:hAnsi="宋体 (中文正文)"/>
          <w:b/>
          <w:sz w:val="28"/>
        </w:rPr>
        <w:t>四、提高看待问题角度</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我从个人原点走到了更大的圈，以前自己做好，自己高兴就好，以前给出年轻老师的建议时，我的角色是姐姐的身份，没有学校角色；现在，我说出的话代表了自己的学校，可能听者会这样的感受。我自己都没把自己当盘菜，就是多了一件要做的事！从自由走向规矩过程！</w:t>
      </w:r>
    </w:p>
    <w:p>
      <w:pPr>
        <w:spacing w:before="100" w:after="200" w:line="360" w:lineRule="auto"/>
        <w:jc w:val="left"/>
      </w:pPr>
      <w:r>
        <w:rPr>
          <w:rFonts w:ascii="宋体 (中文正文)" w:eastAsia="宋体" w:hAnsi="宋体 (中文正文)"/>
          <w:b/>
          <w:sz w:val="28"/>
        </w:rPr>
        <w:t>五、英语教学工作</w:t>
      </w:r>
    </w:p>
    <w:p>
      <w:pPr>
        <w:spacing w:before="100" w:after="200" w:line="360" w:lineRule="auto"/>
        <w:ind w:firstLine="576"/>
        <w:jc w:val="left"/>
      </w:pPr>
      <w:r>
        <w:rPr>
          <w:rFonts w:ascii="宋体" w:eastAsia="宋体" w:hAnsi="宋体"/>
          <w:sz w:val="28"/>
        </w:rPr>
        <w:t>开学初工作计划中，学唱英文歌，没有完成，个人不太擅长，也没有主动挤出时间里，搁浅了这件事！</w:t>
      </w:r>
    </w:p>
    <w:p>
      <w:pPr>
        <w:spacing w:before="100" w:after="200" w:line="360" w:lineRule="auto"/>
        <w:ind w:firstLine="576"/>
        <w:jc w:val="left"/>
      </w:pPr>
      <w:r>
        <w:rPr>
          <w:rFonts w:ascii="宋体" w:eastAsia="宋体" w:hAnsi="宋体"/>
          <w:sz w:val="28"/>
        </w:rPr>
        <w:t>其他计划都是完成了，只是有好有差区别！</w:t>
      </w:r>
    </w:p>
    <w:p>
      <w:pPr>
        <w:spacing w:before="100" w:after="200" w:line="360" w:lineRule="auto"/>
        <w:jc w:val="left"/>
      </w:pPr>
      <w:r>
        <w:rPr>
          <w:rFonts w:ascii="宋体 (中文正文)" w:eastAsia="宋体" w:hAnsi="宋体 (中文正文)"/>
          <w:b/>
          <w:sz w:val="28"/>
        </w:rPr>
        <w:t>六、收获</w:t>
      </w:r>
    </w:p>
    <w:p>
      <w:pPr>
        <w:spacing w:before="100" w:after="200" w:line="360" w:lineRule="auto"/>
        <w:ind w:firstLine="576"/>
        <w:jc w:val="left"/>
      </w:pPr>
      <w:r>
        <w:rPr>
          <w:rFonts w:ascii="宋体" w:eastAsia="宋体" w:hAnsi="宋体"/>
          <w:sz w:val="28"/>
        </w:rPr>
        <w:t>本学期，申报艺体2+1科研课题过程中，全新地理解科研工作，挺严肃的事！从无知到了解的过程，逼了自己一次，好在有张晓光帮助指导，明白了很多以前不知道的问题。</w:t>
      </w:r>
    </w:p>
    <w:p>
      <w:pPr>
        <w:spacing w:before="100" w:after="200" w:line="360" w:lineRule="auto"/>
        <w:ind w:firstLine="576"/>
        <w:jc w:val="left"/>
      </w:pPr>
      <w:r>
        <w:rPr>
          <w:rFonts w:ascii="宋体" w:eastAsia="宋体" w:hAnsi="宋体"/>
          <w:sz w:val="28"/>
        </w:rPr>
        <w:t>在准备讲座过程中，如何定位教育科研，给大家理解科研，还有启发大家发现问题，并解决问题，再有机会写写你的想法，就是研究了！</w:t>
      </w:r>
    </w:p>
    <w:p>
      <w:pPr>
        <w:spacing w:before="100" w:after="200" w:line="360" w:lineRule="auto"/>
        <w:ind w:firstLine="576"/>
        <w:jc w:val="left"/>
      </w:pPr>
      <w:r>
        <w:rPr>
          <w:rFonts w:ascii="宋体" w:eastAsia="宋体" w:hAnsi="宋体"/>
          <w:sz w:val="28"/>
        </w:rPr>
        <w:t>这学期，匆忙中过去了，不写无法梳理自己的工作得失对错，自己给自己一个交代，只知道上课不思考的的老师，是没有未来的。不得不说，这个学期忙碌又累人，提高工作效率还是下学期要调整的事，因为忙碌容易失方向。感谢，半年里合作过的任课教师，英语组的同伴们，还有教务处同仁们！假期愉快！</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本学期，成为新教师后的第一个学期就要结束了，为了更好地做好今后的工作，总结经验、吸取教训，本人特就这学期的工作小结如下：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spacing w:before="100" w:after="200" w:line="360" w:lineRule="auto"/>
        <w:ind w:firstLine="576"/>
        <w:jc w:val="left"/>
      </w:pPr>
      <w:r>
        <w:rPr>
          <w:rFonts w:ascii="宋体" w:eastAsia="宋体" w:hAnsi="宋体"/>
          <w:sz w:val="28"/>
        </w:rPr>
        <w:t>一、从思想上提高认识，重视这次难得的机会,尊重指导老师，认真完成指导老师安排的每一项任务，主动向指导老师汇报思想工作情况，谦虚谨慎、勤奋好学，不断提高业务能力。认真学习高中政治教学大纲，深入钻研教材教法，在实践中自觉贯彻、主动探索。积极主动的取得指导老师张建亮的帮助，虚心诚恳地听取指导老师的意见和建议，并且认真的将指导老师的指导意见落实到自己的日常教学中来。坚持做到每周都要针对不同课型听指导老师二节课以上，并且认真做好听课笔记和听课感想，还要积极抽出时间听其他教师的课，吸取其他教师的优秀教学方法运用到自己的教学工作中来。</w:t>
      </w:r>
    </w:p>
    <w:p>
      <w:pPr>
        <w:spacing w:before="100" w:after="200" w:line="360" w:lineRule="auto"/>
        <w:ind w:firstLine="576"/>
        <w:jc w:val="left"/>
      </w:pPr>
      <w:r>
        <w:rPr>
          <w:rFonts w:ascii="宋体" w:eastAsia="宋体" w:hAnsi="宋体"/>
          <w:sz w:val="28"/>
        </w:rPr>
        <w:t>二、认真备课，不但备学生而且备教材备教法，根据教材内容及学生的实际，设计课的类型，拟定采用的教学方法，并对教学过程的程序及时间安排都作了详细的记录，认真写好教案。每一课都做到&amp;“有备而来&amp;”，每堂课都在课前做好充分的准备，并制作各种利于吸引学生注意力的有趣教具，课后及时对该课作出总结，写好教学后记，并认真按搜集每课书的知识要点，归纳成集。</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spacing w:before="100" w:after="200" w:line="360" w:lineRule="auto"/>
        <w:ind w:firstLine="576"/>
        <w:jc w:val="left"/>
      </w:pPr>
      <w:r>
        <w:rPr>
          <w:rFonts w:ascii="宋体" w:eastAsia="宋体" w:hAnsi="宋体"/>
          <w:sz w:val="28"/>
        </w:rPr>
        <w:t>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spacing w:before="100" w:after="200" w:line="360" w:lineRule="auto"/>
        <w:ind w:firstLine="576"/>
        <w:jc w:val="left"/>
      </w:pPr>
      <w:r>
        <w:rPr>
          <w:rFonts w:ascii="宋体" w:eastAsia="宋体" w:hAnsi="宋体"/>
          <w:sz w:val="28"/>
        </w:rPr>
        <w:t>四、认真批改作业：布置作业做到精读精练。有针对性，有层次性。为了做到这点，我常常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spacing w:before="100" w:after="200" w:line="360" w:lineRule="auto"/>
        <w:ind w:firstLine="576"/>
        <w:jc w:val="left"/>
      </w:pPr>
      <w:r>
        <w:rPr>
          <w:rFonts w:ascii="宋体" w:eastAsia="宋体" w:hAnsi="宋体"/>
          <w:sz w:val="28"/>
        </w:rPr>
        <w:t>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六、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spacing w:before="100" w:after="200" w:line="360" w:lineRule="auto"/>
        <w:ind w:firstLine="576"/>
        <w:jc w:val="left"/>
      </w:pPr>
      <w:r>
        <w:rPr>
          <w:rFonts w:ascii="宋体" w:eastAsia="宋体" w:hAnsi="宋体"/>
          <w:sz w:val="28"/>
        </w:rPr>
        <w:t>七、抓学风。我所教的三个班，学生上课的时候比较认真，大部分学生都能专心听讲，课后也能认真完成作业。但有为数不少的学生，学习上存在的问题不敢问老师，作业也因为怕分数低而找别人的来抄，这样就严重影响了成绩的提高。对此，我在班级里提倡一种认真、求实的学风，严厉批评抄袭作业的行为。与此同时，为了提高同学的学习积极性，开展了学习竞赛活动，在学生中兴起一种你追我赶的学习风气。当然也有一部分同学对该课不是很感兴趣，学习劲头不浓，而且后进生面太大了，基础差，考试成绩都很差，有些同学是经常不及格，我找来后进生，了解原因，有些是不感兴趣，我就跟他们讲学习政治的重要性，跟他们讲一些有趣的政治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w:t>
      </w:r>
    </w:p>
    <w:p>
      <w:pPr>
        <w:spacing w:before="100" w:after="200" w:line="360" w:lineRule="auto"/>
        <w:ind w:firstLine="576"/>
        <w:jc w:val="left"/>
      </w:pPr>
      <w:r>
        <w:rPr>
          <w:rFonts w:ascii="宋体" w:eastAsia="宋体" w:hAnsi="宋体"/>
          <w:sz w:val="28"/>
        </w:rPr>
        <w:t>上岗一年，通过自己的辛勤努力和同事的助，业务能力显著增强，教学效果明显，各项工作圆满完成。在学校的英明领导之下，德、能、勤、绩全面进步。</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德：教师职业殊辉的职业，我为成为一名人民教师而骄傲自豪。身正为范，学高为师。我时时处处都以教师职业道德规范自己，积极参加学校的师德师风建设，做到“十要十不准”，依法执教，爱岗敬业，为人师表，勤奋钻研，兢兢业业.</w:t>
      </w:r>
    </w:p>
    <w:p>
      <w:pPr>
        <w:spacing w:before="100" w:after="200" w:line="360" w:lineRule="auto"/>
        <w:ind w:firstLine="576"/>
        <w:jc w:val="left"/>
      </w:pPr>
      <w:r>
        <w:rPr>
          <w:rFonts w:ascii="宋体" w:eastAsia="宋体" w:hAnsi="宋体"/>
          <w:sz w:val="28"/>
        </w:rPr>
        <w:t>能：业务能力的培养是至关重要的。上岗以来，我继续学习教育学、心理学及专业知识，最近还学习了新课程标准。更新教育观念，建构新的教学模式，力推进素质教育。就语文教学来说，要培养学生的读写、听、说能力，分板块教学，案例教学。优化教学目标，力提高学生的素质，既做到备教材、教法，也要备学生。</w:t>
      </w:r>
    </w:p>
    <w:p>
      <w:pPr>
        <w:spacing w:before="100" w:after="200" w:line="360" w:lineRule="auto"/>
        <w:ind w:firstLine="576"/>
        <w:jc w:val="left"/>
      </w:pPr>
      <w:r>
        <w:rPr>
          <w:rFonts w:ascii="宋体" w:eastAsia="宋体" w:hAnsi="宋体"/>
          <w:sz w:val="28"/>
        </w:rPr>
        <w:t>教学的中心环节是上课。课堂教学是主战场，应充分利用。切实做到以教师为主导，学生为主体，教学为主线。以教学为平台开展对话，进行深入探索和研究。通过迁移法、质疑法、归纳法充分调动学生的主动性、积极性、创造性。加强师生间的信息交流与互动。彻底消解教师的话语霸权地位，让学生活动起来。把握课堂节奏，集知识性、生动性，趣味性于一体，从而导达教学目标。</w:t>
      </w:r>
    </w:p>
    <w:p>
      <w:pPr>
        <w:spacing w:before="100" w:after="200" w:line="360" w:lineRule="auto"/>
        <w:ind w:firstLine="576"/>
        <w:jc w:val="left"/>
      </w:pPr>
      <w:r>
        <w:rPr>
          <w:rFonts w:ascii="宋体" w:eastAsia="宋体" w:hAnsi="宋体"/>
          <w:sz w:val="28"/>
        </w:rPr>
        <w:t>勤：参加工作以来，我积极参加学习，服从学校的领导与管理，积极的建言献策。按时作息，无矿到，无迟到，早退现象。备、教、辅、改各个环节都没有差错，规范教学行为，依法执教，不体罚、变相体罚学生，树立安全责任意识，在这一年中无教学事故发生。</w:t>
      </w:r>
    </w:p>
    <w:p>
      <w:pPr>
        <w:spacing w:before="100" w:after="200" w:line="360" w:lineRule="auto"/>
        <w:ind w:firstLine="576"/>
        <w:jc w:val="left"/>
      </w:pPr>
      <w:r>
        <w:rPr>
          <w:rFonts w:ascii="宋体" w:eastAsia="宋体" w:hAnsi="宋体"/>
          <w:sz w:val="28"/>
        </w:rPr>
        <w:t>绩：教学效果明显。20xx年秋季荣获学校优秀礁；在20xx年春优质课比赛中被学校评为二等奖；两学期期中考试、期末考试成绩比较理想，优分率、及格率及均分都位居前列，学生素质切实提高。</w:t>
      </w:r>
    </w:p>
    <w:p>
      <w:pPr>
        <w:spacing w:before="100" w:after="200" w:line="360" w:lineRule="auto"/>
        <w:ind w:firstLine="576"/>
        <w:jc w:val="left"/>
      </w:pPr>
      <w:r>
        <w:rPr>
          <w:rFonts w:ascii="宋体" w:eastAsia="宋体" w:hAnsi="宋体"/>
          <w:sz w:val="28"/>
        </w:rPr>
        <w:t>总之，经过一年多的教学实践，业务能力提高、效果明显，贯彻落实了党的教育方针，学生素质全面提高。我有信心有能力胜任中学语文教学，因此特向各级领导申请定级，望酌情批复为谢!</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宝剑锋从磨砺出，梅花香自苦寒来”，清冷的圣诞夜，圣诞老人把一纸优岗考核表送到了我的面前，喜，谈不上，诧异倒是有几分。站在xx年的末端，回顾这一年的工作，平淡中有着些微收获，忙碌中透着几许希翼……</w:t>
      </w:r>
    </w:p>
    <w:p>
      <w:pPr>
        <w:spacing w:before="100" w:after="200" w:line="360" w:lineRule="auto"/>
        <w:ind w:firstLine="576"/>
        <w:jc w:val="left"/>
      </w:pPr>
      <w:r>
        <w:rPr>
          <w:rFonts w:ascii="宋体" w:eastAsia="宋体" w:hAnsi="宋体"/>
          <w:sz w:val="28"/>
        </w:rPr>
        <w:t>生性淡然的我虽然不懂政治，但知道服从领导的安排，能够积极参加学校的政治学习，并写出心得笔记；还知道作为教师，就要为人师表，依法执教。新的师德规范和班主任条例的颁布，犹如一剂强心针，既赋予了我们责任，又保障了我们的权利，在学习中，我更加知道了一名教师神圣的责任！</w:t>
      </w:r>
    </w:p>
    <w:p>
      <w:pPr>
        <w:spacing w:before="100" w:after="200" w:line="360" w:lineRule="auto"/>
        <w:ind w:firstLine="576"/>
        <w:jc w:val="left"/>
      </w:pPr>
      <w:r>
        <w:rPr>
          <w:rFonts w:ascii="宋体" w:eastAsia="宋体" w:hAnsi="宋体"/>
          <w:sz w:val="28"/>
        </w:rPr>
        <w:t>作为一名长期从事低年级的班主任老师，我深深知道每一个孩子都是一首动人的诗篇，也知道，只有让自己保持着一颗童心，以欣赏的眼光看待每一个孩子，孩子才会从心底信服你，接纳你。这一年中，我和85班的68个小朋友一起学习，下课以后一起玩耍，生活上处处照顾他们，既是他们的老师，又是他们的妈妈，还是他们的朋友看着他们一天天长大，一天天懂事，从昔日的小皇帝小公主出落得彬彬有礼，内心被感动充盈着。我知道，教育不仅仅是学校和老师的事儿，家长的密切配合尤为重要，于是，我经常在放学时和家长们面对面地交流孩子的教育心得，力求了解每一个孩子的每一个方面，力求让每一个孩子得到最大的发展空间。在这里，我可以问心无愧地说，我没有歧视任何一个孩子，也没有因为一些外界的因素不公平地对待任何一个孩子！在我和孩子们的共同努力下，85班也一度被评为优秀班集体。</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教育的灵魂是教学，作为低年级的语文老师，我清楚自己的言传身教对于孩子们有着至关重要的作用，为了提高自身的素养，我阅读了大量的书籍，用知识武装自己。作为教研组长，我能够团结组内的每一位教师，发挥集体的作用，坚持同伴互助、集体备课。本着对学生负责的态度，大家积极推进新课改的进程，教学中大胆尝试，勇于创新，在阅读和写话教学中积累了丰富的经验，教学方式受到了学生和家长的一致好评。在六月份举行的全县小语口语交际赛教中，我执教的《节约用水》受到了各位专家的赞赏，获得了一等奖。十月份，我执教《问路》，为全校师生进行口语交际探讨提供了很好的参考。同时，我所带的85班，两个学期的期末考试成绩均为年级第一名。</w:t>
      </w:r>
    </w:p>
    <w:p>
      <w:pPr>
        <w:spacing w:before="100" w:after="200" w:line="360" w:lineRule="auto"/>
        <w:ind w:firstLine="576"/>
        <w:jc w:val="left"/>
      </w:pPr>
      <w:r>
        <w:rPr>
          <w:rFonts w:ascii="宋体" w:eastAsia="宋体" w:hAnsi="宋体"/>
          <w:sz w:val="28"/>
        </w:rPr>
        <w:t>记得仁小艾曾说过，要想成为专业型的教师，还必须要善于反思，并记录下来。在工作之余，我养成了随时记录点滴的好习惯，学校要求办的个人博客，我用心打理，办得有声有色；自办的个人空间，我也用心经营。因为我相信，有志者，事竟成！</w:t>
      </w:r>
    </w:p>
    <w:p>
      <w:pPr>
        <w:spacing w:before="100" w:after="200" w:line="360" w:lineRule="auto"/>
        <w:ind w:firstLine="576"/>
        <w:jc w:val="left"/>
      </w:pPr>
      <w:r>
        <w:rPr>
          <w:rFonts w:ascii="宋体" w:eastAsia="宋体" w:hAnsi="宋体"/>
          <w:sz w:val="28"/>
        </w:rPr>
        <w:t>果的事业是尊贵的，花的事业是甜美的，我只是一名普普通通的小学教师，甘心地做叶的事业，以后的日子，我不求最好，但求更好！</w:t>
      </w:r>
    </w:p>
    <w:p>
      <w:pPr>
        <w:spacing w:before="100" w:after="200" w:line="360" w:lineRule="auto"/>
        <w:ind w:firstLine="576"/>
        <w:jc w:val="left"/>
      </w:pPr>
      <w:r>
        <w:rPr>
          <w:rFonts w:ascii="宋体" w:eastAsia="宋体" w:hAnsi="宋体"/>
          <w:sz w:val="28"/>
        </w:rPr>
        <w:t>本学期我担任二年级(1)班的老师，在这学期里我和孩子们一起品尝酸甜苦辣，一起体会喜怒哀乐，丰富学生的经历，培养孩子健全的人格。为了有更多的时间和孩子们相处，我早上早早到教室，辅导学生晨读，督促学生打扫卫生区，倾听学生的心声，以便发现问题，及时解决;利用空余时间给学习上有困难的同学补习功课，批改作业，和老师一起探讨一下教学中的问题;作业做到及时布置，及时批改，发现有同类错误做到集体订正，个别错误个别辅导。现将如下：</w:t>
      </w:r>
    </w:p>
    <w:p>
      <w:pPr>
        <w:spacing w:before="100" w:after="200" w:line="360" w:lineRule="auto"/>
        <w:jc w:val="left"/>
      </w:pPr>
      <w:r>
        <w:rPr>
          <w:rFonts w:ascii="宋体 (中文正文)" w:eastAsia="宋体" w:hAnsi="宋体 (中文正文)"/>
          <w:b/>
          <w:sz w:val="28"/>
        </w:rPr>
        <w:t>一、用全新的教学理念，课堂教学</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随着实施课程以来，我反复学习有关的教育教学理论，深刻领会新课标精神，认真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较好的教学效果。</w:t>
      </w:r>
    </w:p>
    <w:p>
      <w:pPr>
        <w:spacing w:before="100" w:after="200" w:line="360" w:lineRule="auto"/>
        <w:jc w:val="left"/>
      </w:pPr>
      <w:r>
        <w:rPr>
          <w:rFonts w:ascii="宋体 (中文正文)" w:eastAsia="宋体" w:hAnsi="宋体 (中文正文)"/>
          <w:b/>
          <w:sz w:val="28"/>
        </w:rPr>
        <w:t>二、用生动灵活的教学方式，体味学习的快乐焕发课堂活力</w:t>
      </w:r>
    </w:p>
    <w:p>
      <w:pPr>
        <w:spacing w:before="100" w:after="200" w:line="360" w:lineRule="auto"/>
        <w:ind w:firstLine="576"/>
        <w:jc w:val="left"/>
      </w:pPr>
      <w:r>
        <w:rPr>
          <w:rFonts w:ascii="宋体" w:eastAsia="宋体" w:hAnsi="宋体"/>
          <w:sz w:val="28"/>
        </w:rPr>
        <w:t>新课标要求我们建立以自主、合作、探究为主的教学模式，激活学生好奇心，探究欲，培养学生主动思考、质疑、求索以及善于捕捉新信息的能力，并把这种能力的培养定为课堂教学的终极目的。为此，我们仔细研究教育心理，准确把握二年级学生的心理特征和思维特点，积极探索有利于激发、激活思维、激励探讨的课堂。例如在处理每单元的重点篇目时，我们始终采用整体，感知――合作探究――反思质疑――延伸的教学模式，根据不同内容精心设计问题，组织课堂教学。</w:t>
      </w:r>
    </w:p>
    <w:p>
      <w:pPr>
        <w:spacing w:before="100" w:after="200" w:line="360" w:lineRule="auto"/>
        <w:ind w:firstLine="576"/>
        <w:jc w:val="left"/>
      </w:pPr>
      <w:r>
        <w:rPr>
          <w:rFonts w:ascii="宋体" w:eastAsia="宋体" w:hAnsi="宋体"/>
          <w:sz w:val="28"/>
        </w:rPr>
        <w:t>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师生的情感与个性融在其中，现实的生活进入课堂，学生在互动中求知，在活动中探索，既轻松地掌握了知识，又潜移默化地培养了能力。学生的整体素质有了质的提高，语文课堂真正焕发出它应有的活力。</w:t>
      </w:r>
    </w:p>
    <w:p>
      <w:pPr>
        <w:spacing w:before="100" w:after="200" w:line="360" w:lineRule="auto"/>
        <w:jc w:val="left"/>
      </w:pPr>
      <w:r>
        <w:rPr>
          <w:rFonts w:ascii="宋体 (中文正文)" w:eastAsia="宋体" w:hAnsi="宋体 (中文正文)"/>
          <w:b/>
          <w:sz w:val="28"/>
        </w:rPr>
        <w:t>三、利用媒体资源，创设美丽课堂</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p>
    <w:p>
      <w:pPr>
        <w:spacing w:before="100" w:after="200" w:line="360" w:lineRule="auto"/>
        <w:ind w:firstLine="576"/>
        <w:jc w:val="left"/>
      </w:pPr>
      <w:r>
        <w:rPr>
          <w:rFonts w:ascii="宋体" w:eastAsia="宋体" w:hAnsi="宋体"/>
          <w:sz w:val="28"/>
        </w:rPr>
        <w:t>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工具性与人文性特点的集中体现。如《瀑布》这是一篇诗歌，不易理解，怎样引发学生对本课知识产生浓厚的兴趣，产生研究，探索的欲望呢这是本课的难点，为了突破难点，我让学生从网上整理自己知道的有关知识，在课堂上我播放几组美丽的瀑布景象，学生兴趣高涨，纷纷介绍自己的资料，教学扎实。</w:t>
      </w:r>
    </w:p>
    <w:p>
      <w:pPr>
        <w:spacing w:before="100" w:after="200" w:line="360" w:lineRule="auto"/>
        <w:ind w:firstLine="576"/>
        <w:jc w:val="left"/>
      </w:pPr>
      <w:r>
        <w:rPr>
          <w:rFonts w:ascii="宋体" w:eastAsia="宋体" w:hAnsi="宋体"/>
          <w:sz w:val="28"/>
        </w:rPr>
        <w:t>由此可见，信息时代多样的媒体和无所不在的网络正好为我们扩展课堂教学的领域，拓宽摄取知识的渠道，实现提高学生信息素养，开发学生的探究能力、学习能力、合作能力、创造能力提供了一个的可操作的平台。所以充分的利用媒体资源，会为你创设一个美丽的课堂。</w:t>
      </w:r>
    </w:p>
    <w:p>
      <w:pPr>
        <w:spacing w:before="100" w:after="200" w:line="360" w:lineRule="auto"/>
        <w:jc w:val="left"/>
      </w:pPr>
      <w:r>
        <w:rPr>
          <w:rFonts w:ascii="宋体 (中文正文)" w:eastAsia="宋体" w:hAnsi="宋体 (中文正文)"/>
          <w:b/>
          <w:sz w:val="28"/>
        </w:rPr>
        <w:t>四、培养积极探究习惯，发展求异</w:t>
      </w:r>
    </w:p>
    <w:p>
      <w:pPr>
        <w:spacing w:before="100" w:after="200" w:line="360" w:lineRule="auto"/>
        <w:ind w:firstLine="576"/>
        <w:jc w:val="left"/>
      </w:pPr>
      <w:r>
        <w:rPr>
          <w:rFonts w:ascii="宋体" w:eastAsia="宋体" w:hAnsi="宋体"/>
          <w:sz w:val="28"/>
        </w:rPr>
        <w:t>在语文教学中，阅读者对语言意义、语言情感、语言技巧的感悟，在很大程度上与学生的生活经历、知识积累、认识能力、理解水平有关。为此，在语文教学中，构建语义的理解、体会，要引导学生仁者见仁，智者见智，大胆，各抒己见。在思考中，教师穿针引线，巧妙点拨，以促进学生在激烈的争辩中，在思维的碰撞中，得到语言的升华和灵性的开发。教师应因势利导，让学生对问题充分思考后，学生根据已有的，知识的积累等发表不同的见解，对有分歧的问题进行辩论。通过辩论，让学生进一步认识了，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spacing w:before="100" w:after="200" w:line="360" w:lineRule="auto"/>
        <w:jc w:val="left"/>
      </w:pPr>
      <w:r>
        <w:rPr>
          <w:rFonts w:ascii="宋体 (中文正文)" w:eastAsia="宋体" w:hAnsi="宋体 (中文正文)"/>
          <w:b/>
          <w:sz w:val="28"/>
        </w:rPr>
        <w:t>五、重视朗读品评感悟，感悟语言文字的魅力</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https://d.book118.com/207114032134006053</w:t>
        </w:r>
      </w:hyperlink>
    </w:p>
    <w:p>
      <w:pPr>
        <w:spacing w:before="100" w:after="200" w:line="360" w:lineRule="auto"/>
        <w:jc w:val="left"/>
      </w:pPr>
    </w:p>
    <w:sectPr w:rsidSect="00034616">
      <w:type w:val="nextPage"/>
      <w:pgSz w:w="11906" w:h="16838"/>
      <w:pgMar w:top="1440" w:right="1440" w:bottom="1440" w:left="1440" w:header="720" w:footer="720" w:gutter="0"/>
      <w:pgNumType w:start="1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07114032134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