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幼儿园开学教研工作计划（30篇）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幼儿园开学教研工作计划（精选30篇）</w:t>
      </w:r>
      <w:r>
        <w:rPr>
          <w:lang w:eastAsia="zh-CN"/>
        </w:rPr>
        <w:br/>
      </w:r>
      <w:r>
        <w:rPr>
          <w:lang w:eastAsia="zh-CN"/>
        </w:rPr>
        <w:t xml:space="preserve">    幼儿园开学教研工作计划 篇1 </w:t>
      </w:r>
      <w:r>
        <w:rPr>
          <w:lang w:eastAsia="zh-CN"/>
        </w:rPr>
        <w:br/>
      </w:r>
      <w:r>
        <w:rPr>
          <w:lang w:eastAsia="zh-CN"/>
        </w:rPr>
        <w:t>　　一、 上学期教研工作分析：</w:t>
      </w:r>
      <w:r>
        <w:rPr>
          <w:lang w:eastAsia="zh-CN"/>
        </w:rPr>
        <w:br/>
      </w:r>
      <w:r>
        <w:rPr>
          <w:lang w:eastAsia="zh-CN"/>
        </w:rPr>
        <w:t>　　（一）成绩与优势：</w:t>
      </w:r>
      <w:r>
        <w:rPr>
          <w:lang w:eastAsia="zh-CN"/>
        </w:rPr>
        <w:br/>
      </w:r>
      <w:r>
        <w:rPr>
          <w:lang w:eastAsia="zh-CN"/>
        </w:rPr>
        <w:t>　　在《幼儿园教育指导纲要》为依据、以《快乐与发展》为载体，研究班级美工坊的环境创设与幼儿发展的关系的教研活动中，教师们通过班级美工坊的创设，深入挖掘区域活动的环境创设与幼儿发展的关系，提高了教师区域活动的指导能力，具体表现在：</w:t>
      </w:r>
      <w:r>
        <w:rPr>
          <w:lang w:eastAsia="zh-CN"/>
        </w:rPr>
        <w:br/>
      </w:r>
      <w:r>
        <w:rPr>
          <w:lang w:eastAsia="zh-CN"/>
        </w:rPr>
        <w:t>　　1. 以《纲要》、《快乐与发展》为载体和依据，明确各班级幼儿的年龄特点、发展目标，研究其环境创设、材料投放及教师指导过程中的适宜性，以达到教育理念向教育行为的转变。通过研讨，教师能自身发现普遍存在的问题，并结合问题进行深入讨论，制定更具针对性的教研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教师通过学习《快乐与发展教师指导用书》中美劳区活动指导策略，结合本班幼儿的年龄特点、发展目标研讨、分析的有效性有很大提高；对指导策略的选择、现有的环境资源筛选能力有一定提高，能够充分发挥这些材料的作用以激发幼儿的自主活动。同时以中大班的美工坊为切入点，教师共同研究区域环境、材料投放、及教师如何与幼儿进行有效互动。</w:t>
      </w:r>
      <w:r>
        <w:rPr>
          <w:lang w:eastAsia="zh-CN"/>
        </w:rPr>
        <w:br/>
      </w:r>
      <w:r>
        <w:rPr>
          <w:lang w:eastAsia="zh-CN"/>
        </w:rPr>
        <w:t>　　3.通过研究，年轻教师能够灵活运用借鉴的指导策略，在区域活动中能够注意以游戏者的身份参与幼儿的活动，并注意尝试用多种游戏形式激发幼儿的主动性，运用熟悉和喜欢的美工材料大胆创作和表现。</w:t>
      </w:r>
      <w:r>
        <w:rPr>
          <w:lang w:eastAsia="zh-CN"/>
        </w:rPr>
        <w:br/>
      </w:r>
      <w:r>
        <w:rPr>
          <w:lang w:eastAsia="zh-CN"/>
        </w:rPr>
        <w:t>　　4.通过观摩区级骨干教师的教育教学活动，教研目的性更加明确，能够在讨论中总结一定的有效方法。</w:t>
      </w:r>
      <w:r>
        <w:rPr>
          <w:lang w:eastAsia="zh-CN"/>
        </w:rPr>
        <w:br/>
      </w:r>
      <w:r>
        <w:rPr>
          <w:lang w:eastAsia="zh-CN"/>
        </w:rPr>
        <w:t>　　5.通过教研，教师在区域活动中支持者、合作者、引导者的意识体现的更为明显，在指导过程中这三者的身份更加凸显，力争用丰富的语言、必要的示范给幼儿创作的信心，指导效果明显。</w:t>
      </w:r>
      <w:r>
        <w:rPr>
          <w:lang w:eastAsia="zh-CN"/>
        </w:rPr>
        <w:br/>
      </w:r>
      <w:r>
        <w:rPr>
          <w:lang w:eastAsia="zh-CN"/>
        </w:rPr>
        <w:t>　　通过多次教研学习后，幼儿接受学习逐渐演变为依靠幼儿亲身实践进行发现学习，从而更有效地促进幼儿发展为最终目的。通过多次教研活动教师在这种观念上基本能实现转变，在为幼儿创设提供操作材料的过程中能树立“以儿童为本，以促进幼儿发展为本”的儿童观和教育观，逐渐提高自己的教育理念。在目标把握上也有了一定的辨识力，准确，适宜性也有了明显的提高。适宜的目标，有助于幼儿得到更好的发展。目标的最终实现，是一切教育活动的发生与归宿。只有在确定目标的前提下，才能设计出更好的游戏内容与方法，在活动组织的所有过程中，必须紧紧围绕教育目标来进行。教师把握好目标定位，使其能在活动中随心所欲、为所欲为，使得我们的幼儿在活动中也能够得到一定的发展与收获。</w:t>
      </w:r>
      <w:r>
        <w:rPr>
          <w:lang w:eastAsia="zh-CN"/>
        </w:rPr>
        <w:br/>
      </w:r>
      <w:r>
        <w:rPr>
          <w:lang w:eastAsia="zh-CN"/>
        </w:rPr>
        <w:t>　　（二）存在的问题：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1.教师有重点指导，不过太偏于重点指导区域及相关内容，忽略了其他领域的指导。</w:t>
      </w:r>
      <w:r>
        <w:rPr>
          <w:lang w:eastAsia="zh-CN"/>
        </w:rPr>
        <w:br/>
      </w:r>
      <w:r>
        <w:rPr>
          <w:lang w:eastAsia="zh-CN"/>
        </w:rPr>
        <w:t>　　2.在美术活动中教师的指导能力已有提高，但是把美术活动的指导策略转化到其它活动的能力还需进一步加强。</w:t>
      </w:r>
      <w:r>
        <w:rPr>
          <w:lang w:eastAsia="zh-CN"/>
        </w:rPr>
        <w:br/>
      </w:r>
      <w:r>
        <w:rPr>
          <w:lang w:eastAsia="zh-CN"/>
        </w:rPr>
        <w:t>　　二、本学期教研目标及研究内容</w:t>
      </w:r>
      <w:r>
        <w:rPr>
          <w:lang w:eastAsia="zh-CN"/>
        </w:rPr>
        <w:br/>
      </w:r>
      <w:r>
        <w:rPr>
          <w:lang w:eastAsia="zh-CN"/>
        </w:rPr>
        <w:t>　　教研目的：提高教师在班级音乐活动中指导的能力，深入挖掘音乐与幼儿大胆表现的关系。</w:t>
      </w:r>
      <w:r>
        <w:rPr>
          <w:lang w:eastAsia="zh-CN"/>
        </w:rPr>
        <w:br/>
      </w:r>
      <w:r>
        <w:rPr>
          <w:lang w:eastAsia="zh-CN"/>
        </w:rPr>
        <w:t>　　研究内容：以《幼儿园教育指导纲要》《快乐与发展》为载体和依据，明确中大班幼儿发展目标及年龄特点，研究教师适宜的指导与幼儿在音乐表现能力方面的关系。</w:t>
      </w:r>
      <w:r>
        <w:rPr>
          <w:lang w:eastAsia="zh-CN"/>
        </w:rPr>
        <w:br/>
      </w:r>
      <w:r>
        <w:rPr>
          <w:lang w:eastAsia="zh-CN"/>
        </w:rPr>
        <w:t>　　目标1：加强教师的音乐素养，提高音乐活动的组织能力。</w:t>
      </w:r>
      <w:r>
        <w:rPr>
          <w:lang w:eastAsia="zh-CN"/>
        </w:rPr>
        <w:br/>
      </w:r>
      <w:r>
        <w:rPr>
          <w:lang w:eastAsia="zh-CN"/>
        </w:rPr>
        <w:t>　　研究内容：什么是音乐教育的任务和作用、音乐活动的内容和特点、什么样的音乐活动是好的活动。</w:t>
      </w:r>
      <w:r>
        <w:rPr>
          <w:lang w:eastAsia="zh-CN"/>
        </w:rPr>
        <w:br/>
      </w:r>
      <w:r>
        <w:rPr>
          <w:lang w:eastAsia="zh-CN"/>
        </w:rPr>
        <w:t>　　目标2：丰富幼儿音乐体验、发展幼儿音乐的欣赏、表现力。</w:t>
      </w:r>
      <w:r>
        <w:rPr>
          <w:lang w:eastAsia="zh-CN"/>
        </w:rPr>
        <w:br/>
      </w:r>
      <w:r>
        <w:rPr>
          <w:lang w:eastAsia="zh-CN"/>
        </w:rPr>
        <w:t>　　研究内容：以《幼儿教育指导纲要》《快乐与发展》为载体和依据，研究什么样的音乐活动和游戏更利于激发幼儿的兴趣、更好的满足幼儿的需要，以挖掘更多的教育价值。</w:t>
      </w:r>
      <w:r>
        <w:rPr>
          <w:lang w:eastAsia="zh-CN"/>
        </w:rPr>
        <w:br/>
      </w:r>
      <w:r>
        <w:rPr>
          <w:lang w:eastAsia="zh-CN"/>
        </w:rPr>
        <w:t>　　目标3：以音乐教育活动为切入点，关注幼儿的个体差异，并尝试给以不同层次的、有针对性的支持和指导。</w:t>
      </w:r>
      <w:r>
        <w:rPr>
          <w:lang w:eastAsia="zh-CN"/>
        </w:rPr>
        <w:br/>
      </w:r>
      <w:r>
        <w:rPr>
          <w:lang w:eastAsia="zh-CN"/>
        </w:rPr>
        <w:t>　　研究内容：如何针对幼儿的个体差异有针对性地指导幼儿主动地建构自己的'经验，提高幼儿的游戏水平。</w:t>
      </w:r>
      <w:r>
        <w:rPr>
          <w:lang w:eastAsia="zh-CN"/>
        </w:rPr>
        <w:br/>
      </w:r>
      <w:r>
        <w:rPr>
          <w:lang w:eastAsia="zh-CN"/>
        </w:rPr>
        <w:t>　　三、教研专题：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如何上好一节音乐活动</w:t>
      </w:r>
      <w:r>
        <w:rPr>
          <w:lang w:eastAsia="zh-CN"/>
        </w:rPr>
        <w:br/>
      </w:r>
      <w:r>
        <w:rPr>
          <w:lang w:eastAsia="zh-CN"/>
        </w:rPr>
        <w:t>　　四、具体措施及逐月安排：</w:t>
      </w:r>
      <w:r>
        <w:rPr>
          <w:lang w:eastAsia="zh-CN"/>
        </w:rPr>
        <w:br/>
      </w:r>
      <w:r>
        <w:rPr>
          <w:lang w:eastAsia="zh-CN"/>
        </w:rPr>
        <w:t>　　__年9月了解本学期教研工作的重点和目标，对教研活动提出富有建设性的意见和建议。</w:t>
      </w:r>
      <w:r>
        <w:rPr>
          <w:lang w:eastAsia="zh-CN"/>
        </w:rPr>
        <w:br/>
      </w:r>
      <w:r>
        <w:rPr>
          <w:lang w:eastAsia="zh-CN"/>
        </w:rPr>
        <w:t>　　根据全园教研计划研究本教研组实施内容、方式和措施；进一步明确本班幼儿的年龄特点和发展目标。</w:t>
      </w:r>
      <w:r>
        <w:rPr>
          <w:lang w:eastAsia="zh-CN"/>
        </w:rPr>
        <w:br/>
      </w:r>
      <w:r>
        <w:rPr>
          <w:lang w:eastAsia="zh-CN"/>
        </w:rPr>
        <w:t xml:space="preserve">    幼儿园开学教研工作计划 篇2 </w:t>
      </w:r>
      <w:r>
        <w:rPr>
          <w:lang w:eastAsia="zh-CN"/>
        </w:rPr>
        <w:br/>
      </w:r>
      <w:r>
        <w:rPr>
          <w:lang w:eastAsia="zh-CN"/>
        </w:rPr>
        <w:t>　　一、指导思想</w:t>
      </w:r>
      <w:r>
        <w:rPr>
          <w:lang w:eastAsia="zh-CN"/>
        </w:rPr>
        <w:br/>
      </w:r>
      <w:r>
        <w:rPr>
          <w:lang w:eastAsia="zh-CN"/>
        </w:rPr>
        <w:t>　　深入学习《幼儿园教育指导纲要》，深刻把握《纲要》精髓，高举素质教育的旗帜，扮演好教师的多重主角，充分认知和尊重幼儿生命特性，遵循幼儿身心发展规律和学习特点，自觉创造与生命相和谐、与个体生命相一致的教育；在“存精、吸纳、创新”的课程研究总原则下，突显语言特色，坚持课程与课题研究整合相融求效益，不断深化园本课程建设，推动教育科研向纵深发展。</w:t>
      </w:r>
      <w:r>
        <w:rPr>
          <w:lang w:eastAsia="zh-CN"/>
        </w:rPr>
        <w:br/>
      </w:r>
      <w:r>
        <w:rPr>
          <w:lang w:eastAsia="zh-CN"/>
        </w:rPr>
        <w:t>　　二、工作目标</w:t>
      </w:r>
      <w:r>
        <w:rPr>
          <w:lang w:eastAsia="zh-CN"/>
        </w:rPr>
        <w:br/>
      </w:r>
      <w:r>
        <w:rPr>
          <w:lang w:eastAsia="zh-CN"/>
        </w:rPr>
        <w:t>　　1、立足实际，深入课改，把《纲要》精神转化为实际的、科学的教育实践本事，促进教师专业化成长。</w:t>
      </w:r>
      <w:r>
        <w:rPr>
          <w:lang w:eastAsia="zh-CN"/>
        </w:rPr>
        <w:br/>
      </w:r>
      <w:r>
        <w:rPr>
          <w:lang w:eastAsia="zh-CN"/>
        </w:rPr>
        <w:t>　　2、突显我园语言教育特色，向全市展示教育成果。</w:t>
      </w:r>
      <w:r>
        <w:rPr>
          <w:lang w:eastAsia="zh-CN"/>
        </w:rPr>
        <w:br/>
      </w:r>
      <w:r>
        <w:rPr>
          <w:lang w:eastAsia="zh-CN"/>
        </w:rPr>
        <w:t>　　3、开拓教育资源，在有目的、有准备的生活实践中提高幼儿语言交往本事。</w:t>
      </w:r>
      <w:r>
        <w:rPr>
          <w:lang w:eastAsia="zh-CN"/>
        </w:rPr>
        <w:br/>
      </w:r>
      <w:r>
        <w:rPr>
          <w:lang w:eastAsia="zh-CN"/>
        </w:rPr>
        <w:t>　　三、具体资料及措施</w:t>
      </w:r>
      <w:r>
        <w:rPr>
          <w:lang w:eastAsia="zh-CN"/>
        </w:rPr>
        <w:br/>
      </w:r>
      <w:r>
        <w:rPr>
          <w:lang w:eastAsia="zh-CN"/>
        </w:rPr>
        <w:t>　　（一）立足实际，在课改中促进教师的专业化成长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以本园实际为基点的课程改革和课程实施是最具说服力和生命力的，脚踏实地研究课程的过程本身就是一个促进教师专业化成长的过程。</w:t>
      </w:r>
      <w:r>
        <w:rPr>
          <w:lang w:eastAsia="zh-CN"/>
        </w:rPr>
        <w:br/>
      </w:r>
      <w:r>
        <w:rPr>
          <w:lang w:eastAsia="zh-CN"/>
        </w:rPr>
        <w:t>　　1、咀嚼消化有关理论，厚实实践基础</w:t>
      </w:r>
      <w:r>
        <w:rPr>
          <w:lang w:eastAsia="zh-CN"/>
        </w:rPr>
        <w:br/>
      </w:r>
      <w:r>
        <w:rPr>
          <w:lang w:eastAsia="zh-CN"/>
        </w:rPr>
        <w:t>　　随着终身教育的`提出和学习化社会的到来，基础教育的功能正在被重新定义。我们必须根据新的基础教育理念来调整幼儿教育的价值取向，在社会和教育的整体结构中，正确而清醒地把握幼教的实践方向。要求教师根据新的基础教育理念来审视和反思自我的工作，自觉地规范自我的教育行为，理性地构建自我的教育观念。</w:t>
      </w:r>
      <w:r>
        <w:rPr>
          <w:lang w:eastAsia="zh-CN"/>
        </w:rPr>
        <w:br/>
      </w:r>
      <w:r>
        <w:rPr>
          <w:lang w:eastAsia="zh-CN"/>
        </w:rPr>
        <w:t>　　学习重点：《从理念到行为——幼儿园教育指导纲要行动指南》、《儿童的一百种语言解读》、有关幼儿语言教育的最新理论等。</w:t>
      </w:r>
      <w:r>
        <w:rPr>
          <w:lang w:eastAsia="zh-CN"/>
        </w:rPr>
        <w:br/>
      </w:r>
      <w:r>
        <w:rPr>
          <w:lang w:eastAsia="zh-CN"/>
        </w:rPr>
        <w:t>　　学习形式：自学——小组研讨——园部主题性“头脑风暴”——教育实例。</w:t>
      </w:r>
      <w:r>
        <w:rPr>
          <w:lang w:eastAsia="zh-CN"/>
        </w:rPr>
        <w:br/>
      </w:r>
      <w:r>
        <w:rPr>
          <w:lang w:eastAsia="zh-CN"/>
        </w:rPr>
        <w:t>　　2、反思总结，创造性实施课程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以主题形式组织、实施课程是课程实践的主要形式。我园一向使用南师大与信谊基金出版社共同出版的《幼儿园活动整合课程》，这一课程是帮忙我们更好落实新《纲要》精神、将先进教育观念落实到教育行为中去的重要教育资源。在巩固巳有实践经验的基础上，我们要全面分析，抓准主题活动开展中存在的问题，逐一解决。例如：网络制定过分追求资料的一应俱全，尤其是层次不清，脱离幼儿生活经验；各领域的安排牵强缺乏幼儿的探究，阶段性不强，家长资源的利用方面，更多的是要求家长帮忙供给物化的东西，不注意将家长作为教育资源等。</w:t>
      </w:r>
      <w:r>
        <w:rPr>
          <w:lang w:eastAsia="zh-CN"/>
        </w:rPr>
        <w:br/>
      </w:r>
      <w:r>
        <w:rPr>
          <w:lang w:eastAsia="zh-CN"/>
        </w:rPr>
        <w:t>　　在实施过程中，我们还要做到以下几点：一是要带着新观念实施课程，不流于形式，不浮于表面；二是要根据幼儿兴趣和需要创造性实施课程，要结合我区、我园、本班实情景变通、迁移、再加工，尤其是设计，让自我与课程一齐成长（一些教师照本宣科现象、画虎画皮现象还比较重）。三是在主题的确立上，目的性要更强，资料选择更具可行性，组织开展活动更具系统性、整合性，家庭社区资源的利用更具开放性，总结反思更具针对性。</w:t>
      </w:r>
      <w:r>
        <w:rPr>
          <w:lang w:eastAsia="zh-CN"/>
        </w:rPr>
        <w:br/>
      </w:r>
      <w:r>
        <w:rPr>
          <w:lang w:eastAsia="zh-CN"/>
        </w:rPr>
        <w:t>　　深入探讨生成课程的开发和研究，走提高之路。</w:t>
      </w:r>
      <w:r>
        <w:rPr>
          <w:lang w:eastAsia="zh-CN"/>
        </w:rPr>
        <w:br/>
      </w:r>
      <w:r>
        <w:rPr>
          <w:lang w:eastAsia="zh-CN"/>
        </w:rPr>
        <w:t>　　能促使幼儿潜能引发、精神唤醒、内心敞亮、独特性地显现和主体性地弘扬的教育才是好的教育。本学期在积累原有经验的基础上要全面探讨生成课程的开发和研究，走提高之路。根据新《纲要》精神，促使教师尽快从以往注重静态的、表征性的、掌握性的知识传授，向让幼儿处主获得过程性、行动性、构建性的知识转变，做到课程的生活化、幼儿化、社会化、长远化，教育资料的情景化、活动化、过程化、经验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教师要提高教育艺术、积累教育智慧和熟练的互动策略和技能技巧，注重幼儿自身的自主建构，要走进童心世界，经过设计生成一些满足幼儿发展需要的主题活动，运用多样化的教学策略挖掘幼儿学习潜能，引导幼儿主动发现、自主建构，鼓励幼儿去认识、去探索、去表达自我、表现自我；并经过师生互动、生生互动，利用社区、家长的资源，使主题活动不断升华。</w:t>
      </w:r>
      <w:r>
        <w:rPr>
          <w:lang w:eastAsia="zh-CN"/>
        </w:rPr>
        <w:br/>
      </w:r>
      <w:r>
        <w:rPr>
          <w:lang w:eastAsia="zh-CN"/>
        </w:rPr>
        <w:t>　　拟开展“我是小主人”、“我的一百种语言”主题活动</w:t>
      </w:r>
      <w:r>
        <w:rPr>
          <w:lang w:eastAsia="zh-CN"/>
        </w:rPr>
        <w:br/>
      </w:r>
      <w:r>
        <w:rPr>
          <w:lang w:eastAsia="zh-CN"/>
        </w:rPr>
        <w:t>　　3、依托现代教育设备，开展现代教育。</w:t>
      </w:r>
      <w:r>
        <w:rPr>
          <w:lang w:eastAsia="zh-CN"/>
        </w:rPr>
        <w:br/>
      </w:r>
      <w:r>
        <w:rPr>
          <w:lang w:eastAsia="zh-CN"/>
        </w:rPr>
        <w:t>　　本学期，我园将在每班配备电脑，并构成学校网络。我园要引导教师充分运用现代教育信息技术和设备，提高教师运用现代信息技术开展教育教学的实际本事，制作课件开展教学的频率要高，效果要好，针对性要强，逐步发展构成教师自我教学特色乃至我园新特色。</w:t>
      </w:r>
      <w:r>
        <w:rPr>
          <w:lang w:eastAsia="zh-CN"/>
        </w:rPr>
        <w:br/>
      </w:r>
      <w:r>
        <w:rPr>
          <w:lang w:eastAsia="zh-CN"/>
        </w:rPr>
        <w:t>　　四、开拓教育资源，在有目的、有准备的生活实践中提高幼儿语言交往本事。</w:t>
      </w:r>
      <w:r>
        <w:rPr>
          <w:lang w:eastAsia="zh-CN"/>
        </w:rPr>
        <w:br/>
      </w:r>
      <w:r>
        <w:rPr>
          <w:lang w:eastAsia="zh-CN"/>
        </w:rPr>
        <w:t>　　培养自信、活泼、大方、勇敢的个性是我园一向倡导的，开发幼儿语言潜能，使幼儿想说、敢说、会说、善说则是我园幼儿语言本事的培养目标。本学期将有以下措施：</w:t>
      </w:r>
      <w:r>
        <w:rPr>
          <w:lang w:eastAsia="zh-CN"/>
        </w:rPr>
        <w:br/>
      </w:r>
      <w:r>
        <w:rPr>
          <w:lang w:eastAsia="zh-CN"/>
        </w:rPr>
        <w:t>　　1、一如既往倡导“幼儿语言教育活动化”的口号，巩固并提高幼儿说新闻、学广告、讲述故事、信息发布等活动的水平。</w:t>
      </w:r>
      <w:r>
        <w:rPr>
          <w:lang w:eastAsia="zh-CN"/>
        </w:rPr>
        <w:br/>
      </w:r>
      <w:r>
        <w:rPr>
          <w:lang w:eastAsia="zh-CN"/>
        </w:rPr>
        <w:t>　　2、创新幼儿活动资料，重点提高幼儿语言交往本事。创造性地设计一些语言交往活动，突出开展好“小导游”的活动。</w:t>
      </w:r>
      <w:r>
        <w:rPr>
          <w:lang w:eastAsia="zh-CN"/>
        </w:rPr>
        <w:br/>
      </w:r>
      <w:r>
        <w:rPr>
          <w:lang w:eastAsia="zh-CN"/>
        </w:rPr>
        <w:t>　　3、不断完善幼儿语言智能培养机制，推陈出新，做实做好。例：脱口秀、睡前故事、每周登台秀、小小电视台等。</w:t>
      </w:r>
      <w:r>
        <w:rPr>
          <w:lang w:eastAsia="zh-CN"/>
        </w:rPr>
        <w:br/>
      </w:r>
      <w:r>
        <w:rPr>
          <w:lang w:eastAsia="zh-CN"/>
        </w:rPr>
        <w:t>　　4、坚持每月一次年级组为单位的幼儿活动；每月一次全园性的幼儿综合素质展示活动，促进幼儿表演本事、交往本事、口语表达力等综合素质的提高。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幼儿园开学教研工作计划 篇3 </w:t>
      </w:r>
      <w:r>
        <w:rPr>
          <w:lang w:eastAsia="zh-CN"/>
        </w:rPr>
        <w:br/>
      </w:r>
      <w:r>
        <w:rPr>
          <w:lang w:eastAsia="zh-CN"/>
        </w:rPr>
        <w:t>　　新的一年，新的开始，我们的蓝天幼儿园要以崭新的面貌来迎接新的学期。下一步工作的重心将是夯实内部每一位教师的教育教学水平，提升幼儿园整体教育实力，具体幼儿园新学期工作计划如下：</w:t>
      </w:r>
      <w:r>
        <w:rPr>
          <w:lang w:eastAsia="zh-CN"/>
        </w:rPr>
        <w:br/>
      </w:r>
      <w:r>
        <w:rPr>
          <w:lang w:eastAsia="zh-CN"/>
        </w:rPr>
        <w:t>　　一、 指导思想</w:t>
      </w:r>
      <w:r>
        <w:rPr>
          <w:lang w:eastAsia="zh-CN"/>
        </w:rPr>
        <w:br/>
      </w:r>
      <w:r>
        <w:rPr>
          <w:lang w:eastAsia="zh-CN"/>
        </w:rPr>
        <w:t>　　深入学习《幼儿园教育指导纲要》，深刻把握《纲要》精髓，遵循幼儿身心发展规律和学习特点，自觉创造与个体生命相和谐、相一致的教育；牢固树立以人为本的管理观念，将最科学的思想理念渗透到幼儿教育日常管理的各个环节，做到四个新：与时俱进，教育观念不断更新；坚持素质教育，开展工作不断创新；深入探索实践，课程改革成果新；促进教师专业成长，师资素质面貌新。</w:t>
      </w:r>
      <w:r>
        <w:rPr>
          <w:lang w:eastAsia="zh-CN"/>
        </w:rPr>
        <w:br/>
      </w:r>
      <w:r>
        <w:rPr>
          <w:lang w:eastAsia="zh-CN"/>
        </w:rPr>
        <w:t>　　二、 工作目标：</w:t>
      </w:r>
      <w:r>
        <w:rPr>
          <w:lang w:eastAsia="zh-CN"/>
        </w:rPr>
        <w:br/>
      </w:r>
      <w:r>
        <w:rPr>
          <w:lang w:eastAsia="zh-CN"/>
        </w:rPr>
        <w:t>　　加强园本内涵建设，大力提高教育实力。</w:t>
      </w:r>
      <w:r>
        <w:rPr>
          <w:lang w:eastAsia="zh-CN"/>
        </w:rPr>
        <w:br/>
      </w:r>
      <w:r>
        <w:rPr>
          <w:lang w:eastAsia="zh-CN"/>
        </w:rPr>
        <w:t>　　三、 工作宗旨：</w:t>
      </w:r>
      <w:r>
        <w:rPr>
          <w:lang w:eastAsia="zh-CN"/>
        </w:rPr>
        <w:br/>
      </w:r>
      <w:r>
        <w:rPr>
          <w:lang w:eastAsia="zh-CN"/>
        </w:rPr>
        <w:t>　　重细节、讲实效、看长远。</w:t>
      </w:r>
      <w:r>
        <w:rPr>
          <w:lang w:eastAsia="zh-CN"/>
        </w:rPr>
        <w:br/>
      </w:r>
      <w:r>
        <w:rPr>
          <w:lang w:eastAsia="zh-CN"/>
        </w:rPr>
        <w:t>　　四、 工作要求</w:t>
      </w:r>
      <w:r>
        <w:rPr>
          <w:lang w:eastAsia="zh-CN"/>
        </w:rPr>
        <w:br/>
      </w:r>
      <w:r>
        <w:rPr>
          <w:lang w:eastAsia="zh-CN"/>
        </w:rPr>
        <w:t>　　务实与灵活兼俱、求真与创新统一，立足本职岗位锐意进取创新发展。</w:t>
      </w:r>
      <w:r>
        <w:rPr>
          <w:lang w:eastAsia="zh-CN"/>
        </w:rPr>
        <w:br/>
      </w:r>
      <w:r>
        <w:rPr>
          <w:lang w:eastAsia="zh-CN"/>
        </w:rPr>
        <w:t>　　五、主要内容与措施</w:t>
      </w:r>
      <w:r>
        <w:rPr>
          <w:lang w:eastAsia="zh-CN"/>
        </w:rPr>
        <w:br/>
      </w:r>
      <w:r>
        <w:rPr>
          <w:lang w:eastAsia="zh-CN"/>
        </w:rPr>
        <w:t>　　（一）园务管理：科学管理，提高效益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办园思想：依法治园，严格按标准收费；依法治教，注重行风建设。幼儿园一切工作以促进幼儿发展、促进教师成长、推动幼儿园发展为工作的出发点。园部倡导三性（创造性、能动性、开拓性）、三效（效率、效益、效能），考虑到工作成本（时间、精力、财力）与工作成果的关系。</w:t>
      </w:r>
      <w:r>
        <w:rPr>
          <w:lang w:eastAsia="zh-CN"/>
        </w:rPr>
        <w:br/>
      </w:r>
      <w:r>
        <w:rPr>
          <w:lang w:eastAsia="zh-CN"/>
        </w:rPr>
        <w:t>　　2、管理方式：以人为本，刚柔并重，以开放而弹性的管理、灵活而务实的作风激发教职工工作内驱力。在统揽全局的基础上，领导参与实践教育教学第一线。</w:t>
      </w:r>
      <w:r>
        <w:rPr>
          <w:lang w:eastAsia="zh-CN"/>
        </w:rPr>
        <w:br/>
      </w:r>
      <w:r>
        <w:rPr>
          <w:lang w:eastAsia="zh-CN"/>
        </w:rPr>
        <w:t>　　3、班子建设：注重学习反思、倡导批评监督，内省与外力共同推动班子队伍的建设。班子人员在思想上强化三个意识：“一体意识”、“开拓意识”、“服务意识”，形成一支“开明、团结、廉洁、高效”的好班子，使幼儿园整体工作快速发展。</w:t>
      </w:r>
      <w:r>
        <w:rPr>
          <w:lang w:eastAsia="zh-CN"/>
        </w:rPr>
        <w:br/>
      </w:r>
      <w:r>
        <w:rPr>
          <w:lang w:eastAsia="zh-CN"/>
        </w:rPr>
        <w:t>　　4、师资建设：通过不断完善竞争激励机制，促进教师能力、素质、知识结构的提升，更好地促进幼儿园的内涵发展，多途径促进青年教师快速成长。主要方法有：一是充分发挥骨干教师的传、帮、带、模范带头作用；二是搭建舞台，施压锻炼；三是园本培训有的放矢，促进成功；四是加强对话与交流，鼓励优势互补、互相合作、共同提高。另外，本学期要重点增强教师的服务意识，倡导微笑服务，要提升教师与家长沟通交往的技巧。</w:t>
      </w:r>
      <w:r>
        <w:rPr>
          <w:lang w:eastAsia="zh-CN"/>
        </w:rPr>
        <w:br/>
      </w:r>
      <w:r>
        <w:rPr>
          <w:lang w:eastAsia="zh-CN"/>
        </w:rPr>
        <w:t>　　5、后勤队伍：充分挖掘我园保育队伍懂教育、素质好的独特优势，</w:t>
      </w:r>
      <w:r>
        <w:rPr>
          <w:lang w:eastAsia="zh-CN"/>
        </w:rPr>
        <w:br/>
      </w:r>
      <w:r>
        <w:rPr>
          <w:lang w:eastAsia="zh-CN"/>
        </w:rPr>
        <w:t>　　进一步加强保教合一的意识，增强岗位角色意识，强化责任感和服务意识，以园为家，视幼儿为己出，为教育一线作坚实保证。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6、家长工作：宣传与沟通并举，引导与合作并重。召开不同类型的个性化家长会，争取家长的支持配合，提高家长的满意度、提高社会的信誉度。</w:t>
      </w:r>
      <w:r>
        <w:rPr>
          <w:lang w:eastAsia="zh-CN"/>
        </w:rPr>
        <w:br/>
      </w:r>
      <w:r>
        <w:rPr>
          <w:lang w:eastAsia="zh-CN"/>
        </w:rPr>
        <w:t>　　（二）教研工作计划：立足实际，大力提升</w:t>
      </w:r>
      <w:r>
        <w:rPr>
          <w:lang w:eastAsia="zh-CN"/>
        </w:rPr>
        <w:br/>
      </w:r>
      <w:r>
        <w:rPr>
          <w:lang w:eastAsia="zh-CN"/>
        </w:rPr>
        <w:t>　　园部工作重点：各层次团队围绕目标加强协作，酝酿较高组织智慧，大力提升个体教育能力，把全体教师的教育教学水平提升到一个新的档次。</w:t>
      </w:r>
      <w:r>
        <w:rPr>
          <w:lang w:eastAsia="zh-CN"/>
        </w:rPr>
        <w:br/>
      </w:r>
      <w:r>
        <w:rPr>
          <w:lang w:eastAsia="zh-CN"/>
        </w:rPr>
        <w:t>　　操作原则：下保底，上拔尖。</w:t>
      </w:r>
      <w:r>
        <w:rPr>
          <w:lang w:eastAsia="zh-CN"/>
        </w:rPr>
        <w:br/>
      </w:r>
      <w:r>
        <w:rPr>
          <w:lang w:eastAsia="zh-CN"/>
        </w:rPr>
        <w:t>　　思想上：教研合一，教中有研，研不离教。教师一要咀嚼消化有关理论，二要厚实实践基础。教师要根据新的基础教育理念来审视和反思自己的工作，自觉地规范自己的教育行为，</w:t>
      </w:r>
      <w:r>
        <w:rPr>
          <w:lang w:eastAsia="zh-CN"/>
        </w:rPr>
        <w:br/>
      </w:r>
      <w:r>
        <w:rPr>
          <w:lang w:eastAsia="zh-CN"/>
        </w:rPr>
        <w:t>　　理性地构建自己的教育观念。 实践中：在“存精、吸纳、创新”的总原则下，教师要提高教育艺术、积累教育智慧、互动策略和技能技巧。工作不流于形式，不浮于表面，不任务意识。</w:t>
      </w:r>
      <w:r>
        <w:rPr>
          <w:lang w:eastAsia="zh-CN"/>
        </w:rPr>
        <w:br/>
      </w:r>
      <w:r>
        <w:rPr>
          <w:lang w:eastAsia="zh-CN"/>
        </w:rPr>
        <w:t>　　具体工作：</w:t>
      </w:r>
      <w:r>
        <w:rPr>
          <w:lang w:eastAsia="zh-CN"/>
        </w:rPr>
        <w:br/>
      </w:r>
      <w:r>
        <w:rPr>
          <w:lang w:eastAsia="zh-CN"/>
        </w:rPr>
        <w:t>　　1、教研工作方面：</w:t>
      </w:r>
      <w:r>
        <w:rPr>
          <w:lang w:eastAsia="zh-CN"/>
        </w:rPr>
        <w:br/>
      </w:r>
      <w:r>
        <w:rPr>
          <w:lang w:eastAsia="zh-CN"/>
        </w:rPr>
        <w:t>　　本学期着力细化管理，分层提高，注重两头教师的培养提高，进行更合理更有效的分层管理。园部“成长组”教师着力课堂集体教学的研究，分科、分类入门过关；“研究组”教师着力于“研究、创新”，在不断的研究实践中培养名师；基层注重加强年级组团队工作效益，提高团队合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效能。各年级组进行师徒结对，方向性提高，要充分发扬年级组小团体的智慧，形成学习型、研究型教师群，分工合作，优势互补，充分发扬1</w:t>
      </w:r>
      <w:r>
        <w:rPr>
          <w:lang w:eastAsia="zh-CN"/>
        </w:rPr>
        <w:t xml:space="preserve"> 1&gt;2的工作效益创造性工作，建设成教师成长的第一平台。</w:t>
      </w:r>
      <w:r>
        <w:rPr>
          <w:lang w:eastAsia="zh-CN"/>
        </w:rPr>
        <w:br/>
      </w:r>
      <w:r>
        <w:rPr>
          <w:lang w:eastAsia="zh-CN"/>
        </w:rPr>
        <w:t>　　继续进行理论引进、专题讲座，内化研讨，检查落实，个性化、特色化的教师培养，运用表彰、鞭策、激励机制推动教师成长，要求青年教师根据实际情况自我定位，向着各级名师的目标奋进。通过各种教科研活动，锻炼培养一批教有所长、教有所特的学者型、专家型人才，在各级各类比赛中露头角。拟：开展以提高教师集体教学活动水平为宗旨的教学比赛，促进全体教师悉心钻研教学艺术，提高课堂教学质量。拟：进一步提高教师操作现代教育设备的能力，特别是要提高多媒体教学水平、课件制作能力。</w:t>
      </w:r>
      <w:r>
        <w:rPr>
          <w:lang w:eastAsia="zh-CN"/>
        </w:rPr>
        <w:br/>
      </w:r>
      <w:r>
        <w:rPr>
          <w:lang w:eastAsia="zh-CN"/>
        </w:rPr>
        <w:t>　　在新的教育理念引导下，本学期要实实在在地对家长园地的布置进行改进。宗旨是“减少学术性，增强互动性、情趣性”，要切切实实把它做成教育家长、引导家长、激励家长科学育儿的重要阵地，办成展现班内幼儿发展动态的窗口，要根据班级幼儿的发展情况增加家长喜闻乐见的实用信息量，想尽办法吸引家长关注、参与。</w:t>
      </w:r>
      <w:r>
        <w:rPr>
          <w:lang w:eastAsia="zh-CN"/>
        </w:rPr>
        <w:br/>
      </w:r>
      <w:r>
        <w:rPr>
          <w:lang w:eastAsia="zh-CN"/>
        </w:rPr>
        <w:t>　　2、课程改革：</w:t>
      </w:r>
      <w:r>
        <w:rPr>
          <w:lang w:eastAsia="zh-CN"/>
        </w:rPr>
        <w:br/>
      </w:r>
      <w:r>
        <w:rPr>
          <w:lang w:eastAsia="zh-CN"/>
        </w:rPr>
        <w:t>　　在园部基本课程的平台上各班创造性地实施课程，开展有意义的生成课程。总体来说，在课程实践中目的性要更强，内容选择更具可行性，组织开展活动更具系统性，家庭社区资源的利用更具开放性，总结反思更具针对性。根据本人、本班实情况创造性教学，学会变通、迁移、再加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3、科研工作：</w:t>
      </w:r>
      <w:r>
        <w:rPr>
          <w:lang w:eastAsia="zh-CN"/>
        </w:rPr>
        <w:br/>
      </w:r>
      <w:r>
        <w:rPr>
          <w:lang w:eastAsia="zh-CN"/>
        </w:rPr>
        <w:t>　　本学期科研工作计划的总思路是研究要深、操作要实，成果意识要强。园部小课题研究要进一步精简整理，集中力量，做到课题有实效能结果。在课题研究不断向纵深发展的同时，要注重资料的搜集整理，注重过程性资料的择优积累。</w:t>
      </w:r>
      <w:r>
        <w:rPr>
          <w:lang w:eastAsia="zh-CN"/>
        </w:rPr>
        <w:br/>
      </w:r>
      <w:r>
        <w:rPr>
          <w:lang w:eastAsia="zh-CN"/>
        </w:rPr>
        <w:t>　　4、笔头工作：</w:t>
      </w:r>
      <w:r>
        <w:rPr>
          <w:lang w:eastAsia="zh-CN"/>
        </w:rPr>
        <w:br/>
      </w:r>
      <w:r>
        <w:rPr>
          <w:lang w:eastAsia="zh-CN"/>
        </w:rPr>
        <w:t>　　要旨：少而精，重实效。本学期大力进行园部资源共享。提高园部管理透明度，增强班际教学交流。倡导教师在教学活动中充分利用网上资料、多媒体课件、影像资料、幼儿游戏等内容，有机选择改为我教学所用。</w:t>
      </w:r>
      <w:r>
        <w:rPr>
          <w:lang w:eastAsia="zh-CN"/>
        </w:rPr>
        <w:br/>
      </w:r>
      <w:r>
        <w:rPr>
          <w:lang w:eastAsia="zh-CN"/>
        </w:rPr>
        <w:t>　　5、幼儿发展：</w:t>
      </w:r>
      <w:r>
        <w:rPr>
          <w:lang w:eastAsia="zh-CN"/>
        </w:rPr>
        <w:br/>
      </w:r>
      <w:r>
        <w:rPr>
          <w:lang w:eastAsia="zh-CN"/>
        </w:rPr>
        <w:t>　　要旨：在有目的、有准备的活动中促进幼儿发展。</w:t>
      </w:r>
      <w:r>
        <w:rPr>
          <w:lang w:eastAsia="zh-CN"/>
        </w:rPr>
        <w:br/>
      </w:r>
      <w:r>
        <w:rPr>
          <w:lang w:eastAsia="zh-CN"/>
        </w:rPr>
        <w:t>　　培养自信、活泼、大方、勇敢的个性是我园一直倡导的，开发幼儿语言潜能，使幼儿想说、敢说、会说、善说则是我园幼儿语言教育的培养目标。创造性地实践“幼儿语言教育活动化”，创新幼儿活动内容，不断完善幼儿语言智能培养机制，推陈出新，做实做好。重点提高幼儿语言交往能力，创造性地设计一些语言交往活动，培养好新一批“小导游”，提高幼儿说新闻、说广告、讲故事、信息发布等活动的水平。</w:t>
      </w:r>
      <w:r>
        <w:rPr>
          <w:lang w:eastAsia="zh-CN"/>
        </w:rPr>
        <w:br/>
      </w:r>
      <w:r>
        <w:rPr>
          <w:lang w:eastAsia="zh-CN"/>
        </w:rPr>
        <w:t>　　三、后勤管理：优质服务，提高素质</w:t>
      </w:r>
      <w:r>
        <w:rPr>
          <w:lang w:eastAsia="zh-CN"/>
        </w:rPr>
        <w:br/>
      </w:r>
      <w:r>
        <w:rPr>
          <w:lang w:eastAsia="zh-CN"/>
        </w:rPr>
        <w:t>　　要旨：增强专业化，促优质服务，做到现代的园所条件，优秀的保育队伍。本学期要从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每个职工的思想素质、业务能力、服务态度入手抓</w:t>
      </w:r>
      <w:r>
        <w:rPr>
          <w:lang w:eastAsia="zh-CN"/>
        </w:rPr>
        <w:br/>
      </w:r>
      <w:r>
        <w:rPr>
          <w:lang w:eastAsia="zh-CN"/>
        </w:rPr>
        <w:t>　　提高，以优质的服务提高全体师生的生活质量，赢得教师满意、家长满意。</w:t>
      </w:r>
      <w:r>
        <w:rPr>
          <w:lang w:eastAsia="zh-CN"/>
        </w:rPr>
        <w:br/>
      </w:r>
      <w:r>
        <w:rPr>
          <w:lang w:eastAsia="zh-CN"/>
        </w:rPr>
        <w:t>　　1、加强以法治园的观念，收好用好经费，处理好节约开支与幼儿发展的矛盾，加强班级、幼儿园物品的安全管理工作，以实效为原则合理添置物品。</w:t>
      </w:r>
      <w:r>
        <w:rPr>
          <w:lang w:eastAsia="zh-CN"/>
        </w:rPr>
        <w:br/>
      </w:r>
      <w:r>
        <w:rPr>
          <w:lang w:eastAsia="zh-CN"/>
        </w:rPr>
        <w:t>　　2、强化安全意识，安全第一，警钟长鸣。细化安全工作岗位责任制，防患在先，每天一小查，每周一大查。定期检查维修，合理考评。</w:t>
      </w:r>
      <w:r>
        <w:rPr>
          <w:lang w:eastAsia="zh-CN"/>
        </w:rPr>
        <w:br/>
      </w:r>
      <w:r>
        <w:rPr>
          <w:lang w:eastAsia="zh-CN"/>
        </w:rPr>
        <w:t>　　3、严格执行食品卫生法，做好学校卫生保健工作计划，做细做实，严格规范。注重消毒、防病的过程工作；加强食堂管理，严格把好进菜关，做好索证和人员体检工作。保证餐点的质量安全，科学合理制定菜谱；及时更换橱窗，向家长宣传防病知识，积极做好预防传染工作。</w:t>
      </w:r>
      <w:r>
        <w:rPr>
          <w:lang w:eastAsia="zh-CN"/>
        </w:rPr>
        <w:br/>
      </w:r>
      <w:r>
        <w:rPr>
          <w:lang w:eastAsia="zh-CN"/>
        </w:rPr>
        <w:t>　　4、加强门卫工作责任，确保幼儿出入安全，以良好的素质与服务建成园部的窗口形象。</w:t>
      </w:r>
      <w:r>
        <w:rPr>
          <w:lang w:eastAsia="zh-CN"/>
        </w:rPr>
        <w:br/>
      </w:r>
      <w:r>
        <w:rPr>
          <w:lang w:eastAsia="zh-CN"/>
        </w:rPr>
        <w:t xml:space="preserve">    幼儿园开学教研工作计划 篇4 </w:t>
      </w:r>
      <w:r>
        <w:rPr>
          <w:lang w:eastAsia="zh-CN"/>
        </w:rPr>
        <w:br/>
      </w:r>
      <w:r>
        <w:rPr>
          <w:lang w:eastAsia="zh-CN"/>
        </w:rPr>
        <w:t>　　上半年的教学工作已经完美结束，新的工作即将要开展，我们幼儿园也有新的目标。幼儿园是孩子们学习的天堂，但是要很好的让学生学习，我们需要营造一种好的学习氛围，这样不仅可以帮助孩子们成长，还会让孩子们每天都开心，为了让孩子们喜欢、家长们满意，我们制定了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一、工作目标</w:t>
      </w:r>
      <w:r>
        <w:rPr>
          <w:lang w:eastAsia="zh-CN"/>
        </w:rPr>
        <w:br/>
      </w:r>
      <w:r>
        <w:rPr>
          <w:lang w:eastAsia="zh-CN"/>
        </w:rPr>
        <w:t>　　(一)幼儿发展目标</w:t>
      </w:r>
      <w:r>
        <w:rPr>
          <w:lang w:eastAsia="zh-CN"/>
        </w:rPr>
        <w:br/>
      </w:r>
      <w:r>
        <w:rPr>
          <w:lang w:eastAsia="zh-CN"/>
        </w:rPr>
        <w:t>　　孩子们愿意并喜欢上幼儿园，能充分感受到爱和自由，能大胆表达自己的意愿，学习和同伴友好相处，并学习照顾自己，照顾周围的环境，愿意学习新的知识，并敢于尝试，不怕失败。养成良好的卫生习惯、文明礼仪、行为规范。</w:t>
      </w:r>
      <w:r>
        <w:rPr>
          <w:lang w:eastAsia="zh-CN"/>
        </w:rPr>
        <w:br/>
      </w:r>
      <w:r>
        <w:rPr>
          <w:lang w:eastAsia="zh-CN"/>
        </w:rPr>
        <w:t>　　(二)教师发展目标</w:t>
      </w:r>
      <w:r>
        <w:rPr>
          <w:lang w:eastAsia="zh-CN"/>
        </w:rPr>
        <w:br/>
      </w:r>
      <w:r>
        <w:rPr>
          <w:lang w:eastAsia="zh-CN"/>
        </w:rPr>
        <w:t>　　让每一位教师拥有健康、平和、阳光、积极的心态，关爱每一个孩子，关心每一位同事，关注每一名家长，在工作中体验快乐;让每一位教师在工作中提升自己的专业素养，在学习中进步，在工作中发展。</w:t>
      </w:r>
      <w:r>
        <w:rPr>
          <w:lang w:eastAsia="zh-CN"/>
        </w:rPr>
        <w:br/>
      </w:r>
      <w:r>
        <w:rPr>
          <w:lang w:eastAsia="zh-CN"/>
        </w:rPr>
        <w:t>　　(三)幼儿园发展目标</w:t>
      </w:r>
      <w:r>
        <w:rPr>
          <w:lang w:eastAsia="zh-CN"/>
        </w:rPr>
        <w:br/>
      </w:r>
      <w:r>
        <w:rPr>
          <w:lang w:eastAsia="zh-CN"/>
        </w:rPr>
        <w:t>　　管理规范、服务到位、质量提升，让幼儿快乐、家长满意、社会赞誉。</w:t>
      </w:r>
      <w:r>
        <w:rPr>
          <w:lang w:eastAsia="zh-CN"/>
        </w:rPr>
        <w:br/>
      </w:r>
      <w:r>
        <w:rPr>
          <w:lang w:eastAsia="zh-CN"/>
        </w:rPr>
        <w:t>　　二、工作措施</w:t>
      </w:r>
      <w:r>
        <w:rPr>
          <w:lang w:eastAsia="zh-CN"/>
        </w:rPr>
        <w:br/>
      </w:r>
      <w:r>
        <w:rPr>
          <w:lang w:eastAsia="zh-CN"/>
        </w:rPr>
        <w:t>　　(一)重点工作</w:t>
      </w:r>
      <w:r>
        <w:rPr>
          <w:lang w:eastAsia="zh-CN"/>
        </w:rPr>
        <w:br/>
      </w:r>
      <w:r>
        <w:rPr>
          <w:lang w:eastAsia="zh-CN"/>
        </w:rPr>
        <w:t>　　1、改革教师备课方式，成立学科备课小组，通过集体备课整合教学资源、拟订教学方案，在二次备课的基础上实施教学，并写好教学反思，提高集中教育活动的有效性。</w:t>
      </w:r>
      <w:r>
        <w:rPr>
          <w:lang w:eastAsia="zh-CN"/>
        </w:rPr>
        <w:br/>
      </w:r>
      <w:r>
        <w:rPr>
          <w:lang w:eastAsia="zh-CN"/>
        </w:rPr>
        <w:t>　　2、强调幼儿园活动以游戏为主要方式，让幼儿在快乐的活动中学习。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3、各班根据本班实际拟订班级养成教育计划，确定教育目标与具体措施，抓好幼儿良好习惯的培养。</w:t>
      </w:r>
      <w:r>
        <w:rPr>
          <w:lang w:eastAsia="zh-CN"/>
        </w:rPr>
        <w:br/>
      </w:r>
      <w:r>
        <w:rPr>
          <w:lang w:eastAsia="zh-CN"/>
        </w:rPr>
        <w:t>　　4、继续抓好班级特色课程的开展，4月底开展全园特色课程展示活动。</w:t>
      </w:r>
      <w:r>
        <w:rPr>
          <w:lang w:eastAsia="zh-CN"/>
        </w:rPr>
        <w:br/>
      </w:r>
      <w:r>
        <w:rPr>
          <w:lang w:eastAsia="zh-CN"/>
        </w:rPr>
        <w:t>　　5、开展好六一庆祝活动。</w:t>
      </w:r>
      <w:r>
        <w:rPr>
          <w:lang w:eastAsia="zh-CN"/>
        </w:rPr>
        <w:br/>
      </w:r>
      <w:r>
        <w:rPr>
          <w:lang w:eastAsia="zh-CN"/>
        </w:rPr>
        <w:t>　　6、切实搞好幼儿典礼。</w:t>
      </w:r>
      <w:r>
        <w:rPr>
          <w:lang w:eastAsia="zh-CN"/>
        </w:rPr>
        <w:br/>
      </w:r>
      <w:r>
        <w:rPr>
          <w:lang w:eastAsia="zh-CN"/>
        </w:rPr>
        <w:t>　　(二)常规工作</w:t>
      </w:r>
      <w:r>
        <w:rPr>
          <w:lang w:eastAsia="zh-CN"/>
        </w:rPr>
        <w:br/>
      </w:r>
      <w:r>
        <w:rPr>
          <w:lang w:eastAsia="zh-CN"/>
        </w:rPr>
        <w:t>　　1、抓好幼儿园安全管理工作。建立安全管理责任制，落实安全护导制;定期检查园内各项设施，并做好记录;加强班级安全管理，认真做好交接班工作，杜绝恶性事故和责任事故的发生;加强幼儿安全教育，培养幼儿的自我保护意识和能力。</w:t>
      </w:r>
      <w:r>
        <w:rPr>
          <w:lang w:eastAsia="zh-CN"/>
        </w:rPr>
        <w:br/>
      </w:r>
      <w:r>
        <w:rPr>
          <w:lang w:eastAsia="zh-CN"/>
        </w:rPr>
        <w:t>　　2、切实做好保育工作。搞好园内清洁卫生，坚持消毒工作，并作好记录;按照《细则》要求做好一日活动各环节的保育工作;建立特殊儿童专项档案，并加强照顾与护理;多形式开展卫生保健知识宣传活动。</w:t>
      </w:r>
      <w:r>
        <w:rPr>
          <w:lang w:eastAsia="zh-CN"/>
        </w:rPr>
        <w:br/>
      </w:r>
      <w:r>
        <w:rPr>
          <w:lang w:eastAsia="zh-CN"/>
        </w:rPr>
        <w:t>　　3、加强教师队伍建设，继续开展教师读书活动，做好读书笔记，写好读书心得;坚持每周一篇教育随笔;坚持在日常保教活动中练好基本功;开展教师听评课活动;组织相关培训活动;积极参加学校组织的其他活动。</w:t>
      </w:r>
      <w:r>
        <w:rPr>
          <w:lang w:eastAsia="zh-CN"/>
        </w:rPr>
        <w:br/>
      </w:r>
      <w:r>
        <w:rPr>
          <w:lang w:eastAsia="zh-CN"/>
        </w:rPr>
        <w:t>　　4、采用多种方式加强家园联系与沟通;多渠道、多形式开展家教宣传活动;开好每期一次的家长会。</w:t>
      </w:r>
      <w:r>
        <w:rPr>
          <w:lang w:eastAsia="zh-CN"/>
        </w:rPr>
        <w:br/>
      </w:r>
      <w:r>
        <w:rPr>
          <w:lang w:eastAsia="zh-CN"/>
        </w:rPr>
        <w:t>　　5、充分利用学校资源，开展好幼小衔接工作。</w:t>
      </w:r>
      <w:r>
        <w:rPr>
          <w:lang w:eastAsia="zh-CN"/>
        </w:rPr>
        <w:br/>
      </w:r>
      <w:r>
        <w:rPr>
          <w:lang w:eastAsia="zh-CN"/>
        </w:rPr>
        <w:t xml:space="preserve">    幼儿园开学教研工作计划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我园的后勤方面所有的工作人员将全力配合园内各位领导、老师的工作。会尽自己的所能把幼儿教育好，让幼儿有一个健康快乐的成长环境是我们的宗旨。以下是我园后勤工作计划：</w:t>
      </w:r>
      <w:r>
        <w:rPr>
          <w:lang w:eastAsia="zh-CN"/>
        </w:rPr>
        <w:br/>
      </w:r>
      <w:r>
        <w:rPr>
          <w:lang w:eastAsia="zh-CN"/>
        </w:rPr>
        <w:t>　　一、指导思想：</w:t>
      </w:r>
      <w:r>
        <w:rPr>
          <w:lang w:eastAsia="zh-CN"/>
        </w:rPr>
        <w:br/>
      </w:r>
      <w:r>
        <w:rPr>
          <w:lang w:eastAsia="zh-CN"/>
        </w:rPr>
        <w:t>　　后勤工作是做好幼儿园管理工作和教育工作的基础所在，在园领导的关心支持和教师们的积极配合下，园舍和园内环境在原有基础上有了更大的改观。本学年以“指南”为指导，认真贯彻《幼儿园教育指导纲要》，抓好后勤工作，保障供给，做到责任明确，分工到人，切实做好卫生保健、财务工作、门卫工作及园内环境的绿化管理工作等。</w:t>
      </w:r>
      <w:r>
        <w:rPr>
          <w:lang w:eastAsia="zh-CN"/>
        </w:rPr>
        <w:br/>
      </w:r>
      <w:r>
        <w:rPr>
          <w:lang w:eastAsia="zh-CN"/>
        </w:rPr>
        <w:t>　　二、具体工作如下：</w:t>
      </w:r>
      <w:r>
        <w:rPr>
          <w:lang w:eastAsia="zh-CN"/>
        </w:rPr>
        <w:br/>
      </w:r>
      <w:r>
        <w:rPr>
          <w:lang w:eastAsia="zh-CN"/>
        </w:rPr>
        <w:t>　　(一)做好幼儿园财务工作计划，做好财产、财务管理工作：</w:t>
      </w:r>
      <w:r>
        <w:rPr>
          <w:lang w:eastAsia="zh-CN"/>
        </w:rPr>
        <w:br/>
      </w:r>
      <w:r>
        <w:rPr>
          <w:lang w:eastAsia="zh-CN"/>
        </w:rPr>
        <w:t>　　1、坚持勤俭办园的方针，合理利用有限资金，为幼儿园办实事，办好事。</w:t>
      </w:r>
      <w:r>
        <w:rPr>
          <w:lang w:eastAsia="zh-CN"/>
        </w:rPr>
        <w:br/>
      </w:r>
      <w:r>
        <w:rPr>
          <w:lang w:eastAsia="zh-CN"/>
        </w:rPr>
        <w:t>　　2、做好学年度的预算、决算的审核、检查监督工作，严格财务制度和财经制度。</w:t>
      </w:r>
      <w:r>
        <w:rPr>
          <w:lang w:eastAsia="zh-CN"/>
        </w:rPr>
        <w:br/>
      </w:r>
      <w:r>
        <w:rPr>
          <w:lang w:eastAsia="zh-CN"/>
        </w:rPr>
        <w:t>　　3、严格财务制度，分工明确，一切财经支出都必须在园长的统一安排下进行，每张发票都必须由园长签字，每学期对财务账目审查一次。</w:t>
      </w:r>
      <w:r>
        <w:rPr>
          <w:lang w:eastAsia="zh-CN"/>
        </w:rPr>
        <w:br/>
      </w:r>
      <w:r>
        <w:rPr>
          <w:lang w:eastAsia="zh-CN"/>
        </w:rPr>
        <w:t>　　(二)事务工作方面：</w:t>
      </w:r>
      <w:r>
        <w:rPr>
          <w:lang w:eastAsia="zh-CN"/>
        </w:rPr>
        <w:br/>
      </w:r>
      <w:r>
        <w:rPr>
          <w:lang w:eastAsia="zh-CN"/>
        </w:rPr>
        <w:t>　　1、及时做好教学用品、办公用品和教玩具的采购工作和更新工作，并根据本园的特点，做好各班的教学用品和环境布置材料。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2、做好幼儿园的维修工作，经常检查大、中、小型玩具，消除不安全因素，对幼儿园的门窗、玻璃、自来水等及时维修。</w:t>
      </w:r>
      <w:r>
        <w:rPr>
          <w:lang w:eastAsia="zh-CN"/>
        </w:rPr>
        <w:br/>
      </w:r>
      <w:r>
        <w:rPr>
          <w:lang w:eastAsia="zh-CN"/>
        </w:rPr>
        <w:t>　　3、做好幼儿园的卫生保健工作，对幼儿的玩具、经常消毒。并做到消毒有记录。各班教师要配合保健老师做好工作。</w:t>
      </w:r>
      <w:r>
        <w:rPr>
          <w:lang w:eastAsia="zh-CN"/>
        </w:rPr>
        <w:br/>
      </w:r>
      <w:r>
        <w:rPr>
          <w:lang w:eastAsia="zh-CN"/>
        </w:rPr>
        <w:t>　　(二)搞好园舍建设，创设优美环境也是我园后勤工作计划的重点。</w:t>
      </w:r>
      <w:r>
        <w:rPr>
          <w:lang w:eastAsia="zh-CN"/>
        </w:rPr>
        <w:br/>
      </w:r>
      <w:r>
        <w:rPr>
          <w:lang w:eastAsia="zh-CN"/>
        </w:rPr>
        <w:t>　　1、管理好花木、草坪、果园。在草坪成长期，要保护好草坪，让其生长好，同时要加强施肥，增加部分花木，做到四季常青，四季花香，美化校园。教育幼儿爱护幼儿园的一草一木。园内无杂物，各种玩具摆放合理，活动室内外布置美观，做到美化、绿化、净化，富有童趣。</w:t>
      </w:r>
      <w:r>
        <w:rPr>
          <w:lang w:eastAsia="zh-CN"/>
        </w:rPr>
        <w:br/>
      </w:r>
      <w:r>
        <w:rPr>
          <w:lang w:eastAsia="zh-CN"/>
        </w:rPr>
        <w:t>　　2、加强幼儿园的卫生环境管理。整个校园内外分工到人，各活动室由班主任教师负责，做到一日一小扫，一周一大扫，保证整洁干净，窗明几净，室内外无纸屑、无痰迹、无杂物，各种用具摆放整齐，保洁区无杂草。</w:t>
      </w:r>
      <w:r>
        <w:rPr>
          <w:lang w:eastAsia="zh-CN"/>
        </w:rPr>
        <w:br/>
      </w:r>
      <w:r>
        <w:rPr>
          <w:lang w:eastAsia="zh-CN"/>
        </w:rPr>
        <w:t>　　伴着秋天的到来,新的学期开学了,随着天气的逐渐转凉,气候的变化,人类机体也在发生着微妙的变化,但对于免疫系统发育还不够成熟的幼儿来说,一些细菌、病毒便会趁虚而入，幼儿园本着“预防为主”的方针，根据本学期气候及幼儿身心发育特点，特拟定以下学期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把好本学期新入园幼儿的体检关，对于新入园幼儿必须持有体检卡及免疫证复印件，并且体检合格后才准入园;做好接种、漏种登记，做好在园幼儿的年度体检，完成全园教职员工的年度体检，女教职员工年度体检、妇检;对于体弱幼儿建立管理档案。</w:t>
      </w:r>
      <w:r>
        <w:rPr>
          <w:lang w:eastAsia="zh-CN"/>
        </w:rPr>
        <w:br/>
      </w:r>
      <w:r>
        <w:rPr>
          <w:lang w:eastAsia="zh-CN"/>
        </w:rPr>
        <w:t>　　二、做好晨检工作，严格按照“一摸、二看、三问、四查”的制度;天气渐凉，为预防“非典”，晨检增设入园幼儿的体温测量;每天做好带药幼儿的带药记录工作，并按时发药、喂药，做好幼儿的全天观察记录。</w:t>
      </w:r>
      <w:r>
        <w:rPr>
          <w:lang w:eastAsia="zh-CN"/>
        </w:rPr>
        <w:br/>
      </w:r>
      <w:r>
        <w:rPr>
          <w:lang w:eastAsia="zh-CN"/>
        </w:rPr>
        <w:t>　　三、做好秋冬季节的保暖工作，按时帮幼儿脱、添衣服;做好秋冬季节常见病、多发病的预防工作;做好秋季的消杀、灭蚊工作，消灭传染病的传染源、切断传播途径，杜绝秋季传染病在园内的发生。</w:t>
      </w:r>
      <w:r>
        <w:rPr>
          <w:lang w:eastAsia="zh-CN"/>
        </w:rPr>
        <w:br/>
      </w:r>
      <w:r>
        <w:rPr>
          <w:lang w:eastAsia="zh-CN"/>
        </w:rPr>
        <w:t>　　四、开展幼儿心理健康教育，提高幼儿心理素质;开展幼儿安全教育，提高幼儿的安全意识;安排科学、合理的一日生活、活动常规并执行。</w:t>
      </w:r>
      <w:r>
        <w:rPr>
          <w:lang w:eastAsia="zh-CN"/>
        </w:rPr>
        <w:br/>
      </w:r>
      <w:r>
        <w:rPr>
          <w:lang w:eastAsia="zh-CN"/>
        </w:rPr>
        <w:t>　　五、做好每周带量食谱的制定，并严格监督执行;幼儿膳食实行花样化、多样化，稀稠答配，根据季节、气候特点对食谱进行科学、合理的调整，定期召开“伙委会”，对伙食中存在的问题及时解决;开展幼儿心理教育，促进幼儿身心的健康成长。</w:t>
      </w:r>
      <w:r>
        <w:rPr>
          <w:lang w:eastAsia="zh-CN"/>
        </w:rPr>
        <w:br/>
      </w:r>
      <w:r>
        <w:rPr>
          <w:lang w:eastAsia="zh-CN"/>
        </w:rPr>
        <w:t>　　六、认真贯彻、落实每周一小检、每月一大检的卫生检查制度，杜绝一切卫生死角，做好教室内每天的通风工作，使幼儿有一个干净、明朗、清爽的生活环境;定期组织安全大检查，发现问题及时上报解决，以保证幼儿在园内活动的安全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七、对保育员进行定期的业务培训、学习，实行以老带新的工作作风，不断提高保育员的业务知识，提高服务质量，使全园同心协力把工作作得更好。</w:t>
      </w:r>
      <w:r>
        <w:rPr>
          <w:lang w:eastAsia="zh-CN"/>
        </w:rPr>
        <w:br/>
      </w:r>
      <w:r>
        <w:rPr>
          <w:lang w:eastAsia="zh-CN"/>
        </w:rPr>
        <w:t>　　八、写好期末各项统计，写期末保健工作总结，认真做好年报表。</w:t>
      </w:r>
      <w:r>
        <w:rPr>
          <w:lang w:eastAsia="zh-CN"/>
        </w:rPr>
        <w:br/>
      </w:r>
      <w:r>
        <w:rPr>
          <w:lang w:eastAsia="zh-CN"/>
        </w:rPr>
        <w:t>　　附：每月工作重点</w:t>
      </w:r>
      <w:r>
        <w:rPr>
          <w:lang w:eastAsia="zh-CN"/>
        </w:rPr>
        <w:br/>
      </w:r>
      <w:r>
        <w:rPr>
          <w:lang w:eastAsia="zh-CN"/>
        </w:rPr>
        <w:t>　　九月：</w:t>
      </w:r>
      <w:r>
        <w:rPr>
          <w:lang w:eastAsia="zh-CN"/>
        </w:rPr>
        <w:br/>
      </w:r>
      <w:r>
        <w:rPr>
          <w:lang w:eastAsia="zh-CN"/>
        </w:rPr>
        <w:t>　　1、认真做好全园卫生、消毒工作，迎接幼儿入园;</w:t>
      </w:r>
      <w:r>
        <w:rPr>
          <w:lang w:eastAsia="zh-CN"/>
        </w:rPr>
        <w:br/>
      </w:r>
      <w:r>
        <w:rPr>
          <w:lang w:eastAsia="zh-CN"/>
        </w:rPr>
        <w:t>　　2、制定新学期工作计划;</w:t>
      </w:r>
      <w:r>
        <w:rPr>
          <w:lang w:eastAsia="zh-CN"/>
        </w:rPr>
        <w:br/>
      </w:r>
      <w:r>
        <w:rPr>
          <w:lang w:eastAsia="zh-CN"/>
        </w:rPr>
        <w:t>　　3、组织新生入园体检、老生年度体检及全体教职员工年度体检;</w:t>
      </w:r>
      <w:r>
        <w:rPr>
          <w:lang w:eastAsia="zh-CN"/>
        </w:rPr>
        <w:br/>
      </w:r>
      <w:r>
        <w:rPr>
          <w:lang w:eastAsia="zh-CN"/>
        </w:rPr>
        <w:t>　　4、加强晨检、消毒预防传染病;</w:t>
      </w:r>
      <w:r>
        <w:rPr>
          <w:lang w:eastAsia="zh-CN"/>
        </w:rPr>
        <w:br/>
      </w:r>
      <w:r>
        <w:rPr>
          <w:lang w:eastAsia="zh-CN"/>
        </w:rPr>
        <w:t>　　5、为全园幼儿测身高、体重。</w:t>
      </w:r>
      <w:r>
        <w:rPr>
          <w:lang w:eastAsia="zh-CN"/>
        </w:rPr>
        <w:br/>
      </w:r>
      <w:r>
        <w:rPr>
          <w:lang w:eastAsia="zh-CN"/>
        </w:rPr>
        <w:t>　　十月：</w:t>
      </w:r>
      <w:r>
        <w:rPr>
          <w:lang w:eastAsia="zh-CN"/>
        </w:rPr>
        <w:br/>
      </w:r>
      <w:r>
        <w:rPr>
          <w:lang w:eastAsia="zh-CN"/>
        </w:rPr>
        <w:t>　　6、幼儿生活处理能力观摩;</w:t>
      </w:r>
      <w:r>
        <w:rPr>
          <w:lang w:eastAsia="zh-CN"/>
        </w:rPr>
        <w:br/>
      </w:r>
      <w:r>
        <w:rPr>
          <w:lang w:eastAsia="zh-CN"/>
        </w:rPr>
        <w:t>　　7、整理幼儿健康档案;</w:t>
      </w:r>
      <w:r>
        <w:rPr>
          <w:lang w:eastAsia="zh-CN"/>
        </w:rPr>
        <w:br/>
      </w:r>
      <w:r>
        <w:rPr>
          <w:lang w:eastAsia="zh-CN"/>
        </w:rPr>
        <w:t>　　十一月：</w:t>
      </w:r>
      <w:r>
        <w:rPr>
          <w:lang w:eastAsia="zh-CN"/>
        </w:rPr>
        <w:br/>
      </w:r>
      <w:r>
        <w:rPr>
          <w:lang w:eastAsia="zh-CN"/>
        </w:rPr>
        <w:t>　　8、为大中班幼儿测视力;</w:t>
      </w:r>
      <w:r>
        <w:rPr>
          <w:lang w:eastAsia="zh-CN"/>
        </w:rPr>
        <w:br/>
      </w:r>
      <w:r>
        <w:rPr>
          <w:lang w:eastAsia="zh-CN"/>
        </w:rPr>
        <w:t>　　9、做好幼儿疾病的统计和矫治工作。</w:t>
      </w:r>
      <w:r>
        <w:rPr>
          <w:lang w:eastAsia="zh-CN"/>
        </w:rPr>
        <w:br/>
      </w:r>
      <w:r>
        <w:rPr>
          <w:lang w:eastAsia="zh-CN"/>
        </w:rPr>
        <w:t>　　10、以自愿原则对园内幼儿进行微量元素测定</w:t>
      </w:r>
      <w:r>
        <w:rPr>
          <w:lang w:eastAsia="zh-CN"/>
        </w:rPr>
        <w:br/>
      </w:r>
      <w:r>
        <w:rPr>
          <w:lang w:eastAsia="zh-CN"/>
        </w:rPr>
        <w:t>　　十二月：</w:t>
      </w:r>
      <w:r>
        <w:rPr>
          <w:lang w:eastAsia="zh-CN"/>
        </w:rPr>
        <w:br/>
      </w:r>
      <w:r>
        <w:rPr>
          <w:lang w:eastAsia="zh-CN"/>
        </w:rPr>
        <w:t>　　11、协助保健院为幼儿测查视功能;</w:t>
      </w:r>
      <w:r>
        <w:rPr>
          <w:lang w:eastAsia="zh-CN"/>
        </w:rPr>
        <w:br/>
      </w:r>
      <w:r>
        <w:rPr>
          <w:lang w:eastAsia="zh-CN"/>
        </w:rPr>
        <w:t>　　12、为全园幼儿测身高、体重，评价幼儿生长发育情况;</w:t>
      </w:r>
      <w:r>
        <w:rPr>
          <w:lang w:eastAsia="zh-CN"/>
        </w:rPr>
        <w:br/>
      </w:r>
      <w:r>
        <w:rPr>
          <w:lang w:eastAsia="zh-CN"/>
        </w:rPr>
        <w:t>　　13、填写各种报表;</w:t>
      </w:r>
      <w:r>
        <w:rPr>
          <w:lang w:eastAsia="zh-CN"/>
        </w:rPr>
        <w:br/>
      </w:r>
      <w:r>
        <w:rPr>
          <w:lang w:eastAsia="zh-CN"/>
        </w:rPr>
        <w:t>　　14、组织保育员观摩学习。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一月：</w:t>
      </w:r>
      <w:r>
        <w:rPr>
          <w:lang w:eastAsia="zh-CN"/>
        </w:rPr>
        <w:br/>
      </w:r>
      <w:r>
        <w:rPr>
          <w:lang w:eastAsia="zh-CN"/>
        </w:rPr>
        <w:t>　　15、整理保健资料;</w:t>
      </w:r>
      <w:r>
        <w:rPr>
          <w:lang w:eastAsia="zh-CN"/>
        </w:rPr>
        <w:br/>
      </w:r>
      <w:r>
        <w:rPr>
          <w:lang w:eastAsia="zh-CN"/>
        </w:rPr>
        <w:t>　　16、清洁整理物品;</w:t>
      </w:r>
      <w:r>
        <w:rPr>
          <w:lang w:eastAsia="zh-CN"/>
        </w:rPr>
        <w:br/>
      </w:r>
      <w:r>
        <w:rPr>
          <w:lang w:eastAsia="zh-CN"/>
        </w:rPr>
        <w:t>　　17、学终总结。</w:t>
      </w:r>
      <w:r>
        <w:rPr>
          <w:lang w:eastAsia="zh-CN"/>
        </w:rPr>
        <w:br/>
      </w:r>
      <w:r>
        <w:rPr>
          <w:lang w:eastAsia="zh-CN"/>
        </w:rPr>
        <w:t>　　以上是对本学期保育工作总计划的拟定，希望本学期的保育工作在原来的基础上做得更好!</w:t>
      </w:r>
      <w:r>
        <w:rPr>
          <w:lang w:eastAsia="zh-CN"/>
        </w:rPr>
        <w:br/>
      </w:r>
      <w:r>
        <w:rPr>
          <w:lang w:eastAsia="zh-CN"/>
        </w:rPr>
        <w:t xml:space="preserve">    幼儿园开学教研工作计划 篇6 </w:t>
      </w:r>
      <w:r>
        <w:rPr>
          <w:lang w:eastAsia="zh-CN"/>
        </w:rPr>
        <w:br/>
      </w:r>
      <w:r>
        <w:rPr>
          <w:lang w:eastAsia="zh-CN"/>
        </w:rPr>
        <w:t>　　新的学期，新的开始，我们以积极的心态迎来了我们的小朋友。为了更好的完成班级工作，特制订了本学期的班务工作计划。</w:t>
      </w:r>
      <w:r>
        <w:rPr>
          <w:lang w:eastAsia="zh-CN"/>
        </w:rPr>
        <w:br/>
      </w:r>
      <w:r>
        <w:rPr>
          <w:lang w:eastAsia="zh-CN"/>
        </w:rPr>
        <w:t>　　一、情况分析</w:t>
      </w:r>
      <w:r>
        <w:rPr>
          <w:lang w:eastAsia="zh-CN"/>
        </w:rPr>
        <w:br/>
      </w:r>
      <w:r>
        <w:rPr>
          <w:lang w:eastAsia="zh-CN"/>
        </w:rPr>
        <w:t>　　我们班幼儿大部分为3岁左右的幼儿，刚刚结束了小班的学习生活。由于基本上都是原班幼儿，彼此都比较熟悉，大家都情绪都比较稳定。一个暑假下来，幼儿们都较去年有了不同程度的进步，但也有部分幼儿在家养成了一些不良习惯。部分幼儿还没有办法回到正常的学习生活中，还停留在无拘无束的暑假里。不过，孩子们长大了，也进不了，在自理能力方面就有了很大进步。由于刚开学，幼儿的活动常规还需加强。</w:t>
      </w:r>
      <w:r>
        <w:rPr>
          <w:lang w:eastAsia="zh-CN"/>
        </w:rPr>
        <w:br/>
      </w:r>
      <w:r>
        <w:rPr>
          <w:lang w:eastAsia="zh-CN"/>
        </w:rPr>
        <w:t>　　二、教育教学工作</w:t>
      </w:r>
      <w:r>
        <w:rPr>
          <w:lang w:eastAsia="zh-CN"/>
        </w:rPr>
        <w:br/>
      </w:r>
      <w:r>
        <w:rPr>
          <w:lang w:eastAsia="zh-CN"/>
        </w:rPr>
        <w:t>　　本学期我们还是采用整合课程，还为孩子们开设了全脑数学、早起阅读等特色课程，为幼儿创设了良好的学习环境。</w:t>
      </w:r>
      <w:r>
        <w:rPr>
          <w:lang w:eastAsia="zh-CN"/>
        </w:rPr>
        <w:br/>
      </w:r>
      <w:r>
        <w:rPr>
          <w:lang w:eastAsia="zh-CN"/>
        </w:rPr>
        <w:t>　　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1、促进幼儿身体的正常发育和机体的协调发展，增强体质，培养良好的生活习惯、卫生习惯和参加体育活动的兴趣。</w:t>
      </w:r>
      <w:r>
        <w:rPr>
          <w:lang w:eastAsia="zh-CN"/>
        </w:rPr>
        <w:br/>
      </w:r>
      <w:r>
        <w:rPr>
          <w:lang w:eastAsia="zh-CN"/>
        </w:rPr>
        <w:t>　　2、发展幼儿智力培养正确运用感官和运用语言交往的基本能力，增进对环境的认识，培养有益的兴趣和求知欲望，培养初步的动手能力。</w:t>
      </w:r>
      <w:r>
        <w:rPr>
          <w:lang w:eastAsia="zh-CN"/>
        </w:rPr>
        <w:br/>
      </w:r>
      <w:r>
        <w:rPr>
          <w:lang w:eastAsia="zh-CN"/>
        </w:rPr>
        <w:t>　　3、鼓励幼儿坚持自己能做的事情自己做，不依赖别人，一日生活的各个环节都能有规律、自觉的进行活动。</w:t>
      </w:r>
      <w:r>
        <w:rPr>
          <w:lang w:eastAsia="zh-CN"/>
        </w:rPr>
        <w:br/>
      </w:r>
      <w:r>
        <w:rPr>
          <w:lang w:eastAsia="zh-CN"/>
        </w:rPr>
        <w:t>　　措施：</w:t>
      </w:r>
      <w:r>
        <w:rPr>
          <w:lang w:eastAsia="zh-CN"/>
        </w:rPr>
        <w:br/>
      </w:r>
      <w:r>
        <w:rPr>
          <w:lang w:eastAsia="zh-CN"/>
        </w:rPr>
        <w:t>　　1、根据中班幼儿年龄特征，运用直观教具、游戏，结合多媒体手段进行教学。</w:t>
      </w:r>
      <w:r>
        <w:rPr>
          <w:lang w:eastAsia="zh-CN"/>
        </w:rPr>
        <w:br/>
      </w:r>
      <w:r>
        <w:rPr>
          <w:lang w:eastAsia="zh-CN"/>
        </w:rPr>
        <w:t>　　2、注重个别差异，教学中因地制宜，因人施教，对不同能力的幼儿提出不同要求。</w:t>
      </w:r>
      <w:r>
        <w:rPr>
          <w:lang w:eastAsia="zh-CN"/>
        </w:rPr>
        <w:br/>
      </w:r>
      <w:r>
        <w:rPr>
          <w:lang w:eastAsia="zh-CN"/>
        </w:rPr>
        <w:t>　　3、通过日常生活及教育活动引导幼儿养成良好的生活卫生习惯。</w:t>
      </w:r>
      <w:r>
        <w:rPr>
          <w:lang w:eastAsia="zh-CN"/>
        </w:rPr>
        <w:br/>
      </w:r>
      <w:r>
        <w:rPr>
          <w:lang w:eastAsia="zh-CN"/>
        </w:rPr>
        <w:t>　　4、每周对幼儿进行安全教育课。</w:t>
      </w:r>
      <w:r>
        <w:rPr>
          <w:lang w:eastAsia="zh-CN"/>
        </w:rPr>
        <w:br/>
      </w:r>
      <w:r>
        <w:rPr>
          <w:lang w:eastAsia="zh-CN"/>
        </w:rPr>
        <w:t>　　三、保育工作</w:t>
      </w:r>
      <w:r>
        <w:rPr>
          <w:lang w:eastAsia="zh-CN"/>
        </w:rPr>
        <w:br/>
      </w:r>
      <w:r>
        <w:rPr>
          <w:lang w:eastAsia="zh-CN"/>
        </w:rPr>
        <w:t>　　秋季是传染病多发的季节，为了保证幼儿的健康，我们要做好每日的“一摸、二看、三问、四查”，并且对情绪欠佳，生病的幼儿多加以关注，做好每日的晨检和消毒记录。要求幼儿勤洗手，洗澡，剪指甲。对身体体质弱的幼儿给予特别照顾。增强幼儿的体质，多去户外进行活动，为幼儿准备垫背的毛巾，幼儿出汗后及时为幼儿垫上，避免感冒。开展关于疾病预防的交流工作，提高家长的防范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对带药的幼儿的药品进行记录，并按时喂药。对没有来园的幼儿进行电话访问了解情后记录。</w:t>
      </w:r>
      <w:r>
        <w:rPr>
          <w:lang w:eastAsia="zh-CN"/>
        </w:rPr>
        <w:br/>
      </w:r>
      <w:r>
        <w:rPr>
          <w:lang w:eastAsia="zh-CN"/>
        </w:rPr>
        <w:t>　　每周下午离园前对幼儿进行“三分钟安全教育”，提高幼儿的自我保护意识。坚持请家长使用接送卡，没有带卡的家长请他签字。</w:t>
      </w:r>
      <w:r>
        <w:rPr>
          <w:lang w:eastAsia="zh-CN"/>
        </w:rPr>
        <w:br/>
      </w:r>
      <w:r>
        <w:rPr>
          <w:lang w:eastAsia="zh-CN"/>
        </w:rPr>
        <w:t>　　四、常规工作</w:t>
      </w:r>
      <w:r>
        <w:rPr>
          <w:lang w:eastAsia="zh-CN"/>
        </w:rPr>
        <w:br/>
      </w:r>
      <w:r>
        <w:rPr>
          <w:lang w:eastAsia="zh-CN"/>
        </w:rPr>
        <w:t>　　良好的常规是幼儿园一日生活、学习不可或缺的内容，也是保证教学正常开展的重要因素。因此，我们这学期重点抓常规教育。要求孩子吸收、喝水时排队。用自己的口杯，檫手巾。要求孩子不打架，不插队，学会倾听。</w:t>
      </w:r>
      <w:r>
        <w:rPr>
          <w:lang w:eastAsia="zh-CN"/>
        </w:rPr>
        <w:br/>
      </w:r>
      <w:r>
        <w:rPr>
          <w:lang w:eastAsia="zh-CN"/>
        </w:rPr>
        <w:t>　　五、家长工作</w:t>
      </w:r>
      <w:r>
        <w:rPr>
          <w:lang w:eastAsia="zh-CN"/>
        </w:rPr>
        <w:br/>
      </w:r>
      <w:r>
        <w:rPr>
          <w:lang w:eastAsia="zh-CN"/>
        </w:rPr>
        <w:t>　　本班家长工作都比较忙，不少父母吧教育、培养孩子的重担托付给了家中老人，由于祖孙隔代、独生子女，老子们对孩子更是溺爱，包办甚多，所以有时候家长工作做起来会有难度。但在配合幼儿园。班级工作需要方面，家长们还是比较积极的。在开学初我们首先对新生家长进行了会谈，了解新生情况，利用早晨和下午离园时询问幼儿在家的一些生活习惯，以及一些特别需要我们注意的地方，我班还将召开“新学期家长会”，向家长介绍幼儿园的主要活动，一日活动的内容和安排，班级各种的主要目标和活动，以及一些需要家长配合的细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平时利用电话、发通知等手段向家长反馈幼儿在园的学习情况和班级最新的活动情况，加强家园联系。每天给没有来园的小朋友家长打一次电话，交流幼儿园在园的表现，并邀请家长参与我们的活动等。通过增加家园栏里幼儿进餐情况，让家长了解到幼儿在园情况，利用早晨和下午离园时间与家长沟通交流。</w:t>
      </w:r>
      <w:r>
        <w:rPr>
          <w:lang w:eastAsia="zh-CN"/>
        </w:rPr>
        <w:br/>
      </w:r>
      <w:r>
        <w:rPr>
          <w:lang w:eastAsia="zh-CN"/>
        </w:rPr>
        <w:t>　　希望通过我们的努力能够让孩子健康快乐成长，能够让家长放心的把孩子交给我们，是对我们工作最大的认可。我们会朝这个方向努力的。</w:t>
      </w:r>
      <w:r>
        <w:rPr>
          <w:lang w:eastAsia="zh-CN"/>
        </w:rPr>
        <w:br/>
      </w:r>
      <w:r>
        <w:rPr>
          <w:lang w:eastAsia="zh-CN"/>
        </w:rPr>
        <w:t xml:space="preserve">    幼儿园开学教研工作计划 篇7 </w:t>
      </w:r>
      <w:r>
        <w:rPr>
          <w:lang w:eastAsia="zh-CN"/>
        </w:rPr>
        <w:br/>
      </w:r>
      <w:r>
        <w:rPr>
          <w:lang w:eastAsia="zh-CN"/>
        </w:rPr>
        <w:t>　　本学期是这批孩子在幼儿园的最后一学期，也是最关键的一学期。再过几个月，他们将离开幼儿园这片让他们开心、难忘的地方，在小学的天空里自由飞翔。如何使他们永远记住幼儿园的快乐时光、如何使他们顺利过渡并尽快适应、如何使他们充满自信地走进小学的课堂等话题，将是本学期的工作重点，本班将针对班况及本学期的工作重点拟订学期工作计划。</w:t>
      </w:r>
      <w:r>
        <w:rPr>
          <w:lang w:eastAsia="zh-CN"/>
        </w:rPr>
        <w:br/>
      </w:r>
      <w:r>
        <w:rPr>
          <w:lang w:eastAsia="zh-CN"/>
        </w:rPr>
        <w:t>　　一、班级情况分析</w:t>
      </w:r>
      <w:r>
        <w:rPr>
          <w:lang w:eastAsia="zh-CN"/>
        </w:rPr>
        <w:br/>
      </w:r>
      <w:r>
        <w:rPr>
          <w:lang w:eastAsia="zh-CN"/>
        </w:rPr>
        <w:t>　　本学期本班幼儿50名，旧生41名，新生9名。经过大班上学期的学习，分析学期末班级幼儿检核情况，总的来看：幼儿在生活自理能力、学习习惯方面都有了较大进步，特别是在体能、语言表达、社会交往、逻辑思维能力方面表现较为突出。他们的身体状况与3—4岁幼儿相比有了明显不同，精力旺盛，爆发力强，对体育活动充满兴趣，他们喜爱游戏，游戏活动的水平更高了，他们好学多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初步形成个性并表现出明显的个体差异，他们大都为独生子女，拥有充分的爱抚与关怀，较优裕的物质生活条件，缺乏兄弟之间的交往和亲情，使有的幼儿缺乏社会互动意识、不合群，自顾自，有独占习惯，同情心、责任感比较缺乏。</w:t>
      </w:r>
      <w:r>
        <w:rPr>
          <w:lang w:eastAsia="zh-CN"/>
        </w:rPr>
        <w:br/>
      </w:r>
      <w:r>
        <w:rPr>
          <w:lang w:eastAsia="zh-CN"/>
        </w:rPr>
        <w:t>　　二、工作重点</w:t>
      </w:r>
      <w:r>
        <w:rPr>
          <w:lang w:eastAsia="zh-CN"/>
        </w:rPr>
        <w:br/>
      </w:r>
      <w:r>
        <w:rPr>
          <w:lang w:eastAsia="zh-CN"/>
        </w:rPr>
        <w:t>　　1、因为本班幼儿男女比率不均匀，造成了幼儿间能力相差较大、班级常规有待继续培养的局面。鉴于以上不足，本学期，我们把幼儿入学准备工作做为本学期的工作重点之一，加强幼儿前阅读、前书写的训练，将学前的准备工作与主题探究活动、各学科教学有机结合起来，为幼儿进入小学打好基础。</w:t>
      </w:r>
      <w:r>
        <w:rPr>
          <w:lang w:eastAsia="zh-CN"/>
        </w:rPr>
        <w:br/>
      </w:r>
      <w:r>
        <w:rPr>
          <w:lang w:eastAsia="zh-CN"/>
        </w:rPr>
        <w:t>　　2、以《学前教育纲要》为指导，深刻领会二期课改精神，以新教材为主要参考资料，根据本班幼儿的实际发展水平，确立相应的教育目标和要求，选择既适合幼儿的现有水平，又有一定的挑战性的教育内容和贴近幼儿生活的教育形式，精心加以组织，并尝试生成性主题活动。</w:t>
      </w:r>
      <w:r>
        <w:rPr>
          <w:lang w:eastAsia="zh-CN"/>
        </w:rPr>
        <w:br/>
      </w:r>
      <w:r>
        <w:rPr>
          <w:lang w:eastAsia="zh-CN"/>
        </w:rPr>
        <w:t>　　3、善于发现幼儿感兴趣的又有助于拓展幼儿视野的事物和问题，借鉴方案教学进行生成教育活动，引导幼儿用多种感官去感知事物，收集信息，鼓励幼儿动手操作、尝试，使幼儿通过活动得到满足，得到愉快的体验，并在活动中逐渐形成合作探究的师生互动。</w:t>
      </w:r>
      <w:r>
        <w:rPr>
          <w:lang w:eastAsia="zh-CN"/>
        </w:rPr>
        <w:br/>
      </w:r>
      <w:r>
        <w:rPr>
          <w:lang w:eastAsia="zh-CN"/>
        </w:rPr>
        <w:t>　　4、注重区域活动的开展，进一步思考与尝试将区域活动与主题活动融合，发掘各个活动区活动的教学潜能，注意活动材料的多领域经验的指向性。在游戏中有目的、有计划地投放、变换和调整各类游戏材料，注意材料投放与幼儿发展水平的一致性与层次性，科学地评价与指导幼儿，使幼儿学会主动发现并注重在学习过程中培养幼儿良好的学习习惯和学习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总之，我们希望本学期的工作能给孩子能留下对幼儿园的美好回忆，我们将以积极的心态迎接新的挑战，为先进班级而努力！</w:t>
      </w:r>
      <w:r>
        <w:rPr>
          <w:lang w:eastAsia="zh-CN"/>
        </w:rPr>
        <w:br/>
      </w:r>
      <w:r>
        <w:rPr>
          <w:lang w:eastAsia="zh-CN"/>
        </w:rPr>
        <w:t xml:space="preserve">    幼儿园开学教研工作计划 篇8 </w:t>
      </w:r>
      <w:r>
        <w:rPr>
          <w:lang w:eastAsia="zh-CN"/>
        </w:rPr>
        <w:br/>
      </w:r>
      <w:r>
        <w:rPr>
          <w:lang w:eastAsia="zh-CN"/>
        </w:rPr>
        <w:t>　　一、班级情况分析</w:t>
      </w:r>
      <w:r>
        <w:rPr>
          <w:lang w:eastAsia="zh-CN"/>
        </w:rPr>
        <w:br/>
      </w:r>
      <w:r>
        <w:rPr>
          <w:lang w:eastAsia="zh-CN"/>
        </w:rPr>
        <w:t>　　（一）上学期工作情况及其分析。</w:t>
      </w:r>
      <w:r>
        <w:rPr>
          <w:lang w:eastAsia="zh-CN"/>
        </w:rPr>
        <w:br/>
      </w:r>
      <w:r>
        <w:rPr>
          <w:lang w:eastAsia="zh-CN"/>
        </w:rPr>
        <w:t>　　1、通过小班一年的学习生活，幼儿的体质增强了，出勤率提高了。主要原因有：</w:t>
      </w:r>
      <w:r>
        <w:rPr>
          <w:lang w:eastAsia="zh-CN"/>
        </w:rPr>
        <w:br/>
      </w:r>
      <w:r>
        <w:rPr>
          <w:lang w:eastAsia="zh-CN"/>
        </w:rPr>
        <w:t>　　（1）认真制定幼儿体锻计划，科学合理地安排幼儿一日活动内容，每天保证幼儿每天有2小时以上的户外活动时间和1小时体育活动时间，在活动中能随时调整活动量，增强了幼儿的体质。</w:t>
      </w:r>
      <w:r>
        <w:rPr>
          <w:lang w:eastAsia="zh-CN"/>
        </w:rPr>
        <w:br/>
      </w:r>
      <w:r>
        <w:rPr>
          <w:lang w:eastAsia="zh-CN"/>
        </w:rPr>
        <w:t>　　（2）一日活动中动静交替，并注意观察幼儿的情绪和状态，发现幼儿身体状况有异常，能马上有效的处理，并及时通知家长。平时能按时按量地给有病的孩子喂药。发现传染病，能及时向保健老师汇报，并及时做好隔离、消毒工作，杜绝了传染病的蔓延和传播。</w:t>
      </w:r>
      <w:r>
        <w:rPr>
          <w:lang w:eastAsia="zh-CN"/>
        </w:rPr>
        <w:br/>
      </w:r>
      <w:r>
        <w:rPr>
          <w:lang w:eastAsia="zh-CN"/>
        </w:rPr>
        <w:t>　　（3）根据天气的变化，及时为幼儿增减衣物。外出时先帮那些易出汗的幼儿垫上毛巾，活动后进活动室，督促幼儿根据自己的情况及时穿衣，避免了一冷一热后感冒。</w:t>
      </w:r>
      <w:r>
        <w:rPr>
          <w:lang w:eastAsia="zh-CN"/>
        </w:rPr>
        <w:br/>
      </w:r>
      <w:r>
        <w:rPr>
          <w:lang w:eastAsia="zh-CN"/>
        </w:rPr>
        <w:t>　　（4）午睡时认真巡视，根据孩子的情况增去被子，预防了孩子因着凉或出汗而引起的感冒。</w:t>
      </w:r>
      <w:r>
        <w:rPr>
          <w:lang w:eastAsia="zh-CN"/>
        </w:rPr>
        <w:br/>
      </w:r>
      <w:r>
        <w:rPr>
          <w:lang w:eastAsia="zh-CN"/>
        </w:rPr>
        <w:t>　　（5）不断加强对个别体弱幼儿的日常护理。经过一学期的努力，孩子们饭吃的多了，觉睡得香了，身体也越长越壮了。</w:t>
      </w:r>
      <w:r>
        <w:rPr>
          <w:lang w:eastAsia="zh-CN"/>
        </w:rPr>
        <w:br/>
      </w:r>
      <w:r>
        <w:rPr>
          <w:lang w:eastAsia="zh-CN"/>
        </w:rPr>
        <w:t>　　2、主题活动开展得比较顺利。主要原因有：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（1）教师对主题思考较多，能根据《纲要》的精神，围绕相关内容，做好充分的准备。</w:t>
      </w:r>
      <w:r>
        <w:rPr>
          <w:lang w:eastAsia="zh-CN"/>
        </w:rPr>
        <w:br/>
      </w:r>
      <w:r>
        <w:rPr>
          <w:lang w:eastAsia="zh-CN"/>
        </w:rPr>
        <w:t>　　（2）随着年龄的增长，幼儿在好奇心的驱使下，积极地参与到老师精心设计的各个环节。</w:t>
      </w:r>
      <w:r>
        <w:rPr>
          <w:lang w:eastAsia="zh-CN"/>
        </w:rPr>
        <w:br/>
      </w:r>
      <w:r>
        <w:rPr>
          <w:lang w:eastAsia="zh-CN"/>
        </w:rPr>
        <w:t>　　（3）家园配合比较密切。通过各种途径向家长宣传主题教育，让家长一起帮助幼儿收集和主题有关的资料，使家长更深入地了解主题活动的开展，也能更好地了解幼儿的活动情况。</w:t>
      </w:r>
      <w:r>
        <w:rPr>
          <w:lang w:eastAsia="zh-CN"/>
        </w:rPr>
        <w:br/>
      </w:r>
      <w:r>
        <w:rPr>
          <w:lang w:eastAsia="zh-CN"/>
        </w:rPr>
        <w:t>　　3、环境创设更有效。</w:t>
      </w:r>
      <w:r>
        <w:rPr>
          <w:lang w:eastAsia="zh-CN"/>
        </w:rPr>
        <w:br/>
      </w:r>
      <w:r>
        <w:rPr>
          <w:lang w:eastAsia="zh-CN"/>
        </w:rPr>
        <w:t>　　（1）心理环境：我们努力为幼儿创设一个和谐、宽容、信任的心理环境。鼓励幼儿大胆表现，积极参与，使幼儿始终处于一种被尊重、被关爱、受鼓励的环境中，形成活泼开朗的良好个性品质。</w:t>
      </w:r>
      <w:r>
        <w:rPr>
          <w:lang w:eastAsia="zh-CN"/>
        </w:rPr>
        <w:br/>
      </w:r>
      <w:r>
        <w:rPr>
          <w:lang w:eastAsia="zh-CN"/>
        </w:rPr>
        <w:t>　　（2）物质环境：和幼儿一起收集资料，共同动手创设出与主题相适应的主题墙饰，并注重实用性、有效性、操作性和幼儿的参与性。游戏材料也能不断的丰富，游戏环境不断完善。</w:t>
      </w:r>
      <w:r>
        <w:rPr>
          <w:lang w:eastAsia="zh-CN"/>
        </w:rPr>
        <w:br/>
      </w:r>
      <w:r>
        <w:rPr>
          <w:lang w:eastAsia="zh-CN"/>
        </w:rPr>
        <w:t>　　（二）上学期评估情况及其分析。</w:t>
      </w:r>
      <w:r>
        <w:rPr>
          <w:lang w:eastAsia="zh-CN"/>
        </w:rPr>
        <w:br/>
      </w:r>
      <w:r>
        <w:rPr>
          <w:lang w:eastAsia="zh-CN"/>
        </w:rPr>
        <w:t>　　1、班级综合评估。上学期我班被园部评为文明班级。分析原因：我们坚持保教结合，重视对幼儿各方面能力的培养，帮助幼儿养成良好的行为习惯，形成积极向上的班风。</w:t>
      </w:r>
      <w:r>
        <w:rPr>
          <w:lang w:eastAsia="zh-CN"/>
        </w:rPr>
        <w:br/>
      </w:r>
      <w:r>
        <w:rPr>
          <w:lang w:eastAsia="zh-CN"/>
        </w:rPr>
        <w:t>　　2、幼儿体检结果。我班幼儿的身高、体重差异较大。另外视力、听力检查中发现部分幼儿的听力有问题，这是本学期日常生活中需要注意的地方。</w:t>
      </w:r>
      <w:r>
        <w:rPr>
          <w:lang w:eastAsia="zh-CN"/>
        </w:rPr>
        <w:br/>
      </w:r>
      <w:r>
        <w:rPr>
          <w:lang w:eastAsia="zh-CN"/>
        </w:rPr>
        <w:t>　　3、班级特色教育开展得不够生动。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二、本学期班级工作目标及工作重点</w:t>
      </w:r>
      <w:r>
        <w:rPr>
          <w:lang w:eastAsia="zh-CN"/>
        </w:rPr>
        <w:br/>
      </w:r>
      <w:r>
        <w:rPr>
          <w:lang w:eastAsia="zh-CN"/>
        </w:rPr>
        <w:t>　　（一）工作目标：</w:t>
      </w:r>
      <w:r>
        <w:rPr>
          <w:lang w:eastAsia="zh-CN"/>
        </w:rPr>
        <w:br/>
      </w:r>
      <w:r>
        <w:rPr>
          <w:lang w:eastAsia="zh-CN"/>
        </w:rPr>
        <w:t>　　1、加强班级的常规管理，不断提高幼儿生活自理能力。</w:t>
      </w:r>
      <w:r>
        <w:rPr>
          <w:lang w:eastAsia="zh-CN"/>
        </w:rPr>
        <w:br/>
      </w:r>
      <w:r>
        <w:rPr>
          <w:lang w:eastAsia="zh-CN"/>
        </w:rPr>
        <w:t>　　2、加强安全卫生教育，保证幼儿健康成长。</w:t>
      </w:r>
      <w:r>
        <w:rPr>
          <w:lang w:eastAsia="zh-CN"/>
        </w:rPr>
        <w:br/>
      </w:r>
      <w:r>
        <w:rPr>
          <w:lang w:eastAsia="zh-CN"/>
        </w:rPr>
        <w:t>　　3、创设良好的生活与教育环境，促进幼儿主动地发展。</w:t>
      </w:r>
      <w:r>
        <w:rPr>
          <w:lang w:eastAsia="zh-CN"/>
        </w:rPr>
        <w:br/>
      </w:r>
      <w:r>
        <w:rPr>
          <w:lang w:eastAsia="zh-CN"/>
        </w:rPr>
        <w:t>　　4、利用多种方式做好家长工作，争取家长的支持与配合。</w:t>
      </w:r>
      <w:r>
        <w:rPr>
          <w:lang w:eastAsia="zh-CN"/>
        </w:rPr>
        <w:br/>
      </w:r>
      <w:r>
        <w:rPr>
          <w:lang w:eastAsia="zh-CN"/>
        </w:rPr>
        <w:t>　　（二）工作重点：</w:t>
      </w:r>
      <w:r>
        <w:rPr>
          <w:lang w:eastAsia="zh-CN"/>
        </w:rPr>
        <w:br/>
      </w:r>
      <w:r>
        <w:rPr>
          <w:lang w:eastAsia="zh-CN"/>
        </w:rPr>
        <w:t>　　1、认真开展主题教育活动、游戏活动等各项活动，促进幼儿全面发展。</w:t>
      </w:r>
      <w:r>
        <w:rPr>
          <w:lang w:eastAsia="zh-CN"/>
        </w:rPr>
        <w:br/>
      </w:r>
      <w:r>
        <w:rPr>
          <w:lang w:eastAsia="zh-CN"/>
        </w:rPr>
        <w:t>　　2、加强安全、卫生教育，保证幼儿健康成长。</w:t>
      </w:r>
      <w:r>
        <w:rPr>
          <w:lang w:eastAsia="zh-CN"/>
        </w:rPr>
        <w:br/>
      </w:r>
      <w:r>
        <w:rPr>
          <w:lang w:eastAsia="zh-CN"/>
        </w:rPr>
        <w:t>　　3、切实做好家长工作，促进幼儿更好地成长。</w:t>
      </w:r>
      <w:r>
        <w:rPr>
          <w:lang w:eastAsia="zh-CN"/>
        </w:rPr>
        <w:br/>
      </w:r>
      <w:r>
        <w:rPr>
          <w:lang w:eastAsia="zh-CN"/>
        </w:rPr>
        <w:t xml:space="preserve">    幼儿园开学教研工作计划 篇9 </w:t>
      </w:r>
      <w:r>
        <w:rPr>
          <w:lang w:eastAsia="zh-CN"/>
        </w:rPr>
        <w:br/>
      </w:r>
      <w:r>
        <w:rPr>
          <w:lang w:eastAsia="zh-CN"/>
        </w:rPr>
        <w:t>　　我们班共有幼儿_名，其中男生_名，女生_名。透过中班上半年的学习，幼儿的语言表达潜力有明显提高，可是幼儿的倾听意识和倾听行为技能仍需加强培养。幼儿的绘画技能比以前有很大程度的提高，但绘画中幼儿创造性的表现仍需进一步地引导。幼儿的动手潜力、手眼协调动作明显增强。</w:t>
      </w:r>
      <w:r>
        <w:rPr>
          <w:lang w:eastAsia="zh-CN"/>
        </w:rPr>
        <w:br/>
      </w:r>
      <w:r>
        <w:rPr>
          <w:lang w:eastAsia="zh-CN"/>
        </w:rPr>
        <w:t>　　在取得提高的同时，幼儿中仍存在一些不足之处：</w:t>
      </w:r>
      <w:r>
        <w:rPr>
          <w:lang w:eastAsia="zh-CN"/>
        </w:rPr>
        <w:br/>
      </w:r>
      <w:r>
        <w:rPr>
          <w:lang w:eastAsia="zh-CN"/>
        </w:rPr>
        <w:t>　　1、幼儿常规有些松懈，个别幼儿注意力易分散；</w:t>
      </w:r>
      <w:r>
        <w:rPr>
          <w:lang w:eastAsia="zh-CN"/>
        </w:rPr>
        <w:br/>
      </w:r>
      <w:r>
        <w:rPr>
          <w:lang w:eastAsia="zh-CN"/>
        </w:rPr>
        <w:t>　　2、部分幼儿存在以自我为中心的思想，谦让分享精神不足；</w:t>
      </w:r>
      <w:r>
        <w:rPr>
          <w:lang w:eastAsia="zh-CN"/>
        </w:rPr>
        <w:br/>
      </w:r>
      <w:r>
        <w:rPr>
          <w:lang w:eastAsia="zh-CN"/>
        </w:rPr>
        <w:t>　　3、个别幼儿的自理潜力需进一步提高；</w:t>
      </w:r>
      <w:r>
        <w:rPr>
          <w:lang w:eastAsia="zh-CN"/>
        </w:rPr>
        <w:br/>
      </w:r>
      <w:r>
        <w:rPr>
          <w:lang w:eastAsia="zh-CN"/>
        </w:rPr>
        <w:t>　　4、一些幼儿自我表现意识需加强。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本学期我们将针对以上不足，对幼儿加强培养。我们以__市学前教育纲要、本园园务计划以及幼儿的实际状况为依据制订班务计划如下。</w:t>
      </w:r>
      <w:r>
        <w:rPr>
          <w:lang w:eastAsia="zh-CN"/>
        </w:rPr>
        <w:br/>
      </w:r>
      <w:r>
        <w:rPr>
          <w:lang w:eastAsia="zh-CN"/>
        </w:rPr>
        <w:t>　　一、教育工作</w:t>
      </w:r>
      <w:r>
        <w:rPr>
          <w:lang w:eastAsia="zh-CN"/>
        </w:rPr>
        <w:br/>
      </w:r>
      <w:r>
        <w:rPr>
          <w:lang w:eastAsia="zh-CN"/>
        </w:rPr>
        <w:t>　　语言：</w:t>
      </w:r>
      <w:r>
        <w:rPr>
          <w:lang w:eastAsia="zh-CN"/>
        </w:rPr>
        <w:br/>
      </w:r>
      <w:r>
        <w:rPr>
          <w:lang w:eastAsia="zh-CN"/>
        </w:rPr>
        <w:t>　　1、继续培养幼儿的倾听意识和倾听行为技能，使幼儿学会乐于并善于倾听。</w:t>
      </w:r>
      <w:r>
        <w:rPr>
          <w:lang w:eastAsia="zh-CN"/>
        </w:rPr>
        <w:br/>
      </w:r>
      <w:r>
        <w:rPr>
          <w:lang w:eastAsia="zh-CN"/>
        </w:rPr>
        <w:t>　　2、激发幼儿对口语表达的兴趣，帮忙幼儿正确、恰当地运用口头语言进行表达。</w:t>
      </w:r>
      <w:r>
        <w:rPr>
          <w:lang w:eastAsia="zh-CN"/>
        </w:rPr>
        <w:br/>
      </w:r>
      <w:r>
        <w:rPr>
          <w:lang w:eastAsia="zh-CN"/>
        </w:rPr>
        <w:t>　　3、继续了解图书的基本构成，养成爱护图书的习惯，能理解单页多幅画面与完整故事构成的关系。</w:t>
      </w:r>
      <w:r>
        <w:rPr>
          <w:lang w:eastAsia="zh-CN"/>
        </w:rPr>
        <w:br/>
      </w:r>
      <w:r>
        <w:rPr>
          <w:lang w:eastAsia="zh-CN"/>
        </w:rPr>
        <w:t>　　4、继续培养幼儿乐意与同伴交流，能大方地在群众面前说话、讲故事，声音响亮。</w:t>
      </w:r>
      <w:r>
        <w:rPr>
          <w:lang w:eastAsia="zh-CN"/>
        </w:rPr>
        <w:br/>
      </w:r>
      <w:r>
        <w:rPr>
          <w:lang w:eastAsia="zh-CN"/>
        </w:rPr>
        <w:t>　　艺术：</w:t>
      </w:r>
      <w:r>
        <w:rPr>
          <w:lang w:eastAsia="zh-CN"/>
        </w:rPr>
        <w:br/>
      </w:r>
      <w:r>
        <w:rPr>
          <w:lang w:eastAsia="zh-CN"/>
        </w:rPr>
        <w:t>　　1、透过歌唱、韵律活动、音乐欣赏和乐器演奏等音乐活动，培养幼儿言语的'、非言语的思维潜力、想象潜力和创造潜力。</w:t>
      </w:r>
      <w:r>
        <w:rPr>
          <w:lang w:eastAsia="zh-CN"/>
        </w:rPr>
        <w:br/>
      </w:r>
      <w:r>
        <w:rPr>
          <w:lang w:eastAsia="zh-CN"/>
        </w:rPr>
        <w:t>　　2、透过群众音乐活动中的自我表达和人际沟通、协调，引导幼儿体验音乐活动的乐趣，培养幼儿健全和谐的人格。</w:t>
      </w:r>
      <w:r>
        <w:rPr>
          <w:lang w:eastAsia="zh-CN"/>
        </w:rPr>
        <w:br/>
      </w:r>
      <w:r>
        <w:rPr>
          <w:lang w:eastAsia="zh-CN"/>
        </w:rPr>
        <w:t>　　3、能够构成一些初步的音乐舞蹈概念，明白如何从音乐、舞蹈活动中获取各种艺术和非艺术的经验。</w:t>
      </w:r>
      <w:r>
        <w:rPr>
          <w:lang w:eastAsia="zh-CN"/>
        </w:rPr>
        <w:br/>
      </w:r>
      <w:r>
        <w:rPr>
          <w:lang w:eastAsia="zh-CN"/>
        </w:rPr>
        <w:t>　　4、引导幼儿继续学习多种绘画的基本技能和方法，构成良好的绘画习惯，体验绘画活动的乐趣。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5、引导幼儿大胆运用线条、形状、色彩、构图初步进行创造性的表现，培养其绘画创造潜力和创造意识。</w:t>
      </w:r>
      <w:r>
        <w:rPr>
          <w:lang w:eastAsia="zh-CN"/>
        </w:rPr>
        <w:br/>
      </w:r>
      <w:r>
        <w:rPr>
          <w:lang w:eastAsia="zh-CN"/>
        </w:rPr>
        <w:t>　　6、帮忙幼儿在塑造和制作活动中发展小肌肉动作和手眼协调潜力，帮忙幼儿体验手工活动的欢乐，培养他们对手工制作的兴趣。</w:t>
      </w:r>
      <w:r>
        <w:rPr>
          <w:lang w:eastAsia="zh-CN"/>
        </w:rPr>
        <w:br/>
      </w:r>
      <w:r>
        <w:rPr>
          <w:lang w:eastAsia="zh-CN"/>
        </w:rPr>
        <w:t>　　科学：</w:t>
      </w:r>
      <w:r>
        <w:rPr>
          <w:lang w:eastAsia="zh-CN"/>
        </w:rPr>
        <w:br/>
      </w:r>
      <w:r>
        <w:rPr>
          <w:lang w:eastAsia="zh-CN"/>
        </w:rPr>
        <w:t>　　1、激发幼儿认识和探索环境中数量、形状等兴趣，是他们愿意并喜欢参加数学活动。</w:t>
      </w:r>
      <w:r>
        <w:rPr>
          <w:lang w:eastAsia="zh-CN"/>
        </w:rPr>
        <w:br/>
      </w:r>
      <w:r>
        <w:rPr>
          <w:lang w:eastAsia="zh-CN"/>
        </w:rPr>
        <w:t>　　2、观察、比较决定10以内的数量关系，逐步建立等量观念，运用已有的知识经验解决新问题，学习新知识，促进初步的推理和迁移潜力的发展。</w:t>
      </w:r>
      <w:r>
        <w:rPr>
          <w:lang w:eastAsia="zh-CN"/>
        </w:rPr>
        <w:br/>
      </w:r>
      <w:r>
        <w:rPr>
          <w:lang w:eastAsia="zh-CN"/>
        </w:rPr>
        <w:t>　　3、能听清楚教师的话，按要求进行活动，并学习按照要求检查自我的活动。</w:t>
      </w:r>
      <w:r>
        <w:rPr>
          <w:lang w:eastAsia="zh-CN"/>
        </w:rPr>
        <w:br/>
      </w:r>
      <w:r>
        <w:rPr>
          <w:lang w:eastAsia="zh-CN"/>
        </w:rPr>
        <w:t>　　4、能安静地倾听教师和同伴的讲话，学习讲述自我的操作活动过程和结果。</w:t>
      </w:r>
      <w:r>
        <w:rPr>
          <w:lang w:eastAsia="zh-CN"/>
        </w:rPr>
        <w:br/>
      </w:r>
      <w:r>
        <w:rPr>
          <w:lang w:eastAsia="zh-CN"/>
        </w:rPr>
        <w:t>　　5、帮忙幼儿学会综合运用各种感官感知事物特征，培养观察力，并学会用自我的语言描述自我的发现，与同伴、教师交流。</w:t>
      </w:r>
      <w:r>
        <w:rPr>
          <w:lang w:eastAsia="zh-CN"/>
        </w:rPr>
        <w:br/>
      </w:r>
      <w:r>
        <w:rPr>
          <w:lang w:eastAsia="zh-CN"/>
        </w:rPr>
        <w:t>　　6、培养幼儿关心、爱护植物和周围环境的情感与行为。</w:t>
      </w:r>
      <w:r>
        <w:rPr>
          <w:lang w:eastAsia="zh-CN"/>
        </w:rPr>
        <w:br/>
      </w:r>
      <w:r>
        <w:rPr>
          <w:lang w:eastAsia="zh-CN"/>
        </w:rPr>
        <w:t>　　7、激发幼儿对活动的兴趣和参与探索活动的愿望，用心主动地参与活动。</w:t>
      </w:r>
      <w:r>
        <w:rPr>
          <w:lang w:eastAsia="zh-CN"/>
        </w:rPr>
        <w:br/>
      </w:r>
      <w:r>
        <w:rPr>
          <w:lang w:eastAsia="zh-CN"/>
        </w:rPr>
        <w:t>　　8、保证幼儿能专心致志地感知操作与物体不断地相互作用。</w:t>
      </w:r>
      <w:r>
        <w:rPr>
          <w:lang w:eastAsia="zh-CN"/>
        </w:rPr>
        <w:br/>
      </w:r>
      <w:r>
        <w:rPr>
          <w:lang w:eastAsia="zh-CN"/>
        </w:rPr>
        <w:t>　　健康：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1、引导幼儿懂得一些简单的健康常识，构成健康安全的生活所需的行为习惯和态度，具有简单的生活自理潜力。</w:t>
      </w:r>
      <w:r>
        <w:rPr>
          <w:lang w:eastAsia="zh-CN"/>
        </w:rPr>
        <w:br/>
      </w:r>
      <w:r>
        <w:rPr>
          <w:lang w:eastAsia="zh-CN"/>
        </w:rPr>
        <w:t>　　2、培养幼儿乐意参加体育活动，用心进行力所能及的体育锻炼，体质不断增强。</w:t>
      </w:r>
      <w:r>
        <w:rPr>
          <w:lang w:eastAsia="zh-CN"/>
        </w:rPr>
        <w:br/>
      </w:r>
      <w:r>
        <w:rPr>
          <w:lang w:eastAsia="zh-CN"/>
        </w:rPr>
        <w:t>　　3、继续学习避开危险和应付意外事故的基本方法，明白不跟陌生人走。</w:t>
      </w:r>
      <w:r>
        <w:rPr>
          <w:lang w:eastAsia="zh-CN"/>
        </w:rPr>
        <w:br/>
      </w:r>
      <w:r>
        <w:rPr>
          <w:lang w:eastAsia="zh-CN"/>
        </w:rPr>
        <w:t>　　4、能按节奏上下肢协调地走、跑，能听信号变速走或跑；能走跑交替；能变化身体姿势或跨越低障碍物走；能绕过障碍物跑。</w:t>
      </w:r>
      <w:r>
        <w:rPr>
          <w:lang w:eastAsia="zh-CN"/>
        </w:rPr>
        <w:br/>
      </w:r>
      <w:r>
        <w:rPr>
          <w:lang w:eastAsia="zh-CN"/>
        </w:rPr>
        <w:t>　　5、能较熟练地听各种口令和信号做出相应的动作；能听信号较熟练地集合、分散，排成四路纵队；能随音乐节奏做徒手操和轻器械操。</w:t>
      </w:r>
      <w:r>
        <w:rPr>
          <w:lang w:eastAsia="zh-CN"/>
        </w:rPr>
        <w:br/>
      </w:r>
      <w:r>
        <w:rPr>
          <w:lang w:eastAsia="zh-CN"/>
        </w:rPr>
        <w:t>　　社会：</w:t>
      </w:r>
      <w:r>
        <w:rPr>
          <w:lang w:eastAsia="zh-CN"/>
        </w:rPr>
        <w:br/>
      </w:r>
      <w:r>
        <w:rPr>
          <w:lang w:eastAsia="zh-CN"/>
        </w:rPr>
        <w:t>　　1、关心周围的同伴和成人，爱亲人和长辈，愿意与人交往，有良好的交往习惯。</w:t>
      </w:r>
      <w:r>
        <w:rPr>
          <w:lang w:eastAsia="zh-CN"/>
        </w:rPr>
        <w:br/>
      </w:r>
      <w:r>
        <w:rPr>
          <w:lang w:eastAsia="zh-CN"/>
        </w:rPr>
        <w:t>　　2、了解自我的兴趣和愿望，学会大胆、有效地表达自我的愿望意见和创造力。</w:t>
      </w:r>
      <w:r>
        <w:rPr>
          <w:lang w:eastAsia="zh-CN"/>
        </w:rPr>
        <w:br/>
      </w:r>
      <w:r>
        <w:rPr>
          <w:lang w:eastAsia="zh-CN"/>
        </w:rPr>
        <w:t>　　3、继续学习与同伴友好交往与合作，学习如何处理与他人的冲突，学会谦让和分享。</w:t>
      </w:r>
      <w:r>
        <w:rPr>
          <w:lang w:eastAsia="zh-CN"/>
        </w:rPr>
        <w:br/>
      </w:r>
      <w:r>
        <w:rPr>
          <w:lang w:eastAsia="zh-CN"/>
        </w:rPr>
        <w:t>　　4、了解并能饯行活动规则和初步的社会生活规则。</w:t>
      </w:r>
      <w:r>
        <w:rPr>
          <w:lang w:eastAsia="zh-CN"/>
        </w:rPr>
        <w:br/>
      </w:r>
      <w:r>
        <w:rPr>
          <w:lang w:eastAsia="zh-CN"/>
        </w:rPr>
        <w:t>　　二、保育工作</w:t>
      </w:r>
      <w:r>
        <w:rPr>
          <w:lang w:eastAsia="zh-CN"/>
        </w:rPr>
        <w:br/>
      </w:r>
      <w:r>
        <w:rPr>
          <w:lang w:eastAsia="zh-CN"/>
        </w:rPr>
        <w:t>　　1、配合园方及保健教师做好禽流感的防治工作，确保幼儿的健康。</w:t>
      </w:r>
      <w:r>
        <w:rPr>
          <w:lang w:eastAsia="zh-CN"/>
        </w:rPr>
        <w:br/>
      </w:r>
      <w:r>
        <w:rPr>
          <w:lang w:eastAsia="zh-CN"/>
        </w:rPr>
        <w:t>　　2、配合保健教师做好晨检工作，把好晨检的第二道关。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3、做到经常开窗通风，持续教室空气流通。</w:t>
      </w:r>
      <w:r>
        <w:rPr>
          <w:lang w:eastAsia="zh-CN"/>
        </w:rPr>
        <w:br/>
      </w:r>
      <w:r>
        <w:rPr>
          <w:lang w:eastAsia="zh-CN"/>
        </w:rPr>
        <w:t>　　4、继续对幼儿加强安全教育，提高幼儿的自我保护潜力和意识。</w:t>
      </w:r>
      <w:r>
        <w:rPr>
          <w:lang w:eastAsia="zh-CN"/>
        </w:rPr>
        <w:br/>
      </w:r>
      <w:r>
        <w:rPr>
          <w:lang w:eastAsia="zh-CN"/>
        </w:rPr>
        <w:t>　　5、努力做好班级中肥胖幼儿与体弱幼儿的护理工作。</w:t>
      </w:r>
      <w:r>
        <w:rPr>
          <w:lang w:eastAsia="zh-CN"/>
        </w:rPr>
        <w:br/>
      </w:r>
      <w:r>
        <w:rPr>
          <w:lang w:eastAsia="zh-CN"/>
        </w:rPr>
        <w:t>　　三、家长工作</w:t>
      </w:r>
      <w:r>
        <w:rPr>
          <w:lang w:eastAsia="zh-CN"/>
        </w:rPr>
        <w:br/>
      </w:r>
      <w:r>
        <w:rPr>
          <w:lang w:eastAsia="zh-CN"/>
        </w:rPr>
        <w:t>　　1、_月份召开新学期家长会。</w:t>
      </w:r>
      <w:r>
        <w:rPr>
          <w:lang w:eastAsia="zh-CN"/>
        </w:rPr>
        <w:br/>
      </w:r>
      <w:r>
        <w:rPr>
          <w:lang w:eastAsia="zh-CN"/>
        </w:rPr>
        <w:t>　　2、保证与家长经常沟通，向家长用心宣传正面教育孩子的方法及科学育儿知识。</w:t>
      </w:r>
      <w:r>
        <w:rPr>
          <w:lang w:eastAsia="zh-CN"/>
        </w:rPr>
        <w:br/>
      </w:r>
      <w:r>
        <w:rPr>
          <w:lang w:eastAsia="zh-CN"/>
        </w:rPr>
        <w:t>　　3、请家长协助加强幼儿体育锻炼，增强体质，保证来园时间。</w:t>
      </w:r>
      <w:r>
        <w:rPr>
          <w:lang w:eastAsia="zh-CN"/>
        </w:rPr>
        <w:br/>
      </w:r>
      <w:r>
        <w:rPr>
          <w:lang w:eastAsia="zh-CN"/>
        </w:rPr>
        <w:t>　　四、环境布置</w:t>
      </w:r>
      <w:r>
        <w:rPr>
          <w:lang w:eastAsia="zh-CN"/>
        </w:rPr>
        <w:br/>
      </w:r>
      <w:r>
        <w:rPr>
          <w:lang w:eastAsia="zh-CN"/>
        </w:rPr>
        <w:t>　　1、墙面环境更新。</w:t>
      </w:r>
      <w:r>
        <w:rPr>
          <w:lang w:eastAsia="zh-CN"/>
        </w:rPr>
        <w:br/>
      </w:r>
      <w:r>
        <w:rPr>
          <w:lang w:eastAsia="zh-CN"/>
        </w:rPr>
        <w:t>　　2、更新家园之窗。</w:t>
      </w:r>
      <w:r>
        <w:rPr>
          <w:lang w:eastAsia="zh-CN"/>
        </w:rPr>
        <w:br/>
      </w:r>
      <w:r>
        <w:rPr>
          <w:lang w:eastAsia="zh-CN"/>
        </w:rPr>
        <w:t>　　3、创设与教学活动相适的环境。</w:t>
      </w:r>
      <w:r>
        <w:rPr>
          <w:lang w:eastAsia="zh-CN"/>
        </w:rPr>
        <w:br/>
      </w:r>
      <w:r>
        <w:rPr>
          <w:lang w:eastAsia="zh-CN"/>
        </w:rPr>
        <w:t>　　4、大活动的环境布置。</w:t>
      </w:r>
      <w:r>
        <w:rPr>
          <w:lang w:eastAsia="zh-CN"/>
        </w:rPr>
        <w:br/>
      </w:r>
      <w:r>
        <w:rPr>
          <w:lang w:eastAsia="zh-CN"/>
        </w:rPr>
        <w:t>　　以上是我们班本学期的工作计划，期望透过实施，使幼儿在各方面潜力有所提高，健康愉快地成长。</w:t>
      </w:r>
      <w:r>
        <w:rPr>
          <w:lang w:eastAsia="zh-CN"/>
        </w:rPr>
        <w:br/>
      </w:r>
      <w:r>
        <w:rPr>
          <w:lang w:eastAsia="zh-CN"/>
        </w:rPr>
        <w:t xml:space="preserve">    幼儿园开学教研工作计划 篇10 </w:t>
      </w:r>
      <w:r>
        <w:rPr>
          <w:lang w:eastAsia="zh-CN"/>
        </w:rPr>
        <w:br/>
      </w:r>
      <w:r>
        <w:rPr>
          <w:lang w:eastAsia="zh-CN"/>
        </w:rPr>
        <w:t>　　1、在幼儿园大门、网站等处张贴开学通告，方便家长及时到银行缴纳本学期学费，班主任收费注意小票的保管并及时交财务。</w:t>
      </w:r>
      <w:r>
        <w:rPr>
          <w:lang w:eastAsia="zh-CN"/>
        </w:rPr>
        <w:br/>
      </w:r>
      <w:r>
        <w:rPr>
          <w:lang w:eastAsia="zh-CN"/>
        </w:rPr>
        <w:t>　　2、全园大扫除，对幼儿用品、餐具、玩具等进行消毒，为新学期开学做好后勤保障工作。</w:t>
      </w:r>
      <w:r>
        <w:rPr>
          <w:lang w:eastAsia="zh-CN"/>
        </w:rPr>
        <w:br/>
      </w:r>
      <w:r>
        <w:rPr>
          <w:lang w:eastAsia="zh-CN"/>
        </w:rPr>
        <w:t>　　3、总务负责新学期各类物品添置统计与采购工作。</w:t>
      </w:r>
      <w:r>
        <w:rPr>
          <w:lang w:eastAsia="zh-CN"/>
        </w:rPr>
        <w:br/>
      </w:r>
      <w:r>
        <w:rPr>
          <w:lang w:eastAsia="zh-CN"/>
        </w:rPr>
        <w:t>　　4、各班级做好校园宣传资料的发放工作。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5、做好本学期第一期橱窗。</w:t>
      </w:r>
      <w:r>
        <w:rPr>
          <w:lang w:eastAsia="zh-CN"/>
        </w:rPr>
        <w:br/>
      </w:r>
      <w:r>
        <w:rPr>
          <w:lang w:eastAsia="zh-CN"/>
        </w:rPr>
        <w:t>　　6、各班进行各类计划的制定，进行第一周的群众备课、主题审议，并完成主题一家长栏和墙板布置。</w:t>
      </w:r>
      <w:r>
        <w:rPr>
          <w:lang w:eastAsia="zh-CN"/>
        </w:rPr>
        <w:br/>
      </w:r>
      <w:r>
        <w:rPr>
          <w:lang w:eastAsia="zh-CN"/>
        </w:rPr>
        <w:t>　　7、做好教材教具分发与整理工作。</w:t>
      </w:r>
      <w:r>
        <w:rPr>
          <w:lang w:eastAsia="zh-CN"/>
        </w:rPr>
        <w:br/>
      </w:r>
      <w:r>
        <w:rPr>
          <w:lang w:eastAsia="zh-CN"/>
        </w:rPr>
        <w:t>　　8、高度重视校园安全工作。各园对幼儿园的设施设备进行一次安全检查，对幼儿进行安全教育。</w:t>
      </w:r>
      <w:r>
        <w:rPr>
          <w:lang w:eastAsia="zh-CN"/>
        </w:rPr>
        <w:br/>
      </w:r>
      <w:r>
        <w:rPr>
          <w:lang w:eastAsia="zh-CN"/>
        </w:rPr>
        <w:t>　　9、统计各班幼儿流动状况，安排好各班幼儿就读事项。</w:t>
      </w:r>
      <w:r>
        <w:rPr>
          <w:lang w:eastAsia="zh-CN"/>
        </w:rPr>
        <w:br/>
      </w:r>
      <w:r>
        <w:rPr>
          <w:lang w:eastAsia="zh-CN"/>
        </w:rPr>
        <w:t>　　10、各班调整好环境布置工作。</w:t>
      </w:r>
      <w:r>
        <w:rPr>
          <w:lang w:eastAsia="zh-CN"/>
        </w:rPr>
        <w:br/>
      </w:r>
      <w:r>
        <w:rPr>
          <w:lang w:eastAsia="zh-CN"/>
        </w:rPr>
        <w:t>　　未尽事宜，另行通知。</w:t>
      </w:r>
      <w:r>
        <w:rPr>
          <w:lang w:eastAsia="zh-CN"/>
        </w:rPr>
        <w:br/>
      </w:r>
      <w:r>
        <w:rPr>
          <w:lang w:eastAsia="zh-CN"/>
        </w:rPr>
        <w:t xml:space="preserve">    幼儿园开学教研工作计划 篇11 </w:t>
      </w:r>
      <w:r>
        <w:rPr>
          <w:lang w:eastAsia="zh-CN"/>
        </w:rPr>
        <w:br/>
      </w:r>
      <w:r>
        <w:rPr>
          <w:lang w:eastAsia="zh-CN"/>
        </w:rPr>
        <w:t>　　一.班级情况的分析：</w:t>
      </w:r>
      <w:r>
        <w:rPr>
          <w:lang w:eastAsia="zh-CN"/>
        </w:rPr>
        <w:br/>
      </w:r>
      <w:r>
        <w:rPr>
          <w:lang w:eastAsia="zh-CN"/>
        </w:rPr>
        <w:t>　　在中国百年奥运会刚刚落下帷幕的金秋，我们育红幼儿园又迎来了一批活泼、可爱的新小班小朋友。我们是小蒙三班，是一个全新的班.体。作为老师，面对全新的幼儿、全新的家长，深感责任重大。</w:t>
      </w:r>
      <w:r>
        <w:rPr>
          <w:lang w:eastAsia="zh-CN"/>
        </w:rPr>
        <w:br/>
      </w:r>
      <w:r>
        <w:rPr>
          <w:lang w:eastAsia="zh-CN"/>
        </w:rPr>
        <w:t>　　（一）、幼儿情况的分析：</w:t>
      </w:r>
      <w:r>
        <w:rPr>
          <w:lang w:eastAsia="zh-CN"/>
        </w:rPr>
        <w:br/>
      </w:r>
      <w:r>
        <w:rPr>
          <w:lang w:eastAsia="zh-CN"/>
        </w:rPr>
        <w:t>　　1.男女比例不均衡</w:t>
      </w:r>
      <w:r>
        <w:rPr>
          <w:lang w:eastAsia="zh-CN"/>
        </w:rPr>
        <w:br/>
      </w:r>
      <w:r>
        <w:rPr>
          <w:lang w:eastAsia="zh-CN"/>
        </w:rPr>
        <w:t>　　我班共有幼儿23名，其中女孩9名，男孩14名。男孩多，女孩少。男孩天性活泼、好动，这会给班级的常规工作带来一定的难度。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2.有部分幼儿未上过幼儿园，他们初次从家庭走入幼儿园，需要适应新的环境、新的伙伴、新的生活的。在情绪上可能波动很大，需要老师更加耐心的引导，帮助他们尽快适应.体生活的。</w:t>
      </w:r>
      <w:r>
        <w:rPr>
          <w:lang w:eastAsia="zh-CN"/>
        </w:rPr>
        <w:br/>
      </w:r>
      <w:r>
        <w:rPr>
          <w:lang w:eastAsia="zh-CN"/>
        </w:rPr>
        <w:t>　　3.由于幼儿大多是祖辈带的较多，这些孩子比较娇气、霸道，教师要引导幼儿在幼儿园逐步克服这些不良习惯尤为重要。</w:t>
      </w:r>
      <w:r>
        <w:rPr>
          <w:lang w:eastAsia="zh-CN"/>
        </w:rPr>
        <w:br/>
      </w:r>
      <w:r>
        <w:rPr>
          <w:lang w:eastAsia="zh-CN"/>
        </w:rPr>
        <w:t>　　（二）、家庭情况的分析：</w:t>
      </w:r>
      <w:r>
        <w:rPr>
          <w:lang w:eastAsia="zh-CN"/>
        </w:rPr>
        <w:br/>
      </w:r>
      <w:r>
        <w:rPr>
          <w:lang w:eastAsia="zh-CN"/>
        </w:rPr>
        <w:t>　　1.家长期望高：</w:t>
      </w:r>
      <w:r>
        <w:rPr>
          <w:lang w:eastAsia="zh-CN"/>
        </w:rPr>
        <w:br/>
      </w:r>
      <w:r>
        <w:rPr>
          <w:lang w:eastAsia="zh-CN"/>
        </w:rPr>
        <w:t>　　我园是省一类幼儿园，我们班级又是蒙氏特色教学班，家长对我们的工作给予很大期望。因此，我们的工作只能精益求精，不能让家长失望。</w:t>
      </w:r>
      <w:r>
        <w:rPr>
          <w:lang w:eastAsia="zh-CN"/>
        </w:rPr>
        <w:br/>
      </w:r>
      <w:r>
        <w:rPr>
          <w:lang w:eastAsia="zh-CN"/>
        </w:rPr>
        <w:t>　　2.通过学期初的家访工作，发现我班个别幼儿吃饭较慢，体质弱，容易出虚汗。这些都提醒我们老师要更好的安排幼儿在园的生活的，更加细致的观察幼儿的表现，注意幼儿的活动量，避免引发相关疾病。</w:t>
      </w:r>
      <w:r>
        <w:rPr>
          <w:lang w:eastAsia="zh-CN"/>
        </w:rPr>
        <w:br/>
      </w:r>
      <w:r>
        <w:rPr>
          <w:lang w:eastAsia="zh-CN"/>
        </w:rPr>
        <w:t>　　（三）、班级工作人员情况的分析：</w:t>
      </w:r>
      <w:r>
        <w:rPr>
          <w:lang w:eastAsia="zh-CN"/>
        </w:rPr>
        <w:br/>
      </w:r>
      <w:r>
        <w:rPr>
          <w:lang w:eastAsia="zh-CN"/>
        </w:rPr>
        <w:t>　　我班共有两位教师和一名保育阿姨。我们对幼儿都非常的的有爱心和耐心。李老师担任计算、美术、社会的教学。黄老师担任语言、音乐、健康的教学。保育阿姨主要担任班级的卫生和幼儿的保育工作。我们三位将同心协力，让每一个孩子在我们这个大家庭里快乐、健康的成长。</w:t>
      </w:r>
      <w:r>
        <w:rPr>
          <w:lang w:eastAsia="zh-CN"/>
        </w:rPr>
        <w:br/>
      </w:r>
      <w:r>
        <w:rPr>
          <w:lang w:eastAsia="zh-CN"/>
        </w:rPr>
        <w:t>　　二、班级常规工作：</w:t>
      </w:r>
      <w:r>
        <w:rPr>
          <w:lang w:eastAsia="zh-CN"/>
        </w:rPr>
        <w:br/>
      </w:r>
      <w:r>
        <w:rPr>
          <w:lang w:eastAsia="zh-CN"/>
        </w:rPr>
        <w:t>　　1..取“以大带小”的方式让幼儿尽快适应幼儿园的.体生活的。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2.坚持正面教育。我们的教育以表扬为主，多树立榜样，多鼓励、引导。但不忽视孩子的不良倾向，发现问题及时处理，帮助幼儿形成是非概念。</w:t>
      </w:r>
      <w:r>
        <w:rPr>
          <w:lang w:eastAsia="zh-CN"/>
        </w:rPr>
        <w:br/>
      </w:r>
      <w:r>
        <w:rPr>
          <w:lang w:eastAsia="zh-CN"/>
        </w:rPr>
        <w:t>　　3.善于发现和把握教育契机，将常规教育贯穿于幼儿一日活动中。</w:t>
      </w:r>
      <w:r>
        <w:rPr>
          <w:lang w:eastAsia="zh-CN"/>
        </w:rPr>
        <w:br/>
      </w:r>
      <w:r>
        <w:rPr>
          <w:lang w:eastAsia="zh-CN"/>
        </w:rPr>
        <w:t>　　4.科学合.的安排和组织幼儿一日生活的，力求一日生活的各个环节紧凑、有序。</w:t>
      </w:r>
      <w:r>
        <w:rPr>
          <w:lang w:eastAsia="zh-CN"/>
        </w:rPr>
        <w:br/>
      </w:r>
      <w:r>
        <w:rPr>
          <w:lang w:eastAsia="zh-CN"/>
        </w:rPr>
        <w:t>　　三、生活的护.与卫生保健：</w:t>
      </w:r>
      <w:r>
        <w:rPr>
          <w:lang w:eastAsia="zh-CN"/>
        </w:rPr>
        <w:br/>
      </w:r>
      <w:r>
        <w:rPr>
          <w:lang w:eastAsia="zh-CN"/>
        </w:rPr>
        <w:t>　　（一）生活的护.：</w:t>
      </w:r>
      <w:r>
        <w:rPr>
          <w:lang w:eastAsia="zh-CN"/>
        </w:rPr>
        <w:br/>
      </w:r>
      <w:r>
        <w:rPr>
          <w:lang w:eastAsia="zh-CN"/>
        </w:rPr>
        <w:t>　　1.根据天气变化，及时为幼儿增添衣物。</w:t>
      </w:r>
      <w:r>
        <w:rPr>
          <w:lang w:eastAsia="zh-CN"/>
        </w:rPr>
        <w:br/>
      </w:r>
      <w:r>
        <w:rPr>
          <w:lang w:eastAsia="zh-CN"/>
        </w:rPr>
        <w:t>　　2.午睡时，教师巡回检查，及时为幼儿盖好被子，防止幼儿感冒、受凉。</w:t>
      </w:r>
      <w:r>
        <w:rPr>
          <w:lang w:eastAsia="zh-CN"/>
        </w:rPr>
        <w:br/>
      </w:r>
      <w:r>
        <w:rPr>
          <w:lang w:eastAsia="zh-CN"/>
        </w:rPr>
        <w:t>　　3.保证每天有充足的活动量和活动时间。</w:t>
      </w:r>
      <w:r>
        <w:rPr>
          <w:lang w:eastAsia="zh-CN"/>
        </w:rPr>
        <w:br/>
      </w:r>
      <w:r>
        <w:rPr>
          <w:lang w:eastAsia="zh-CN"/>
        </w:rPr>
        <w:t>　　4.保证幼儿每天有充足的饮水量。</w:t>
      </w:r>
      <w:r>
        <w:rPr>
          <w:lang w:eastAsia="zh-CN"/>
        </w:rPr>
        <w:br/>
      </w:r>
      <w:r>
        <w:rPr>
          <w:lang w:eastAsia="zh-CN"/>
        </w:rPr>
        <w:t>　　5.按时按量给生病的幼儿喂药。</w:t>
      </w:r>
      <w:r>
        <w:rPr>
          <w:lang w:eastAsia="zh-CN"/>
        </w:rPr>
        <w:br/>
      </w:r>
      <w:r>
        <w:rPr>
          <w:lang w:eastAsia="zh-CN"/>
        </w:rPr>
        <w:t>　　6.鼓励幼儿自己吃饭。提醒他们细嚼慢咽，帮助他们纠正不良饮食习惯。</w:t>
      </w:r>
      <w:r>
        <w:rPr>
          <w:lang w:eastAsia="zh-CN"/>
        </w:rPr>
        <w:br/>
      </w:r>
      <w:r>
        <w:rPr>
          <w:lang w:eastAsia="zh-CN"/>
        </w:rPr>
        <w:t>　　（二）、卫生保健：</w:t>
      </w:r>
      <w:r>
        <w:rPr>
          <w:lang w:eastAsia="zh-CN"/>
        </w:rPr>
        <w:br/>
      </w:r>
      <w:r>
        <w:rPr>
          <w:lang w:eastAsia="zh-CN"/>
        </w:rPr>
        <w:t>　　1.良好习惯的形成：</w:t>
      </w:r>
      <w:r>
        <w:rPr>
          <w:lang w:eastAsia="zh-CN"/>
        </w:rPr>
        <w:br/>
      </w:r>
      <w:r>
        <w:rPr>
          <w:lang w:eastAsia="zh-CN"/>
        </w:rPr>
        <w:t>　　教幼儿正确的洗手，安静进餐，不挑食，保持桌面干净，不乱扔垃圾等。</w:t>
      </w:r>
      <w:r>
        <w:rPr>
          <w:lang w:eastAsia="zh-CN"/>
        </w:rPr>
        <w:br/>
      </w:r>
      <w:r>
        <w:rPr>
          <w:lang w:eastAsia="zh-CN"/>
        </w:rPr>
        <w:t>　　2.良好生活的环境的创设：</w:t>
      </w:r>
      <w:r>
        <w:rPr>
          <w:lang w:eastAsia="zh-CN"/>
        </w:rPr>
        <w:br/>
      </w:r>
      <w:r>
        <w:rPr>
          <w:lang w:eastAsia="zh-CN"/>
        </w:rPr>
        <w:t>　　坚持教玩具、班级、午睡室、毛巾的定期消毒等。</w:t>
      </w:r>
      <w:r>
        <w:rPr>
          <w:lang w:eastAsia="zh-CN"/>
        </w:rPr>
        <w:br/>
      </w:r>
      <w:r>
        <w:rPr>
          <w:lang w:eastAsia="zh-CN"/>
        </w:rPr>
        <w:t>　　3.疾病的预防和处理：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配合保健老师作好幼儿的保健工作。及时向家长反映幼儿在园的精神面貌。</w:t>
      </w:r>
      <w:r>
        <w:rPr>
          <w:lang w:eastAsia="zh-CN"/>
        </w:rPr>
        <w:br/>
      </w:r>
      <w:r>
        <w:rPr>
          <w:lang w:eastAsia="zh-CN"/>
        </w:rPr>
        <w:t>　　四、家长工作：</w:t>
      </w:r>
      <w:r>
        <w:rPr>
          <w:lang w:eastAsia="zh-CN"/>
        </w:rPr>
        <w:br/>
      </w:r>
      <w:r>
        <w:rPr>
          <w:lang w:eastAsia="zh-CN"/>
        </w:rPr>
        <w:t>　　1.家访：开学前，本班教师对每一位新生进行家访，了解、熟悉幼儿情况的，并与家长进行更加深入的交流与沟通。</w:t>
      </w:r>
      <w:r>
        <w:rPr>
          <w:lang w:eastAsia="zh-CN"/>
        </w:rPr>
        <w:br/>
      </w:r>
      <w:r>
        <w:rPr>
          <w:lang w:eastAsia="zh-CN"/>
        </w:rPr>
        <w:t>　　2.随机交流：利用入园、离园时间与家长客观反映幼儿在园表现，与家长共同探讨配合解决。</w:t>
      </w:r>
      <w:r>
        <w:rPr>
          <w:lang w:eastAsia="zh-CN"/>
        </w:rPr>
        <w:br/>
      </w:r>
      <w:r>
        <w:rPr>
          <w:lang w:eastAsia="zh-CN"/>
        </w:rPr>
        <w:t>　　3.利用“家长园地”橱窗，向家长推荐有关家教等方面优秀文章，引导家长关注新的教育观念。</w:t>
      </w:r>
      <w:r>
        <w:rPr>
          <w:lang w:eastAsia="zh-CN"/>
        </w:rPr>
        <w:br/>
      </w:r>
      <w:r>
        <w:rPr>
          <w:lang w:eastAsia="zh-CN"/>
        </w:rPr>
        <w:t>　　4.召开家长会。利用每个学期两次的家长会向家长介绍班级工作重点和班级工作总结。</w:t>
      </w:r>
      <w:r>
        <w:rPr>
          <w:lang w:eastAsia="zh-CN"/>
        </w:rPr>
        <w:br/>
      </w:r>
      <w:r>
        <w:rPr>
          <w:lang w:eastAsia="zh-CN"/>
        </w:rPr>
        <w:t>　　5.利用家长开放日活动，鼓励家长来园参与了解自己的孩子在园的表现，更好的配合幼儿园的教育。</w:t>
      </w:r>
      <w:r>
        <w:rPr>
          <w:lang w:eastAsia="zh-CN"/>
        </w:rPr>
        <w:br/>
      </w:r>
      <w:r>
        <w:rPr>
          <w:lang w:eastAsia="zh-CN"/>
        </w:rPr>
        <w:t>　　6.定期开展家长学校讲座，让家长学习一些育儿经验和有关保健方面的知识。</w:t>
      </w:r>
      <w:r>
        <w:rPr>
          <w:lang w:eastAsia="zh-CN"/>
        </w:rPr>
        <w:br/>
      </w:r>
      <w:r>
        <w:rPr>
          <w:lang w:eastAsia="zh-CN"/>
        </w:rPr>
        <w:t>　　五、班级活动：</w:t>
      </w:r>
      <w:r>
        <w:rPr>
          <w:lang w:eastAsia="zh-CN"/>
        </w:rPr>
        <w:br/>
      </w:r>
      <w:r>
        <w:rPr>
          <w:lang w:eastAsia="zh-CN"/>
        </w:rPr>
        <w:t>　　九月份：</w:t>
      </w:r>
      <w:r>
        <w:rPr>
          <w:lang w:eastAsia="zh-CN"/>
        </w:rPr>
        <w:br/>
      </w:r>
      <w:r>
        <w:rPr>
          <w:lang w:eastAsia="zh-CN"/>
        </w:rPr>
        <w:t>　　1.欢迎新生入园。</w:t>
      </w:r>
      <w:r>
        <w:rPr>
          <w:lang w:eastAsia="zh-CN"/>
        </w:rPr>
        <w:br/>
      </w:r>
      <w:r>
        <w:rPr>
          <w:lang w:eastAsia="zh-CN"/>
        </w:rPr>
        <w:t>　　2.提醒家长为幼儿带有关用具。</w:t>
      </w:r>
      <w:r>
        <w:rPr>
          <w:lang w:eastAsia="zh-CN"/>
        </w:rPr>
        <w:br/>
      </w:r>
      <w:r>
        <w:rPr>
          <w:lang w:eastAsia="zh-CN"/>
        </w:rPr>
        <w:t>　　3.学期初的家长会。</w:t>
      </w:r>
      <w:r>
        <w:rPr>
          <w:lang w:eastAsia="zh-CN"/>
        </w:rPr>
        <w:br/>
      </w:r>
      <w:r>
        <w:rPr>
          <w:lang w:eastAsia="zh-CN"/>
        </w:rPr>
        <w:t>　　4.摆设蒙似教具，向幼儿规范要求，初步开展生活的常规工作。</w:t>
      </w:r>
      <w:r>
        <w:rPr>
          <w:lang w:eastAsia="zh-CN"/>
        </w:rPr>
        <w:br/>
      </w:r>
      <w:r>
        <w:rPr>
          <w:lang w:eastAsia="zh-CN"/>
        </w:rPr>
        <w:t>　　十月份：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1.迎“国庆”幼儿早操表演。</w:t>
      </w:r>
      <w:r>
        <w:rPr>
          <w:lang w:eastAsia="zh-CN"/>
        </w:rPr>
        <w:br/>
      </w:r>
      <w:r>
        <w:rPr>
          <w:lang w:eastAsia="zh-CN"/>
        </w:rPr>
        <w:t>　　2.班级进行环境创设。</w:t>
      </w:r>
      <w:r>
        <w:rPr>
          <w:lang w:eastAsia="zh-CN"/>
        </w:rPr>
        <w:br/>
      </w:r>
      <w:r>
        <w:rPr>
          <w:lang w:eastAsia="zh-CN"/>
        </w:rPr>
        <w:t>　　3.练习拍球。</w:t>
      </w:r>
      <w:r>
        <w:rPr>
          <w:lang w:eastAsia="zh-CN"/>
        </w:rPr>
        <w:br/>
      </w:r>
      <w:r>
        <w:rPr>
          <w:lang w:eastAsia="zh-CN"/>
        </w:rPr>
        <w:t>　　4.蒙氏月工作总结。</w:t>
      </w:r>
      <w:r>
        <w:rPr>
          <w:lang w:eastAsia="zh-CN"/>
        </w:rPr>
        <w:br/>
      </w:r>
      <w:r>
        <w:rPr>
          <w:lang w:eastAsia="zh-CN"/>
        </w:rPr>
        <w:t>　　十一月份：</w:t>
      </w:r>
      <w:r>
        <w:rPr>
          <w:lang w:eastAsia="zh-CN"/>
        </w:rPr>
        <w:br/>
      </w:r>
      <w:r>
        <w:rPr>
          <w:lang w:eastAsia="zh-CN"/>
        </w:rPr>
        <w:t>　　1.班级环境创设。</w:t>
      </w:r>
      <w:r>
        <w:rPr>
          <w:lang w:eastAsia="zh-CN"/>
        </w:rPr>
        <w:br/>
      </w:r>
      <w:r>
        <w:rPr>
          <w:lang w:eastAsia="zh-CN"/>
        </w:rPr>
        <w:t>　　2.秋游活动。</w:t>
      </w:r>
      <w:r>
        <w:rPr>
          <w:lang w:eastAsia="zh-CN"/>
        </w:rPr>
        <w:br/>
      </w:r>
      <w:r>
        <w:rPr>
          <w:lang w:eastAsia="zh-CN"/>
        </w:rPr>
        <w:t>　　3.家长开放日活动。</w:t>
      </w:r>
      <w:r>
        <w:rPr>
          <w:lang w:eastAsia="zh-CN"/>
        </w:rPr>
        <w:br/>
      </w:r>
      <w:r>
        <w:rPr>
          <w:lang w:eastAsia="zh-CN"/>
        </w:rPr>
        <w:t>　　4.幼儿生活的自.技能比赛。</w:t>
      </w:r>
      <w:r>
        <w:rPr>
          <w:lang w:eastAsia="zh-CN"/>
        </w:rPr>
        <w:br/>
      </w:r>
      <w:r>
        <w:rPr>
          <w:lang w:eastAsia="zh-CN"/>
        </w:rPr>
        <w:t>　　5.蒙氏月工作总结。</w:t>
      </w:r>
      <w:r>
        <w:rPr>
          <w:lang w:eastAsia="zh-CN"/>
        </w:rPr>
        <w:br/>
      </w:r>
      <w:r>
        <w:rPr>
          <w:lang w:eastAsia="zh-CN"/>
        </w:rPr>
        <w:t>　　十二月份：</w:t>
      </w:r>
      <w:r>
        <w:rPr>
          <w:lang w:eastAsia="zh-CN"/>
        </w:rPr>
        <w:br/>
      </w:r>
      <w:r>
        <w:rPr>
          <w:lang w:eastAsia="zh-CN"/>
        </w:rPr>
        <w:t>　　1.班级环境创设。</w:t>
      </w:r>
      <w:r>
        <w:rPr>
          <w:lang w:eastAsia="zh-CN"/>
        </w:rPr>
        <w:br/>
      </w:r>
      <w:r>
        <w:rPr>
          <w:lang w:eastAsia="zh-CN"/>
        </w:rPr>
        <w:t>　　2.家长学校讲座。</w:t>
      </w:r>
      <w:r>
        <w:rPr>
          <w:lang w:eastAsia="zh-CN"/>
        </w:rPr>
        <w:br/>
      </w:r>
      <w:r>
        <w:rPr>
          <w:lang w:eastAsia="zh-CN"/>
        </w:rPr>
        <w:t>　　3.“迎新年”游园活动。</w:t>
      </w:r>
      <w:r>
        <w:rPr>
          <w:lang w:eastAsia="zh-CN"/>
        </w:rPr>
        <w:br/>
      </w:r>
      <w:r>
        <w:rPr>
          <w:lang w:eastAsia="zh-CN"/>
        </w:rPr>
        <w:t>　　4.蒙氏月工作总结</w:t>
      </w:r>
      <w:r>
        <w:rPr>
          <w:lang w:eastAsia="zh-CN"/>
        </w:rPr>
        <w:br/>
      </w:r>
      <w:r>
        <w:rPr>
          <w:lang w:eastAsia="zh-CN"/>
        </w:rPr>
        <w:t>　　一月份：</w:t>
      </w:r>
      <w:r>
        <w:rPr>
          <w:lang w:eastAsia="zh-CN"/>
        </w:rPr>
        <w:br/>
      </w:r>
      <w:r>
        <w:rPr>
          <w:lang w:eastAsia="zh-CN"/>
        </w:rPr>
        <w:t>　　1.学期结束工作。</w:t>
      </w:r>
      <w:r>
        <w:rPr>
          <w:lang w:eastAsia="zh-CN"/>
        </w:rPr>
        <w:br/>
      </w:r>
      <w:r>
        <w:rPr>
          <w:lang w:eastAsia="zh-CN"/>
        </w:rPr>
        <w:t>　　2.蒙氏教具的..。</w:t>
      </w:r>
      <w:r>
        <w:rPr>
          <w:lang w:eastAsia="zh-CN"/>
        </w:rPr>
        <w:br/>
      </w:r>
      <w:r>
        <w:rPr>
          <w:lang w:eastAsia="zh-CN"/>
        </w:rPr>
        <w:t xml:space="preserve">    幼儿园开学教研工作计划 篇12 </w:t>
      </w:r>
      <w:r>
        <w:rPr>
          <w:lang w:eastAsia="zh-CN"/>
        </w:rPr>
        <w:br/>
      </w:r>
      <w:r>
        <w:rPr>
          <w:lang w:eastAsia="zh-CN"/>
        </w:rPr>
        <w:t>　　一、教学目标</w:t>
      </w:r>
      <w:r>
        <w:rPr>
          <w:lang w:eastAsia="zh-CN"/>
        </w:rPr>
        <w:br/>
      </w:r>
      <w:r>
        <w:rPr>
          <w:lang w:eastAsia="zh-CN"/>
        </w:rPr>
        <w:t>　　1、能够用“我喜欢我自己，因为我会……”讲述自己的优点。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2、发准近似音“鼠、虎、树”，能口齿清晰地朗诵绕口令，并在熟练的基础上加快朗诵的速度。认识字词：松鼠、老虎、树。</w:t>
      </w:r>
      <w:r>
        <w:rPr>
          <w:lang w:eastAsia="zh-CN"/>
        </w:rPr>
        <w:br/>
      </w:r>
      <w:r>
        <w:rPr>
          <w:lang w:eastAsia="zh-CN"/>
        </w:rPr>
        <w:t>　　3、能正确认读、书写数字1~5，根据字形进行联想。</w:t>
      </w:r>
      <w:r>
        <w:rPr>
          <w:lang w:eastAsia="zh-CN"/>
        </w:rPr>
        <w:br/>
      </w:r>
      <w:r>
        <w:rPr>
          <w:lang w:eastAsia="zh-CN"/>
        </w:rPr>
        <w:t>　　4、学习新学期晨间操。</w:t>
      </w:r>
      <w:r>
        <w:rPr>
          <w:lang w:eastAsia="zh-CN"/>
        </w:rPr>
        <w:br/>
      </w:r>
      <w:r>
        <w:rPr>
          <w:lang w:eastAsia="zh-CN"/>
        </w:rPr>
        <w:t>　　二、行为习惯的培养</w:t>
      </w:r>
      <w:r>
        <w:rPr>
          <w:lang w:eastAsia="zh-CN"/>
        </w:rPr>
        <w:br/>
      </w:r>
      <w:r>
        <w:rPr>
          <w:lang w:eastAsia="zh-CN"/>
        </w:rPr>
        <w:t>　　1、生活习惯：知道自己长大了，自己的事应该自己做，愿意展示自己独立做事的技能。</w:t>
      </w:r>
      <w:r>
        <w:rPr>
          <w:lang w:eastAsia="zh-CN"/>
        </w:rPr>
        <w:br/>
      </w:r>
      <w:r>
        <w:rPr>
          <w:lang w:eastAsia="zh-CN"/>
        </w:rPr>
        <w:t>　　2、学习习惯：</w:t>
      </w:r>
      <w:r>
        <w:rPr>
          <w:lang w:eastAsia="zh-CN"/>
        </w:rPr>
        <w:br/>
      </w:r>
      <w:r>
        <w:rPr>
          <w:lang w:eastAsia="zh-CN"/>
        </w:rPr>
        <w:t>　　（1）坚持每天按时入园，能独自完成作业。</w:t>
      </w:r>
      <w:r>
        <w:rPr>
          <w:lang w:eastAsia="zh-CN"/>
        </w:rPr>
        <w:br/>
      </w:r>
      <w:r>
        <w:rPr>
          <w:lang w:eastAsia="zh-CN"/>
        </w:rPr>
        <w:t>　　（2）学会整理自己的书包，保管好自己的学习用品。</w:t>
      </w:r>
      <w:r>
        <w:rPr>
          <w:lang w:eastAsia="zh-CN"/>
        </w:rPr>
        <w:br/>
      </w:r>
      <w:r>
        <w:rPr>
          <w:lang w:eastAsia="zh-CN"/>
        </w:rPr>
        <w:t>　　（3）能积极地参与集体活动，体验成功的喜悦。</w:t>
      </w:r>
      <w:r>
        <w:rPr>
          <w:lang w:eastAsia="zh-CN"/>
        </w:rPr>
        <w:br/>
      </w:r>
      <w:r>
        <w:rPr>
          <w:lang w:eastAsia="zh-CN"/>
        </w:rPr>
        <w:t>　　3、游戏习惯：</w:t>
      </w:r>
      <w:r>
        <w:rPr>
          <w:lang w:eastAsia="zh-CN"/>
        </w:rPr>
        <w:br/>
      </w:r>
      <w:r>
        <w:rPr>
          <w:lang w:eastAsia="zh-CN"/>
        </w:rPr>
        <w:t>　　（1）能自己的意愿选择游戏活动，按自己的方式游戏。</w:t>
      </w:r>
      <w:r>
        <w:rPr>
          <w:lang w:eastAsia="zh-CN"/>
        </w:rPr>
        <w:br/>
      </w:r>
      <w:r>
        <w:rPr>
          <w:lang w:eastAsia="zh-CN"/>
        </w:rPr>
        <w:t>　　（2）会使用游戏操作材料，并能整齐地摆放游戏用品。</w:t>
      </w:r>
      <w:r>
        <w:rPr>
          <w:lang w:eastAsia="zh-CN"/>
        </w:rPr>
        <w:br/>
      </w:r>
      <w:r>
        <w:rPr>
          <w:lang w:eastAsia="zh-CN"/>
        </w:rPr>
        <w:t>　　（3）在游戏活动中学会自己解决同伴间的矛盾，学会与他人合作进行游戏。</w:t>
      </w:r>
      <w:r>
        <w:rPr>
          <w:lang w:eastAsia="zh-CN"/>
        </w:rPr>
        <w:br/>
      </w:r>
      <w:r>
        <w:rPr>
          <w:lang w:eastAsia="zh-CN"/>
        </w:rPr>
        <w:t>　　三、环境创设</w:t>
      </w:r>
      <w:r>
        <w:rPr>
          <w:lang w:eastAsia="zh-CN"/>
        </w:rPr>
        <w:br/>
      </w:r>
      <w:r>
        <w:rPr>
          <w:lang w:eastAsia="zh-CN"/>
        </w:rPr>
        <w:t>　　1、结合我班的班级文化，用蒲草垫和废旧的席子布置主题墙，用绳子编成网子供幼儿悬挂作品。</w:t>
      </w:r>
      <w:r>
        <w:rPr>
          <w:lang w:eastAsia="zh-CN"/>
        </w:rPr>
        <w:br/>
      </w:r>
      <w:r>
        <w:rPr>
          <w:lang w:eastAsia="zh-CN"/>
        </w:rPr>
        <w:t>　　2、和幼儿一起制定班级游戏的内容和规则。</w:t>
      </w:r>
      <w:r>
        <w:rPr>
          <w:lang w:eastAsia="zh-CN"/>
        </w:rPr>
        <w:br/>
      </w:r>
      <w:r>
        <w:rPr>
          <w:lang w:eastAsia="zh-CN"/>
        </w:rPr>
        <w:t>　　3、布置家长园地，让家长了解我班近期的工作安排及注意事项。</w:t>
      </w:r>
      <w:r>
        <w:rPr>
          <w:lang w:eastAsia="zh-CN"/>
        </w:rPr>
        <w:br/>
      </w:r>
      <w:r>
        <w:rPr>
          <w:lang w:eastAsia="zh-CN"/>
        </w:rPr>
        <w:t>　　四、教学活动安排：</w:t>
      </w:r>
      <w:r>
        <w:rPr>
          <w:lang w:eastAsia="zh-CN"/>
        </w:rPr>
        <w:br/>
      </w:r>
      <w:r>
        <w:rPr>
          <w:lang w:eastAsia="zh-CN"/>
        </w:rPr>
        <w:t>　　第一周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1、语言：我喜欢我自己。</w:t>
      </w:r>
      <w:r>
        <w:rPr>
          <w:lang w:eastAsia="zh-CN"/>
        </w:rPr>
        <w:br/>
      </w:r>
      <w:r>
        <w:rPr>
          <w:lang w:eastAsia="zh-CN"/>
        </w:rPr>
        <w:t>　　2、语言：鼠教虎爬树（绕口令）。</w:t>
      </w:r>
      <w:r>
        <w:rPr>
          <w:lang w:eastAsia="zh-CN"/>
        </w:rPr>
        <w:br/>
      </w:r>
      <w:r>
        <w:rPr>
          <w:lang w:eastAsia="zh-CN"/>
        </w:rPr>
        <w:t>　　3、数学：数字好宝宝（一）。</w:t>
      </w:r>
      <w:r>
        <w:rPr>
          <w:lang w:eastAsia="zh-CN"/>
        </w:rPr>
        <w:br/>
      </w:r>
      <w:r>
        <w:rPr>
          <w:lang w:eastAsia="zh-CN"/>
        </w:rPr>
        <w:t>　　4、健康：我的名片。</w:t>
      </w:r>
      <w:r>
        <w:rPr>
          <w:lang w:eastAsia="zh-CN"/>
        </w:rPr>
        <w:br/>
      </w:r>
      <w:r>
        <w:rPr>
          <w:lang w:eastAsia="zh-CN"/>
        </w:rPr>
        <w:t>　　5、科学：七彩太阳光（科学探究）。</w:t>
      </w:r>
      <w:r>
        <w:rPr>
          <w:lang w:eastAsia="zh-CN"/>
        </w:rPr>
        <w:br/>
      </w:r>
      <w:r>
        <w:rPr>
          <w:lang w:eastAsia="zh-CN"/>
        </w:rPr>
        <w:t>　　6、音乐：名字唱出来（歌唱活动）。</w:t>
      </w:r>
      <w:r>
        <w:rPr>
          <w:lang w:eastAsia="zh-CN"/>
        </w:rPr>
        <w:br/>
      </w:r>
      <w:r>
        <w:rPr>
          <w:lang w:eastAsia="zh-CN"/>
        </w:rPr>
        <w:t>　　7、拼音：学习。</w:t>
      </w:r>
      <w:r>
        <w:rPr>
          <w:lang w:eastAsia="zh-CN"/>
        </w:rPr>
        <w:br/>
      </w:r>
      <w:r>
        <w:rPr>
          <w:lang w:eastAsia="zh-CN"/>
        </w:rPr>
        <w:t>　　8、体育：学习幼儿广播操（一）。</w:t>
      </w:r>
      <w:r>
        <w:rPr>
          <w:lang w:eastAsia="zh-CN"/>
        </w:rPr>
        <w:br/>
      </w:r>
      <w:r>
        <w:rPr>
          <w:lang w:eastAsia="zh-CN"/>
        </w:rPr>
        <w:t>　　9、美术：手形画。</w:t>
      </w:r>
      <w:r>
        <w:rPr>
          <w:lang w:eastAsia="zh-CN"/>
        </w:rPr>
        <w:br/>
      </w:r>
      <w:r>
        <w:rPr>
          <w:lang w:eastAsia="zh-CN"/>
        </w:rPr>
        <w:t>　　第二周</w:t>
      </w:r>
      <w:r>
        <w:rPr>
          <w:lang w:eastAsia="zh-CN"/>
        </w:rPr>
        <w:br/>
      </w:r>
      <w:r>
        <w:rPr>
          <w:lang w:eastAsia="zh-CN"/>
        </w:rPr>
        <w:t>　　1、语言：宽街（续编故事）。</w:t>
      </w:r>
      <w:r>
        <w:rPr>
          <w:lang w:eastAsia="zh-CN"/>
        </w:rPr>
        <w:br/>
      </w:r>
      <w:r>
        <w:rPr>
          <w:lang w:eastAsia="zh-CN"/>
        </w:rPr>
        <w:t>　　2、语言：天（故事）。</w:t>
      </w:r>
      <w:r>
        <w:rPr>
          <w:lang w:eastAsia="zh-CN"/>
        </w:rPr>
        <w:br/>
      </w:r>
      <w:r>
        <w:rPr>
          <w:lang w:eastAsia="zh-CN"/>
        </w:rPr>
        <w:t>　　3、数字好宝宝（二）。</w:t>
      </w:r>
      <w:r>
        <w:rPr>
          <w:lang w:eastAsia="zh-CN"/>
        </w:rPr>
        <w:br/>
      </w:r>
      <w:r>
        <w:rPr>
          <w:lang w:eastAsia="zh-CN"/>
        </w:rPr>
        <w:t>　　4、科学：会变的颜色。</w:t>
      </w:r>
      <w:r>
        <w:rPr>
          <w:lang w:eastAsia="zh-CN"/>
        </w:rPr>
        <w:br/>
      </w:r>
      <w:r>
        <w:rPr>
          <w:lang w:eastAsia="zh-CN"/>
        </w:rPr>
        <w:t>　　5、音乐：狮王进行曲（音乐欣赏）。</w:t>
      </w:r>
      <w:r>
        <w:rPr>
          <w:lang w:eastAsia="zh-CN"/>
        </w:rPr>
        <w:br/>
      </w:r>
      <w:r>
        <w:rPr>
          <w:lang w:eastAsia="zh-CN"/>
        </w:rPr>
        <w:t>　　6、体育：学习幼儿广播操（二）。</w:t>
      </w:r>
      <w:r>
        <w:rPr>
          <w:lang w:eastAsia="zh-CN"/>
        </w:rPr>
        <w:br/>
      </w:r>
      <w:r>
        <w:rPr>
          <w:lang w:eastAsia="zh-CN"/>
        </w:rPr>
        <w:t>　　7、拼音：学习。</w:t>
      </w:r>
      <w:r>
        <w:rPr>
          <w:lang w:eastAsia="zh-CN"/>
        </w:rPr>
        <w:br/>
      </w:r>
      <w:r>
        <w:rPr>
          <w:lang w:eastAsia="zh-CN"/>
        </w:rPr>
        <w:t>　　8、拼音：学习。</w:t>
      </w:r>
      <w:r>
        <w:rPr>
          <w:lang w:eastAsia="zh-CN"/>
        </w:rPr>
        <w:br/>
      </w:r>
      <w:r>
        <w:rPr>
          <w:lang w:eastAsia="zh-CN"/>
        </w:rPr>
        <w:t>　　9、美术：制作小虫子。</w:t>
      </w:r>
      <w:r>
        <w:rPr>
          <w:lang w:eastAsia="zh-CN"/>
        </w:rPr>
        <w:br/>
      </w:r>
      <w:r>
        <w:rPr>
          <w:lang w:eastAsia="zh-CN"/>
        </w:rPr>
        <w:t>　　10、语言：一去二三里（古诗）。</w:t>
      </w:r>
      <w:r>
        <w:rPr>
          <w:lang w:eastAsia="zh-CN"/>
        </w:rPr>
        <w:br/>
      </w:r>
      <w:r>
        <w:rPr>
          <w:lang w:eastAsia="zh-CN"/>
        </w:rPr>
        <w:t>　　第三周</w:t>
      </w:r>
      <w:r>
        <w:rPr>
          <w:lang w:eastAsia="zh-CN"/>
        </w:rPr>
        <w:br/>
      </w:r>
      <w:r>
        <w:rPr>
          <w:lang w:eastAsia="zh-CN"/>
        </w:rPr>
        <w:t>　　1、语言：小花籽找快乐（童话）。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2、数学：整理学习用具。</w:t>
      </w:r>
      <w:r>
        <w:rPr>
          <w:lang w:eastAsia="zh-CN"/>
        </w:rPr>
        <w:br/>
      </w:r>
      <w:r>
        <w:rPr>
          <w:lang w:eastAsia="zh-CN"/>
        </w:rPr>
        <w:t>　　3、健康：自己的事情自己做（生活自理）。</w:t>
      </w:r>
      <w:r>
        <w:rPr>
          <w:lang w:eastAsia="zh-CN"/>
        </w:rPr>
        <w:br/>
      </w:r>
      <w:r>
        <w:rPr>
          <w:lang w:eastAsia="zh-CN"/>
        </w:rPr>
        <w:t>　　4、科学：会变的树叶。</w:t>
      </w:r>
      <w:r>
        <w:rPr>
          <w:lang w:eastAsia="zh-CN"/>
        </w:rPr>
        <w:br/>
      </w:r>
      <w:r>
        <w:rPr>
          <w:lang w:eastAsia="zh-CN"/>
        </w:rPr>
        <w:t>　　5、音乐：拉拉钩（一）（歌唱）。</w:t>
      </w:r>
      <w:r>
        <w:rPr>
          <w:lang w:eastAsia="zh-CN"/>
        </w:rPr>
        <w:br/>
      </w:r>
      <w:r>
        <w:rPr>
          <w:lang w:eastAsia="zh-CN"/>
        </w:rPr>
        <w:t>　　6、体育：在身上滚球（体育）。</w:t>
      </w:r>
      <w:r>
        <w:rPr>
          <w:lang w:eastAsia="zh-CN"/>
        </w:rPr>
        <w:br/>
      </w:r>
      <w:r>
        <w:rPr>
          <w:lang w:eastAsia="zh-CN"/>
        </w:rPr>
        <w:t>　　7、拼音：学习。</w:t>
      </w:r>
      <w:r>
        <w:rPr>
          <w:lang w:eastAsia="zh-CN"/>
        </w:rPr>
        <w:br/>
      </w:r>
      <w:r>
        <w:rPr>
          <w:lang w:eastAsia="zh-CN"/>
        </w:rPr>
        <w:t>　　8、美术：螃蟹。</w:t>
      </w:r>
      <w:r>
        <w:rPr>
          <w:lang w:eastAsia="zh-CN"/>
        </w:rPr>
        <w:br/>
      </w:r>
      <w:r>
        <w:rPr>
          <w:lang w:eastAsia="zh-CN"/>
        </w:rPr>
        <w:t>　　第四周</w:t>
      </w:r>
      <w:r>
        <w:rPr>
          <w:lang w:eastAsia="zh-CN"/>
        </w:rPr>
        <w:br/>
      </w:r>
      <w:r>
        <w:rPr>
          <w:lang w:eastAsia="zh-CN"/>
        </w:rPr>
        <w:t>　　1、语言：孙悟空打妖怪（儿歌）。</w:t>
      </w:r>
      <w:r>
        <w:rPr>
          <w:lang w:eastAsia="zh-CN"/>
        </w:rPr>
        <w:br/>
      </w:r>
      <w:r>
        <w:rPr>
          <w:lang w:eastAsia="zh-CN"/>
        </w:rPr>
        <w:t>　　2、语言：小花籽找快乐（童话）。</w:t>
      </w:r>
      <w:r>
        <w:rPr>
          <w:lang w:eastAsia="zh-CN"/>
        </w:rPr>
        <w:br/>
      </w:r>
      <w:r>
        <w:rPr>
          <w:lang w:eastAsia="zh-CN"/>
        </w:rPr>
        <w:t>　　3、数学：班级物品清单。</w:t>
      </w:r>
      <w:r>
        <w:rPr>
          <w:lang w:eastAsia="zh-CN"/>
        </w:rPr>
        <w:br/>
      </w:r>
      <w:r>
        <w:rPr>
          <w:lang w:eastAsia="zh-CN"/>
        </w:rPr>
        <w:t>　　4、科学：蚯蚓。</w:t>
      </w:r>
      <w:r>
        <w:rPr>
          <w:lang w:eastAsia="zh-CN"/>
        </w:rPr>
        <w:br/>
      </w:r>
      <w:r>
        <w:rPr>
          <w:lang w:eastAsia="zh-CN"/>
        </w:rPr>
        <w:t>　　5、音乐：快乐的脚步（音乐活动）。</w:t>
      </w:r>
      <w:r>
        <w:rPr>
          <w:lang w:eastAsia="zh-CN"/>
        </w:rPr>
        <w:br/>
      </w:r>
      <w:r>
        <w:rPr>
          <w:lang w:eastAsia="zh-CN"/>
        </w:rPr>
        <w:t>　　6、体育：摘果子。</w:t>
      </w:r>
      <w:r>
        <w:rPr>
          <w:lang w:eastAsia="zh-CN"/>
        </w:rPr>
        <w:br/>
      </w:r>
      <w:r>
        <w:rPr>
          <w:lang w:eastAsia="zh-CN"/>
        </w:rPr>
        <w:t>　　7、拼音：学习。</w:t>
      </w:r>
      <w:r>
        <w:rPr>
          <w:lang w:eastAsia="zh-CN"/>
        </w:rPr>
        <w:br/>
      </w:r>
      <w:r>
        <w:rPr>
          <w:lang w:eastAsia="zh-CN"/>
        </w:rPr>
        <w:t>　　8、拼音：学习。</w:t>
      </w:r>
      <w:r>
        <w:rPr>
          <w:lang w:eastAsia="zh-CN"/>
        </w:rPr>
        <w:br/>
      </w:r>
      <w:r>
        <w:rPr>
          <w:lang w:eastAsia="zh-CN"/>
        </w:rPr>
        <w:t>　　9、美术：名画欣赏《梦》。</w:t>
      </w:r>
      <w:r>
        <w:rPr>
          <w:lang w:eastAsia="zh-CN"/>
        </w:rPr>
        <w:br/>
      </w:r>
      <w:r>
        <w:rPr>
          <w:lang w:eastAsia="zh-CN"/>
        </w:rPr>
        <w:t>　　五、晨间活动</w:t>
      </w:r>
      <w:r>
        <w:rPr>
          <w:lang w:eastAsia="zh-CN"/>
        </w:rPr>
        <w:br/>
      </w:r>
      <w:r>
        <w:rPr>
          <w:lang w:eastAsia="zh-CN"/>
        </w:rPr>
        <w:t>　　第一周：分组活动：</w:t>
      </w:r>
      <w:r>
        <w:rPr>
          <w:lang w:eastAsia="zh-CN"/>
        </w:rPr>
        <w:br/>
      </w:r>
      <w:r>
        <w:rPr>
          <w:lang w:eastAsia="zh-CN"/>
        </w:rPr>
        <w:t>　　1、器械组合：轮胎、沙包、滚筒、圈。</w:t>
      </w:r>
      <w:r>
        <w:rPr>
          <w:lang w:eastAsia="zh-CN"/>
        </w:rPr>
        <w:br/>
      </w:r>
      <w:r>
        <w:rPr>
          <w:lang w:eastAsia="zh-CN"/>
        </w:rPr>
        <w:t>　　2、小单车。</w:t>
      </w:r>
      <w:r>
        <w:rPr>
          <w:lang w:eastAsia="zh-CN"/>
        </w:rPr>
        <w:br/>
      </w:r>
      <w:r>
        <w:rPr>
          <w:lang w:eastAsia="zh-CN"/>
        </w:rPr>
        <w:t>　　3、滚环。</w:t>
      </w:r>
      <w:r>
        <w:rPr>
          <w:lang w:eastAsia="zh-CN"/>
        </w:rPr>
        <w:br/>
      </w:r>
    </w:p>
    <w:p w:rsidR="001B1F19" w14:textId="27C3F48A">
      <w:pPr>
        <w:rPr>
          <w:rFonts w:hint="eastAsia"/>
          <w:lang w:eastAsia="zh-CN"/>
        </w:rPr>
      </w:pPr>
      <w:r>
        <w:rPr>
          <w:lang w:eastAsia="zh-CN"/>
        </w:rPr>
        <w:t>　　4、皮球。</w:t>
      </w:r>
      <w:r>
        <w:rPr>
          <w:lang w:eastAsia="zh-CN"/>
        </w:rPr>
        <w:br/>
      </w:r>
      <w:r>
        <w:rPr>
          <w:lang w:eastAsia="zh-CN"/>
        </w:rPr>
        <w:t>　　5、跳跳球。</w:t>
      </w:r>
      <w:r>
        <w:rPr>
          <w:lang w:eastAsia="zh-CN"/>
        </w:rPr>
        <w:br/>
      </w:r>
      <w:r>
        <w:rPr>
          <w:lang w:eastAsia="zh-CN"/>
        </w:rPr>
        <w:t>　　6、粘贴球。</w:t>
      </w:r>
      <w:r>
        <w:rPr>
          <w:lang w:eastAsia="zh-CN"/>
        </w:rPr>
        <w:br/>
      </w:r>
      <w:r>
        <w:rPr>
          <w:lang w:eastAsia="zh-CN"/>
        </w:rPr>
        <w:t>　　第二周：分组活动：</w:t>
      </w:r>
      <w:r>
        <w:rPr>
          <w:lang w:eastAsia="zh-CN"/>
        </w:rPr>
        <w:br/>
      </w:r>
      <w:r>
        <w:rPr>
          <w:lang w:eastAsia="zh-CN"/>
        </w:rPr>
        <w:t>　　1、跳绳。</w:t>
      </w:r>
      <w:r>
        <w:rPr>
          <w:lang w:eastAsia="zh-CN"/>
        </w:rPr>
        <w:br/>
      </w:r>
      <w:r>
        <w:rPr>
          <w:lang w:eastAsia="zh-CN"/>
        </w:rPr>
        <w:t>　　2、小单车。</w:t>
      </w:r>
      <w:r>
        <w:rPr>
          <w:lang w:eastAsia="zh-CN"/>
        </w:rPr>
        <w:br/>
      </w:r>
      <w:r>
        <w:rPr>
          <w:lang w:eastAsia="zh-CN"/>
        </w:rPr>
        <w:t>　　3、滚环。</w:t>
      </w:r>
      <w:r>
        <w:rPr>
          <w:lang w:eastAsia="zh-CN"/>
        </w:rPr>
        <w:br/>
      </w:r>
      <w:r>
        <w:rPr>
          <w:lang w:eastAsia="zh-CN"/>
        </w:rPr>
        <w:t>　　4、皮球。</w:t>
      </w:r>
      <w:r>
        <w:rPr>
          <w:lang w:eastAsia="zh-CN"/>
        </w:rPr>
        <w:br/>
      </w:r>
      <w:r>
        <w:rPr>
          <w:lang w:eastAsia="zh-CN"/>
        </w:rPr>
        <w:t>　　5、羊角球。</w:t>
      </w:r>
      <w:r>
        <w:rPr>
          <w:lang w:eastAsia="zh-CN"/>
        </w:rPr>
        <w:br/>
      </w:r>
      <w:r>
        <w:rPr>
          <w:lang w:eastAsia="zh-CN"/>
        </w:rPr>
        <w:t>　　6、粘贴球。</w:t>
      </w:r>
      <w:r>
        <w:rPr>
          <w:lang w:eastAsia="zh-CN"/>
        </w:rPr>
        <w:br/>
      </w:r>
      <w:r>
        <w:rPr>
          <w:lang w:eastAsia="zh-CN"/>
        </w:rPr>
        <w:t>　　第三周：分组活动：</w:t>
      </w:r>
      <w:r>
        <w:rPr>
          <w:lang w:eastAsia="zh-CN"/>
        </w:rPr>
        <w:br/>
      </w:r>
      <w:r>
        <w:rPr>
          <w:lang w:eastAsia="zh-CN"/>
        </w:rPr>
        <w:t>　　1、器械组合：轮胎、沙包、滚筒、圈。</w:t>
      </w:r>
      <w:r>
        <w:rPr>
          <w:lang w:eastAsia="zh-CN"/>
        </w:rPr>
        <w:br/>
      </w:r>
      <w:r>
        <w:rPr>
          <w:lang w:eastAsia="zh-CN"/>
        </w:rPr>
        <w:t>　　2、小单车。</w:t>
      </w:r>
      <w:r>
        <w:rPr>
          <w:lang w:eastAsia="zh-CN"/>
        </w:rPr>
        <w:br/>
      </w:r>
      <w:r>
        <w:rPr>
          <w:lang w:eastAsia="zh-CN"/>
        </w:rPr>
        <w:t>　　3、滚环。</w:t>
      </w:r>
      <w:r>
        <w:rPr>
          <w:lang w:eastAsia="zh-CN"/>
        </w:rPr>
        <w:br/>
      </w:r>
      <w:r>
        <w:rPr>
          <w:lang w:eastAsia="zh-CN"/>
        </w:rPr>
        <w:t>　　4、皮球。</w:t>
      </w:r>
      <w:r>
        <w:rPr>
          <w:lang w:eastAsia="zh-CN"/>
        </w:rPr>
        <w:br/>
      </w:r>
      <w:r>
        <w:rPr>
          <w:lang w:eastAsia="zh-CN"/>
        </w:rPr>
        <w:t>　　5、跳跳球。</w:t>
      </w:r>
      <w:r>
        <w:rPr>
          <w:lang w:eastAsia="zh-CN"/>
        </w:rPr>
        <w:br/>
      </w:r>
      <w:r>
        <w:rPr>
          <w:lang w:eastAsia="zh-CN"/>
        </w:rPr>
        <w:t>　　6、粘贴球。</w:t>
      </w:r>
      <w:r>
        <w:rPr>
          <w:lang w:eastAsia="zh-CN"/>
        </w:rPr>
        <w:br/>
      </w:r>
      <w:r>
        <w:rPr>
          <w:lang w:eastAsia="zh-CN"/>
        </w:rPr>
        <w:t>　　第四周：分组活动：</w:t>
      </w:r>
      <w:r>
        <w:rPr>
          <w:lang w:eastAsia="zh-CN"/>
        </w:rPr>
        <w:br/>
      </w:r>
      <w:r>
        <w:rPr>
          <w:lang w:eastAsia="zh-CN"/>
        </w:rPr>
        <w:t>　　1、皮筋。</w:t>
      </w:r>
      <w:r>
        <w:rPr>
          <w:lang w:eastAsia="zh-CN"/>
        </w:rPr>
        <w:br/>
      </w:r>
      <w:r>
        <w:rPr>
          <w:lang w:eastAsia="zh-CN"/>
        </w:rPr>
        <w:t>　　2、小单车。</w:t>
      </w:r>
      <w:r>
        <w:rPr>
          <w:lang w:eastAsia="zh-CN"/>
        </w:rPr>
        <w:br/>
      </w:r>
      <w:r>
        <w:rPr>
          <w:lang w:eastAsia="zh-CN"/>
        </w:rPr>
        <w:t>　　3、滚环。</w:t>
      </w:r>
      <w:r>
        <w:rPr>
          <w:lang w:eastAsia="zh-CN"/>
        </w:rPr>
        <w:br/>
      </w:r>
      <w:r>
        <w:rPr>
          <w:lang w:eastAsia="zh-CN"/>
        </w:rPr>
        <w:t>　　4、皮球。</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https://d.book118.com/208072061006006037</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08072061006006037"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