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2024年小学春季学期学校工作计划（15篇）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2024年小学春季学期学校工作计划（篇1） </w:t>
      </w:r>
      <w:r>
        <w:rPr>
          <w:lang w:eastAsia="zh-CN"/>
        </w:rPr>
        <w:br/>
      </w:r>
      <w:r>
        <w:rPr>
          <w:lang w:eastAsia="zh-CN"/>
        </w:rPr>
        <w:t xml:space="preserve">    一、指导思想 </w:t>
      </w:r>
      <w:r>
        <w:rPr>
          <w:lang w:eastAsia="zh-CN"/>
        </w:rPr>
        <w:br/>
      </w:r>
      <w:r>
        <w:rPr>
          <w:lang w:eastAsia="zh-CN"/>
        </w:rPr>
        <w:t xml:space="preserve">    坚持素质教育，以深化课程改革为中心，认真学习学校教育工作的精神，以贯彻落实新课改《语文课程标准》为契机，紧紧抓住教学主渠道，以学生为本、以质量为魂、以课堂教改为中心、以校本研究为主要方式，继续落实教学常规、规范，落实、优化教学过程，扎扎实实地提高教学质量。同时结合语文教研组全体教师的教研实际，为教师营造良好的教研氛围和展示舞台，全面提高课堂教学水平及业务能力，促进教师专业化发展。 </w:t>
      </w:r>
      <w:r>
        <w:rPr>
          <w:lang w:eastAsia="zh-CN"/>
        </w:rPr>
        <w:br/>
      </w:r>
      <w:r>
        <w:rPr>
          <w:lang w:eastAsia="zh-CN"/>
        </w:rPr>
        <w:t xml:space="preserve">    二、工作思路 </w:t>
      </w:r>
      <w:r>
        <w:rPr>
          <w:lang w:eastAsia="zh-CN"/>
        </w:rPr>
        <w:br/>
      </w:r>
      <w:r>
        <w:rPr>
          <w:lang w:eastAsia="zh-CN"/>
        </w:rPr>
        <w:t xml:space="preserve">    本学期教研组工作将本着务实、创新的工作作风，按照教导处工作安排，开拓性地开展工作；通过注重教师学习、交流、研讨，依托学生活动，结合学科校本教研，着力提高我校语文教研水平。对待教研活动，坚持人人参与，深入开展，扎实提高，并做到有目标，有准备，重过程，有收获。 </w:t>
      </w:r>
      <w:r>
        <w:rPr>
          <w:lang w:eastAsia="zh-CN"/>
        </w:rPr>
        <w:br/>
      </w:r>
      <w:r>
        <w:rPr>
          <w:lang w:eastAsia="zh-CN"/>
        </w:rPr>
        <w:t xml:space="preserve">    三、具体措施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xml:space="preserve">    （一）、强化学习，提高素质，促进我校高素质的语文教师队伍建设。 </w:t>
      </w:r>
      <w:r>
        <w:rPr>
          <w:lang w:eastAsia="zh-CN"/>
        </w:rPr>
        <w:br/>
      </w:r>
      <w:r>
        <w:rPr>
          <w:lang w:eastAsia="zh-CN"/>
        </w:rPr>
        <w:t xml:space="preserve">    1、结合学科特点，加强新教育观念的学习，促使教师转变教学思想，树立正确的学生观、教学观、质量观。以发展为主题，质量为主线，创新为动力，学生为根本，逐步建立学习性教研组。 </w:t>
      </w:r>
      <w:r>
        <w:rPr>
          <w:lang w:eastAsia="zh-CN"/>
        </w:rPr>
        <w:br/>
      </w:r>
      <w:r>
        <w:rPr>
          <w:lang w:eastAsia="zh-CN"/>
        </w:rPr>
        <w:t xml:space="preserve">    2、创设各种途径，加强和提高语文教师的自身素质。本学期将继续开展各种分析、交流活动，鼓励教师开展教后反思，尤其是要善于总结和分析，提出自己的观点与思考，促进自己的知识积累和业务素养，做一名学习型、思考型的教师。 </w:t>
      </w:r>
      <w:r>
        <w:rPr>
          <w:lang w:eastAsia="zh-CN"/>
        </w:rPr>
        <w:br/>
      </w:r>
      <w:r>
        <w:rPr>
          <w:lang w:eastAsia="zh-CN"/>
        </w:rPr>
        <w:t xml:space="preserve">    3、坚持我校教研的一贯要求，落实听课、上课、评课及各种交流活动的学习机会，把每位教师的 </w:t>
      </w:r>
      <w:r>
        <w:rPr>
          <w:lang w:eastAsia="zh-CN"/>
        </w:rPr>
        <w:br/>
      </w:r>
      <w:r>
        <w:rPr>
          <w:lang w:eastAsia="zh-CN"/>
        </w:rPr>
        <w:t xml:space="preserve">    业务笔记与16节以上听课落到实处，要求听课有记载，有点评。 </w:t>
      </w:r>
      <w:r>
        <w:rPr>
          <w:lang w:eastAsia="zh-CN"/>
        </w:rPr>
        <w:br/>
      </w:r>
      <w:r>
        <w:rPr>
          <w:lang w:eastAsia="zh-CN"/>
        </w:rPr>
        <w:t xml:space="preserve">    4、结合学校活动安排，适应教育新形式的发展，在条件成熟时，组织组内教师开展电子备课尝试和多媒体课件制作与应用的学习，提高语文组教师的综合素质。 </w:t>
      </w:r>
      <w:r>
        <w:rPr>
          <w:lang w:eastAsia="zh-CN"/>
        </w:rPr>
        <w:br/>
      </w:r>
      <w:r>
        <w:rPr>
          <w:lang w:eastAsia="zh-CN"/>
        </w:rPr>
        <w:t xml:space="preserve">    （二）进一步规范和落实教学常规管理，提高教学效率。 </w:t>
      </w:r>
      <w:r>
        <w:rPr>
          <w:lang w:eastAsia="zh-CN"/>
        </w:rPr>
        <w:br/>
      </w:r>
      <w:r>
        <w:rPr>
          <w:lang w:eastAsia="zh-CN"/>
        </w:rPr>
        <w:t xml:space="preserve">    1、教研组活动：定时、定点、定主题内容，定中心发言。活动应以“课改”的精神为指导，正确把握教学目标，同时确立一个专题研究目标，以提高研究的实效性。此外，老师要根据通知准时高质量参与活动。 </w:t>
      </w:r>
      <w:r>
        <w:rPr>
          <w:lang w:eastAsia="zh-CN"/>
        </w:rPr>
        <w:br/>
      </w:r>
      <w:r>
        <w:rPr>
          <w:lang w:eastAsia="zh-CN"/>
        </w:rPr>
        <w:t xml:space="preserve">    2、备课：做到“三备”，即备目标，备教材，备学生。加强集体备课意识，注重资源共同分享，做到备课要“深”。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3、上课：努力提高教学艺术，做到：求实、求真、求活、求新，充分利用现有的电教媒体，利用网上信息资源，拓宽学习时空，培养学生良好的学习习惯，不断提高课堂教学效益。师生对话应讲普通话，老师板书写规范字，课后写好教学反思。 </w:t>
      </w:r>
      <w:r>
        <w:rPr>
          <w:lang w:eastAsia="zh-CN"/>
        </w:rPr>
        <w:br/>
      </w:r>
      <w:r>
        <w:rPr>
          <w:lang w:eastAsia="zh-CN"/>
        </w:rPr>
        <w:t xml:space="preserve">    4、作业：作业设计要“精”，体现“轻负荷，高质量”的教学思想，批改要“细”，要规范、及时，注重纠错及情况反馈。 </w:t>
      </w:r>
      <w:r>
        <w:rPr>
          <w:lang w:eastAsia="zh-CN"/>
        </w:rPr>
        <w:br/>
      </w:r>
      <w:r>
        <w:rPr>
          <w:lang w:eastAsia="zh-CN"/>
        </w:rPr>
        <w:t xml:space="preserve">    5、辅导：做好自己对学生导优辅差的工作。要因材施教，经常分析学生，善于捕捉学生闪光点，热情鼓励，利用课外活动时间做好分层指导，使每个学生都能充分发展。 </w:t>
      </w:r>
      <w:r>
        <w:rPr>
          <w:lang w:eastAsia="zh-CN"/>
        </w:rPr>
        <w:br/>
      </w:r>
      <w:r>
        <w:rPr>
          <w:lang w:eastAsia="zh-CN"/>
        </w:rPr>
        <w:t xml:space="preserve">    （三）深化教学研究，开展校本教研，提高教学实效。 </w:t>
      </w:r>
      <w:r>
        <w:rPr>
          <w:lang w:eastAsia="zh-CN"/>
        </w:rPr>
        <w:br/>
      </w:r>
      <w:r>
        <w:rPr>
          <w:lang w:eastAsia="zh-CN"/>
        </w:rPr>
        <w:t xml:space="preserve">    1、组织教师继续学习《新课程标准》，改革课堂教学方式，促进师生发展。每周三下午第三节下课后为语文教研组活动，学习领会有关教育教学理念，大家共同收益，共同提高。内容包括： </w:t>
      </w:r>
      <w:r>
        <w:rPr>
          <w:lang w:eastAsia="zh-CN"/>
        </w:rPr>
        <w:br/>
      </w:r>
      <w:r>
        <w:rPr>
          <w:lang w:eastAsia="zh-CN"/>
        </w:rPr>
        <w:t xml:space="preserve">    （1）树立以学生为本的思想，建立民主平等的师生关系，营造积极、向上、和谐、宽松、有趣的教学氛围，给学生以人文的关怀，让学生在轻松愉悦的氛围中吸取知识。 </w:t>
      </w:r>
      <w:r>
        <w:rPr>
          <w:lang w:eastAsia="zh-CN"/>
        </w:rPr>
        <w:br/>
      </w:r>
      <w:r>
        <w:rPr>
          <w:lang w:eastAsia="zh-CN"/>
        </w:rPr>
        <w:t xml:space="preserve">    （2）坚持工具性与人文性的统一，在培养学生语文运用、实践能力的同时，重视人文因素对学生思想感情的熏陶感染。 </w:t>
      </w:r>
      <w:r>
        <w:rPr>
          <w:lang w:eastAsia="zh-CN"/>
        </w:rPr>
        <w:br/>
      </w:r>
      <w:r>
        <w:rPr>
          <w:lang w:eastAsia="zh-CN"/>
        </w:rPr>
        <w:t xml:space="preserve">    （3）积极倡导自主、合作、探究的学习方式，淡化繁琐的讲解分析，给学生足够的时间和空间，让学生在教师的引导下独立地提出问题，分析问题，解决问题，在主动实践过程中积累、感悟。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xml:space="preserve"> （4）突出学生主体地位，将教学过程看成是老师、学生、文本间平等对话的过程。珍视学生独特的感受、体验和思维方式，培养学生良好的学习习惯。</w:t>
      </w:r>
      <w:r>
        <w:rPr>
          <w:lang w:eastAsia="zh-CN"/>
        </w:rPr>
        <w:t xml:space="preserve"> </w:t>
      </w:r>
      <w:r>
        <w:rPr>
          <w:lang w:eastAsia="zh-CN"/>
        </w:rPr>
        <w:br/>
      </w:r>
      <w:r>
        <w:rPr>
          <w:lang w:eastAsia="zh-CN"/>
        </w:rPr>
        <w:t xml:space="preserve">    （5）树立大语文教学观，沟通课本内外，课堂内外，学习内外的联系，拓宽语文学习和应用的渠道，增加语文实践机会，提高学习效率。 </w:t>
      </w:r>
      <w:r>
        <w:rPr>
          <w:lang w:eastAsia="zh-CN"/>
        </w:rPr>
        <w:br/>
      </w:r>
      <w:r>
        <w:rPr>
          <w:lang w:eastAsia="zh-CN"/>
        </w:rPr>
        <w:t xml:space="preserve">    （6）讲求训练手段的多样性，提高练习有效性，尝试课外作业阶梯式，让不同学生学有所获，具有作业批改的现代理念，包括建立学生的错题记录（鼓励老师们都去实践）。 </w:t>
      </w:r>
      <w:r>
        <w:rPr>
          <w:lang w:eastAsia="zh-CN"/>
        </w:rPr>
        <w:br/>
      </w:r>
      <w:r>
        <w:rPr>
          <w:lang w:eastAsia="zh-CN"/>
        </w:rPr>
        <w:t xml:space="preserve">    2、听课：组内公开课必听，边听边思，及时评注，提倡老师相互之间多学习，多交流。 新教师和青年教师要多听课。 </w:t>
      </w:r>
      <w:r>
        <w:rPr>
          <w:lang w:eastAsia="zh-CN"/>
        </w:rPr>
        <w:br/>
      </w:r>
      <w:r>
        <w:rPr>
          <w:lang w:eastAsia="zh-CN"/>
        </w:rPr>
        <w:t xml:space="preserve">    3、公开课：鼓励教师上公开课或研讨课。每位教师每学期至少开一节课。上课、说课、听课、评课做到全员参加。并收齐研究课的全部资料存档。 </w:t>
      </w:r>
      <w:r>
        <w:rPr>
          <w:lang w:eastAsia="zh-CN"/>
        </w:rPr>
        <w:br/>
      </w:r>
      <w:r>
        <w:rPr>
          <w:lang w:eastAsia="zh-CN"/>
        </w:rPr>
        <w:t xml:space="preserve">    4、利用“小片区管理”结对子的优势，互帮互助，提高本校语文教育教学质量。 </w:t>
      </w:r>
      <w:r>
        <w:rPr>
          <w:lang w:eastAsia="zh-CN"/>
        </w:rPr>
        <w:br/>
      </w:r>
      <w:r>
        <w:rPr>
          <w:lang w:eastAsia="zh-CN"/>
        </w:rPr>
        <w:t xml:space="preserve">    5、开展师生共读及学生写读书笔记的活动，加强小学语文阅读习惯的培养研究。 </w:t>
      </w:r>
      <w:r>
        <w:rPr>
          <w:lang w:eastAsia="zh-CN"/>
        </w:rPr>
        <w:br/>
      </w:r>
      <w:r>
        <w:rPr>
          <w:lang w:eastAsia="zh-CN"/>
        </w:rPr>
        <w:t xml:space="preserve">    （四）搞好学科活动，拓宽学生学习领域，提高学生综合素质。 </w:t>
      </w:r>
      <w:r>
        <w:rPr>
          <w:lang w:eastAsia="zh-CN"/>
        </w:rPr>
        <w:br/>
      </w:r>
      <w:r>
        <w:rPr>
          <w:lang w:eastAsia="zh-CN"/>
        </w:rPr>
        <w:t xml:space="preserve">    1、原则：尽量让更多的孩子参与到活动中来，在参与中运用、在参与中体验。各个年级语文老师要鼓励学生课外阅读，激发阅读的兴趣。一二年级逐步培养阅读兴趣和能力，三、四、五、六年级阅读感悟，培养初步的文学修养，做好读书笔记。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2、开展我校“读课外书，写规范字”活动。 </w:t>
      </w:r>
      <w:r>
        <w:rPr>
          <w:lang w:eastAsia="zh-CN"/>
        </w:rPr>
        <w:br/>
      </w:r>
      <w:r>
        <w:rPr>
          <w:lang w:eastAsia="zh-CN"/>
        </w:rPr>
        <w:t xml:space="preserve">    一本书，创生一个特色班级，一个故事，创新一次特色活动，丰盛的阅读大餐，激越我们的才气，丰富多彩的活动，焕发了校园的生机和活力。本学期，为培养学生受益终生的良好习惯着想，从学生长2024年小学春季学期学校工作计划（篇2） </w:t>
      </w:r>
      <w:r>
        <w:rPr>
          <w:lang w:eastAsia="zh-CN"/>
        </w:rPr>
        <w:br/>
      </w:r>
      <w:r>
        <w:rPr>
          <w:lang w:eastAsia="zh-CN"/>
        </w:rPr>
        <w:t xml:space="preserve">    一、指导思想 </w:t>
      </w:r>
      <w:r>
        <w:rPr>
          <w:lang w:eastAsia="zh-CN"/>
        </w:rPr>
        <w:br/>
      </w:r>
      <w:r>
        <w:rPr>
          <w:lang w:eastAsia="zh-CN"/>
        </w:rPr>
        <w:t xml:space="preserve">    本学期我校要以新教育实验校为平台，认真落实区教体局20__年春季教育工作会议精神，根据区教研室和镇中心校今年工作重点，坚持育人为本、规范办学，坚持质量立校、文化兴校、特色强校，促进学生健康成长，促进教师专业提升，促进教育事业和谐发展。更新教育思想与观念，大力实施素质教育，认真探索和转变教学方式与方法，深化教学改革，提高教学质量，促进学生全面发展，努力创办让人民满意的教育。让师生过以一种幸福完整的教育生活。 </w:t>
      </w:r>
      <w:r>
        <w:rPr>
          <w:lang w:eastAsia="zh-CN"/>
        </w:rPr>
        <w:br/>
      </w:r>
      <w:r>
        <w:rPr>
          <w:lang w:eastAsia="zh-CN"/>
        </w:rPr>
        <w:t xml:space="preserve">    二、工作目标 </w:t>
      </w:r>
      <w:r>
        <w:rPr>
          <w:lang w:eastAsia="zh-CN"/>
        </w:rPr>
        <w:br/>
      </w:r>
      <w:r>
        <w:rPr>
          <w:lang w:eastAsia="zh-CN"/>
        </w:rPr>
        <w:t xml:space="preserve">    1、努力创建美丽校园，确保校园安宁，师生平安。 </w:t>
      </w:r>
      <w:r>
        <w:rPr>
          <w:lang w:eastAsia="zh-CN"/>
        </w:rPr>
        <w:br/>
      </w:r>
      <w:r>
        <w:rPr>
          <w:lang w:eastAsia="zh-CN"/>
        </w:rPr>
        <w:t xml:space="preserve">    2、践行新教育实验校育人理念，推进学校内涵发展，注重学生的品行培养，激发学习兴趣，培育健康体魄，养成良好习惯，全面提升教育质量。 </w:t>
      </w:r>
      <w:r>
        <w:rPr>
          <w:lang w:eastAsia="zh-CN"/>
        </w:rPr>
        <w:br/>
      </w:r>
      <w:r>
        <w:rPr>
          <w:lang w:eastAsia="zh-CN"/>
        </w:rPr>
        <w:t xml:space="preserve">    3、深化特色学校建设，不断营造师生读书氛围，促进师生共同学习，共同成长。 </w:t>
      </w:r>
      <w:r>
        <w:rPr>
          <w:lang w:eastAsia="zh-CN"/>
        </w:rPr>
        <w:br/>
      </w:r>
      <w:r>
        <w:rPr>
          <w:lang w:eastAsia="zh-CN"/>
        </w:rPr>
        <w:t xml:space="preserve">    4、加强学科教学质量过程管理，以高效课堂为抓手，以教科研为引领，发挥学校团队优势，全面提升各个学科的教学质量。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5、进一步强化学校规范管理，完善各项规章制度，依法治校，依法治教，依章办事。 </w:t>
      </w:r>
      <w:r>
        <w:rPr>
          <w:lang w:eastAsia="zh-CN"/>
        </w:rPr>
        <w:br/>
      </w:r>
      <w:r>
        <w:rPr>
          <w:lang w:eastAsia="zh-CN"/>
        </w:rPr>
        <w:t xml:space="preserve">    6、加强教师队伍建设，创新师德规范教育的方法和途径，强化教师培训工作，积极鼓励教师专业化发展，提升自身业务素质，强化骨干教师队伍建设。 </w:t>
      </w:r>
      <w:r>
        <w:rPr>
          <w:lang w:eastAsia="zh-CN"/>
        </w:rPr>
        <w:br/>
      </w:r>
      <w:r>
        <w:rPr>
          <w:lang w:eastAsia="zh-CN"/>
        </w:rPr>
        <w:t xml:space="preserve">    7、以创先争优活动为载体，有计划推进“新教育实验校”、“书香校园”等工作，精细学校管理，突显办学特色，提升办学内涵。 </w:t>
      </w:r>
      <w:r>
        <w:rPr>
          <w:lang w:eastAsia="zh-CN"/>
        </w:rPr>
        <w:br/>
      </w:r>
      <w:r>
        <w:rPr>
          <w:lang w:eastAsia="zh-CN"/>
        </w:rPr>
        <w:t xml:space="preserve">    8、加强社团活动创建工作，拓展学生课外兴趣小组活动项目，提高活动质量，逐步形成学校传统经典项目。 </w:t>
      </w:r>
      <w:r>
        <w:rPr>
          <w:lang w:eastAsia="zh-CN"/>
        </w:rPr>
        <w:br/>
      </w:r>
      <w:r>
        <w:rPr>
          <w:lang w:eastAsia="zh-CN"/>
        </w:rPr>
        <w:t xml:space="preserve">    9、加强“养成教育”“书香校园”“每月一事”“星级少年评选”等活动，在教育教学活动中强化“教学目标”的落实，“课堂教学改革”和“主题式校本研修”培训和教学研修等， </w:t>
      </w:r>
      <w:r>
        <w:rPr>
          <w:lang w:eastAsia="zh-CN"/>
        </w:rPr>
        <w:br/>
      </w:r>
      <w:r>
        <w:rPr>
          <w:lang w:eastAsia="zh-CN"/>
        </w:rPr>
        <w:t xml:space="preserve">    三、工作重点 </w:t>
      </w:r>
      <w:r>
        <w:rPr>
          <w:lang w:eastAsia="zh-CN"/>
        </w:rPr>
        <w:br/>
      </w:r>
      <w:r>
        <w:rPr>
          <w:lang w:eastAsia="zh-CN"/>
        </w:rPr>
        <w:t xml:space="preserve">    1、强化师德师能建设，激发敬业爱生的正能量，争做家长满意教师。 </w:t>
      </w:r>
      <w:r>
        <w:rPr>
          <w:lang w:eastAsia="zh-CN"/>
        </w:rPr>
        <w:br/>
      </w:r>
      <w:r>
        <w:rPr>
          <w:lang w:eastAsia="zh-CN"/>
        </w:rPr>
        <w:t xml:space="preserve">    2、强化学生文明礼仪、习惯养成教育，以德促智，促进学生全面发展。 </w:t>
      </w:r>
      <w:r>
        <w:rPr>
          <w:lang w:eastAsia="zh-CN"/>
        </w:rPr>
        <w:br/>
      </w:r>
      <w:r>
        <w:rPr>
          <w:lang w:eastAsia="zh-CN"/>
        </w:rPr>
        <w:t xml:space="preserve">    3、强化家校安全互动平台建设，齐抓共育保平安。 </w:t>
      </w:r>
      <w:r>
        <w:rPr>
          <w:lang w:eastAsia="zh-CN"/>
        </w:rPr>
        <w:br/>
      </w:r>
      <w:r>
        <w:rPr>
          <w:lang w:eastAsia="zh-CN"/>
        </w:rPr>
        <w:t xml:space="preserve">    4、构建多彩校园文化，优化多元教育内涵，提升学生素质教育水平。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xml:space="preserve"> 5、深化课程理论建设，制定校本课程标准，完善“三级课程”评价体系。</w:t>
      </w:r>
      <w:r>
        <w:rPr>
          <w:lang w:eastAsia="zh-CN"/>
        </w:rPr>
        <w:t xml:space="preserve"> </w:t>
      </w:r>
      <w:r>
        <w:rPr>
          <w:lang w:eastAsia="zh-CN"/>
        </w:rPr>
        <w:br/>
      </w:r>
      <w:r>
        <w:rPr>
          <w:lang w:eastAsia="zh-CN"/>
        </w:rPr>
        <w:t xml:space="preserve">    6、创新“阳光体育”活动模式，提高学生身体素质。 </w:t>
      </w:r>
      <w:r>
        <w:rPr>
          <w:lang w:eastAsia="zh-CN"/>
        </w:rPr>
        <w:br/>
      </w:r>
      <w:r>
        <w:rPr>
          <w:lang w:eastAsia="zh-CN"/>
        </w:rPr>
        <w:t xml:space="preserve">    四、主要工作 </w:t>
      </w:r>
      <w:r>
        <w:rPr>
          <w:lang w:eastAsia="zh-CN"/>
        </w:rPr>
        <w:br/>
      </w:r>
      <w:r>
        <w:rPr>
          <w:lang w:eastAsia="zh-CN"/>
        </w:rPr>
        <w:t xml:space="preserve">    1、德育工作：坚持育人为本，德育为先，健全机制 </w:t>
      </w:r>
      <w:r>
        <w:rPr>
          <w:lang w:eastAsia="zh-CN"/>
        </w:rPr>
        <w:br/>
      </w:r>
      <w:r>
        <w:rPr>
          <w:lang w:eastAsia="zh-CN"/>
        </w:rPr>
        <w:t xml:space="preserve">    德育是素质教育的首要组成部分，是提高学生素质的关键。本年度，我们将深入贯彻党《关于进一步加强和改进未成年人思想道德建设的若干意见》和《公民道德建设实施纲要》的文件精神，坚持教书育人，德育为先，确立“德育就是质量”的思想观念，培育学校“先成人再成才”德育特色，切实推进学生思想道德建设，全面营造学生健康成长环境，促进学校德育教育健康、协调、均衡和可持续发展， </w:t>
      </w:r>
      <w:r>
        <w:rPr>
          <w:lang w:eastAsia="zh-CN"/>
        </w:rPr>
        <w:br/>
      </w:r>
      <w:r>
        <w:rPr>
          <w:lang w:eastAsia="zh-CN"/>
        </w:rPr>
        <w:t xml:space="preserve">    （1）加强学生德育队伍建设。健全学生德育领导与管理体制，加强德育队伍建设，建设一支师德高尚、理念先进、业务精湛、讲求实效的德育队伍，为提高学生德育工作水平奠定坚实的基础。重视师德师风建设，制定师德建设方案，将育人工作作为考核教师的一个重要指标，要求教师热爱学生、严谨治学、敬业爱岗、乐于奉献、廉洁从教，工作中一言一行堪为师表，在学科教学中注重德育渗透，形成教书育人、管理育人、服务育人、环境育人的良好德育氛围，引导学生形成符合社会规范的情感、态度和价值观， </w:t>
      </w:r>
      <w:r>
        <w:rPr>
          <w:lang w:eastAsia="zh-CN"/>
        </w:rPr>
        <w:br/>
      </w:r>
      <w:r>
        <w:rPr>
          <w:lang w:eastAsia="zh-CN"/>
        </w:rPr>
        <w:t xml:space="preserve">    （2）继续抓好德育常规工作，强化养成教育。养成教育是素质教育的重要组成部分，我们要从常规抓，从小抓、抓小事，通过教育和训练，促进学生自觉性、独立性、自制力等良好个性品质形成。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3）以创建“书香校园”为载体，科学制定学校书香校园计划。依托“新教育”定期开展教师读书心得交流、读书收获分享会；配合镇中心校、组织开展《教育就是唤醒》《新教育》《致教师》等全员读书系列活动。实现“一人学习，众人受益，共同进步”，做到知识和信息的共享，实现读书学习效果的最大化。 </w:t>
      </w:r>
      <w:r>
        <w:rPr>
          <w:lang w:eastAsia="zh-CN"/>
        </w:rPr>
        <w:br/>
      </w:r>
      <w:r>
        <w:rPr>
          <w:lang w:eastAsia="zh-CN"/>
        </w:rPr>
        <w:t xml:space="preserve">    大力推进学习型校园建设，大力倡导国学《弟子规》《三字经》《论语》、校本课程《经典诵读》等诵读活动，开展每学年一届大型经典诵读活动；开展好书推荐、读书小讲坛、班级阅读日、亲子共读等多元化阅读活动，评选书香教师、书香少年、书香家庭，构建有特色的书香校园文化，打造翰墨飘香、格调高雅，文明向上的书香校园，结合晨诵午读，积极开展学生读书活动，以举办演讲、征文等主题活动，浓厚校园的读书氛围。 </w:t>
      </w:r>
      <w:r>
        <w:rPr>
          <w:lang w:eastAsia="zh-CN"/>
        </w:rPr>
        <w:br/>
      </w:r>
      <w:r>
        <w:rPr>
          <w:lang w:eastAsia="zh-CN"/>
        </w:rPr>
        <w:t xml:space="preserve">    （4）做真教育，提升办学品质，加强校园环境建设，校园文化作为一种环境教育力量，对陶冶师生情操，塑造师生健康人格，全面提升师生素质，有着巨大的影响。本学期，学校将以美丽校园创建，以“因地制宜，特色优化”的思路，发掘、利用校园环境因素，力求用最少的投入，对校园的整体环境进行最大优化的改善，结合办学理念精心营造班级主题文化、专用室文化、办公室文化、廊道文化、厕所文化等校园文化，打造激励师生健康向上的生态景观和人文景观，形成浓厚的立体环境文化。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xml:space="preserve"> （5）健全和完善德育工作领导机构，明确职责，完善校内外齐抓共管的德育工作局面。一是要加强学校管理，健全德育工作管理网络，进一步优化校内育人环境，二是要加强家庭教育指导，开展家长培训讲座，增强德育实效，三是发挥好社会与学校之间的教育合力。</w:t>
      </w:r>
      <w:r>
        <w:rPr>
          <w:lang w:eastAsia="zh-CN"/>
        </w:rPr>
        <w:t xml:space="preserve"> </w:t>
      </w:r>
      <w:r>
        <w:rPr>
          <w:lang w:eastAsia="zh-CN"/>
        </w:rPr>
        <w:br/>
      </w:r>
      <w:r>
        <w:rPr>
          <w:lang w:eastAsia="zh-CN"/>
        </w:rPr>
        <w:t xml:space="preserve">    2、抓好教学管理，进一步规范办学行为 </w:t>
      </w:r>
      <w:r>
        <w:rPr>
          <w:lang w:eastAsia="zh-CN"/>
        </w:rPr>
        <w:br/>
      </w:r>
      <w:r>
        <w:rPr>
          <w:lang w:eastAsia="zh-CN"/>
        </w:rPr>
        <w:t xml:space="preserve">    （1）扎扎实实抓好教学常规的管理。 </w:t>
      </w:r>
      <w:r>
        <w:rPr>
          <w:lang w:eastAsia="zh-CN"/>
        </w:rPr>
        <w:br/>
      </w:r>
      <w:r>
        <w:rPr>
          <w:lang w:eastAsia="zh-CN"/>
        </w:rPr>
        <w:t xml:space="preserve">    要认真落实中心校20__年教研工作要点，抓好备课、上课、学生练习、作业批改、讲评、课外辅导、测验等环节的研究、指导和管理。在工作的针对性和细致度上下功夫，扎实有效地把教学常规的各项要求落到实处，切实减轻学生过重的负担，促进教学工作的精细化、科学化和规范化。 </w:t>
      </w:r>
      <w:r>
        <w:rPr>
          <w:lang w:eastAsia="zh-CN"/>
        </w:rPr>
        <w:br/>
      </w:r>
      <w:r>
        <w:rPr>
          <w:lang w:eastAsia="zh-CN"/>
        </w:rPr>
        <w:t xml:space="preserve">    （2）进一步强化质量意识 </w:t>
      </w:r>
      <w:r>
        <w:rPr>
          <w:lang w:eastAsia="zh-CN"/>
        </w:rPr>
        <w:br/>
      </w:r>
      <w:r>
        <w:rPr>
          <w:lang w:eastAsia="zh-CN"/>
        </w:rPr>
        <w:t xml:space="preserve">    充分认识教学质量是办学的根本，是学校发展的生命线，学校要把好质量关，要采取有力举措，扎扎实实完成教学任务，提高教学质量。 </w:t>
      </w:r>
      <w:r>
        <w:rPr>
          <w:lang w:eastAsia="zh-CN"/>
        </w:rPr>
        <w:br/>
      </w:r>
      <w:r>
        <w:rPr>
          <w:lang w:eastAsia="zh-CN"/>
        </w:rPr>
        <w:t xml:space="preserve">    （3）加强辅优转困工作 </w:t>
      </w:r>
      <w:r>
        <w:rPr>
          <w:lang w:eastAsia="zh-CN"/>
        </w:rPr>
        <w:br/>
      </w:r>
      <w:r>
        <w:rPr>
          <w:lang w:eastAsia="zh-CN"/>
        </w:rPr>
        <w:t xml:space="preserve">    进一步加强优秀生、边缘生辅导和学困生转化工作，学期初，学校、教师要制定切实可行的辅优转困工作计划。学校要早一点打算，早一点落实，教师们要多一点行动，少一点埋怨，多一点体贴，要本着“轻负担、高质量”的思路，从培养学生兴趣入手，让学生想学，会学，乐学，促进学生整体发展。要认真组织好兴趣小组，从学校实际出发，精心组织，做到定目标、定时间、定地点、定内容。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（4）做好留守儿童的关爱工作 </w:t>
      </w:r>
      <w:r>
        <w:rPr>
          <w:lang w:eastAsia="zh-CN"/>
        </w:rPr>
        <w:br/>
      </w:r>
      <w:r>
        <w:rPr>
          <w:lang w:eastAsia="zh-CN"/>
        </w:rPr>
        <w:t xml:space="preserve">    做好留守儿童的摸底工作，制定留守儿童关爱管护实施方案，将留守儿童关爱管护纳入学校常规管理，做好留守儿童家访、谈心、心里疏导、亲情联系等工作。 </w:t>
      </w:r>
      <w:r>
        <w:rPr>
          <w:lang w:eastAsia="zh-CN"/>
        </w:rPr>
        <w:br/>
      </w:r>
      <w:r>
        <w:rPr>
          <w:lang w:eastAsia="zh-CN"/>
        </w:rPr>
        <w:t xml:space="preserve">    3、重视教研工作，扎实开展教研活动，努力提高课堂教学水平 </w:t>
      </w:r>
      <w:r>
        <w:rPr>
          <w:lang w:eastAsia="zh-CN"/>
        </w:rPr>
        <w:br/>
      </w:r>
      <w:r>
        <w:rPr>
          <w:lang w:eastAsia="zh-CN"/>
        </w:rPr>
        <w:t xml:space="preserve">    （1）积极开展课题研究，要结合实际，围绕高效课堂和有效策略，“教学目标落实”“课堂教学改革”“主题式校本研修”等，从总结经验和解决问题出发，确立课题，制定课题实施方案，进行实实在在研究，不走过场。 </w:t>
      </w:r>
      <w:r>
        <w:rPr>
          <w:lang w:eastAsia="zh-CN"/>
        </w:rPr>
        <w:br/>
      </w:r>
      <w:r>
        <w:rPr>
          <w:lang w:eastAsia="zh-CN"/>
        </w:rPr>
        <w:t xml:space="preserve">    （2）切实加强教师培训，搞好校本教研，提升教师实施新课程标准的能力和水平。学校要继续支持教师积极参加上级组织的培训及本镇的学科教研活动，落实对新课程理念与操作要求的理解。加强集体备课，做到在实践中改进，在反思中总结，在交流中提高。大力提倡课后反思，促进教学研究水平和教师素质的进一步提高。 </w:t>
      </w:r>
      <w:r>
        <w:rPr>
          <w:lang w:eastAsia="zh-CN"/>
        </w:rPr>
        <w:br/>
      </w:r>
      <w:r>
        <w:rPr>
          <w:lang w:eastAsia="zh-CN"/>
        </w:rPr>
        <w:t xml:space="preserve">    （3）青蓝工程实施 </w:t>
      </w:r>
      <w:r>
        <w:rPr>
          <w:lang w:eastAsia="zh-CN"/>
        </w:rPr>
        <w:br/>
      </w:r>
      <w:r>
        <w:rPr>
          <w:lang w:eastAsia="zh-CN"/>
        </w:rPr>
        <w:t xml:space="preserve">    推进“青蓝工程”建设。师徒结队工作以“传帮带”为核心，指导教师要“潜心，精心，耐心”引领青年教师，同伴互助合作，共同分享经验，促进青年教师的健康成长。要求“青方”每两周听蓝方讲一节课，“蓝方”每两周要给“青方”指导一节课；每次活动要有记录，“青、蓝方”讲课提前与教研室打招呼。学期末“青方”要上汇报课，三月份安排新一轮“青蓝工程”结对，一学年后验收。2024年小学春季学期学校工作计划（篇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一、基本情况 </w:t>
      </w:r>
      <w:r>
        <w:rPr>
          <w:lang w:eastAsia="zh-CN"/>
        </w:rPr>
        <w:br/>
      </w:r>
      <w:r>
        <w:rPr>
          <w:lang w:eastAsia="zh-CN"/>
        </w:rPr>
        <w:t xml:space="preserve">    本学期，我校在岗教职工31人。有11个教学班，在籍学生405人。 </w:t>
      </w:r>
      <w:r>
        <w:rPr>
          <w:lang w:eastAsia="zh-CN"/>
        </w:rPr>
        <w:br/>
      </w:r>
      <w:r>
        <w:rPr>
          <w:lang w:eastAsia="zh-CN"/>
        </w:rPr>
        <w:t xml:space="preserve">    二、指导思想 </w:t>
      </w:r>
      <w:r>
        <w:rPr>
          <w:lang w:eastAsia="zh-CN"/>
        </w:rPr>
        <w:br/>
      </w:r>
      <w:r>
        <w:rPr>
          <w:lang w:eastAsia="zh-CN"/>
        </w:rPr>
        <w:t xml:space="preserve">    全面贯彻党的教育方针，大力推进素质教育，深化课程改革，狠抓高效课堂建设，全面提高教育教学质量，加强教师队伍建设，促进各项工作健康协调发展，围绕把学校建设成“求知进取的学园、生命成长的乐园、温馨和谐的家园、环境怡人的花园”的办学目标，积极践行“全面关注、多元发展”的办学理念，努力打造“经典文化润育心灵、个性特长成就人生”的办学特色，努力培育以“爱、纯、博、拓”为核心精神的校园文化，办人民满意的教育，创建特色学校而努力奋斗。 </w:t>
      </w:r>
      <w:r>
        <w:rPr>
          <w:lang w:eastAsia="zh-CN"/>
        </w:rPr>
        <w:br/>
      </w:r>
      <w:r>
        <w:rPr>
          <w:lang w:eastAsia="zh-CN"/>
        </w:rPr>
        <w:t xml:space="preserve">    三、工作目标 </w:t>
      </w:r>
      <w:r>
        <w:rPr>
          <w:lang w:eastAsia="zh-CN"/>
        </w:rPr>
        <w:br/>
      </w:r>
      <w:r>
        <w:rPr>
          <w:lang w:eastAsia="zh-CN"/>
        </w:rPr>
        <w:t xml:space="preserve">    总体目标： </w:t>
      </w:r>
      <w:r>
        <w:rPr>
          <w:lang w:eastAsia="zh-CN"/>
        </w:rPr>
        <w:br/>
      </w:r>
      <w:r>
        <w:rPr>
          <w:lang w:eastAsia="zh-CN"/>
        </w:rPr>
        <w:t xml:space="preserve">    办人民满意的教育，教育教学科研工作争创一流。 </w:t>
      </w:r>
      <w:r>
        <w:rPr>
          <w:lang w:eastAsia="zh-CN"/>
        </w:rPr>
        <w:br/>
      </w:r>
      <w:r>
        <w:rPr>
          <w:lang w:eastAsia="zh-CN"/>
        </w:rPr>
        <w:t xml:space="preserve">    具体目标： </w:t>
      </w:r>
      <w:r>
        <w:rPr>
          <w:lang w:eastAsia="zh-CN"/>
        </w:rPr>
        <w:br/>
      </w:r>
      <w:r>
        <w:rPr>
          <w:lang w:eastAsia="zh-CN"/>
        </w:rPr>
        <w:t xml:space="preserve">    1、不断提高教育教学质量，期末调研考试各学科成绩争进前列。 </w:t>
      </w:r>
      <w:r>
        <w:rPr>
          <w:lang w:eastAsia="zh-CN"/>
        </w:rPr>
        <w:br/>
      </w:r>
      <w:r>
        <w:rPr>
          <w:lang w:eastAsia="zh-CN"/>
        </w:rPr>
        <w:t xml:space="preserve">    2、班级建设水平不断提高，学校表彰的文明班、示范文明班的比例达到90%以上。 </w:t>
      </w:r>
      <w:r>
        <w:rPr>
          <w:lang w:eastAsia="zh-CN"/>
        </w:rPr>
        <w:br/>
      </w:r>
      <w:r>
        <w:rPr>
          <w:lang w:eastAsia="zh-CN"/>
        </w:rPr>
        <w:t xml:space="preserve">    3、实现学生的快乐、健康发展，个性得以张扬，兴趣爱好得以满足，学业不断进步，受到学校及以上表彰、奖励的学生比例达60%，巩固率达100%。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xml:space="preserve">    4、实现教师的持续专业成长，提升教师的职业幸福感。 </w:t>
      </w:r>
      <w:r>
        <w:rPr>
          <w:lang w:eastAsia="zh-CN"/>
        </w:rPr>
        <w:br/>
      </w:r>
      <w:r>
        <w:rPr>
          <w:lang w:eastAsia="zh-CN"/>
        </w:rPr>
        <w:t xml:space="preserve">    5、构建安全和谐校园。确保校园食品、教育教学活动、师生人身和校园财产安全。安全责任事故及重大安全事故为零。 </w:t>
      </w:r>
      <w:r>
        <w:rPr>
          <w:lang w:eastAsia="zh-CN"/>
        </w:rPr>
        <w:br/>
      </w:r>
      <w:r>
        <w:rPr>
          <w:lang w:eastAsia="zh-CN"/>
        </w:rPr>
        <w:t xml:space="preserve">    四、主要工作和措施 </w:t>
      </w:r>
      <w:r>
        <w:rPr>
          <w:lang w:eastAsia="zh-CN"/>
        </w:rPr>
        <w:br/>
      </w:r>
      <w:r>
        <w:rPr>
          <w:lang w:eastAsia="zh-CN"/>
        </w:rPr>
        <w:t xml:space="preserve">    (一)坚持“教师发展第一”，努力建设高素质的教师队伍。 </w:t>
      </w:r>
      <w:r>
        <w:rPr>
          <w:lang w:eastAsia="zh-CN"/>
        </w:rPr>
        <w:br/>
      </w:r>
      <w:r>
        <w:rPr>
          <w:lang w:eastAsia="zh-CN"/>
        </w:rPr>
        <w:t xml:space="preserve">    1、加强教师职业道德建设，提高思想道德素质。全体教师要深入学习时事政治、党的方针政策、法律法规和《中小学教师职业道德规范》，弘扬和践行社会主义核心价值观，增强事业心和责任感，争做党和人民满意的“四有”(有理想信念、有道德情操、有扎实学识、有仁爱之心)好教师，严格执行“义务教育规范办学行为九不准”，坚决制止有偿家教和办班补课现象，树立良好的小学教师形象。不断完善学校管理制度，建设民主、科学的校园文化，打造“严谨、协作、开拓、奉献”的教风和“求真、至善、尚美、和谐”的校风。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xml:space="preserve"> 2、践行“全面关注、多元发展”的办学理念，促进每一位教师的专业成长。一是深入开展读书活动，努力打造书香校园。每位教师每学年至少要阅读一至二本教育专著，通过阅读丰富知识的积累，用理论指导自己的教育教学工作，为成为“敬业型、研究型、智慧型、学者型”的教师奠定理论基础;二是刻苦训练教学基本功，坚持说普通话、用规范字，努力学习现代教育信息技术，开展以提高教师信息技术应用能力为主的校本研修活动，使信息技术与课堂教学深度融合;三是认真研读专业杂志、教育网台及教育博客上的精品文章，用心体验教育生活，积极参加以“聚焦核心素养，践行立德树人”为主题的学科论文评比活动，努力物化成果;四是积极参加教师继续教育，认真上好一节高质量的校级研修课(新进教师两节)，完成校本研修各项任务，确保校本研修学时学分达标;五是推荐青年教师参加各级教学竞赛，以赛促训，引导青年教师努力锤炼师德，苦练教育教学基本功，促进青年教师专业发展;六是尽量为教师提供外出学习的机会，通过安排教师外出听课、参赛、参会，带回新的教育信息，促进教师教育观念的不断更新。赴外学习的教师要珍惜外出学习的机会，确保学有所获。返校后要做好汇报、论坛等工作，实现一人外出多人受益，共享学习成果。</w:t>
      </w:r>
      <w:r>
        <w:rPr>
          <w:lang w:eastAsia="zh-CN"/>
        </w:rPr>
        <w:t xml:space="preserve">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3、加强骨干教师队伍建设和新调进教师及中青年教师的培养。各级骨干教师要通过一师一课、观课议课、读书论坛、微(小)课题研究、专题研讨等校本研修活动，充分发挥自身的专业引领作用，带领老师们共同成长。一是继续实行结对帮扶。指导教师要加强追踪关注，落实精准指导。新老师除了听指导老师的课以外，还要多研究，多请教，多学习借鉴;二是认真落实研修课。三是开展教学经验分享活动。通过学习别人好的做法，借鉴别人的经验，促进自己的教学工作;四是加强过程管理，夯实业务水平。要求新进教师自主备课，书写详案，研修组长每个月都要对本组的新进教师进行一次教案、报告册和学生作业的检查，教务处也会在月底进行检查。新调进教师要以虚心的态度、求学的精神、务实的作风，多听(指导老师的课)、多看(同事的工作)、多问(有经验的教师)、多读(专业发展的书籍)、多思(自己工作的得失)。新进教师要做到一周一听课，一课一反思，一月一小结，以尽快适应新的工作环境，不断提高教育教学质量。高度重视中青年教师的培养。对于中青年教师，一是抓课堂，确保能上优质高效的好课;二是抓短板，对教学存在问题的教师重点帮扶。</w:t>
      </w:r>
      <w:r>
        <w:rPr>
          <w:lang w:eastAsia="zh-CN"/>
        </w:rPr>
        <w:t xml:space="preserve"> </w:t>
      </w:r>
      <w:r>
        <w:rPr>
          <w:lang w:eastAsia="zh-CN"/>
        </w:rPr>
        <w:br/>
      </w:r>
      <w:r>
        <w:rPr>
          <w:lang w:eastAsia="zh-CN"/>
        </w:rPr>
        <w:t xml:space="preserve">    4、加强校本研修小组建设，深化“以学定教，自主合作”教学特色。贯彻落实“以学定教，自主合作”的课堂教学基本原则，以学生为主体，以学情为基础，以学习方法的培养为重点，全面改进教学方法，培养学生自主学习、合作学习的习惯和能力。研修组长要明确职责，丰富研修活动，在研修的主题化、序列化、有效性上下功夫，推进微课题研究。开学初要带领全组教师认真学习新课标、新教材。 </w:t>
      </w:r>
      <w:r>
        <w:rPr>
          <w:lang w:eastAsia="zh-CN"/>
        </w:rPr>
        <w:br/>
      </w:r>
      <w:r>
        <w:rPr>
          <w:lang w:eastAsia="zh-CN"/>
        </w:rPr>
        <w:t xml:space="preserve">    5、加强高效课堂研究，努力培养学生的学科核心素养。切实树立“生本”理念，把“以学定教、自主合作”作为课堂教学改革的出发点，以观课议课为重点，深入推进高效课堂建设，创建具有学校特色的教学模式，切实转变学生的学习方式和教师的教学方式，提高学生的学习能力和学科核心素养。语文、数学、品德、科学、英语等学科均有县级以上的教学竞赛，各研修组要深入开展磨课活动，通过磨课培养参赛教师的教学基本功，增强教师团队的研磨能力，提升教师群体的专业素养。 </w:t>
      </w:r>
      <w:r>
        <w:rPr>
          <w:lang w:eastAsia="zh-CN"/>
        </w:rPr>
        <w:br/>
      </w:r>
      <w:r>
        <w:rPr>
          <w:lang w:eastAsia="zh-CN"/>
        </w:rPr>
        <w:t xml:space="preserve">    6、扎实开展“一师一课”教师展示课活动。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(二)坚持德育为首，帮助学生养成良好的行为习惯，为学生的成功人生奠定基础。</w:t>
      </w:r>
      <w:r>
        <w:rPr>
          <w:lang w:eastAsia="zh-CN"/>
        </w:rPr>
        <w:t xml:space="preserve"> </w:t>
      </w:r>
      <w:r>
        <w:rPr>
          <w:lang w:eastAsia="zh-CN"/>
        </w:rPr>
        <w:br/>
      </w:r>
      <w:r>
        <w:rPr>
          <w:lang w:eastAsia="zh-CN"/>
        </w:rPr>
        <w:t xml:space="preserve">    1、转变思想，更新“三观”。牢固树立科学的人才观、质量观和学生观，用绿色的、可持续发展的眼光对待教育、对待学生，多元评价学生，真正做到爱生如子。认真落实“全员育人、全面育人、全程育人”的“三全”德育工作思路，无论是教学岗位、管理岗位，还是后勤服务岗位，无论是班主任，还是科任教师，都要担负起帮助学生养成良好行为习惯的责任。 </w:t>
      </w:r>
      <w:r>
        <w:rPr>
          <w:lang w:eastAsia="zh-CN"/>
        </w:rPr>
        <w:br/>
      </w:r>
      <w:r>
        <w:rPr>
          <w:lang w:eastAsia="zh-CN"/>
        </w:rPr>
        <w:t xml:space="preserve">    2、把握养成教育这一小学德育工作的重点。认真落实，各班、各位教师要利用一切时间和机会，对学生进行讲礼貌的习惯、感恩的习惯、读书的习惯、思考的习惯以及日常行为习惯(走路、说话、集合、站队)等训练。要认真落实每月一次的行为习惯评价，确保评价不走过场。值周教师要加强督查、严格管理;要充分发挥家长参与培养学生良好习惯的重要作用，通过家长学校的培训，提高各位家长的认识。要关注特殊学生(留守儿童、单亲家庭学生、特异体质、特殊心理、残疾学生、特殊困难学生)的教育和管理问题，重视不良行为的教育、转化、矫治工作，预防未成年人犯罪。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3、努力提高班级的建设水平。各班班主任要充分发挥助理班主任、科任教师的力量，共同为班级的建设出谋划策献力。要通过开展丰富多彩的班级活动，落实每月一次的主题班(队)会，着力建设班级文化，提高班集体的凝聚力和向心力，使班级成为学生享受成长快乐、享受教师关爱、享受同学友爱的乐园。扎实开展寻找家风家训主题活动，对学生进行核心价值观教育，推动班级建设，促进学生发展。</w:t>
      </w:r>
      <w:r>
        <w:rPr>
          <w:lang w:eastAsia="zh-CN"/>
        </w:rPr>
        <w:t xml:space="preserve"> </w:t>
      </w:r>
      <w:r>
        <w:rPr>
          <w:lang w:eastAsia="zh-CN"/>
        </w:rPr>
        <w:br/>
      </w:r>
      <w:r>
        <w:rPr>
          <w:lang w:eastAsia="zh-CN"/>
        </w:rPr>
        <w:t xml:space="preserve">    4、在“重特色、出精品、亮品牌”上下功夫，开创德育工作新局面。在全校范围内开展“家校共育”德育实践活动，促进学生良好品德发展。 </w:t>
      </w:r>
      <w:r>
        <w:rPr>
          <w:lang w:eastAsia="zh-CN"/>
        </w:rPr>
        <w:br/>
      </w:r>
      <w:r>
        <w:rPr>
          <w:lang w:eastAsia="zh-CN"/>
        </w:rPr>
        <w:t xml:space="preserve">    (三)加强教育教学研究和管理，努力提高教育教学质量。 </w:t>
      </w:r>
      <w:r>
        <w:rPr>
          <w:lang w:eastAsia="zh-CN"/>
        </w:rPr>
        <w:br/>
      </w:r>
      <w:r>
        <w:rPr>
          <w:lang w:eastAsia="zh-CN"/>
        </w:rPr>
        <w:t xml:space="preserve">    1、严格执行国家课程计划，开齐、开足、开好各门课程。加强对课程的管理，加强对课表执行情况的检查，杜绝挤课、占课，非学校安排或经教导处允许，不得私自挪课。规范作息时间表，严格执行学生上学、放学时间的相关规定，任何班级和老师不得随意要求学生提前到校上课或推迟放学。师生请假，均要按要求填写请假条和调课代课单交教导处。加强学籍管理，健全普九资料，巩固“普九”成果。完善教育教学质量监测、评估办法，改进教学管理，确保教学质量稳居全县前列。 </w:t>
      </w:r>
      <w:r>
        <w:rPr>
          <w:lang w:eastAsia="zh-CN"/>
        </w:rPr>
        <w:br/>
      </w:r>
      <w:r>
        <w:rPr>
          <w:lang w:eastAsia="zh-CN"/>
        </w:rPr>
        <w:t xml:space="preserve">    2、内化教育教学管理规范。特别强调，凡因公外出开会、培训和因私事请假，时间在两天以内的(含两天)，一律由本人先调好课，再填写调课代课单交教导处备查;病假及三天以上的公假、事假能调课的尽量调课，调不过来的填好代课单交由教务处安排。本人调课是指在班内自我消化，能上就调课上，不能上就请班内其他老师代课，安排好后交教务处存档。凡是没安排的由外出者承担责任，安排了无人上课则由代课者承担责任。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xml:space="preserve"> 3、进一步加强课堂研究，努力提高课堂教学质量。加强有效培训，更新教学观念，改进教学方法，不断提高教师驾驭教材和组织教学的能力。二是正确处理课堂教学中的几个关系：活与实的关系，主导与主体的关系，举“一”与反“三”的关系，保底与提升的关系，理解与应用的关系，切实改变传统的教学模式。三是充分激发学生的学习兴趣，让学生学得生动、活泼、主动、积极，努力构建“生本课堂”。四是强化备课管理，提高教师备课的实效性，严禁“课上任务课下补”、增加课时、加重学生作业量等低效的教学行为，从而实现课堂的高效，科学地提高教学质量。五是狠抓课堂常规训练，培养良好的学习习惯。良好的学习习惯、有效的学习方法，是提高学习效率的重要前提，我们要把学习习惯和合作学习能力的培养作为重要的研究课题。如要求学生养成课前准备的习惯。严格按照老师的要求准备好学习用品和相关资料，坚持提前两分钟将下一节课必需的物品放在桌面上;发言的习惯。发言时仪态大方，声音响亮，表达清楚、完整、规范;倾听的习惯。认真倾听老师的讲解、同学的发言，听课时全神贯注、精神饱满、情绪高涨;思考的习惯。积极思考，大胆发言，善于质疑;合作的习惯。学会合作，善于交流，积极参与课堂互动;书写的习惯。书写工整，规范使用修改符号，不得使用涂改液;检查的习惯。作业完成后自觉检查、发现错误及时订正。</w:t>
      </w:r>
      <w:r>
        <w:rPr>
          <w:lang w:eastAsia="zh-CN"/>
        </w:rPr>
        <w:t xml:space="preserve"> </w:t>
      </w:r>
      <w:r>
        <w:rPr>
          <w:lang w:eastAsia="zh-CN"/>
        </w:rPr>
        <w:br/>
      </w:r>
      <w:r>
        <w:rPr>
          <w:lang w:eastAsia="zh-CN"/>
        </w:rPr>
        <w:t xml:space="preserve">    4、务实开展校本研修，切实提升教师群体的专业素养。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一是要坚持一个中心、两个重点，即以创建高效课堂为中心，以促进教师专业发展和提高教育教学质量为重点，认真开展校本研修，努力构建生本课堂，全面关注学生，促进学生多元发展。各研修组要组织生本课堂理论的学习，并在一师一课、组内研修课和常态课中积极践行生本理念。</w:t>
      </w:r>
      <w:r>
        <w:rPr>
          <w:lang w:eastAsia="zh-CN"/>
        </w:rPr>
        <w:t xml:space="preserve"> </w:t>
      </w:r>
      <w:r>
        <w:rPr>
          <w:lang w:eastAsia="zh-CN"/>
        </w:rPr>
        <w:br/>
      </w:r>
      <w:r>
        <w:rPr>
          <w:lang w:eastAsia="zh-CN"/>
        </w:rPr>
        <w:t xml:space="preserve">    二是加强以问题为中心、能力为导向的课堂教学研究，加强学习小组建设的研究，提高学生在课堂学习中自主的程度、合作的效度和探究的深度，提升学生的学习力，培养学生的学科核心素养。 </w:t>
      </w:r>
      <w:r>
        <w:rPr>
          <w:lang w:eastAsia="zh-CN"/>
        </w:rPr>
        <w:br/>
      </w:r>
      <w:r>
        <w:rPr>
          <w:lang w:eastAsia="zh-CN"/>
        </w:rPr>
        <w:t xml:space="preserve">    三是切实凸显集体备课的研究功能。集体备课主备人要把握课标、深研教材，写好单元说课稿，集体备课活动时，主备人深入解读教材和教学预案，指出教学重难点以及如何突重破难，要注意什么，要准备什么，都要一一说明。学校检查教师备课时，重点检查主备人的单元说课和设计的教学预案的可操作性。教师要在集体备课的基础上开展好课前复备和课后反思，真正提高课堂教学效率，切实减轻学生过重课业负担，尊重并关注学生的个性差异，保证学生的课间休息及锻炼时间，通过创建高效课堂来提升教学质量。 </w:t>
      </w:r>
      <w:r>
        <w:rPr>
          <w:lang w:eastAsia="zh-CN"/>
        </w:rPr>
        <w:br/>
      </w:r>
      <w:r>
        <w:rPr>
          <w:lang w:eastAsia="zh-CN"/>
        </w:rPr>
        <w:t xml:space="preserve">    四是让教学反思成为教师专业成长的纠偏仪。任何一个教师在其执教的过程中都不可能做到尽善尽美，审视和分析自己的教学行为、教学决策和教学结果，可以有效地纠正教学观念、教学行为上的偏差，形成自己对教学现象、教学问题的独立思考和创造性见解，提高自我觉察水平和教学监控能力。通过教学反思，可以不断超越经验，创造性的解决教学实际问题，促进自身业务能力的提高，促进自身不断成长。要求老师们通过填写教后记进行教学反思，教学反思要关注“学生的学”，研讨“学生的学”，为了“学生的学”。 </w:t>
      </w:r>
      <w:r>
        <w:rPr>
          <w:lang w:eastAsia="zh-CN"/>
        </w:rPr>
        <w:br/>
      </w:r>
      <w:r>
        <w:rPr>
          <w:lang w:eastAsia="zh-CN"/>
        </w:rPr>
        <w:t xml:space="preserve">    5、落实教学常规，严格常规管理。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一是继续实行作业登记制度。通过作业登记切实减轻学生的课业负担。各班各学科的家庭作业每天都有学生如实登记，教务处随时检查，并把检查情况纳入教师教学常规等级评定和年度考核评价。 </w:t>
      </w:r>
      <w:r>
        <w:rPr>
          <w:lang w:eastAsia="zh-CN"/>
        </w:rPr>
        <w:br/>
      </w:r>
      <w:r>
        <w:rPr>
          <w:lang w:eastAsia="zh-CN"/>
        </w:rPr>
        <w:t xml:space="preserve">    二是规范师生交往行为。师生交往必须说普通话。全体教职员工在公共场合、教学活动、和学生交谈、教育过程中都必须使用普通话。不要把不良情绪带到课堂，不要用敲打讲桌的方式平息教室内的喧闹声，不要因一点小事就生气地离开教室，不要在公开场合点名批评甚至羞辱学生，不要在学生犯错误时不问青红皂白就先通知家长，不要在批评学生时翻旧账，不要用过激的言辞夸大学生的缺点和错误，不要在批评学生时涉及学生的生理缺陷或家庭背景，不要忽视学生的任何闪光点。当学生犯了错误时，我们必须坚持一个原则：那就是无论学生犯了多大的错，教育必须从尊重学生开始。 </w:t>
      </w:r>
      <w:r>
        <w:rPr>
          <w:lang w:eastAsia="zh-CN"/>
        </w:rPr>
        <w:br/>
      </w:r>
      <w:r>
        <w:rPr>
          <w:lang w:eastAsia="zh-CN"/>
        </w:rPr>
        <w:t xml:space="preserve">    三是语数外老师任教其他非专业课程的，也要积极参与该课程的校本研修活动。 </w:t>
      </w:r>
      <w:r>
        <w:rPr>
          <w:lang w:eastAsia="zh-CN"/>
        </w:rPr>
        <w:br/>
      </w:r>
      <w:r>
        <w:rPr>
          <w:lang w:eastAsia="zh-CN"/>
        </w:rPr>
        <w:t xml:space="preserve">    四是规范室外课的教学。体育组要加强小场地室外课教学的研究，要特别注意体育课中的安全教育。体育课、科学实验课、信息技术课等室外课，教师要要求学生做到预备铃响，立即到教室门口集合，迅速、安静、整齐地带入上课地点，如果学生拖拖拉拉，吵吵闹闹，教师则要进行组织教学和常规训练。科学课要保证实验开出率，学校将把实验教学的情况纳入科学教师的教学考核。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xml:space="preserve"> 五是认真落实备、教、批、辅、改各个环节的常规要求。作业要全批全改，及时反馈。一般要求做到作业批改“不过夜”，当天作业当天批完，作文允许一周内批完。作文批改要求从标点符号到字、词、句、篇都要关注，旁边有眉批，结尾有评语，既要肯定优点，又要指出不足。作业有错，必须及时发回订正。但改错不能变成惩罚，反对机械重复的改错，改错不得超过三遍。不准用增加作业量的方式来变相体罚学生，不准撕毁学生作业本，不准把学生赶出教室。要把平时的作业情况作为过程性材料纳入学生的学期学业成绩评定，坚持做好这项工作，可以提高学生对待作业的审慎态度。</w:t>
      </w:r>
      <w:r>
        <w:rPr>
          <w:lang w:eastAsia="zh-CN"/>
        </w:rPr>
        <w:t xml:space="preserve"> </w:t>
      </w:r>
      <w:r>
        <w:rPr>
          <w:lang w:eastAsia="zh-CN"/>
        </w:rPr>
        <w:br/>
      </w:r>
      <w:r>
        <w:rPr>
          <w:lang w:eastAsia="zh-CN"/>
        </w:rPr>
        <w:t xml:space="preserve">    六是继续推行巡查制度。为了进一步加强教育教学管理，规范教师教育教学行为，本学期继续推行“巡查制度”。巡查项目包括课表执行、教学行为、课堂纪律、清洁卫生、设备用电、办公室建设等方面。由学校班子成员组成巡查工作小组，每周的值周领导为当周巡查负责人。每周不定时巡查一次，每次巡查不漏班级和办公室。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6、要进一步落实语文、数学、英语学科的基础地位，强化基础知识的教学和基本能力的训练。语文教学中，要树立大语文观，加强阅读与习作教学，培养学生综合应用祖国语言文字的能力;数学教学中要注重数学思想与数学方法的渗透，强调数学与生活的联系，鼓励学生灵活应用数学知识解决实际问题;英语教学中要落实四会单词、短语教学及检查，多进行易混单词、短语的辨析训练，强化语篇教学，注重听说读写训练，养成良好的书写习惯。语文研修组长要按照课标要求分段落实阅读任务，各班语文教师要教给方法，指导阅读，做到有布置有检查，将阅读量完成的情况作为学生语文素养评价的要素之一。语文老师要加强朗读指导，坚持范读课文。充分发挥学校图书室的作用，生均借阅率达到5本，并将图书的借阅率纳入文明班的考核之中。在广泛开展读书活动的同时，各班、各语文研修组要采用多种形式展示学生的阅读成果。按照《中小学书法教育指导纲要》开设书法教育课，全校周三下午第三节课统一进行书法教育，学期结束进行书法教育成果展示。</w:t>
      </w:r>
      <w:r>
        <w:rPr>
          <w:lang w:eastAsia="zh-CN"/>
        </w:rPr>
        <w:t xml:space="preserve"> </w:t>
      </w:r>
      <w:r>
        <w:rPr>
          <w:lang w:eastAsia="zh-CN"/>
        </w:rPr>
        <w:br/>
      </w:r>
      <w:r>
        <w:rPr>
          <w:lang w:eastAsia="zh-CN"/>
        </w:rPr>
        <w:t xml:space="preserve">    7、要牢固树立质量是学校的生命线的意识，科学地贯彻落实差异教学思想。全体教师要真正确立起“面向全体，正视差距，促进每一个学生发展，相信每一个学生都能发展”的学生发展观，要建立起真正民主、平等、和谐的师生关系，尊重每一个学生，平等对待每一个学生。更新人才观念，允许学生发展有差异，要允许学困生小步、慢步发展，要给他们更多的关爱，更多的表现和发展机会;在作业的布置上，要体现分层要求。全体教师要全面正确理解素质教育的概念，高度重视基础课程的基础作用，同时，也不能忽视其它课程对发展学生综合素质所发挥的积极作用，各门课程都要按要求实施教学和考试考核。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xml:space="preserve"> 8、要稳步推进课程改革。强化三级课程管理，使课程更切合学生的实际，有效地提高教育效益，促进学校办出特色。做好学生综合素质评价工作，努力构建促进教师专业发展和学生素质全面提高的评价体系。加强校本、信息技术、地方、生命安全及心理健康教育等课程的教学。学校社团要写出本学期的社团活动计划，学期结束时集中展示社团活动的成果，各社团指导教师要对活动情况进行文字总结。</w:t>
      </w:r>
      <w:r>
        <w:rPr>
          <w:lang w:eastAsia="zh-CN"/>
        </w:rPr>
        <w:t xml:space="preserve"> </w:t>
      </w:r>
      <w:r>
        <w:rPr>
          <w:lang w:eastAsia="zh-CN"/>
        </w:rPr>
        <w:br/>
      </w:r>
      <w:r>
        <w:rPr>
          <w:lang w:eastAsia="zh-CN"/>
        </w:rPr>
        <w:t xml:space="preserve">    9、要规范教师的教育教学行为。严禁体罚和变相体罚学生，严禁实施语言暴力，严禁以教谋私，教师不得转嫁劳动给学生或家长，不得剥夺学生上课的权利，上课时不得把学生赶出教室甚至赶回家。上课手机要调成震动状态，不得接听或拨打手机，不得溜堂或迟到早退。中午、下午均要统一放学，若要单独找学生解决问题，则要与家长取得联系，或由家长来接，或由老师送回家，要确保学生安全。 </w:t>
      </w:r>
      <w:r>
        <w:rPr>
          <w:lang w:eastAsia="zh-CN"/>
        </w:rPr>
        <w:br/>
      </w:r>
      <w:r>
        <w:rPr>
          <w:lang w:eastAsia="zh-CN"/>
        </w:rPr>
        <w:t xml:space="preserve">    10、设立“零作业日”，深入开展“阳光减负”活动。继续建立课业负担登记、监测、举报、问责等制度，落实教育部“小学生减负十条”规定，加强与家长的沟通与互动，指导学生开展好校外活动。按上级文件规定，合理安排学习任务，一、二年级不得布置书面家庭作业，三、四年级家庭作业书写总量不得超过30分钟，五、六年级家庭作业书写总量控制在45分钟之内，英语只得布置听读类作业。设定每周三为零作业日，任教教师任何学科周三都不得布置家庭作业，要鼓励学生开展经典诵读活动。教导处将不定期地进行检查，并将检查结果纳入教师教学行为及教学常规评价。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xml:space="preserve"> 11、落实学生安全首遇制，加强学校安全文化建设。遇到学生发生安全事故，必须积极参与救护，同时，在第一时间报告学校，通知家长。要通过生命安全教育、心理健康教育、国旗下宣讲、红领巾广播，努力营造安全教育的文化氛围，提高学生的安全意识和自我保护能力。坚持“每天放学前一分钟、周末放学前五分钟、节假日放假前半小时”的安全教育机制。</w:t>
      </w:r>
      <w:r>
        <w:rPr>
          <w:lang w:eastAsia="zh-CN"/>
        </w:rPr>
        <w:t xml:space="preserve"> </w:t>
      </w:r>
      <w:r>
        <w:rPr>
          <w:lang w:eastAsia="zh-CN"/>
        </w:rPr>
        <w:br/>
      </w:r>
      <w:r>
        <w:rPr>
          <w:lang w:eastAsia="zh-CN"/>
        </w:rPr>
        <w:t xml:space="preserve">    12、加强体育艺术工作，落实“阳光锻炼一小时”，开展“2+1”活动及校园八极拳推广活动。开展“健康促进学校”创建活动。创新体艺活动内容、形式，继续开展体艺特色活动和体艺特色学校创建。体育组要正视学校场地狭小的现实，在确保师生安全的情况下合理安排室外活动，要保证体育课的训练强度和训练量，师生体育课都要按规定着装。加强体育室内课教学及研究，室内课不仅要有教案，更要有教学效果。引导学生科学用眼，致力控制学生近视眼发生率，提高健康知识及格率和健康行为形成率。 </w:t>
      </w:r>
      <w:r>
        <w:rPr>
          <w:lang w:eastAsia="zh-CN"/>
        </w:rPr>
        <w:br/>
      </w:r>
      <w:r>
        <w:rPr>
          <w:lang w:eastAsia="zh-CN"/>
        </w:rPr>
        <w:t xml:space="preserve">    13、进一步做好课程资源的全面开发与利用工作。要提高学校已有资源、远程资源和优课的利用率，做好利用登记。强化教育技术装备的管理和利用，充分发挥教育技术装备资源的综合效益。分年级分学科建好课件库和电子备课稿，收集保管好“精品课”资源，保证优质教学资源能循环使用。图书室加强循环教材回收及图书整理工作，提高图书借阅率，做好学生借阅图书登记，为文明班考核提供依据。实验室要做好实验仪器的清理、登记、使用准备工作，确保实验的开出率。要切实发挥教学用书、音带制品、教学仪器的作用，做好借用登记，并按时归还。档案室要加强档案资料的整理归档，做好资料归档、档案保管和借阅登记。2024年小学春季学期学校工作计划（篇4）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xml:space="preserve"> 为进一步加强学生道路交通安全教育、强化学生交通安全意识，培养学生养成自觉维护道路交通秩序，遵守交通法规，保护自身出行安全的良好习惯，提高小学生的自我保护能力，杜绝的发生，为学生的健康成长创造一个良好的交通道路环境，结合学校实际，特制定本学期交通安全工作计划。</w:t>
      </w:r>
      <w:r>
        <w:rPr>
          <w:lang w:eastAsia="zh-CN"/>
        </w:rPr>
        <w:t xml:space="preserve"> </w:t>
      </w:r>
      <w:r>
        <w:rPr>
          <w:lang w:eastAsia="zh-CN"/>
        </w:rPr>
        <w:br/>
      </w:r>
      <w:r>
        <w:rPr>
          <w:lang w:eastAsia="zh-CN"/>
        </w:rPr>
        <w:t xml:space="preserve">    一、建立健全学校道路交通安全工作领导小组： </w:t>
      </w:r>
      <w:r>
        <w:rPr>
          <w:lang w:eastAsia="zh-CN"/>
        </w:rPr>
        <w:br/>
      </w:r>
      <w:r>
        <w:rPr>
          <w:lang w:eastAsia="zh-CN"/>
        </w:rPr>
        <w:t xml:space="preserve">    组长：李宗剑 </w:t>
      </w:r>
      <w:r>
        <w:rPr>
          <w:lang w:eastAsia="zh-CN"/>
        </w:rPr>
        <w:br/>
      </w:r>
      <w:r>
        <w:rPr>
          <w:lang w:eastAsia="zh-CN"/>
        </w:rPr>
        <w:t xml:space="preserve">    副组长：杨自成马贵杰 </w:t>
      </w:r>
      <w:r>
        <w:rPr>
          <w:lang w:eastAsia="zh-CN"/>
        </w:rPr>
        <w:br/>
      </w:r>
      <w:r>
        <w:rPr>
          <w:lang w:eastAsia="zh-CN"/>
        </w:rPr>
        <w:t xml:space="preserve">    组员：王有福马彦明马文英黑宝莉各班班主任 </w:t>
      </w:r>
      <w:r>
        <w:rPr>
          <w:lang w:eastAsia="zh-CN"/>
        </w:rPr>
        <w:br/>
      </w:r>
      <w:r>
        <w:rPr>
          <w:lang w:eastAsia="zh-CN"/>
        </w:rPr>
        <w:t xml:space="preserve">    二、工作目标 </w:t>
      </w:r>
      <w:r>
        <w:rPr>
          <w:lang w:eastAsia="zh-CN"/>
        </w:rPr>
        <w:br/>
      </w:r>
      <w:r>
        <w:rPr>
          <w:lang w:eastAsia="zh-CN"/>
        </w:rPr>
        <w:t xml:space="preserve">    1、开展交通安全教育宣传活动，使学生对《道路交通安全法》及实施条例等相关法律法规的知晓率达百分之百。 </w:t>
      </w:r>
      <w:r>
        <w:rPr>
          <w:lang w:eastAsia="zh-CN"/>
        </w:rPr>
        <w:br/>
      </w:r>
      <w:r>
        <w:rPr>
          <w:lang w:eastAsia="zh-CN"/>
        </w:rPr>
        <w:t xml:space="preserve">    2、在我校学生中掀起一个学习、遵守和宣传交通法律法规的高潮，使学生的道路交通安全意识和自我防护能力得到明显提高预防和减少道路的发生。 </w:t>
      </w:r>
      <w:r>
        <w:rPr>
          <w:lang w:eastAsia="zh-CN"/>
        </w:rPr>
        <w:br/>
      </w:r>
      <w:r>
        <w:rPr>
          <w:lang w:eastAsia="zh-CN"/>
        </w:rPr>
        <w:t xml:space="preserve">    3、从小培养学生养成遵守法律法规的习惯，使“三让”（即：“车让人，让出一份文明；人让车，让出一份秩序；车让车，让出一份安全”）的交通文明理念深入人心。 </w:t>
      </w:r>
      <w:r>
        <w:rPr>
          <w:lang w:eastAsia="zh-CN"/>
        </w:rPr>
        <w:br/>
      </w:r>
      <w:r>
        <w:rPr>
          <w:lang w:eastAsia="zh-CN"/>
        </w:rPr>
        <w:t xml:space="preserve">    三、工作措施： </w:t>
      </w:r>
      <w:r>
        <w:rPr>
          <w:lang w:eastAsia="zh-CN"/>
        </w:rPr>
        <w:br/>
      </w:r>
      <w:r>
        <w:rPr>
          <w:lang w:eastAsia="zh-CN"/>
        </w:rPr>
        <w:t xml:space="preserve">    1、加强交通安全学习教育。通过主题班会、思品教育、黑板报、知识竞赛、校园广播等形式，组织学生学习道路交通法律法规和交通安全基本常识等内容提高他们的安全意识和防护能力。 </w:t>
      </w:r>
      <w:r>
        <w:rPr>
          <w:lang w:eastAsia="zh-CN"/>
        </w:rPr>
        <w:br/>
      </w:r>
      <w:r>
        <w:rPr>
          <w:lang w:eastAsia="zh-CN"/>
        </w:rPr>
        <w:t xml:space="preserve">    1）、每学期开学时和放假前，要上一节交通安全课。 </w:t>
      </w:r>
      <w:r>
        <w:rPr>
          <w:lang w:eastAsia="zh-CN"/>
        </w:rPr>
        <w:br/>
      </w:r>
      <w:r>
        <w:rPr>
          <w:lang w:eastAsia="zh-CN"/>
        </w:rPr>
        <w:t xml:space="preserve">    2）、每天放学时，老师要提醒学生注意道路交通安全。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xml:space="preserve">    3）、每学期要以班为单位进行一次交通安全主题班会。 </w:t>
      </w:r>
      <w:r>
        <w:rPr>
          <w:lang w:eastAsia="zh-CN"/>
        </w:rPr>
        <w:br/>
      </w:r>
      <w:r>
        <w:rPr>
          <w:lang w:eastAsia="zh-CN"/>
        </w:rPr>
        <w:t xml:space="preserve">    2、学校聘请交警但任学校法制辅导员，开展平安回家自护训练，帮助全体小学生提高安全意识和自护能力。 </w:t>
      </w:r>
      <w:r>
        <w:rPr>
          <w:lang w:eastAsia="zh-CN"/>
        </w:rPr>
        <w:br/>
      </w:r>
      <w:r>
        <w:rPr>
          <w:lang w:eastAsia="zh-CN"/>
        </w:rPr>
        <w:t xml:space="preserve">    四、工作安排： </w:t>
      </w:r>
      <w:r>
        <w:rPr>
          <w:lang w:eastAsia="zh-CN"/>
        </w:rPr>
        <w:br/>
      </w:r>
      <w:r>
        <w:rPr>
          <w:lang w:eastAsia="zh-CN"/>
        </w:rPr>
        <w:t xml:space="preserve">    1、结合《道路交通安全法》对学生进行交通安全宣传教育活动。 </w:t>
      </w:r>
      <w:r>
        <w:rPr>
          <w:lang w:eastAsia="zh-CN"/>
        </w:rPr>
        <w:br/>
      </w:r>
      <w:r>
        <w:rPr>
          <w:lang w:eastAsia="zh-CN"/>
        </w:rPr>
        <w:t xml:space="preserve">    2、上一节交通安全课。 </w:t>
      </w:r>
      <w:r>
        <w:rPr>
          <w:lang w:eastAsia="zh-CN"/>
        </w:rPr>
        <w:br/>
      </w:r>
      <w:r>
        <w:rPr>
          <w:lang w:eastAsia="zh-CN"/>
        </w:rPr>
        <w:t xml:space="preserve">    3、各班以“交通安全”为主题举行一次主题班会。 </w:t>
      </w:r>
      <w:r>
        <w:rPr>
          <w:lang w:eastAsia="zh-CN"/>
        </w:rPr>
        <w:br/>
      </w:r>
      <w:r>
        <w:rPr>
          <w:lang w:eastAsia="zh-CN"/>
        </w:rPr>
        <w:t xml:space="preserve">    4、在学校的宣传橱窗，开辟交通安全宣传专栏，宣传交通安全常识。 </w:t>
      </w:r>
      <w:r>
        <w:rPr>
          <w:lang w:eastAsia="zh-CN"/>
        </w:rPr>
        <w:br/>
      </w:r>
      <w:r>
        <w:rPr>
          <w:lang w:eastAsia="zh-CN"/>
        </w:rPr>
        <w:t xml:space="preserve">    5、出好一期交通安全黑板报2024年小学春季学期学校工作计划（篇5） </w:t>
      </w:r>
      <w:r>
        <w:rPr>
          <w:lang w:eastAsia="zh-CN"/>
        </w:rPr>
        <w:br/>
      </w:r>
      <w:r>
        <w:rPr>
          <w:lang w:eastAsia="zh-CN"/>
        </w:rPr>
        <w:t xml:space="preserve">    一、工作思路 </w:t>
      </w:r>
      <w:r>
        <w:rPr>
          <w:lang w:eastAsia="zh-CN"/>
        </w:rPr>
        <w:br/>
      </w:r>
      <w:r>
        <w:rPr>
          <w:lang w:eastAsia="zh-CN"/>
        </w:rPr>
        <w:t xml:space="preserve">    以“为学生发展奠基，为教师成长铺路”作为办学理念，以“校本教研和远程教育”为特色，以“校园文化建设”为重点，以“规范教学常规管理”为中心，关注“学生行为习惯养成教育”，加强学校安全管理，树立“后勤为师生服务的意识”，努力提高全体教师的工作积极性，全面提高教育教学质量。 </w:t>
      </w:r>
      <w:r>
        <w:rPr>
          <w:lang w:eastAsia="zh-CN"/>
        </w:rPr>
        <w:br/>
      </w:r>
      <w:r>
        <w:rPr>
          <w:lang w:eastAsia="zh-CN"/>
        </w:rPr>
        <w:t xml:space="preserve">    二、工作目标 </w:t>
      </w:r>
      <w:r>
        <w:rPr>
          <w:lang w:eastAsia="zh-CN"/>
        </w:rPr>
        <w:br/>
      </w:r>
      <w:r>
        <w:rPr>
          <w:lang w:eastAsia="zh-CN"/>
        </w:rPr>
        <w:t xml:space="preserve">    1、完善相关管理制度。 </w:t>
      </w:r>
      <w:r>
        <w:rPr>
          <w:lang w:eastAsia="zh-CN"/>
        </w:rPr>
        <w:br/>
      </w:r>
      <w:r>
        <w:rPr>
          <w:lang w:eastAsia="zh-CN"/>
        </w:rPr>
        <w:t xml:space="preserve">    2、全面落实各项工作的常规管理。 </w:t>
      </w:r>
      <w:r>
        <w:rPr>
          <w:lang w:eastAsia="zh-CN"/>
        </w:rPr>
        <w:br/>
      </w:r>
      <w:r>
        <w:rPr>
          <w:lang w:eastAsia="zh-CN"/>
        </w:rPr>
        <w:t xml:space="preserve">    3、加强校园文化建设，开展书香童年读书活动，加强学生行为习惯养成教育，提升学校底蕴和品位。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xml:space="preserve">    4、认真组织以“远程教育课题”为重点的课题研究活动。 </w:t>
      </w:r>
      <w:r>
        <w:rPr>
          <w:lang w:eastAsia="zh-CN"/>
        </w:rPr>
        <w:br/>
      </w:r>
      <w:r>
        <w:rPr>
          <w:lang w:eastAsia="zh-CN"/>
        </w:rPr>
        <w:t xml:space="preserve">    5、规范学生学籍管理，严格控制超级大班。 </w:t>
      </w:r>
      <w:r>
        <w:rPr>
          <w:lang w:eastAsia="zh-CN"/>
        </w:rPr>
        <w:br/>
      </w:r>
      <w:r>
        <w:rPr>
          <w:lang w:eastAsia="zh-CN"/>
        </w:rPr>
        <w:t xml:space="preserve">    6、认真组织好“体育节”、“艺术节”庆祝活动。 </w:t>
      </w:r>
      <w:r>
        <w:rPr>
          <w:lang w:eastAsia="zh-CN"/>
        </w:rPr>
        <w:br/>
      </w:r>
      <w:r>
        <w:rPr>
          <w:lang w:eastAsia="zh-CN"/>
        </w:rPr>
        <w:t xml:space="preserve">    7、进一步推进学校信息化发展，深化网上教研工作，达成教师专业化成长新的生长点。 </w:t>
      </w:r>
      <w:r>
        <w:rPr>
          <w:lang w:eastAsia="zh-CN"/>
        </w:rPr>
        <w:br/>
      </w:r>
      <w:r>
        <w:rPr>
          <w:lang w:eastAsia="zh-CN"/>
        </w:rPr>
        <w:t xml:space="preserve">    8、加强后勤工作管理，努力提高后勤服务质量。 </w:t>
      </w:r>
      <w:r>
        <w:rPr>
          <w:lang w:eastAsia="zh-CN"/>
        </w:rPr>
        <w:br/>
      </w:r>
      <w:r>
        <w:rPr>
          <w:lang w:eastAsia="zh-CN"/>
        </w:rPr>
        <w:t xml:space="preserve">    三、主要工作 </w:t>
      </w:r>
      <w:r>
        <w:rPr>
          <w:lang w:eastAsia="zh-CN"/>
        </w:rPr>
        <w:br/>
      </w:r>
      <w:r>
        <w:rPr>
          <w:lang w:eastAsia="zh-CN"/>
        </w:rPr>
        <w:t xml:space="preserve">    （一）党政工作。 </w:t>
      </w:r>
      <w:r>
        <w:rPr>
          <w:lang w:eastAsia="zh-CN"/>
        </w:rPr>
        <w:br/>
      </w:r>
      <w:r>
        <w:rPr>
          <w:lang w:eastAsia="zh-CN"/>
        </w:rPr>
        <w:t xml:space="preserve">    1、加强教职工思想政治工作，创建团结和谐的教师团队，组织教师创造性地开展有益的活动。 </w:t>
      </w:r>
      <w:r>
        <w:rPr>
          <w:lang w:eastAsia="zh-CN"/>
        </w:rPr>
        <w:br/>
      </w:r>
      <w:r>
        <w:rPr>
          <w:lang w:eastAsia="zh-CN"/>
        </w:rPr>
        <w:t xml:space="preserve">    2、重视学校基层组织建设。 </w:t>
      </w:r>
      <w:r>
        <w:rPr>
          <w:lang w:eastAsia="zh-CN"/>
        </w:rPr>
        <w:br/>
      </w:r>
      <w:r>
        <w:rPr>
          <w:lang w:eastAsia="zh-CN"/>
        </w:rPr>
        <w:t xml:space="preserve">    3、做好校务公开公示工作，积极发挥组织监督职能。 </w:t>
      </w:r>
      <w:r>
        <w:rPr>
          <w:lang w:eastAsia="zh-CN"/>
        </w:rPr>
        <w:br/>
      </w:r>
      <w:r>
        <w:rPr>
          <w:lang w:eastAsia="zh-CN"/>
        </w:rPr>
        <w:t xml:space="preserve">    4、重视学校计生工作，建好相应台帐。 </w:t>
      </w:r>
      <w:r>
        <w:rPr>
          <w:lang w:eastAsia="zh-CN"/>
        </w:rPr>
        <w:br/>
      </w:r>
      <w:r>
        <w:rPr>
          <w:lang w:eastAsia="zh-CN"/>
        </w:rPr>
        <w:t xml:space="preserve">    5、努力创建市级、州级文明单位，大力宣传学校各项工作。 </w:t>
      </w:r>
      <w:r>
        <w:rPr>
          <w:lang w:eastAsia="zh-CN"/>
        </w:rPr>
        <w:br/>
      </w:r>
      <w:r>
        <w:rPr>
          <w:lang w:eastAsia="zh-CN"/>
        </w:rPr>
        <w:t xml:space="preserve">    （二）德育工作。 </w:t>
      </w:r>
      <w:r>
        <w:rPr>
          <w:lang w:eastAsia="zh-CN"/>
        </w:rPr>
        <w:br/>
      </w:r>
      <w:r>
        <w:rPr>
          <w:lang w:eastAsia="zh-CN"/>
        </w:rPr>
        <w:t xml:space="preserve">    1、加强班主任管理和班集体管理工作，组织召开班主任经验交流会和班集体展示活动。 </w:t>
      </w:r>
      <w:r>
        <w:rPr>
          <w:lang w:eastAsia="zh-CN"/>
        </w:rPr>
        <w:br/>
      </w:r>
      <w:r>
        <w:rPr>
          <w:lang w:eastAsia="zh-CN"/>
        </w:rPr>
        <w:t xml:space="preserve">    2、落实“班主任队伍建设月培训制度”。2024年小学春季学期学校工作计划（篇6） </w:t>
      </w:r>
      <w:r>
        <w:rPr>
          <w:lang w:eastAsia="zh-CN"/>
        </w:rPr>
        <w:br/>
      </w:r>
      <w:r>
        <w:rPr>
          <w:lang w:eastAsia="zh-CN"/>
        </w:rPr>
        <w:t xml:space="preserve">    一、指导思想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xml:space="preserve"> 本学期，我校的教学工作以提高课堂效率为中心；以推行“四环节”教学为基本点；以学习研究、检查督促为主要形式；切实提高教师的业务水平，提高学校教学质量，提升学校的办学品位，树立学校在社会上的良好形象，为我校发展奠定基础。</w:t>
      </w:r>
      <w:r>
        <w:rPr>
          <w:lang w:eastAsia="zh-CN"/>
        </w:rPr>
        <w:t xml:space="preserve"> </w:t>
      </w:r>
      <w:r>
        <w:rPr>
          <w:lang w:eastAsia="zh-CN"/>
        </w:rPr>
        <w:br/>
      </w:r>
      <w:r>
        <w:rPr>
          <w:lang w:eastAsia="zh-CN"/>
        </w:rPr>
        <w:t xml:space="preserve">    二、工作要点： </w:t>
      </w:r>
      <w:r>
        <w:rPr>
          <w:lang w:eastAsia="zh-CN"/>
        </w:rPr>
        <w:br/>
      </w:r>
      <w:r>
        <w:rPr>
          <w:lang w:eastAsia="zh-CN"/>
        </w:rPr>
        <w:t xml:space="preserve">    1、抓好校本培训，通过学、研、培、导、练、赛等多种形式，提高教师的专业化水平，创学习型教师队伍。 </w:t>
      </w:r>
      <w:r>
        <w:rPr>
          <w:lang w:eastAsia="zh-CN"/>
        </w:rPr>
        <w:br/>
      </w:r>
      <w:r>
        <w:rPr>
          <w:lang w:eastAsia="zh-CN"/>
        </w:rPr>
        <w:t xml:space="preserve">    2、进一步规范办学行为，加强教学常规检查、平时检查力度。 </w:t>
      </w:r>
      <w:r>
        <w:rPr>
          <w:lang w:eastAsia="zh-CN"/>
        </w:rPr>
        <w:br/>
      </w:r>
      <w:r>
        <w:rPr>
          <w:lang w:eastAsia="zh-CN"/>
        </w:rPr>
        <w:t xml:space="preserve">    3、强力推行“四环节”教学模式。 </w:t>
      </w:r>
      <w:r>
        <w:rPr>
          <w:lang w:eastAsia="zh-CN"/>
        </w:rPr>
        <w:br/>
      </w:r>
      <w:r>
        <w:rPr>
          <w:lang w:eastAsia="zh-CN"/>
        </w:rPr>
        <w:t xml:space="preserve">    4、努力创设师生专长的发展空间，以多种竞赛活动促进师生个性发展，为师生搭建展示的舞台。 </w:t>
      </w:r>
      <w:r>
        <w:rPr>
          <w:lang w:eastAsia="zh-CN"/>
        </w:rPr>
        <w:br/>
      </w:r>
      <w:r>
        <w:rPr>
          <w:lang w:eastAsia="zh-CN"/>
        </w:rPr>
        <w:t xml:space="preserve">    三、具体工作： </w:t>
      </w:r>
      <w:r>
        <w:rPr>
          <w:lang w:eastAsia="zh-CN"/>
        </w:rPr>
        <w:br/>
      </w:r>
      <w:r>
        <w:rPr>
          <w:lang w:eastAsia="zh-CN"/>
        </w:rPr>
        <w:t xml:space="preserve">    （一）、抓好校本培训，创学习型教师队伍。 </w:t>
      </w:r>
      <w:r>
        <w:rPr>
          <w:lang w:eastAsia="zh-CN"/>
        </w:rPr>
        <w:br/>
      </w:r>
      <w:r>
        <w:rPr>
          <w:lang w:eastAsia="zh-CN"/>
        </w:rPr>
        <w:t xml:space="preserve">    教学成败的关键在于教师，课改进展如何的关键还在于教师，因此，抓好教师队伍建设，提高全校教师的整体素质是非常重要的。 </w:t>
      </w:r>
      <w:r>
        <w:rPr>
          <w:lang w:eastAsia="zh-CN"/>
        </w:rPr>
        <w:br/>
      </w:r>
      <w:r>
        <w:rPr>
          <w:lang w:eastAsia="zh-CN"/>
        </w:rPr>
        <w:t xml:space="preserve">    根据我校实际， 坚持“骨干带动、同伴互助、自我反思、自主发展”的策略，促进教师专业化成长。 </w:t>
      </w:r>
      <w:r>
        <w:rPr>
          <w:lang w:eastAsia="zh-CN"/>
        </w:rPr>
        <w:br/>
      </w:r>
      <w:r>
        <w:rPr>
          <w:lang w:eastAsia="zh-CN"/>
        </w:rPr>
        <w:t xml:space="preserve">    1、加强学习，提高业务素质。 </w:t>
      </w:r>
      <w:r>
        <w:rPr>
          <w:lang w:eastAsia="zh-CN"/>
        </w:rPr>
        <w:br/>
      </w:r>
      <w:r>
        <w:rPr>
          <w:lang w:eastAsia="zh-CN"/>
        </w:rPr>
        <w:t xml:space="preserve">    本学期，我们将加大培训学习的力度，每月至少集中学习一次。学校配备了电脑，目的是鼓励教师利用好电脑， 各位教师应关注网上优秀的教育教学文章，根据教学的需要摘抄学习。 </w:t>
      </w:r>
      <w:r>
        <w:rPr>
          <w:lang w:eastAsia="zh-CN"/>
        </w:rPr>
        <w:br/>
      </w:r>
      <w:r>
        <w:rPr>
          <w:lang w:eastAsia="zh-CN"/>
        </w:rPr>
        <w:t xml:space="preserve">    2、加强实践与反思，倡导勤思、多写。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xml:space="preserve"> 各位教师应积极撰写教育叙事、典型教学案例、论文、教学随笔等（杜绝网上下载），要将各类文章的撰写作为促进自我成长的重要手段。各位教师撰写教学随笔每月一篇，本学期，教师撰写教学案例、论文、教学经验总结各一篇（结合教研活动进行）。</w:t>
      </w:r>
      <w:r>
        <w:rPr>
          <w:lang w:eastAsia="zh-CN"/>
        </w:rPr>
        <w:t xml:space="preserve"> </w:t>
      </w:r>
      <w:r>
        <w:rPr>
          <w:lang w:eastAsia="zh-CN"/>
        </w:rPr>
        <w:br/>
      </w:r>
      <w:r>
        <w:rPr>
          <w:lang w:eastAsia="zh-CN"/>
        </w:rPr>
        <w:t xml:space="preserve">    3、开展问题式教研活动，倡导在交流中提高。 </w:t>
      </w:r>
      <w:r>
        <w:rPr>
          <w:lang w:eastAsia="zh-CN"/>
        </w:rPr>
        <w:br/>
      </w:r>
      <w:r>
        <w:rPr>
          <w:lang w:eastAsia="zh-CN"/>
        </w:rPr>
        <w:t xml:space="preserve">    本学期，将全面推进教研工作，教研活动分两部分： </w:t>
      </w:r>
      <w:r>
        <w:rPr>
          <w:lang w:eastAsia="zh-CN"/>
        </w:rPr>
        <w:br/>
      </w:r>
      <w:r>
        <w:rPr>
          <w:lang w:eastAsia="zh-CN"/>
        </w:rPr>
        <w:t xml:space="preserve">    （1）教研活动 充分发挥教研组的职能作用。各教研组本学期要开展专题系列活动。重点解决一两个问题，如语文可主要研究写字、阅读、习作教学；数学可研究解决问题方面的教学，提高学生解决生活实际问题能力。教研组长要制定好实实在在的活动计划，安排好活动内容、方式（理论学习、观课议课、经验交流）、时间、地点，并做好活动记录。 </w:t>
      </w:r>
      <w:r>
        <w:rPr>
          <w:lang w:eastAsia="zh-CN"/>
        </w:rPr>
        <w:br/>
      </w:r>
      <w:r>
        <w:rPr>
          <w:lang w:eastAsia="zh-CN"/>
        </w:rPr>
        <w:t xml:space="preserve">    （2）活动形式： </w:t>
      </w:r>
      <w:r>
        <w:rPr>
          <w:lang w:eastAsia="zh-CN"/>
        </w:rPr>
        <w:br/>
      </w:r>
      <w:r>
        <w:rPr>
          <w:lang w:eastAsia="zh-CN"/>
        </w:rPr>
        <w:t xml:space="preserve">    l ，由各位任课教师自己负责组织，确定主题。突出教研活动的实用性和可操作性，避免出现“应付”的现象； </w:t>
      </w:r>
      <w:r>
        <w:rPr>
          <w:lang w:eastAsia="zh-CN"/>
        </w:rPr>
        <w:br/>
      </w:r>
      <w:r>
        <w:rPr>
          <w:lang w:eastAsia="zh-CN"/>
        </w:rPr>
        <w:t xml:space="preserve">    2、发挥骨干教师的传帮带作用， 骨干教师有义务协助学校做好传帮带工作，促进教师队伍的整体提高。活动可以是备课、听课、评课也可以是师徒之间就教育教学内容的交流。 </w:t>
      </w:r>
      <w:r>
        <w:rPr>
          <w:lang w:eastAsia="zh-CN"/>
        </w:rPr>
        <w:br/>
      </w:r>
      <w:r>
        <w:rPr>
          <w:lang w:eastAsia="zh-CN"/>
        </w:rPr>
        <w:t xml:space="preserve">    3、为全体教师提供各种学习的机会及学习的平台，切实提高教师的专业水平及业务能力。学校对教师的学习进行严格管理。每次学习后，教师要 把学习笔记 交与教务处进行核实；如未经请假擅自不去的，视为旷课。 </w:t>
      </w:r>
      <w:r>
        <w:rPr>
          <w:lang w:eastAsia="zh-CN"/>
        </w:rPr>
        <w:br/>
      </w:r>
      <w:r>
        <w:rPr>
          <w:lang w:eastAsia="zh-CN"/>
        </w:rPr>
        <w:t xml:space="preserve">    4各教研组开学初要上交教研组计划，两周要开展一次主题教研活动，组长负责组织及材料的收集；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xml:space="preserve">    5、配合中心校开展教学大赛，促进教师成长。 </w:t>
      </w:r>
      <w:r>
        <w:rPr>
          <w:lang w:eastAsia="zh-CN"/>
        </w:rPr>
        <w:br/>
      </w:r>
      <w:r>
        <w:rPr>
          <w:lang w:eastAsia="zh-CN"/>
        </w:rPr>
        <w:t xml:space="preserve">    （二）、强化常规管理，保证教学工作规范正常的运行。 </w:t>
      </w:r>
      <w:r>
        <w:rPr>
          <w:lang w:eastAsia="zh-CN"/>
        </w:rPr>
        <w:br/>
      </w:r>
      <w:r>
        <w:rPr>
          <w:lang w:eastAsia="zh-CN"/>
        </w:rPr>
        <w:t xml:space="preserve">    （１）严格执行三表 ①严格按课表上课，不得随意调课。 </w:t>
      </w:r>
      <w:r>
        <w:rPr>
          <w:lang w:eastAsia="zh-CN"/>
        </w:rPr>
        <w:br/>
      </w:r>
      <w:r>
        <w:rPr>
          <w:lang w:eastAsia="zh-CN"/>
        </w:rPr>
        <w:t xml:space="preserve">    ②严格执行上课制度，按时到达课堂，不得拖堂，教导处将加大检查力度。 </w:t>
      </w:r>
      <w:r>
        <w:rPr>
          <w:lang w:eastAsia="zh-CN"/>
        </w:rPr>
        <w:br/>
      </w:r>
      <w:r>
        <w:rPr>
          <w:lang w:eastAsia="zh-CN"/>
        </w:rPr>
        <w:t xml:space="preserve">    ③按体育活动总表安排组织活动，保证学生每天不少于１小时室外活动总量。 </w:t>
      </w:r>
      <w:r>
        <w:rPr>
          <w:lang w:eastAsia="zh-CN"/>
        </w:rPr>
        <w:br/>
      </w:r>
      <w:r>
        <w:rPr>
          <w:lang w:eastAsia="zh-CN"/>
        </w:rPr>
        <w:t xml:space="preserve">    （２）严格执行六认真 </w:t>
      </w:r>
      <w:r>
        <w:rPr>
          <w:lang w:eastAsia="zh-CN"/>
        </w:rPr>
        <w:br/>
      </w:r>
      <w:r>
        <w:rPr>
          <w:lang w:eastAsia="zh-CN"/>
        </w:rPr>
        <w:t xml:space="preserve">    ①备课 </w:t>
      </w:r>
      <w:r>
        <w:rPr>
          <w:lang w:eastAsia="zh-CN"/>
        </w:rPr>
        <w:br/>
      </w:r>
      <w:r>
        <w:rPr>
          <w:lang w:eastAsia="zh-CN"/>
        </w:rPr>
        <w:t xml:space="preserve">    三至五年级教师备课必须按“四环节”要求，坚决杜绝不备课上课现象， 教案要有教学目标、教学重点难点、教具准备、教学时间、教学过程（有导入语、过度语、总结语）、作业设计、板书设计、有教后反思等。作文按篇备课。 </w:t>
      </w:r>
      <w:r>
        <w:rPr>
          <w:lang w:eastAsia="zh-CN"/>
        </w:rPr>
        <w:br/>
      </w:r>
      <w:r>
        <w:rPr>
          <w:lang w:eastAsia="zh-CN"/>
        </w:rPr>
        <w:t xml:space="preserve">    为了避免某些教师出现“课案不符”的现象，在今后的教学中，各位教师上课的时候必须要带教案，以备听课的时候检查。 </w:t>
      </w:r>
      <w:r>
        <w:rPr>
          <w:lang w:eastAsia="zh-CN"/>
        </w:rPr>
        <w:br/>
      </w:r>
      <w:r>
        <w:rPr>
          <w:lang w:eastAsia="zh-CN"/>
        </w:rPr>
        <w:t xml:space="preserve">    ②上课 </w:t>
      </w:r>
      <w:r>
        <w:rPr>
          <w:lang w:eastAsia="zh-CN"/>
        </w:rPr>
        <w:br/>
      </w:r>
      <w:r>
        <w:rPr>
          <w:lang w:eastAsia="zh-CN"/>
        </w:rPr>
        <w:t xml:space="preserve">    课堂上语言要精炼、规范，知识准确。上课期间做到六不，不坐着上课、不吸烟、不接待客人、不接电话、不拖堂、不体罚变相体罚学生。 </w:t>
      </w:r>
      <w:r>
        <w:rPr>
          <w:lang w:eastAsia="zh-CN"/>
        </w:rPr>
        <w:br/>
      </w:r>
      <w:r>
        <w:rPr>
          <w:lang w:eastAsia="zh-CN"/>
        </w:rPr>
        <w:t xml:space="preserve">    ③作业 </w:t>
      </w:r>
      <w:r>
        <w:rPr>
          <w:lang w:eastAsia="zh-CN"/>
        </w:rPr>
        <w:br/>
      </w:r>
      <w:r>
        <w:rPr>
          <w:lang w:eastAsia="zh-CN"/>
        </w:rPr>
        <w:t xml:space="preserve">    算草、生字、作文、英语等要按要求详批详改。作业量要适中， 家庭作业要做到有布置有检查。 教导处每周检查。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xml:space="preserve">    ④辅导 </w:t>
      </w:r>
      <w:r>
        <w:rPr>
          <w:lang w:eastAsia="zh-CN"/>
        </w:rPr>
        <w:br/>
      </w:r>
      <w:r>
        <w:rPr>
          <w:lang w:eastAsia="zh-CN"/>
        </w:rPr>
        <w:t xml:space="preserve">    杜绝罚做作业现象，建立学困生档案，做好补习工作，要防补结合，课内补课外补结合，本学期要加强对学生书写的要求。 </w:t>
      </w:r>
      <w:r>
        <w:rPr>
          <w:lang w:eastAsia="zh-CN"/>
        </w:rPr>
        <w:br/>
      </w:r>
      <w:r>
        <w:rPr>
          <w:lang w:eastAsia="zh-CN"/>
        </w:rPr>
        <w:t xml:space="preserve">    ⑤考核 语文、数学、英语进行月考，做到课课清，段段清。 </w:t>
      </w:r>
      <w:r>
        <w:rPr>
          <w:lang w:eastAsia="zh-CN"/>
        </w:rPr>
        <w:br/>
      </w:r>
      <w:r>
        <w:rPr>
          <w:lang w:eastAsia="zh-CN"/>
        </w:rPr>
        <w:t xml:space="preserve">    ⑥总结 对测试的情况进行全面的总结，各学科要切实做好此项工作，及时分析教学中存在的优缺点，提出今后改进的措施。 </w:t>
      </w:r>
      <w:r>
        <w:rPr>
          <w:lang w:eastAsia="zh-CN"/>
        </w:rPr>
        <w:br/>
      </w:r>
      <w:r>
        <w:rPr>
          <w:lang w:eastAsia="zh-CN"/>
        </w:rPr>
        <w:t xml:space="preserve">    ３、抓好两头，促进各年级均衡发展。 </w:t>
      </w:r>
      <w:r>
        <w:rPr>
          <w:lang w:eastAsia="zh-CN"/>
        </w:rPr>
        <w:br/>
      </w:r>
      <w:r>
        <w:rPr>
          <w:lang w:eastAsia="zh-CN"/>
        </w:rPr>
        <w:t xml:space="preserve">    作为起始年级的一年级，我们要高度重视。从发展的角度讲，有好多良好的行为习惯、学习习惯需要在一年级培养，一旦打好良好的基础，学生将终身收益，教师将一劳多获 。 </w:t>
      </w:r>
      <w:r>
        <w:rPr>
          <w:lang w:eastAsia="zh-CN"/>
        </w:rPr>
        <w:br/>
      </w:r>
      <w:r>
        <w:rPr>
          <w:lang w:eastAsia="zh-CN"/>
        </w:rPr>
        <w:t xml:space="preserve">    ４、控制辍学率，确保学额稳中有升。 </w:t>
      </w:r>
      <w:r>
        <w:rPr>
          <w:lang w:eastAsia="zh-CN"/>
        </w:rPr>
        <w:br/>
      </w:r>
      <w:r>
        <w:rPr>
          <w:lang w:eastAsia="zh-CN"/>
        </w:rPr>
        <w:t xml:space="preserve">    ５、开展综合性评价，促进学生全面发展。 </w:t>
      </w:r>
      <w:r>
        <w:rPr>
          <w:lang w:eastAsia="zh-CN"/>
        </w:rPr>
        <w:br/>
      </w:r>
      <w:r>
        <w:rPr>
          <w:lang w:eastAsia="zh-CN"/>
        </w:rPr>
        <w:t xml:space="preserve">    本学期要继续利用好学生的素质评价手册 ，严格利用它对学生进行综合性评价，多元化评价，开展自评、互评等多种形式的评价，重视评价的发展性。并且利用好已经建立的学生成长记录袋，及时将学生的各种成绩、进步表现装入袋中。 </w:t>
      </w:r>
      <w:r>
        <w:rPr>
          <w:lang w:eastAsia="zh-CN"/>
        </w:rPr>
        <w:br/>
      </w:r>
      <w:r>
        <w:rPr>
          <w:lang w:eastAsia="zh-CN"/>
        </w:rPr>
        <w:t xml:space="preserve">    6、加强教学监控，确保课堂教学有校性。教学领导坚持深入课堂听课，听课后及时交流评价、指导。每次听课后要检查教师教案，每月进行总结。 </w:t>
      </w:r>
      <w:r>
        <w:rPr>
          <w:lang w:eastAsia="zh-CN"/>
        </w:rPr>
        <w:br/>
      </w:r>
      <w:r>
        <w:rPr>
          <w:lang w:eastAsia="zh-CN"/>
        </w:rPr>
        <w:t xml:space="preserve">    7、本学期教学将进行“量化考核”。 </w:t>
      </w:r>
      <w:r>
        <w:rPr>
          <w:lang w:eastAsia="zh-CN"/>
        </w:rPr>
        <w:br/>
      </w:r>
      <w:r>
        <w:rPr>
          <w:lang w:eastAsia="zh-CN"/>
        </w:rPr>
        <w:t xml:space="preserve">    三、抓好学校特色工作，挖掘校内资源。 </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1、本学期将利用大课间和体育课的时间，继续开展我校的特色“跳绳”活动。</w:t>
      </w:r>
      <w:r>
        <w:rPr>
          <w:lang w:eastAsia="zh-CN"/>
        </w:rPr>
        <w:t xml:space="preserve"> </w:t>
      </w:r>
      <w:r>
        <w:rPr>
          <w:lang w:eastAsia="zh-CN"/>
        </w:rPr>
        <w:br/>
      </w:r>
      <w:r>
        <w:rPr>
          <w:lang w:eastAsia="zh-CN"/>
        </w:rPr>
        <w:t xml:space="preserve">    2、为了让家长及社会了解我校，本学期将在5月份举行课堂教学“开放日”活动，家长可以任意进入教室听老师的课。 希望各个任课教师提前做好准备，以向家长展示。 </w:t>
      </w:r>
      <w:r>
        <w:rPr>
          <w:lang w:eastAsia="zh-CN"/>
        </w:rPr>
        <w:br/>
      </w:r>
      <w:r>
        <w:rPr>
          <w:lang w:eastAsia="zh-CN"/>
        </w:rPr>
        <w:t xml:space="preserve">    四、抓好科研和教研工作，提高研究水平。 </w:t>
      </w:r>
      <w:r>
        <w:rPr>
          <w:lang w:eastAsia="zh-CN"/>
        </w:rPr>
        <w:br/>
      </w:r>
      <w:r>
        <w:rPr>
          <w:lang w:eastAsia="zh-CN"/>
        </w:rPr>
        <w:t xml:space="preserve">    “本学期，我校将在三、四、五学年进行备课、上课改革，推行”四环节“模式。 在备课时，由单纯的备“教案”改为既备“教案”又备“学案”，即学生的预习作业。在上课时，通过“互助小组”即同桌（根据学习情况和能力情况分配）的研讨、互相帮助来进行教学。互助小组的建立还有助于督促那些不爱写作业的学生及时完成作业。 </w:t>
      </w:r>
      <w:r>
        <w:rPr>
          <w:lang w:eastAsia="zh-CN"/>
        </w:rPr>
        <w:br/>
      </w:r>
      <w:r>
        <w:rPr>
          <w:lang w:eastAsia="zh-CN"/>
        </w:rPr>
        <w:t xml:space="preserve">    五、组织各种比赛活动，激发学生学习兴趣。 </w:t>
      </w:r>
      <w:r>
        <w:rPr>
          <w:lang w:eastAsia="zh-CN"/>
        </w:rPr>
        <w:br/>
      </w:r>
      <w:r>
        <w:rPr>
          <w:lang w:eastAsia="zh-CN"/>
        </w:rPr>
        <w:t xml:space="preserve">    以多种竞赛活动促进学生个性发展，激发学生学习兴趣。 </w:t>
      </w:r>
      <w:r>
        <w:rPr>
          <w:lang w:eastAsia="zh-CN"/>
        </w:rPr>
        <w:br/>
      </w:r>
      <w:r>
        <w:rPr>
          <w:lang w:eastAsia="zh-CN"/>
        </w:rPr>
        <w:t xml:space="preserve">    二月 </w:t>
      </w:r>
      <w:r>
        <w:rPr>
          <w:lang w:eastAsia="zh-CN"/>
        </w:rPr>
        <w:br/>
      </w:r>
      <w:r>
        <w:rPr>
          <w:lang w:eastAsia="zh-CN"/>
        </w:rPr>
        <w:t xml:space="preserve">    1、 制订三表，制定教学计划，教研组制定教学计划。 </w:t>
      </w:r>
      <w:r>
        <w:rPr>
          <w:lang w:eastAsia="zh-CN"/>
        </w:rPr>
        <w:br/>
      </w:r>
      <w:r>
        <w:rPr>
          <w:lang w:eastAsia="zh-CN"/>
        </w:rPr>
        <w:t xml:space="preserve">    2、 教学常规检查总结：30日 </w:t>
      </w:r>
      <w:r>
        <w:rPr>
          <w:lang w:eastAsia="zh-CN"/>
        </w:rPr>
        <w:br/>
      </w:r>
      <w:r>
        <w:rPr>
          <w:lang w:eastAsia="zh-CN"/>
        </w:rPr>
        <w:t xml:space="preserve">    三月 </w:t>
      </w:r>
      <w:r>
        <w:rPr>
          <w:lang w:eastAsia="zh-CN"/>
        </w:rPr>
        <w:br/>
      </w:r>
      <w:r>
        <w:rPr>
          <w:lang w:eastAsia="zh-CN"/>
        </w:rPr>
        <w:t xml:space="preserve">    1、 开展校教学大赛：12—30日 </w:t>
      </w:r>
      <w:r>
        <w:rPr>
          <w:lang w:eastAsia="zh-CN"/>
        </w:rPr>
        <w:br/>
      </w:r>
      <w:r>
        <w:rPr>
          <w:lang w:eastAsia="zh-CN"/>
        </w:rPr>
        <w:t xml:space="preserve">    2、 教学常规检查总结：29日 </w:t>
      </w:r>
      <w:r>
        <w:rPr>
          <w:lang w:eastAsia="zh-CN"/>
        </w:rPr>
        <w:br/>
      </w:r>
      <w:r>
        <w:rPr>
          <w:lang w:eastAsia="zh-CN"/>
        </w:rPr>
        <w:t xml:space="preserve">    四月 </w:t>
      </w:r>
      <w:r>
        <w:rPr>
          <w:lang w:eastAsia="zh-CN"/>
        </w:rPr>
        <w:br/>
      </w:r>
      <w:r>
        <w:rPr>
          <w:lang w:eastAsia="zh-CN"/>
        </w:rPr>
        <w:t xml:space="preserve">    1、 课堂教学开放日：中旬 </w:t>
      </w:r>
      <w:r>
        <w:rPr>
          <w:lang w:eastAsia="zh-CN"/>
        </w:rPr>
        <w:br/>
      </w:r>
      <w:r>
        <w:rPr>
          <w:lang w:eastAsia="zh-CN"/>
        </w:rPr>
        <w:t xml:space="preserve">    2、 教学常规检查总结：28日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xml:space="preserve">    3、 运动会准备工作 </w:t>
      </w:r>
      <w:r>
        <w:rPr>
          <w:lang w:eastAsia="zh-CN"/>
        </w:rPr>
        <w:br/>
      </w:r>
      <w:r>
        <w:rPr>
          <w:lang w:eastAsia="zh-CN"/>
        </w:rPr>
        <w:t xml:space="preserve">    五月 </w:t>
      </w:r>
      <w:r>
        <w:rPr>
          <w:lang w:eastAsia="zh-CN"/>
        </w:rPr>
        <w:br/>
      </w:r>
      <w:r>
        <w:rPr>
          <w:lang w:eastAsia="zh-CN"/>
        </w:rPr>
        <w:t xml:space="preserve">    1—5年 “我爱中华文字”硬笔书法比赛； </w:t>
      </w:r>
      <w:r>
        <w:rPr>
          <w:lang w:eastAsia="zh-CN"/>
        </w:rPr>
        <w:br/>
      </w:r>
      <w:r>
        <w:rPr>
          <w:lang w:eastAsia="zh-CN"/>
        </w:rPr>
        <w:t xml:space="preserve">    3—5年 我是“小作家”作文大赛 </w:t>
      </w:r>
      <w:r>
        <w:rPr>
          <w:lang w:eastAsia="zh-CN"/>
        </w:rPr>
        <w:br/>
      </w:r>
      <w:r>
        <w:rPr>
          <w:lang w:eastAsia="zh-CN"/>
        </w:rPr>
        <w:t xml:space="preserve">    六月 </w:t>
      </w:r>
      <w:r>
        <w:rPr>
          <w:lang w:eastAsia="zh-CN"/>
        </w:rPr>
        <w:br/>
      </w:r>
      <w:r>
        <w:rPr>
          <w:lang w:eastAsia="zh-CN"/>
        </w:rPr>
        <w:t xml:space="preserve">    1—2年 我是“口算大王”口算比赛 </w:t>
      </w:r>
      <w:r>
        <w:rPr>
          <w:lang w:eastAsia="zh-CN"/>
        </w:rPr>
        <w:br/>
      </w:r>
      <w:r>
        <w:rPr>
          <w:lang w:eastAsia="zh-CN"/>
        </w:rPr>
        <w:t xml:space="preserve">    3—5年 我是“解题小能手”解决问 </w:t>
      </w:r>
      <w:r>
        <w:rPr>
          <w:lang w:eastAsia="zh-CN"/>
        </w:rPr>
        <w:br/>
      </w:r>
      <w:r>
        <w:rPr>
          <w:lang w:eastAsia="zh-CN"/>
        </w:rPr>
        <w:t xml:space="preserve">    3—5年 我是“小小设计师”英语报设计比赛（提前准备 </w:t>
      </w:r>
      <w:r>
        <w:rPr>
          <w:lang w:eastAsia="zh-CN"/>
        </w:rPr>
        <w:br/>
      </w:r>
      <w:r>
        <w:rPr>
          <w:lang w:eastAsia="zh-CN"/>
        </w:rPr>
        <w:t xml:space="preserve">    七月 </w:t>
      </w:r>
      <w:r>
        <w:rPr>
          <w:lang w:eastAsia="zh-CN"/>
        </w:rPr>
        <w:br/>
      </w:r>
      <w:r>
        <w:rPr>
          <w:lang w:eastAsia="zh-CN"/>
        </w:rPr>
        <w:t xml:space="preserve">    1、组织学生期末测试 </w:t>
      </w:r>
      <w:r>
        <w:rPr>
          <w:lang w:eastAsia="zh-CN"/>
        </w:rPr>
        <w:br/>
      </w:r>
      <w:r>
        <w:rPr>
          <w:lang w:eastAsia="zh-CN"/>
        </w:rPr>
        <w:t xml:space="preserve">    2、组织教师阅卷、试卷分析、成绩统计工作 </w:t>
      </w:r>
      <w:r>
        <w:rPr>
          <w:lang w:eastAsia="zh-CN"/>
        </w:rPr>
        <w:br/>
      </w:r>
      <w:r>
        <w:rPr>
          <w:lang w:eastAsia="zh-CN"/>
        </w:rPr>
        <w:t xml:space="preserve">    3、学校、个人学期工作总结，各项材料存档2024年小学春季学期学校工作计划（篇7） </w:t>
      </w:r>
      <w:r>
        <w:rPr>
          <w:lang w:eastAsia="zh-CN"/>
        </w:rPr>
        <w:br/>
      </w:r>
      <w:r>
        <w:rPr>
          <w:lang w:eastAsia="zh-CN"/>
        </w:rPr>
        <w:t xml:space="preserve">    一、指导思想 </w:t>
      </w:r>
      <w:r>
        <w:rPr>
          <w:lang w:eastAsia="zh-CN"/>
        </w:rPr>
        <w:br/>
      </w:r>
      <w:r>
        <w:rPr>
          <w:lang w:eastAsia="zh-CN"/>
        </w:rPr>
        <w:t xml:space="preserve">    以学校工作计划为指导，认真贯彻落实《中共中央国务院关于进一步加强和改进未成年人思想道德建设的若干意见》精神，针对我校实际情况，创新性地开展德育工作，使学校德育工作与学生实际情况相结合，探索更适合学生年龄与身心特点、更适合社会发展规律的新举措，使德育工作真正落实到学生的学习生活中。坚持以爱国主义教育为主线，以强化行为规范养成教育为重点，不断增强德育工作的主动性、实效性，形成全员、全方位、全过程参与的德育模式，力争使德育工作形成我校特色。 </w:t>
      </w:r>
      <w:r>
        <w:rPr>
          <w:lang w:eastAsia="zh-CN"/>
        </w:rPr>
        <w:br/>
      </w:r>
    </w:p>
    <w:p w:rsidR="001B1F19" w14:textId="27C3F48A">
      <w:pPr>
        <w:rPr>
          <w:rFonts w:hint="eastAsia"/>
          <w:lang w:eastAsia="zh-CN"/>
        </w:rPr>
      </w:pPr>
      <w:r>
        <w:rPr>
          <w:lang w:eastAsia="zh-CN"/>
        </w:rPr>
        <w:t xml:space="preserve">    二、工作目标 </w:t>
      </w:r>
      <w:r>
        <w:rPr>
          <w:lang w:eastAsia="zh-CN"/>
        </w:rPr>
        <w:br/>
      </w:r>
      <w:r>
        <w:rPr>
          <w:lang w:eastAsia="zh-CN"/>
        </w:rPr>
        <w:t xml:space="preserve">    1、强化学生行为习惯养成教育，提高学生自我管理能力。 </w:t>
      </w:r>
      <w:r>
        <w:rPr>
          <w:lang w:eastAsia="zh-CN"/>
        </w:rPr>
        <w:br/>
      </w:r>
      <w:r>
        <w:rPr>
          <w:lang w:eastAsia="zh-CN"/>
        </w:rPr>
        <w:t xml:space="preserve">    2、通过各种教育活动，使学生学做真人。 </w:t>
      </w:r>
      <w:r>
        <w:rPr>
          <w:lang w:eastAsia="zh-CN"/>
        </w:rPr>
        <w:br/>
      </w:r>
      <w:r>
        <w:rPr>
          <w:lang w:eastAsia="zh-CN"/>
        </w:rPr>
        <w:t xml:space="preserve">    三、工作重点： </w:t>
      </w:r>
      <w:r>
        <w:rPr>
          <w:lang w:eastAsia="zh-CN"/>
        </w:rPr>
        <w:br/>
      </w:r>
      <w:r>
        <w:rPr>
          <w:lang w:eastAsia="zh-CN"/>
        </w:rPr>
        <w:t xml:space="preserve">    1、加强德育队伍建设，对班主任队伍，尤其是年轻班主任进行有针对性的培训，提高班主任老师的理论水平和管理水平。教会班主任科学、合法、合情、合理、有效的进行班级管理。 </w:t>
      </w:r>
      <w:r>
        <w:rPr>
          <w:lang w:eastAsia="zh-CN"/>
        </w:rPr>
        <w:br/>
      </w:r>
      <w:r>
        <w:rPr>
          <w:lang w:eastAsia="zh-CN"/>
        </w:rPr>
        <w:t xml:space="preserve">    2、常规管理工作常抓不懈。 </w:t>
      </w:r>
      <w:r>
        <w:rPr>
          <w:lang w:eastAsia="zh-CN"/>
        </w:rPr>
        <w:br/>
      </w:r>
      <w:r>
        <w:rPr>
          <w:lang w:eastAsia="zh-CN"/>
        </w:rPr>
        <w:t xml:space="preserve">    通过对学生日常行为规范的检查评比，促进班级建设。论文先生网充分发挥全员育人的作用。利用班校会时间上好形式新颖、主题鲜明的班会课，教导处将采取“推门听课”的形式抽查各班班会情况。 </w:t>
      </w:r>
      <w:r>
        <w:rPr>
          <w:lang w:eastAsia="zh-CN"/>
        </w:rPr>
        <w:br/>
      </w:r>
      <w:r>
        <w:rPr>
          <w:lang w:eastAsia="zh-CN"/>
        </w:rPr>
        <w:t xml:space="preserve">    3、继续开展“文明礼仪”教育活动，寓教育于各项活动中。通过主题班会、演讲、广播、板报宣传及各种小型文体活动，培养学生的集体荣誉感和团结、进取的精神及审美意识。 </w:t>
      </w:r>
      <w:r>
        <w:rPr>
          <w:lang w:eastAsia="zh-CN"/>
        </w:rPr>
        <w:br/>
      </w:r>
      <w:r>
        <w:rPr>
          <w:lang w:eastAsia="zh-CN"/>
        </w:rPr>
        <w:t xml:space="preserve">    四、具体工作 </w:t>
      </w:r>
      <w:r>
        <w:rPr>
          <w:lang w:eastAsia="zh-CN"/>
        </w:rPr>
        <w:br/>
      </w:r>
      <w:r>
        <w:rPr>
          <w:lang w:eastAsia="zh-CN"/>
        </w:rPr>
        <w:t xml:space="preserve">    (一)加强德育队伍的建设，营造全员育人氛围。 </w:t>
      </w:r>
      <w:r>
        <w:rPr>
          <w:lang w:eastAsia="zh-CN"/>
        </w:rPr>
        <w:br/>
      </w:r>
      <w:r>
        <w:rPr>
          <w:lang w:eastAsia="zh-CN"/>
        </w:rPr>
        <w:t xml:space="preserve">    1、加强校园德育环境建设。要花大力气建设好一支坚强有力的班主任队伍和全员抓德育的工作队伍，要求人人都是德育工作者。本学期将继续实行值班领导、值班教师和值周学生的检查制度，做到随时、随地、随人、随事地对学生进行教育。 </w:t>
      </w:r>
      <w:r>
        <w:rPr>
          <w:lang w:eastAsia="zh-CN"/>
        </w:rPr>
        <w:br/>
      </w:r>
      <w:r>
        <w:rPr>
          <w:lang w:eastAsia="zh-CN"/>
        </w:rPr>
        <w:t xml:space="preserve">    2、加强班主任队伍建设。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https://d.book118.com/215242343022011113</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15242343022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