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新学期秋季开学国旗下讲话（35篇）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新学期秋季开学国旗下讲话（通用35篇）</w:t>
      </w:r>
      <w:r>
        <w:rPr>
          <w:lang w:eastAsia="zh-CN"/>
        </w:rPr>
        <w:br/>
      </w:r>
      <w:r>
        <w:rPr>
          <w:lang w:eastAsia="zh-CN"/>
        </w:rPr>
        <w:t xml:space="preserve">    新学期秋季开学国旗下讲话 篇1 </w:t>
      </w:r>
      <w:r>
        <w:rPr>
          <w:lang w:eastAsia="zh-CN"/>
        </w:rPr>
        <w:br/>
      </w:r>
      <w:r>
        <w:rPr>
          <w:lang w:eastAsia="zh-CN"/>
        </w:rPr>
        <w:t>　　各位老师，同学们：</w:t>
      </w:r>
      <w:r>
        <w:rPr>
          <w:lang w:eastAsia="zh-CN"/>
        </w:rPr>
        <w:br/>
      </w:r>
      <w:r>
        <w:rPr>
          <w:lang w:eastAsia="zh-CN"/>
        </w:rPr>
        <w:t>　　大家好!</w:t>
      </w:r>
      <w:r>
        <w:rPr>
          <w:lang w:eastAsia="zh-CN"/>
        </w:rPr>
        <w:br/>
      </w:r>
      <w:r>
        <w:rPr>
          <w:lang w:eastAsia="zh-CN"/>
        </w:rPr>
        <w:t>　　今天是20__年9月1日，我们又步入了新的学年，我们都升了一级，七年级同学结束了小学生活，开始了你们的中学之旅，八年级是承上启下、后续发展的重要阶段，九年级同学开始进入紧张的毕业班学习阶段。今天，我们隆重举行新学期的升旗仪式，在此，我向全体同学表示亲切的问候，向辛勤工作的全体老师们致以崇高的敬意!</w:t>
      </w:r>
      <w:r>
        <w:rPr>
          <w:lang w:eastAsia="zh-CN"/>
        </w:rPr>
        <w:t xml:space="preserve"> 今天早上看到同学们背着书包走进校门走进教室的那一刻，我好像同时看到了一个勇于开拓、善于创新、不断升华的老庙初中。</w:t>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xml:space="preserve"> 过去的一学年是我们老庙初中旅程中令人感动的精彩一年，我们学校环境和办学水平有了质的飞跃,师生的精神面貌发生了翻天覆地的变化。在上级的多次检查中，学校受到表彰，教师有36人次受到表彰奖励。今年中考，我校在生源基础比较差的情况下，取得了优异成绩：500分以上1人，480分以上3人，400分以上21人，美原学区前五名我们有人。在全县期末检测中,我校成绩总评和各年级学科成绩居全学区第二，与第一名差距正在缩小。这些成绩的取得，归功于全体教师的努力工作，归功于绝大多数同学的不懈奋斗!</w:t>
      </w:r>
      <w:r>
        <w:rPr>
          <w:lang w:eastAsia="zh-CN"/>
        </w:rPr>
        <w:br/>
      </w:r>
      <w:r>
        <w:rPr>
          <w:lang w:eastAsia="zh-CN"/>
        </w:rPr>
        <w:t>　　本学期,在教育局的领导和中心学校的指导下,为培养我们爱国主义精神,培养感恩意识,弘扬民族精神,充分反映我们热爱祖国,热爱家乡,奋发向上的精神风貌,我校将开展以爱祖国、爱家乡为活动主题的系列活动.活动的内容包括读书征文、手抄报、演讲比赛、书画比赛、主题班队会评比、歌咏比赛等，我们还要开展班级学风竞赛活动。</w:t>
      </w:r>
      <w:r>
        <w:rPr>
          <w:lang w:eastAsia="zh-CN"/>
        </w:rPr>
        <w:br/>
      </w:r>
      <w:r>
        <w:rPr>
          <w:lang w:eastAsia="zh-CN"/>
        </w:rPr>
        <w:t>　　同学们，新学年新学期，你我共努力!新的学期开启新的希望, 新的学期承载新的梦想，也为我们创造新成绩、新辉煌提供一个崭新的舞台。在这里我希望看到我们庙中的学生能够自信的走向各种各样的舞台，去演绎你们的梦想，去实现你们的追求，你们要用自己的努力，去争取每一次的成功。</w:t>
      </w:r>
      <w:r>
        <w:rPr>
          <w:lang w:eastAsia="zh-CN"/>
        </w:rPr>
        <w:br/>
      </w:r>
      <w:r>
        <w:rPr>
          <w:lang w:eastAsia="zh-CN"/>
        </w:rPr>
        <w:t>　　为了这每一次的成功，在这里，我代表学校给同学们提三点要求：</w:t>
      </w:r>
      <w:r>
        <w:rPr>
          <w:lang w:eastAsia="zh-CN"/>
        </w:rPr>
        <w:br/>
      </w:r>
      <w:r>
        <w:rPr>
          <w:lang w:eastAsia="zh-CN"/>
        </w:rPr>
        <w:t>　　1、在行为礼仪方面，要严格按照《中学生日常行为规范》来要求自己，争做文明向上的好学生，见了老师要问好。</w:t>
      </w:r>
      <w:r>
        <w:rPr>
          <w:lang w:eastAsia="zh-CN"/>
        </w:rPr>
        <w:br/>
      </w:r>
      <w:r>
        <w:rPr>
          <w:lang w:eastAsia="zh-CN"/>
        </w:rPr>
        <w:t>　　2、在安全与纪律方面，要配合老师的管理，上下楼梯、课间操、课间活动、住宿生都要把安全放在第一位。</w:t>
      </w:r>
      <w:r>
        <w:rPr>
          <w:lang w:eastAsia="zh-CN"/>
        </w:rPr>
        <w:br/>
      </w:r>
      <w:r>
        <w:rPr>
          <w:lang w:eastAsia="zh-CN"/>
        </w:rPr>
        <w:t>　　3、在学习方面，把学习当成生活的乐趣。学会赏识别人，学会合作学习。正确面对困难，始终对自己充满自信。</w:t>
      </w:r>
      <w:r>
        <w:rPr>
          <w:lang w:eastAsia="zh-CN"/>
        </w:rPr>
        <w:br/>
      </w:r>
      <w:r>
        <w:rPr>
          <w:lang w:eastAsia="zh-CN"/>
        </w:rPr>
        <w:t>　　为了这每一次的成功，在这里，我代表学校向我们的老师也提三点要求：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1、开好头，起好步，抓好开学第一周。万事开头难，良好的开端是成功的一半，无论是老师还是学生，都要重视开学第一天，第一周。作为教师，要认真备好、上好第一堂课，认真组织好教学，给学生以信任感。</w:t>
      </w:r>
      <w:r>
        <w:rPr>
          <w:lang w:eastAsia="zh-CN"/>
        </w:rPr>
        <w:br/>
      </w:r>
      <w:r>
        <w:rPr>
          <w:lang w:eastAsia="zh-CN"/>
        </w:rPr>
        <w:t>　　2、要树立自信心。有位教育家曾说过：要培养一个人只要培养他的自信心，要毁灭一个人只要毁灭他的自信心。这就足以说明自信心对于一个人成长的重要性。作为教师，首先要自信，其次才能他信。为此，必须要做到恪守师德，提高师能，锻炼师魂，要努力做到：潜下身来教书，静下心来育人，严谨、笃学、立德、树人。</w:t>
      </w:r>
      <w:r>
        <w:rPr>
          <w:lang w:eastAsia="zh-CN"/>
        </w:rPr>
        <w:br/>
      </w:r>
      <w:r>
        <w:rPr>
          <w:lang w:eastAsia="zh-CN"/>
        </w:rPr>
        <w:t>　　3、要勇于挑战自我。学校教育质量始终是生命线。发展才是硬道理;作为教师，学高为师，身正为范，良好的师德和渊博的知识，才能赢得学生的尊重。为此，要不断加强学习，努力提高自身素质。</w:t>
      </w:r>
      <w:r>
        <w:rPr>
          <w:lang w:eastAsia="zh-CN"/>
        </w:rPr>
        <w:br/>
      </w:r>
      <w:r>
        <w:rPr>
          <w:lang w:eastAsia="zh-CN"/>
        </w:rPr>
        <w:t>　　老师们，同学们，让我们以新学期为新的起点，以满腔的热情、饱满的精神和坚定的信念，去迎接新学期的挑战,让我们一起为造就一个辉煌的20__而努力吧!</w:t>
      </w:r>
      <w:r>
        <w:rPr>
          <w:lang w:eastAsia="zh-CN"/>
        </w:rPr>
        <w:br/>
      </w:r>
      <w:r>
        <w:rPr>
          <w:lang w:eastAsia="zh-CN"/>
        </w:rPr>
        <w:t>　　最后祝全体教师身体健康，工作愉快，事业有成，祝各位同学生活快乐，学习进步，健康成长，祝愿庙中的明天更加美好!</w:t>
      </w:r>
      <w:r>
        <w:rPr>
          <w:lang w:eastAsia="zh-CN"/>
        </w:rPr>
        <w:br/>
      </w:r>
      <w:r>
        <w:rPr>
          <w:lang w:eastAsia="zh-CN"/>
        </w:rPr>
        <w:t xml:space="preserve">    新学期秋季开学国旗下讲话 篇2 </w:t>
      </w:r>
      <w:r>
        <w:rPr>
          <w:lang w:eastAsia="zh-CN"/>
        </w:rPr>
        <w:br/>
      </w:r>
      <w:r>
        <w:rPr>
          <w:lang w:eastAsia="zh-CN"/>
        </w:rPr>
        <w:t>　　老师们、同学们：</w:t>
      </w:r>
      <w:r>
        <w:rPr>
          <w:lang w:eastAsia="zh-CN"/>
        </w:rPr>
        <w:br/>
      </w:r>
      <w:r>
        <w:rPr>
          <w:lang w:eastAsia="zh-CN"/>
        </w:rPr>
        <w:t>　　大家好!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秋风送爽，硕果飘香。我们又迎来了新的一学期，开始了新的学习生活，在此，我们以热烈的掌声欢迎到我校工作的新老师和进入我校学习的新同学。</w:t>
      </w:r>
      <w:r>
        <w:rPr>
          <w:lang w:eastAsia="zh-CN"/>
        </w:rPr>
        <w:br/>
      </w:r>
      <w:r>
        <w:rPr>
          <w:lang w:eastAsia="zh-CN"/>
        </w:rPr>
        <w:t>　　过去的一学年，在全体师生的共同努力下，学校取得了优异的成绩，教育教学质量稳步提升。我想这是全校教职员工辛勤劳动，用心血和汗水为同学们铺垫成功之路的结果，也是同学们勤奋学习的结果，它将鼓舞我们满怀信心地迎接新学期的开始。</w:t>
      </w:r>
      <w:r>
        <w:rPr>
          <w:lang w:eastAsia="zh-CN"/>
        </w:rPr>
        <w:br/>
      </w:r>
      <w:r>
        <w:rPr>
          <w:lang w:eastAsia="zh-CN"/>
        </w:rPr>
        <w:t>　　在新的一学期里，学校全体教职工，将以更加开拓进取的精神、更加严格认真的作风、更加科学规范的管理、更加热情细致的服务，进一步提高教育教学质量和办学水平，让我们的校园环境更加优美，教学条件更加优越。在新学期开学之际，我代表学校向你们提出几点希望：</w:t>
      </w:r>
      <w:r>
        <w:rPr>
          <w:lang w:eastAsia="zh-CN"/>
        </w:rPr>
        <w:br/>
      </w:r>
      <w:r>
        <w:rPr>
          <w:lang w:eastAsia="zh-CN"/>
        </w:rPr>
        <w:t>　　一、要争当文明守纪的小学生。</w:t>
      </w:r>
      <w:r>
        <w:rPr>
          <w:lang w:eastAsia="zh-CN"/>
        </w:rPr>
        <w:br/>
      </w:r>
      <w:r>
        <w:rPr>
          <w:lang w:eastAsia="zh-CN"/>
        </w:rPr>
        <w:t>　　讲文明就是要从小事做起，自觉遵守学校的各项规章制度，爱护公物，团结同学，孝敬父母，尊敬师长，养成良好的卫生习惯。学会用正确的方法处理问题，培养健康向上的心态，努力使自己成为有教养、有社会公德的小学生。</w:t>
      </w:r>
      <w:r>
        <w:rPr>
          <w:lang w:eastAsia="zh-CN"/>
        </w:rPr>
        <w:br/>
      </w:r>
      <w:r>
        <w:rPr>
          <w:lang w:eastAsia="zh-CN"/>
        </w:rPr>
        <w:t>　　二、要勤奋学习。</w:t>
      </w:r>
      <w:r>
        <w:rPr>
          <w:lang w:eastAsia="zh-CN"/>
        </w:rPr>
        <w:br/>
      </w:r>
      <w:r>
        <w:rPr>
          <w:lang w:eastAsia="zh-CN"/>
        </w:rPr>
        <w:t>　　对同学们来说现阶段的主要任务就是学习。学习是你们获取知识的重要手段，是你们成长与进步的重要途径。</w:t>
      </w:r>
      <w:r>
        <w:rPr>
          <w:lang w:eastAsia="zh-CN"/>
        </w:rPr>
        <w:br/>
      </w:r>
      <w:r>
        <w:rPr>
          <w:lang w:eastAsia="zh-CN"/>
        </w:rPr>
        <w:t>　　因此，你们要在老师的耐心教育和帮助下努力学习，克服懒惰思想及畏难情绪，力争将自己该做的事情做好，用勤奋和智慧去收获新的希望。</w:t>
      </w:r>
      <w:r>
        <w:rPr>
          <w:lang w:eastAsia="zh-CN"/>
        </w:rPr>
        <w:br/>
      </w:r>
      <w:r>
        <w:rPr>
          <w:lang w:eastAsia="zh-CN"/>
        </w:rPr>
        <w:t>　　三、要拥有强健的体魄和良好的心理素质。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新学期里，同学们要积极参加体育锻炼，坚持每天锻炼1小时，认真上好体育课。每个人都拥有强健的体魄，掌握基本的生活技能，培养健康的审美情趣，发展特长，为将来参加祖国的建设打下良好的基础。</w:t>
      </w:r>
      <w:r>
        <w:rPr>
          <w:lang w:eastAsia="zh-CN"/>
        </w:rPr>
        <w:br/>
      </w:r>
      <w:r>
        <w:rPr>
          <w:lang w:eastAsia="zh-CN"/>
        </w:rPr>
        <w:t>　　四、要牢固树立安全意识。</w:t>
      </w:r>
      <w:r>
        <w:rPr>
          <w:lang w:eastAsia="zh-CN"/>
        </w:rPr>
        <w:br/>
      </w:r>
      <w:r>
        <w:rPr>
          <w:lang w:eastAsia="zh-CN"/>
        </w:rPr>
        <w:t>　　要学会负责，不仅对社会、家庭负责，更要学会对自己负责。</w:t>
      </w:r>
      <w:r>
        <w:rPr>
          <w:lang w:eastAsia="zh-CN"/>
        </w:rPr>
        <w:br/>
      </w:r>
      <w:r>
        <w:rPr>
          <w:lang w:eastAsia="zh-CN"/>
        </w:rPr>
        <w:t>　　首先，要严格遵守《小学生守则》和《小学生日常行为规范》及学校各项规章制度，确保自己人生安全。</w:t>
      </w:r>
      <w:r>
        <w:rPr>
          <w:lang w:eastAsia="zh-CN"/>
        </w:rPr>
        <w:br/>
      </w:r>
      <w:r>
        <w:rPr>
          <w:lang w:eastAsia="zh-CN"/>
        </w:rPr>
        <w:t>　　其次，要增强安全防范意识，掌握一定的自救常识，在灾难突然发生时能够最大限度地保障自身安全不受侵害。</w:t>
      </w:r>
      <w:r>
        <w:rPr>
          <w:lang w:eastAsia="zh-CN"/>
        </w:rPr>
        <w:br/>
      </w:r>
      <w:r>
        <w:rPr>
          <w:lang w:eastAsia="zh-CN"/>
        </w:rPr>
        <w:t>　　第三，外出归来的师生要做好归来登记，如出现感冒发烧等症状，要按照有关规定及时向学校和老师报告，并到就近的医院或卫生防疫部门进行诊治，切实做好甲型流行性疾病的防控工作，确保师生安全无事故。</w:t>
      </w:r>
      <w:r>
        <w:rPr>
          <w:lang w:eastAsia="zh-CN"/>
        </w:rPr>
        <w:br/>
      </w:r>
      <w:r>
        <w:rPr>
          <w:lang w:eastAsia="zh-CN"/>
        </w:rPr>
        <w:t>　　第四，秋季是细菌繁殖的高峰季节，要做好食品卫生安全，不乱吃乱喝，防止病从口入。</w:t>
      </w:r>
      <w:r>
        <w:rPr>
          <w:lang w:eastAsia="zh-CN"/>
        </w:rPr>
        <w:br/>
      </w:r>
      <w:r>
        <w:rPr>
          <w:lang w:eastAsia="zh-CN"/>
        </w:rPr>
        <w:t>　　第五，学校周围来往车辆众多，大家要遵守交通规则，严防交通事故发生。</w:t>
      </w:r>
      <w:r>
        <w:rPr>
          <w:lang w:eastAsia="zh-CN"/>
        </w:rPr>
        <w:br/>
      </w:r>
      <w:r>
        <w:rPr>
          <w:lang w:eastAsia="zh-CN"/>
        </w:rPr>
        <w:t>　　老师们、同学们：新的学期又开始了!让我们在科学发展观思想的统领下，扬起理想的风帆，向着新的征程，出发吧!最后，祝同学们新学期学习进步!快乐成长!祝老师们新学期工作顺利!身体健康!</w:t>
      </w:r>
      <w:r>
        <w:rPr>
          <w:lang w:eastAsia="zh-CN"/>
        </w:rPr>
        <w:br/>
      </w:r>
      <w:r>
        <w:rPr>
          <w:lang w:eastAsia="zh-CN"/>
        </w:rPr>
        <w:t>　　谢谢大家!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新学期秋季开学国旗下讲话 篇3 </w:t>
      </w:r>
      <w:r>
        <w:rPr>
          <w:lang w:eastAsia="zh-CN"/>
        </w:rPr>
        <w:br/>
      </w:r>
      <w:r>
        <w:rPr>
          <w:lang w:eastAsia="zh-CN"/>
        </w:rPr>
        <w:t>　　尊敬的老师、亲爱的同学们：</w:t>
      </w:r>
      <w:r>
        <w:rPr>
          <w:lang w:eastAsia="zh-CN"/>
        </w:rPr>
        <w:br/>
      </w:r>
      <w:r>
        <w:rPr>
          <w:lang w:eastAsia="zh-CN"/>
        </w:rPr>
        <w:t>　　早上好!</w:t>
      </w:r>
      <w:r>
        <w:rPr>
          <w:lang w:eastAsia="zh-CN"/>
        </w:rPr>
        <w:br/>
      </w:r>
      <w:r>
        <w:rPr>
          <w:lang w:eastAsia="zh-CN"/>
        </w:rPr>
        <w:t>　　一元复始，万象更新。在新的学期开始的时候，向全体教职工和同学们表示新年的祝福!</w:t>
      </w:r>
      <w:r>
        <w:rPr>
          <w:lang w:eastAsia="zh-CN"/>
        </w:rPr>
        <w:br/>
      </w:r>
      <w:r>
        <w:rPr>
          <w:lang w:eastAsia="zh-CN"/>
        </w:rPr>
        <w:t>　　过去的一年，在上级主管部门的正确领导下，经过全体教职工和同学们的共同努力，我校的教育教学等工作取得了进展。</w:t>
      </w:r>
      <w:r>
        <w:rPr>
          <w:lang w:eastAsia="zh-CN"/>
        </w:rPr>
        <w:br/>
      </w:r>
      <w:r>
        <w:rPr>
          <w:lang w:eastAsia="zh-CN"/>
        </w:rPr>
        <w:t>　　经过了一个平安、愉快的寒假，我们满怀着新的希望迎来了生机勃勃的_年春季，同学们，我们知道，春季是播种的季节，只有用辛勤的劳动播下希望的种子，到时候才会有满意的收获。俗话说：栽什么树苗结什么果，撒什么种子开什么花。那么请问亲爱的同学，在这个春季里，你打算播下什么样的种子呢?</w:t>
      </w:r>
      <w:r>
        <w:rPr>
          <w:lang w:eastAsia="zh-CN"/>
        </w:rPr>
        <w:br/>
      </w:r>
      <w:r>
        <w:rPr>
          <w:lang w:eastAsia="zh-CN"/>
        </w:rPr>
        <w:t>　　回顾上个学期，我们播种过希望、我们曾有过收获，同学们在知识海洋里尽情享受着学习的快乐。但是回顾昨天，也有些遗憾，我们还有一部分同学在学习上努力还不够，沒有取得理想的成绩。为了能让我们梦想成真，就让我们在新的学期里发扬互帮互助、积极主动、探索创新、努力进取的精神，取得各自满意的成绩。共同描绘__小学美好的明天!为此，在新学期开学之际，我代表全体老师向同学们提出如下几点要求：</w:t>
      </w:r>
      <w:r>
        <w:rPr>
          <w:lang w:eastAsia="zh-CN"/>
        </w:rPr>
        <w:br/>
      </w:r>
      <w:r>
        <w:rPr>
          <w:lang w:eastAsia="zh-CN"/>
        </w:rPr>
        <w:t>　　一、自我调整，按时到校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新学期的开始，意味着紧张的学习已经来临，各位同学要开展自我调整，并把以休息为主的假期生活，调整到以学习为主的校园生活中来，要把全部精力投入到学习上来;要调整作息时间，晚上要按时睡觉，保证第二天有充沛精力投入学习。做到按时到校，服从学校以及老师的部署。</w:t>
      </w:r>
      <w:r>
        <w:rPr>
          <w:lang w:eastAsia="zh-CN"/>
        </w:rPr>
        <w:br/>
      </w:r>
      <w:r>
        <w:rPr>
          <w:lang w:eastAsia="zh-CN"/>
        </w:rPr>
        <w:t>　　二、团结友爱，文明守纪</w:t>
      </w:r>
      <w:r>
        <w:rPr>
          <w:lang w:eastAsia="zh-CN"/>
        </w:rPr>
        <w:br/>
      </w:r>
      <w:r>
        <w:rPr>
          <w:lang w:eastAsia="zh-CN"/>
        </w:rPr>
        <w:t>　　同学们要为加强校风和班风建设作出贡献，要增强集体意识，培养团队精神，严格遵守校规校纪，严格遵守教育教学秩序，文明礼貌，团结互助，争做学校的好学生。我们每一位同学都生活在一个集体当中，我们的学校是一个大集体，我们的班级是一个小集体。在集体中，我们谁也离不开谁。班里有人干了坏事，整个班级都会受到影响。班级里有同学得了荣誉，我们全班同学都会感到光荣。因此，在一个集体中，不管是大集体也好，还是小集体也好，不管是学校里也好，还是班级里也好，同学之间都要互相团结、互相学习、互相帮助、互相关心。集体的力量大无比。只有这样，我们才会不断受益，才会不断提高。</w:t>
      </w:r>
      <w:r>
        <w:rPr>
          <w:lang w:eastAsia="zh-CN"/>
        </w:rPr>
        <w:br/>
      </w:r>
      <w:r>
        <w:rPr>
          <w:lang w:eastAsia="zh-CN"/>
        </w:rPr>
        <w:t>　　三、提高自己的学习成绩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我这里所说的学习成绩不只是我们每一次考试的分数，而是我们学生学习的综合能力、综合素质。希望同学们在老师的教育下，能主动积极地参与学习，积极探讨好的学习方法，自主合作学习，学习时要注重预习、复习、倾听、记忆、解题、思考与感悟等良好学习习惯的养成，这些有利于搞好学习的做法，虽然大多数同学都懂，却不是大多数学生都能持之以恒的。希望同学们早晨来到学校抓紧早读，认真上好每一堂课，认真听讲，积极思维，热烈发言，善于发现问题，解决问题，一丝不苟完成老师布置的作业，当天的学习任务当天完成，决不拖到明天。同时,我们还要加强课外阅读，丰富课外知识。加强课外实践活动，争取全面发展，提高综合素质。希望每一位同学都成为爱学习会学习的人。希望我们都能在生活的大课堂中，善于发现，善于思索，善于获取知识，使自己活到老，学到老，最终学会做人，学会做事。</w:t>
      </w:r>
      <w:r>
        <w:rPr>
          <w:lang w:eastAsia="zh-CN"/>
        </w:rPr>
        <w:br/>
      </w:r>
      <w:r>
        <w:rPr>
          <w:lang w:eastAsia="zh-CN"/>
        </w:rPr>
        <w:t>　　四、牢记安全，健康成长</w:t>
      </w:r>
      <w:r>
        <w:rPr>
          <w:lang w:eastAsia="zh-CN"/>
        </w:rPr>
        <w:br/>
      </w:r>
      <w:r>
        <w:rPr>
          <w:lang w:eastAsia="zh-CN"/>
        </w:rPr>
        <w:t>　　安全是一切学习生活的保障，人的生命只有一次，希望同学们要善待自己，珍爱生命。我们要时刻注意安全，把安全两字谨记于心。要注意季节性流行疾病的防治、要注意交通安全：走路时靠右行，过马路时要处处留心，乘车必须遵守交通规则;注意食品安全：不买三无产品、过期食品;注意活动安全：课间不许在操场上奔跑、打闹，不许，不做危险的游戏，课外不许到河、塘上玩，不许私自下河，下塘堰玩水。不要和陌生人说话，放学按时回家，节、假日不随便外出。要用安全知识武装自己，将安全知识与实际生活结合起来，让安全陪伴我们健康成长。</w:t>
      </w:r>
      <w:r>
        <w:rPr>
          <w:lang w:eastAsia="zh-CN"/>
        </w:rPr>
        <w:br/>
      </w:r>
      <w:r>
        <w:rPr>
          <w:lang w:eastAsia="zh-CN"/>
        </w:rPr>
        <w:t>　　五、树立卫生意识</w:t>
      </w:r>
      <w:r>
        <w:rPr>
          <w:lang w:eastAsia="zh-CN"/>
        </w:rPr>
        <w:br/>
      </w:r>
      <w:r>
        <w:rPr>
          <w:lang w:eastAsia="zh-CN"/>
        </w:rPr>
        <w:t>　　希望你们从今日开始从身边的小事做起，当好学校的小主人，既要搞好个人卫生，勤洗澡，勤换衣，衣着整洁，防止春季传染疾病，更要关注公共卫生，特别是校园环境卫生，每天坚持打扫好卫生责任区，不允许把纸屑、食品袋等垃圾乱扔乱丢，同学之间相互监督，营造好我们整洁、舒适、美丽的校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六、树立环境保护意识</w:t>
      </w:r>
      <w:r>
        <w:rPr>
          <w:lang w:eastAsia="zh-CN"/>
        </w:rPr>
        <w:br/>
      </w:r>
      <w:r>
        <w:rPr>
          <w:lang w:eastAsia="zh-CN"/>
        </w:rPr>
        <w:t>　　要爱护学校一砖一瓦，一草一木，不允许损坏公物，不允许乱刻乱涂，乱写乱画，不允许在花坛边，国旗座周围玩耍，要珍惜花草树木的生命，清洁值日时进花坛拾垃圾不允许踩踏花草，养成讲文明卫生的习惯。</w:t>
      </w:r>
      <w:r>
        <w:rPr>
          <w:lang w:eastAsia="zh-CN"/>
        </w:rPr>
        <w:br/>
      </w:r>
      <w:r>
        <w:rPr>
          <w:lang w:eastAsia="zh-CN"/>
        </w:rPr>
        <w:t>　　学校将推出文明班级评比活动，一周一次，颁发流动红旗，要比班风，比学风，比校风，比文明，比纪律，比学习，要让每一个学生都成为文明守纪，成绩优异的好孩子!</w:t>
      </w:r>
      <w:r>
        <w:rPr>
          <w:lang w:eastAsia="zh-CN"/>
        </w:rPr>
        <w:br/>
      </w:r>
      <w:r>
        <w:rPr>
          <w:lang w:eastAsia="zh-CN"/>
        </w:rPr>
        <w:t>　　在这边，老师还有几句话想对毕业班的同学说。这个学期你们进入了一个非常关键的学习阶段，将迎来毕业考试，老师真心地希望你们以新学期作为新的起点，找准方向去努力，相信你们都会取得新的进步。争取在这最后的一个学期里，在各个方面都为其他年级的弟弟、妹妹们做出表率，给老师、同学们留下一个好的印象，也给自己留下一段美好的回忆!</w:t>
      </w:r>
      <w:r>
        <w:rPr>
          <w:lang w:eastAsia="zh-CN"/>
        </w:rPr>
        <w:br/>
      </w:r>
      <w:r>
        <w:rPr>
          <w:lang w:eastAsia="zh-CN"/>
        </w:rPr>
        <w:t>　　同学们，新的学期是一个新的开始，是一轮新的希望，更是一个新的征程，让我们全校师生上下一心，以更新的理念，更新的姿态，更加扎实的行动来证明：从现在开始，我们一定会做得更好!</w:t>
      </w:r>
      <w:r>
        <w:rPr>
          <w:lang w:eastAsia="zh-CN"/>
        </w:rPr>
        <w:br/>
      </w:r>
      <w:r>
        <w:rPr>
          <w:lang w:eastAsia="zh-CN"/>
        </w:rPr>
        <w:t>　　最后，祝老师们在新的一年里身体健康、工作愉快、家庭幸福!祝同学们快乐成长，学习进步!谢谢大家!</w:t>
      </w:r>
      <w:r>
        <w:rPr>
          <w:lang w:eastAsia="zh-CN"/>
        </w:rPr>
        <w:br/>
      </w:r>
      <w:r>
        <w:rPr>
          <w:lang w:eastAsia="zh-CN"/>
        </w:rPr>
        <w:t xml:space="preserve">    新学期秋季开学国旗下讲话 篇4 </w:t>
      </w:r>
      <w:r>
        <w:rPr>
          <w:lang w:eastAsia="zh-CN"/>
        </w:rPr>
        <w:br/>
      </w:r>
      <w:r>
        <w:rPr>
          <w:lang w:eastAsia="zh-CN"/>
        </w:rPr>
        <w:t>　　尊敬的老师、亲爱的同学们: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大家早上好!带着对暑假生活的美好记忆，怀着对新学期新生活的美好向往，我们又回到了宁静的校园，欢聚一堂，并聚集在庄严的国旗下，此时老师和你们一样，心情是非常高兴的。</w:t>
      </w:r>
      <w:r>
        <w:rPr>
          <w:lang w:eastAsia="zh-CN"/>
        </w:rPr>
        <w:br/>
      </w:r>
      <w:r>
        <w:rPr>
          <w:lang w:eastAsia="zh-CN"/>
        </w:rPr>
        <w:t>　　对我们可爱的同学来说，今天是我们成长历程中一个全新的起点;对我们可敬的老师来说，今天是又一段辉煌事业的开始;对我们可亲的学校来说，它所引领的，必将是群石小学灿烂的每一天!</w:t>
      </w:r>
      <w:r>
        <w:rPr>
          <w:lang w:eastAsia="zh-CN"/>
        </w:rPr>
        <w:br/>
      </w:r>
      <w:r>
        <w:rPr>
          <w:lang w:eastAsia="zh-CN"/>
        </w:rPr>
        <w:t>　　秋天是收获的季节，秋天从来都属于辛勤耕耘的人们。在刚刚过去的一学年里，全校师生齐心协力、辛勤工作、努力拼搏，在教育教学等方面都取得了可喜的成绩，学校在各个方面都得到稳步的发展。亲爱的同学们，成绩已经成为过去，面对新学年新的任务、新的挑战，我们要更加努力。新学期中，我们每一位老师都怀着巨大的企盼期待着你们在阳光下健康快乐的成长，希望你们长得更高、变得更懂事。而你们，也一定会用自己的言行，让老师们由衷地感到，出现在他们面前的学生更可爱了。</w:t>
      </w:r>
      <w:r>
        <w:rPr>
          <w:lang w:eastAsia="zh-CN"/>
        </w:rPr>
        <w:br/>
      </w:r>
      <w:r>
        <w:rPr>
          <w:lang w:eastAsia="zh-CN"/>
        </w:rPr>
        <w:t>　　新的一学期开启新的希望,新的空白承载新的梦想。为了让我们的梦想能成为现实，在这里，我代表学校给同学们提几点希望和要求：</w:t>
      </w:r>
      <w:r>
        <w:rPr>
          <w:lang w:eastAsia="zh-CN"/>
        </w:rPr>
        <w:br/>
      </w:r>
      <w:r>
        <w:rPr>
          <w:lang w:eastAsia="zh-CN"/>
        </w:rPr>
        <w:t>　　1、自我调整，按时到校，把精力集中到学习上来。新学期的开始，意味着紧张的学习已经来临，各位同学要进行自我调整，并把以休息为主的假期生活，调整到以学习为主的校园生活中来，要把全部精力投入到学习上来;要调整作息时间，晚上要按时睡觉，保证第二天有充沛精力投入学习。做到按时到校，服从学校以及老师的安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在行为礼仪方面，要严格按照《守则》、《规范》来要求自己。我们的学校是一个大家庭，里面的每个兄弟姐妹都要真心诚意地为这个大家庭做出贡献，学校的一草一木都是我们大家共同的财富。孩子们，希望你们从今天开始从身边的小事做起，当好学校的小主人，做好个人的清洁，勤洗澡，勤换衣，衣着整洁;爱护校园环境卫生，不乱扔，不乱画;节约一滴水，一度电，做个合格的环保小卫士。大家要遵守校规校纪，争做文明学生。</w:t>
      </w:r>
      <w:r>
        <w:rPr>
          <w:lang w:eastAsia="zh-CN"/>
        </w:rPr>
        <w:br/>
      </w:r>
      <w:r>
        <w:rPr>
          <w:lang w:eastAsia="zh-CN"/>
        </w:rPr>
        <w:t>　　3、在安全与纪律方面，一定要按学校的要求办，听从老师及校领导的教导，上楼下楼、出操、课间活动，放学路上等都要把安全放在第一位，绝不开展危险性游戏以及活动，发现问题及时把情况告知学校或班主任。</w:t>
      </w:r>
      <w:r>
        <w:rPr>
          <w:lang w:eastAsia="zh-CN"/>
        </w:rPr>
        <w:br/>
      </w:r>
      <w:r>
        <w:rPr>
          <w:lang w:eastAsia="zh-CN"/>
        </w:rPr>
        <w:t>　　4、在学习方面，人人都要弄清一个小学生的主要任务是什么，认真改掉学习中的一些不良习惯，不浪费课堂上的一分一秒，发扬刻苦钻研精神，在同学中开展比学赶帮活动，人人订出学习目标并向自己理想的目标奋斗。在这里要特别提醒我们那些在学习中有一定困难，在以前的考试以及竞赛中留下了遗憾的同学，你们更要吸取教训，加倍努力，力争缩小与其他同学在学习上的差距。 老师们、同学们，新学期奋进的号角已经吹响，让我们一起努力，共同放飞心中的理想，共同铸就白楼小学新的辉煌!</w:t>
      </w:r>
      <w:r>
        <w:rPr>
          <w:lang w:eastAsia="zh-CN"/>
        </w:rPr>
        <w:br/>
      </w:r>
      <w:r>
        <w:rPr>
          <w:lang w:eastAsia="zh-CN"/>
        </w:rPr>
        <w:t>　　我的国旗下讲话结束，谢谢大家!</w:t>
      </w:r>
      <w:r>
        <w:rPr>
          <w:lang w:eastAsia="zh-CN"/>
        </w:rPr>
        <w:br/>
      </w:r>
      <w:r>
        <w:rPr>
          <w:lang w:eastAsia="zh-CN"/>
        </w:rPr>
        <w:t xml:space="preserve">    新学期秋季开学国旗下讲话 篇5 </w:t>
      </w:r>
      <w:r>
        <w:rPr>
          <w:lang w:eastAsia="zh-CN"/>
        </w:rPr>
        <w:br/>
      </w:r>
      <w:r>
        <w:rPr>
          <w:lang w:eastAsia="zh-CN"/>
        </w:rPr>
        <w:t>　　尊敬的各位老师、亲爱的同学们: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大家早上好!踏着秋天的旋律，迎着灿烂的阳光，迈着轻盈的步伐，我们又进入了一个新的学期，开始了紧张而又快乐的校园生活。</w:t>
      </w:r>
      <w:r>
        <w:rPr>
          <w:lang w:eastAsia="zh-CN"/>
        </w:rPr>
        <w:br/>
      </w:r>
      <w:r>
        <w:rPr>
          <w:lang w:eastAsia="zh-CN"/>
        </w:rPr>
        <w:t>　　首先，让我们对加入我们学校的270名一年级小朋友表示热烈的欢迎。从今天起，你们将在这个温暖的大家庭开心地生活，愉快地学习，为你们的人生奠定坚实的基础。衷心希望你们每一刻都有提高，每一天都有进步。其次，欢迎我们的老同学又回到了美丽的校园，开始又一个新的学期。</w:t>
      </w:r>
      <w:r>
        <w:rPr>
          <w:lang w:eastAsia="zh-CN"/>
        </w:rPr>
        <w:br/>
      </w:r>
      <w:r>
        <w:rPr>
          <w:lang w:eastAsia="zh-CN"/>
        </w:rPr>
        <w:t>　　同学们，在新学期的第一天，让我们一起来缅怀先烈，牢记历史。今年是抗战胜利__周年，八年前卢沟桥的枪声，揭开了中国人民反击日本法西斯侵略、全民抗战的序幕。历时八年的峥嵘岁月，中国人民终于扑灭了日寇在华夏大地燃起的战火硝烟，中华民族从此扭转百年衰败沉沦的历史，古老的中国开始走上民族独立、自强不息的发展道路。</w:t>
      </w:r>
      <w:r>
        <w:rPr>
          <w:lang w:eastAsia="zh-CN"/>
        </w:rPr>
        <w:br/>
      </w:r>
      <w:r>
        <w:rPr>
          <w:lang w:eastAsia="zh-CN"/>
        </w:rPr>
        <w:t>　　__年弹指一挥间，同学们，今天，我们纪念这场伟大的胜利，就是要永远铭记惨遭日本侵略者杀戮的无辜同胞;永远铭记在抗日战争中英勇战斗、为国捐躯的烈士;永远铭记参加抗日战争的老战士、爱国人士、抗日将领;永远铭记为抗战胜利建立了功勋的海内外中华儿女;永远铭记支援和帮助了中国抗战的外国政府和国际友人。我们纪念这场战争，不是为了仇恨，而是为了更好地展望未来。</w:t>
      </w:r>
      <w:r>
        <w:rPr>
          <w:lang w:eastAsia="zh-CN"/>
        </w:rPr>
        <w:br/>
      </w:r>
      <w:r>
        <w:rPr>
          <w:lang w:eastAsia="zh-CN"/>
        </w:rPr>
        <w:t>　　历史无言，精神不朽。回顾历史，我们更深切地认识到，只有国家的统一，人民的团结，社会的稳定，经济的发展，国力的增强，中国人才会有尊严，中华民族才能屹立于世界民族之林。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那么，作为一名小学生，我们应该怎么做呢?同学们应该把满腔爱国热情化为发奋学习的动力，奋发图强，立志报国，为实现中华民族伟大复兴这个中国梦而努力。</w:t>
      </w:r>
      <w:r>
        <w:rPr>
          <w:lang w:eastAsia="zh-CN"/>
        </w:rPr>
        <w:br/>
      </w:r>
      <w:r>
        <w:rPr>
          <w:lang w:eastAsia="zh-CN"/>
        </w:rPr>
        <w:t>　　同学们，新的学期开启新的希望,新的空白承载新的梦想。为了让中国梦能成为现实，相信同学们一定能做到以下几点：</w:t>
      </w:r>
      <w:r>
        <w:rPr>
          <w:lang w:eastAsia="zh-CN"/>
        </w:rPr>
        <w:br/>
      </w:r>
      <w:r>
        <w:rPr>
          <w:lang w:eastAsia="zh-CN"/>
        </w:rPr>
        <w:t>　　第一、树立一个信心：我能行</w:t>
      </w:r>
      <w:r>
        <w:rPr>
          <w:lang w:eastAsia="zh-CN"/>
        </w:rPr>
        <w:br/>
      </w:r>
      <w:r>
        <w:rPr>
          <w:lang w:eastAsia="zh-CN"/>
        </w:rPr>
        <w:t>　　我们全体师生要把我能行当作自己的加油器。相信自己，我能成功!鼓励自己，天天成功!超越自己，一定成功!</w:t>
      </w:r>
      <w:r>
        <w:rPr>
          <w:lang w:eastAsia="zh-CN"/>
        </w:rPr>
        <w:br/>
      </w:r>
      <w:r>
        <w:rPr>
          <w:lang w:eastAsia="zh-CN"/>
        </w:rPr>
        <w:t>　　第二、创立一种学风：我认真</w:t>
      </w:r>
      <w:r>
        <w:rPr>
          <w:lang w:eastAsia="zh-CN"/>
        </w:rPr>
        <w:br/>
      </w:r>
      <w:r>
        <w:rPr>
          <w:lang w:eastAsia="zh-CN"/>
        </w:rPr>
        <w:t>　　学业成功的过程离不开勤奋，离不开认真。新学期开始，我们要创立一种良好的学习风气，凡事从认真开始，认认真真学知识，认认真真学做人。</w:t>
      </w:r>
      <w:r>
        <w:rPr>
          <w:lang w:eastAsia="zh-CN"/>
        </w:rPr>
        <w:br/>
      </w:r>
      <w:r>
        <w:rPr>
          <w:lang w:eastAsia="zh-CN"/>
        </w:rPr>
        <w:t>　　第三、培养一个习惯：我自觉</w:t>
      </w:r>
      <w:r>
        <w:rPr>
          <w:lang w:eastAsia="zh-CN"/>
        </w:rPr>
        <w:br/>
      </w:r>
      <w:r>
        <w:rPr>
          <w:lang w:eastAsia="zh-CN"/>
        </w:rPr>
        <w:t>　　学业进步，贵在自觉。我们要在老师的指引下，培养自己良好的行为习惯、学习习惯和生活习惯。自觉预习，自觉听讲，自觉完成作业，自觉阅读课外书，自觉复习，自觉讲卫生，自觉讲文明。</w:t>
      </w:r>
      <w:r>
        <w:rPr>
          <w:lang w:eastAsia="zh-CN"/>
        </w:rPr>
        <w:br/>
      </w:r>
      <w:r>
        <w:rPr>
          <w:lang w:eastAsia="zh-CN"/>
        </w:rPr>
        <w:t>　　第四、坚定一个信念：我遵守</w:t>
      </w:r>
      <w:r>
        <w:rPr>
          <w:lang w:eastAsia="zh-CN"/>
        </w:rPr>
        <w:br/>
      </w:r>
      <w:r>
        <w:rPr>
          <w:lang w:eastAsia="zh-CN"/>
        </w:rPr>
        <w:t>　　生命至上，安全为天。我们一定要强化安全意识，提高防范能力。要遵守学校的各种规定，按照学校的要求，听从老师的教导，上下楼，课间操活动，上学放学的路上等，要把安全放在第一位，绝不开展危险性游戏及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老师们、同学们，新学期的帷幕已经拉开，让我们一起努力，共同放飞心中的理想，共同畅想美好的明天!</w:t>
      </w:r>
      <w:r>
        <w:rPr>
          <w:lang w:eastAsia="zh-CN"/>
        </w:rPr>
        <w:br/>
      </w:r>
      <w:r>
        <w:rPr>
          <w:lang w:eastAsia="zh-CN"/>
        </w:rPr>
        <w:t>　　我今天的国旗下讲话到此结束，谢谢大家!</w:t>
      </w:r>
      <w:r>
        <w:rPr>
          <w:lang w:eastAsia="zh-CN"/>
        </w:rPr>
        <w:br/>
      </w:r>
      <w:r>
        <w:rPr>
          <w:lang w:eastAsia="zh-CN"/>
        </w:rPr>
        <w:t xml:space="preserve">    新学期秋季开学国旗下讲话 篇6 </w:t>
      </w:r>
      <w:r>
        <w:rPr>
          <w:lang w:eastAsia="zh-CN"/>
        </w:rPr>
        <w:br/>
      </w:r>
      <w:r>
        <w:rPr>
          <w:lang w:eastAsia="zh-CN"/>
        </w:rPr>
        <w:t>　　尊敬的老师、亲爱的同学们：大家上午好!</w:t>
      </w:r>
      <w:r>
        <w:rPr>
          <w:lang w:eastAsia="zh-CN"/>
        </w:rPr>
        <w:br/>
      </w:r>
      <w:r>
        <w:rPr>
          <w:lang w:eastAsia="zh-CN"/>
        </w:rPr>
        <w:t>　　鲜艳的五星红旗伴着雄壮的义勇军进行曲，在我们眼前冉冉升起，这预示着又一个充满希望的新学年开始了。借此机会，我代表学校向全体师生致以亲切的问候和美好的祝愿!</w:t>
      </w:r>
      <w:r>
        <w:rPr>
          <w:lang w:eastAsia="zh-CN"/>
        </w:rPr>
        <w:br/>
      </w:r>
      <w:r>
        <w:rPr>
          <w:lang w:eastAsia="zh-CN"/>
        </w:rPr>
        <w:t>　　同时，我更要代表全校师生，对前来就读的高一新生致以热烈的欢迎和诚挚的祝贺：你们有主见，不人云亦云;你们重事实，不随波逐流，你们比你们那些去外地就读的同学多了一些理性和成熟。同学们，今年范家屯一中的高考成绩就是对你们的选择做出的最有力的回答。</w:t>
      </w:r>
      <w:r>
        <w:rPr>
          <w:lang w:eastAsia="zh-CN"/>
        </w:rPr>
        <w:br/>
      </w:r>
      <w:r>
        <w:rPr>
          <w:lang w:eastAsia="zh-CN"/>
        </w:rPr>
        <w:t>　　同样的入学成绩，我们这里的高三毕业生超出了去外地就读的同学成绩，同样的升学考试，我们这里的升学比例超出了所说的名校，很多的“同样”却出现了很多的“不一样”。高三学生的笑脸可以印证，高三学生的通知书可以印证，高三学生家长的(本文转自实用工作文档频道)感激可以----印----证。</w:t>
      </w:r>
      <w:r>
        <w:rPr>
          <w:lang w:eastAsia="zh-CN"/>
        </w:rPr>
        <w:br/>
      </w:r>
      <w:r>
        <w:rPr>
          <w:lang w:eastAsia="zh-CN"/>
        </w:rPr>
        <w:t>　　同学们，选择对的，不选择贵的，这就是智者的选择;我们范家屯一中的老师会在今后的时间里对你们的选择做出最好的解答。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老师们，同学们，过去的成绩记录着我们的勤劳，蕴含着我们的智慧，新学年开始了新形势，面临着新的机遇和挑战。站在更新更高的起点上，需要全校师生抖擞精神，乘势而上，发扬我们范家屯一中优良的传统，学生进步，家长满意，社会称赞。希望全体教师继续发扬爱生敬业、甘于奉献的优良作风，加强道德修养，提升思想境界，以纯洁心灵塑造学生灵魂，以人格魅力铸就学生品格，营造我校和谐、健康、发展的氛围，实践“教育促进学生发展”的目标。</w:t>
      </w:r>
      <w:r>
        <w:rPr>
          <w:lang w:eastAsia="zh-CN"/>
        </w:rPr>
        <w:br/>
      </w:r>
      <w:r>
        <w:rPr>
          <w:lang w:eastAsia="zh-CN"/>
        </w:rPr>
        <w:t>　　同学们“千里之行，始于足下”，希望你们珍惜宝贵的学习机会和大好的青春时光，端正学习态度，从自己做起，从现在做起，多一份务实，少一份浮躁虚荣;多一份自律，少一份率性而为;多一份理解，少一份懵(měng)懂无知。</w:t>
      </w:r>
      <w:r>
        <w:rPr>
          <w:lang w:eastAsia="zh-CN"/>
        </w:rPr>
        <w:br/>
      </w:r>
      <w:r>
        <w:rPr>
          <w:lang w:eastAsia="zh-CN"/>
        </w:rPr>
        <w:t>　　“业精于勤，荒于嬉(_ī)，行成于思，毁于随”要牢记：人生在勤，勤于学习，善于总结;学会学习，学会创造，学会生活，学会成长，在新的起点上更好地去努力，去拼搏，对得起父母，对得起老师，对得起自己成长的岁月。</w:t>
      </w:r>
      <w:r>
        <w:rPr>
          <w:lang w:eastAsia="zh-CN"/>
        </w:rPr>
        <w:br/>
      </w:r>
      <w:r>
        <w:rPr>
          <w:lang w:eastAsia="zh-CN"/>
        </w:rPr>
        <w:t>　　最后，祝全校师生在新的学期里都能快乐的学习，快乐的生活，快乐的度过每一天!</w:t>
      </w:r>
      <w:r>
        <w:rPr>
          <w:lang w:eastAsia="zh-CN"/>
        </w:rPr>
        <w:br/>
      </w:r>
      <w:r>
        <w:rPr>
          <w:lang w:eastAsia="zh-CN"/>
        </w:rPr>
        <w:t>　　谢谢大家!</w:t>
      </w:r>
      <w:r>
        <w:rPr>
          <w:lang w:eastAsia="zh-CN"/>
        </w:rPr>
        <w:br/>
      </w:r>
      <w:r>
        <w:rPr>
          <w:lang w:eastAsia="zh-CN"/>
        </w:rPr>
        <w:t xml:space="preserve">    新学期秋季开学国旗下讲话 篇7 </w:t>
      </w:r>
      <w:r>
        <w:rPr>
          <w:lang w:eastAsia="zh-CN"/>
        </w:rPr>
        <w:br/>
      </w:r>
      <w:r>
        <w:rPr>
          <w:lang w:eastAsia="zh-CN"/>
        </w:rPr>
        <w:t>　　尊敬的老师，亲爱的同学们：</w:t>
      </w:r>
      <w:r>
        <w:rPr>
          <w:lang w:eastAsia="zh-CN"/>
        </w:rPr>
        <w:br/>
      </w:r>
      <w:r>
        <w:rPr>
          <w:lang w:eastAsia="zh-CN"/>
        </w:rPr>
        <w:t>　　大家上午好!我是外国语学校(四中实验中学)八(3)班的，今天我国旗下讲话的题目是《谁让我们是学生》。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学生!一个多么响亮的名字，却又干着多么累的差事。每天都是学习学习再学习，作业作业照旧作业，真是太苦了!但是，学习又是多么紧张!说小了，它决定着我们一生的运气和前程;放大了，它决定着社会的生长和国度的壮大。梁启超说过少年强则国强，而强表如今有知识有文化有技能。要想拥有这些，我们必须学习。</w:t>
      </w:r>
      <w:r>
        <w:rPr>
          <w:lang w:eastAsia="zh-CN"/>
        </w:rPr>
        <w:br/>
      </w:r>
      <w:r>
        <w:rPr>
          <w:lang w:eastAsia="zh-CN"/>
        </w:rPr>
        <w:t>　　我们是学生，祖国的来日是否壮大就牢牢地掌握在我们手里!谁让我们是学生，谁让我们是四中实验中学的学生!祖国的未来、母校的光辉需要我们去创造!所以我们不怕苦，不怕累，靠着勤奋和毅力一直在求学的道路上坚持着。每天早晨，人们还在熟睡，连太阳公公都还在梦乡时，我们已经活跃在塑胶跑道上。响亮的背书声划破天际，整齐的脚步声震动大地，新的一天在我们的欢呼声中开始。晚上，忙碌了一天的人们早已进入了梦乡，而我们依然坚守我们的阵地，履行我们的职责，在明亮的灯光下，默默看书学习。在寝室里，你是看不到疯打的身影的，你是听不到嘈杂的叫声的，因为&amp;&amp;谁让我们是学生!谁让我们拥有这么多渴望我们成长的眼神!谁让我们这么渴望成功!</w:t>
      </w:r>
      <w:r>
        <w:rPr>
          <w:lang w:eastAsia="zh-CN"/>
        </w:rPr>
        <w:br/>
      </w:r>
      <w:r>
        <w:rPr>
          <w:lang w:eastAsia="zh-CN"/>
        </w:rPr>
        <w:t>　　学习是我们的本分!再大的风雨也冲不走我们对学习的热情。我们视学校为阵地，视学习为本分，视老师为怙恃，把设置装备部署故国当做目的，在艰巨中发展，在风雨中前行，在困难中挑衅，永久记得我们是学生!</w:t>
      </w:r>
      <w:r>
        <w:rPr>
          <w:lang w:eastAsia="zh-CN"/>
        </w:rPr>
        <w:br/>
      </w:r>
      <w:r>
        <w:rPr>
          <w:lang w:eastAsia="zh-CN"/>
        </w:rPr>
        <w:t>　　末了请同砚们跟我一起高呼：四中学子，潜力无穷，自强不断，我要乐成!谢谢各人，我的国旗下发言完毕!</w:t>
      </w:r>
      <w:r>
        <w:rPr>
          <w:lang w:eastAsia="zh-CN"/>
        </w:rPr>
        <w:br/>
      </w:r>
      <w:r>
        <w:rPr>
          <w:lang w:eastAsia="zh-CN"/>
        </w:rPr>
        <w:t xml:space="preserve">    新学期秋季开学国旗下讲话 篇8 </w:t>
      </w:r>
      <w:r>
        <w:rPr>
          <w:lang w:eastAsia="zh-CN"/>
        </w:rPr>
        <w:br/>
      </w:r>
      <w:r>
        <w:rPr>
          <w:lang w:eastAsia="zh-CN"/>
        </w:rPr>
        <w:t>　　同学们，老师们：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上午好!</w:t>
      </w:r>
      <w:r>
        <w:rPr>
          <w:lang w:eastAsia="zh-CN"/>
        </w:rPr>
        <w:br/>
      </w:r>
      <w:r>
        <w:rPr>
          <w:lang w:eastAsia="zh-CN"/>
        </w:rPr>
        <w:t>　　在这阳光明媚的金秋时节，我们又迎来了新学期，值此新学年开学之际，我谨代表学校全体师生向加盟我校的3位新教师和初一230多名初一新同学表示热烈的欢迎!向亲爱的同学和老师们致以最美好的祝愿：祝愿同学们在新的学年中学业进步、茁壮成长!祝愿老师们在新的学年身体健康，家庭幸福，事业有成!</w:t>
      </w:r>
      <w:r>
        <w:rPr>
          <w:lang w:eastAsia="zh-CN"/>
        </w:rPr>
        <w:br/>
      </w:r>
      <w:r>
        <w:rPr>
          <w:lang w:eastAsia="zh-CN"/>
        </w:rPr>
        <w:t>　　过去的一学年，校园硬件建设进一步完善，我们添置了多媒体投影，更新了教师办公桌椅，添置了学生桌椅，新建了校园橱窗，加固了葡萄架，增设了电子显示屏等;教育教学质量全面提升，在今年中考中我校有40名同学考入省淳中，中考推进率列全县11所初中校第二位，初一初二统考均分列全县农村中学第二，今年办学水平评估为优秀等第;课堂教学效率不断提升，我校顺利通过了20__年省语文课程建设项目创建;教师专业水平不断提升，新增5位县学科带头人，李英斌老师被评为区十佳班主任，魏元明老师被评为区优秀班主任，有6位老师在市县教学基本功比赛中获奖，学校被评为继续教育先进集体，成教基地正创建省级高标准农科教示范基地，同学们的行为、发型和服饰进一步规范，这些成绩得到了上级部门以及全镇老百姓的高度认可，成绩的取得是全体师生共同努力的结果，是来之不易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同学们，老师们，回眸过去，更多的是为了筹划将来，新的学年已拉开了帷幕，新学年，新面貌，创造新的成绩;新起点，新生活，孕育新的希望。作为固中莘莘学子，我们应该以学生道德标兵评定活动为契机，进一步规范言行，提升素质，切实规范自己的言行举止，不断提升自己的思想境界和素质，做一个文明守纪、热爱集体、尊敬师长、友爱同学、朝气逢勃的优秀学生。初二、初三的同学应做好表率，关心帮助初一学生;初一学生应努力养成好习惯，跨好进入中学的第一步，为初中三年的学习和将来的发展打好基础。新学期，我们首先要播种责任，收获目标。责任引领人生，目标展现人生的价值。新学期，我们还要播种</w:t>
      </w:r>
      <w:r>
        <w:rPr>
          <w:lang w:eastAsia="zh-CN"/>
        </w:rPr>
        <w:t xml:space="preserve"> 真诚，收获和谐。有凝聚力才有发展力，亲师、亲学校，把最真心的祝福送给师长、同学、朋友。</w:t>
      </w:r>
      <w:r>
        <w:rPr>
          <w:lang w:eastAsia="zh-CN"/>
        </w:rPr>
        <w:br/>
      </w:r>
      <w:r>
        <w:rPr>
          <w:lang w:eastAsia="zh-CN"/>
        </w:rPr>
        <w:t>　　新学期，我们要播种积极进取的心态，收获乐观向上的人生。我们要有脚踏实地、不浮躁、不气馁的求学精神，要有明确的目标、科学的方法和执着的韧劲，要继续锤炼坚韧不拔的意志，修养厚德载物的思想，锻造健康强劲的身心，唯有如此，才会取得新的进步，赢得新荣誉。我们期盼着每一个同学每一天都在进步，每一天都有成功，我们期待着每一个老师每一天都在发展，每一天都有创造，每一天都能展现自己的教育教学无穷的魅力。</w:t>
      </w:r>
      <w:r>
        <w:rPr>
          <w:lang w:eastAsia="zh-CN"/>
        </w:rPr>
        <w:br/>
      </w:r>
      <w:r>
        <w:rPr>
          <w:lang w:eastAsia="zh-CN"/>
        </w:rPr>
        <w:t>　　新学期，新起点，其实人生有许多起点，我们中的许多人可能在已过去的学期曾经比别人落后过，如果因为有了这种落后，便认为已经太迟了，就放弃努力，那才是真正的悲哀。因为世界上没有所谓太迟了的事情，只有现在不去做，那才是真正是太迟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新学期，新挑战，也有许许多多新的机遇。只要我们运用爱与智慧，踏踏实实地做好今天的每一件事，把平凡的事情做经典，把简单的事情做精彩，就一定能够迎来美好的明天，我们有决心，也有信心!</w:t>
      </w:r>
      <w:r>
        <w:rPr>
          <w:lang w:eastAsia="zh-CN"/>
        </w:rPr>
        <w:br/>
      </w:r>
      <w:r>
        <w:rPr>
          <w:lang w:eastAsia="zh-CN"/>
        </w:rPr>
        <w:t>　　我的讲话完了，谢谢大家!</w:t>
      </w:r>
      <w:r>
        <w:rPr>
          <w:lang w:eastAsia="zh-CN"/>
        </w:rPr>
        <w:br/>
      </w:r>
      <w:r>
        <w:rPr>
          <w:lang w:eastAsia="zh-CN"/>
        </w:rPr>
        <w:t xml:space="preserve">    新学期秋季开学国旗下讲话 篇9 </w:t>
      </w:r>
      <w:r>
        <w:rPr>
          <w:lang w:eastAsia="zh-CN"/>
        </w:rPr>
        <w:br/>
      </w:r>
      <w:r>
        <w:rPr>
          <w:lang w:eastAsia="zh-CN"/>
        </w:rPr>
        <w:t>　　尊敬的老师、亲爱的同学们：</w:t>
      </w:r>
      <w:r>
        <w:rPr>
          <w:lang w:eastAsia="zh-CN"/>
        </w:rPr>
        <w:br/>
      </w:r>
      <w:r>
        <w:rPr>
          <w:lang w:eastAsia="zh-CN"/>
        </w:rPr>
        <w:t>　　大家好早上好!</w:t>
      </w:r>
      <w:r>
        <w:rPr>
          <w:lang w:eastAsia="zh-CN"/>
        </w:rPr>
        <w:br/>
      </w:r>
      <w:r>
        <w:rPr>
          <w:lang w:eastAsia="zh-CN"/>
        </w:rPr>
        <w:t>　　今天我们隆重集会，举行新学期第一次升旗，首先让我们以热烈的掌声，对刚进入祈福高中学习的高一新生，表示最热烈的欢迎!对我们高二、高三同学们表示最亲切的问候!过10天就是9月10日，是我国第 36个教师节，在这里让我们以最热烈的掌声，向辛勤培养我们成长、成功、成才的全体教师致以节日的问候和崇高的敬意!</w:t>
      </w:r>
      <w:r>
        <w:rPr>
          <w:lang w:eastAsia="zh-CN"/>
        </w:rPr>
        <w:br/>
      </w:r>
      <w:r>
        <w:rPr>
          <w:lang w:eastAsia="zh-CN"/>
        </w:rPr>
        <w:t>　　岁月不居，天道酬勤。刚刚过去的一学年，无疑是充满激情和喜悦的一年。我校在上级主管部门的关心和支持下，师生同心同德，一心一意谋发展，谱写了学校发展史上的新的篇章，20__年高考上重点线308人，二本上线974人，考生隆露露以572分考取知名学。还有多位考生考上985、211高校，是我校历史上录取学校最好的一年。一年来无论是校园文化建设、教育教学质量、师德师风建设，还是特色办学以及提升学校教育教学质量方面深受上级领导以及社会的好评，这是我们全校师生的光荣和骄傲。</w:t>
      </w:r>
      <w:r>
        <w:rPr>
          <w:lang w:eastAsia="zh-CN"/>
        </w:rPr>
        <w:br/>
      </w:r>
      <w:r>
        <w:rPr>
          <w:lang w:eastAsia="zh-CN"/>
        </w:rPr>
        <w:t>　　可以这样说，在20__学年，光荣与梦想，机遇与挑战，拓荒与变革，自豪与责任，写就了我们学校的发展史。而所有这些都将使我们对学校未来的发展更加充满信心!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因为信心，20__学年我们学校的发展目标更加明晰。这个发展目标可以说是学校的梦想，也是我们全体祈福人共同的愿景。有人说，梦想是具有巨大力量的。一个国家要有梦想，一个民族要有梦想，一所学校要有梦想，一个人要有自己的梦想。祈福高中全体师生都应该有自己的人生梦想。老师的梦想是如何培养更多更好的人才，同学们的梦想是如何更好更大地实现自己的人生价值，将来能为社会做更大的贡献。作为校长，我的梦想是：打造一个赢得社会认同、外界欣赏、同行尊重、家长满意的市级高中，是所有祈福人最大的价值。</w:t>
      </w:r>
      <w:r>
        <w:rPr>
          <w:lang w:eastAsia="zh-CN"/>
        </w:rPr>
        <w:br/>
      </w:r>
      <w:r>
        <w:rPr>
          <w:lang w:eastAsia="zh-CN"/>
        </w:rPr>
        <w:t>　　归根结底，一个学校的梦想应该致力于学生的发展，现代学校建设的核心就是一切为了学生。我们学校积极创建核心文化&amp;&amp;仁爱，正是为了同学们幸福的未来。我相信我们学校所有的老师和同学们会为了这个核心齐心协力、全力以赴。因为我们知道，学校好了，我们老师和同学才会好。当然我们还知道，学生更好了，学校才会更好。</w:t>
      </w:r>
      <w:r>
        <w:rPr>
          <w:lang w:eastAsia="zh-CN"/>
        </w:rPr>
        <w:br/>
      </w:r>
      <w:r>
        <w:rPr>
          <w:lang w:eastAsia="zh-CN"/>
        </w:rPr>
        <w:t>　　所以，同学们，站在新学年的起点，新学期，新任务、新要求，为了同学们能追求更大的进步，学校能有更大的发展，我向大家提出几点要求和希望：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1、做一个尊重生命、平安幸福的祈福学子。生命是至高无上的，生命对于每个人都只有一次。我们必须敬重生命，珍惜生命，捍卫生命的尊严与安全。在父母眼里，我们是娇嫩欲放的花朵，在老师的眼里，我们是展翅欲飞的雏鹰，在我们身上寄托着父母、老师、祖国的希望，我们对自己生命的珍惜和关爱，不能仅仅成为美丽的词藻，我们要从现在做起，从自己做起，从点滴做起，严格要求自己，改正不良的行为，努力提高自己的安全意识和安全防范能力，时刻绷紧安全这根线，时刻注意生命安全，严格遵守法纪法规，严守交通规则，日常生活要严守学习或活动规程，杜绝一切事故的发生。有平安才能谈幸福。安全是幸福的生命线。我们有责任让自己健康快乐的成长学习，才能成为社会和家庭的栋梁之才。</w:t>
      </w:r>
      <w:r>
        <w:rPr>
          <w:lang w:eastAsia="zh-CN"/>
        </w:rPr>
        <w:br/>
      </w:r>
      <w:r>
        <w:rPr>
          <w:lang w:eastAsia="zh-CN"/>
        </w:rPr>
        <w:t>　　我们认识到自己的重要，同样也要认识到他人的重要。在这个世界上，握手的解释不是自己的左手握住自己的右手，而是伸出手去握住别人的手。希望同学们不要习惯于以自我为中心，而是要学会养成尊重他人、包容他人的习惯，多看别人的优点，多看自己的不足，不仅关心自己、更要关心他人，不仅关注自我、更要关注学校和社会。</w:t>
      </w:r>
      <w:r>
        <w:rPr>
          <w:lang w:eastAsia="zh-CN"/>
        </w:rPr>
        <w:br/>
      </w:r>
      <w:r>
        <w:rPr>
          <w:lang w:eastAsia="zh-CN"/>
        </w:rPr>
        <w:t>　　2、做一个做事用心的祈福学子。用心两个字很简单，请大家把用心两个字分开来读一下，并且把重音放在心上，就会真切地感受到用心的妙处了。用心做事本身就在于认真，在于关心，在于情感的融入，在于对事情本身的热爱。用心做事是良好职业道德的完美体现。用心做事，用的是责任心，知道自己应该做什么。用的是恒心，决定一件事绝不放弃;用的是信心，相信自己能够把事情做好。</w:t>
      </w:r>
      <w:r>
        <w:rPr>
          <w:lang w:eastAsia="zh-CN"/>
        </w:rPr>
        <w:br/>
      </w:r>
      <w:r>
        <w:rPr>
          <w:lang w:eastAsia="zh-CN"/>
        </w:rPr>
        <w:t>　　3、做一个常怀感恩心的祈福学子。有句话说得很好：你怎样，世界就怎样。你若热爱，生活哪里都可爱;你若憎恨，生活哪里都可恨;你若感恩，处处可感恩。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4、做一个诚心待人、平常心处世的学子。人们都希望自己能卓越，但事实上，大家都不过是在过平凡的生活，在平凡中的坚守与坚持，才是人生的常态，我们每个常中人都应当能耐得住寂寞，守得住平凡，把每一件小事都做细、做精，把每一天都过好、过实，即使默默无闻，也决不放弃。如果能这样，我以为就是非凡。提到这样一句话：圣人是肯做功夫的庸人，庸人是不肯做功夫的圣人。我相信，非凡必定源自平凡。而这份平凡就是一颗平常心。</w:t>
      </w:r>
      <w:r>
        <w:rPr>
          <w:lang w:eastAsia="zh-CN"/>
        </w:rPr>
        <w:br/>
      </w:r>
      <w:r>
        <w:rPr>
          <w:lang w:eastAsia="zh-CN"/>
        </w:rPr>
        <w:t>　　当然，生活的本质就是与人相处，就是如何看待他人，处理好与他人的关系。在与人相处中，需要以诚相待、友善关爱他人。以宽容的心看待别人的不足，以欣赏的心看待别人的长处，同事之间、同学之间应当互相包容、彼此欣赏。用一颗真心实意的诚心，去善待我们身边的每一个人。这样，我们的校园才更和谐，我们的生活才更美好。</w:t>
      </w:r>
      <w:r>
        <w:rPr>
          <w:lang w:eastAsia="zh-CN"/>
        </w:rPr>
        <w:br/>
      </w:r>
      <w:r>
        <w:rPr>
          <w:lang w:eastAsia="zh-CN"/>
        </w:rPr>
        <w:t>　　我相信，只要我们坚持高品位的办学追求，求真务实、开拓进取、自强不息、用心做事、诚心待人、常怀感恩心和平常心，积极创建和诣，那么高质量、有特色、示范性、和谐校园就一定会实现!</w:t>
      </w:r>
      <w:r>
        <w:rPr>
          <w:lang w:eastAsia="zh-CN"/>
        </w:rPr>
        <w:br/>
      </w:r>
      <w:r>
        <w:rPr>
          <w:lang w:eastAsia="zh-CN"/>
        </w:rPr>
        <w:t>　　最后，我衷心祝愿祝同学们，学业进步，健康成长!祝老师们，工作顺利，万事如意!祝我们学校，欣欣向荣，更加辉煌!</w:t>
      </w:r>
      <w:r>
        <w:rPr>
          <w:lang w:eastAsia="zh-CN"/>
        </w:rPr>
        <w:br/>
      </w:r>
      <w:r>
        <w:rPr>
          <w:lang w:eastAsia="zh-CN"/>
        </w:rPr>
        <w:t>　　谢谢大家!</w:t>
      </w:r>
      <w:r>
        <w:rPr>
          <w:lang w:eastAsia="zh-CN"/>
        </w:rPr>
        <w:br/>
      </w:r>
      <w:r>
        <w:rPr>
          <w:lang w:eastAsia="zh-CN"/>
        </w:rPr>
        <w:t xml:space="preserve">    新学期秋季开学国旗下讲话 篇10 </w:t>
      </w:r>
      <w:r>
        <w:rPr>
          <w:lang w:eastAsia="zh-CN"/>
        </w:rPr>
        <w:br/>
      </w:r>
      <w:r>
        <w:rPr>
          <w:lang w:eastAsia="zh-CN"/>
        </w:rPr>
        <w:t>　　同学们、老师们：大家好!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今天是我们新学期的第一次国旗下讲话，在过去的一学年中，我们天塘中学在全体师生的共同努力下在许多方面取得了长足的进步，也得到了许多领导、家长和社会各界的好评。这一学期，我们迎来了一年级二个班的小弟弟和小妹妹，七年级四个班，还有少数插班的同学们，在这里，让我们一起用热烈的掌声欢迎他们的到来!</w:t>
      </w:r>
      <w:r>
        <w:rPr>
          <w:lang w:eastAsia="zh-CN"/>
        </w:rPr>
        <w:br/>
      </w:r>
      <w:r>
        <w:rPr>
          <w:lang w:eastAsia="zh-CN"/>
        </w:rPr>
        <w:t>　　我们这些大哥哥大姐姐要养成良好的习惯，给新生一个好榜样，让新生和你一起进步。所以今天老师要讲的主题是：播下一种习惯，收获一种命运!</w:t>
      </w:r>
      <w:r>
        <w:rPr>
          <w:lang w:eastAsia="zh-CN"/>
        </w:rPr>
        <w:br/>
      </w:r>
      <w:r>
        <w:rPr>
          <w:lang w:eastAsia="zh-CN"/>
        </w:rPr>
        <w:t>　　那，什么叫习惯呢?老师先给同学们听一个故事，听完以后，聪明的你一定会明白什么是习惯：据说，在印度和泰国随处可见这样荒谬的场景：一根小小的柱子，一截细细的链子，拴得住一头千斤重的大象。那些驯象人，在大象还是小小象的时候，就用一条铁链将它绑在水泥柱或钢柱上，无论小象怎么挣扎都无法挣脱。小象渐渐地习惯了不挣扎，直到长成了大象，可以轻而易举地挣脱链子时，也不挣扎。小象是被链子绑住，而大象则是被习惯绑住。可见，所谓的习惯是指长期重复地做并逐渐养成的不自觉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记得我在给五一班和五二班的同学上品德课的时候欣赏过一段录像，内容如下：1978年，75位诺贝尔奖获得者在巴黎聚会。有人问其中一位：你在哪所大学、哪所实验室里学到了你认为最重要的东西呢?出人意料，这位白发苍苍的学者回答说：是在幼儿园。询问者又疑惑地问：在幼儿园里学到了什么呢?学者说：把自己的东西分一半给小伙伴们;不是自己的东西不要拿;东西要放整齐，饭前要洗手，午饭后要休息;做了错事要表示歉意;学习要多思考，要仔细观察大自然。从根本上说，我学到的全部东西就是这些。这位学者的回答，代表了科学家的普遍看法。他们认为终生所学到的最主要的东西，是幼儿园老师给他们培养的良好习惯。英国哲学家培根，一生成就突出。他在谈到习惯时深有感触地说：习惯真是一种顽强而巨大的力量，它可以主宰人的一生，因此，人从幼年起就应该通过教育培养一种良好的习惯。</w:t>
      </w:r>
      <w:r>
        <w:rPr>
          <w:lang w:eastAsia="zh-CN"/>
        </w:rPr>
        <w:br/>
      </w:r>
      <w:r>
        <w:rPr>
          <w:lang w:eastAsia="zh-CN"/>
        </w:rPr>
        <w:t>　　对于绝大多数学生来说，学习的好坏，20与智力因素相关，所以请你停止埋怨，再也不要埋怨自己笨。信心、意志、习惯、兴趣、性格等影响你80的学习成绩，而其中习惯又占有重要位置。这学期，我们要努力养成在开学典礼上高校长向大家说的七个一分钟和八个学习习惯。</w:t>
      </w:r>
      <w:r>
        <w:rPr>
          <w:lang w:eastAsia="zh-CN"/>
        </w:rPr>
        <w:br/>
      </w:r>
      <w:r>
        <w:rPr>
          <w:lang w:eastAsia="zh-CN"/>
        </w:rPr>
        <w:t>　　有人曾问过很多孩子：你爱自己吗?他们都笑着说：谁不爱自己呀!你爱自己的亲友和我们生存的地球吗?孩子们的回答也是异口同声：当然爱!那你是怎么爱的呢?孩子们的回答各式各样，没有统一答案。最令人感动的是一位12岁男孩的回答，他说：管住我的口，不骂人不随地吐痰;管住我的手，不打架不乱扔垃圾;管住我的脚，不奔跑不践踏花草;管住我的脑，不懒惰不动歪脑筋。简简单单的四个管住，看出这个男孩真的很懂得爱。按他的理解，爱就是约束自己，管住自己。良好的习惯是从小养成的，一旦陋习形成，长大改起来就难了。我们的各位老师会与同学们一起学习、交流、实践我们该养成的各种良好习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同学们，我想把著名的心理学家威廉.詹姆士说过的一段非常精彩的话送给大家：播下一个行动，收获一种习惯;播下一种习惯，收获一种性格;播下一种性格，收获一种命运。让我们一起共勉。</w:t>
      </w:r>
      <w:r>
        <w:rPr>
          <w:lang w:eastAsia="zh-CN"/>
        </w:rPr>
        <w:br/>
      </w:r>
      <w:r>
        <w:rPr>
          <w:lang w:eastAsia="zh-CN"/>
        </w:rPr>
        <w:t xml:space="preserve">    新学期秋季开学国旗下讲话 篇11 </w:t>
      </w:r>
      <w:r>
        <w:rPr>
          <w:lang w:eastAsia="zh-CN"/>
        </w:rPr>
        <w:br/>
      </w:r>
      <w:r>
        <w:rPr>
          <w:lang w:eastAsia="zh-CN"/>
        </w:rPr>
        <w:t>　　亲爱的小朋友们：</w:t>
      </w:r>
      <w:r>
        <w:rPr>
          <w:lang w:eastAsia="zh-CN"/>
        </w:rPr>
        <w:br/>
      </w:r>
      <w:r>
        <w:rPr>
          <w:lang w:eastAsia="zh-CN"/>
        </w:rPr>
        <w:t>　　上午好!</w:t>
      </w:r>
      <w:r>
        <w:rPr>
          <w:lang w:eastAsia="zh-CN"/>
        </w:rPr>
        <w:br/>
      </w:r>
      <w:r>
        <w:rPr>
          <w:lang w:eastAsia="zh-CN"/>
        </w:rPr>
        <w:t>　　暑假过后，我们小朋友都长高、长大了，老师为你们感到高兴和自豪!在此我代表幼儿园的全体教师对所有的小朋友说声：欢迎你们又回到幼儿园，祝你们在新的学期里开心每一天!在新的学期里，你们会学习更多的知识，掌握更多的本领，懂得更多的道理，你们都准备好了吗?老师相信你们，一定比以前更懂事，更有礼貌。今天我要跟小朋友说一说有关安全的几件事，请小朋友们认真听哦!</w:t>
      </w:r>
      <w:r>
        <w:rPr>
          <w:lang w:eastAsia="zh-CN"/>
        </w:rPr>
        <w:br/>
      </w:r>
      <w:r>
        <w:rPr>
          <w:lang w:eastAsia="zh-CN"/>
        </w:rPr>
        <w:t>　　一、幼儿园里的安全在幼儿园里，这么多的宝宝在一起，小朋友们一定要注意保护自己，爱护同伴。早晨进园、下午离园一定要牵好自己爸爸妈妈或爷爷奶奶的手，慢慢走、不奔跑。上下楼梯时要有秩序，靠右边走，不拥挤，更不推人。在活动室玩时小眼睛也要注意看，小心别撞到或摔倒了。</w:t>
      </w:r>
      <w:r>
        <w:rPr>
          <w:lang w:eastAsia="zh-CN"/>
        </w:rPr>
        <w:br/>
      </w:r>
      <w:r>
        <w:rPr>
          <w:lang w:eastAsia="zh-CN"/>
        </w:rPr>
        <w:t>　　二、注意交通安全在路上要注意交通安全，提醒爸爸妈妈遵守交通规则，不闯红灯，看到红灯时要停下来，绿灯时才能行走。小朋友不自己一个人到马路上去玩，不在马路中间行走，过马路要走人行道还要牵着大人的手，如果乘坐小汽车或公交车的时候不把手和头伸到窗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三、家里的安全小朋友在家的时候，不玩家里的插座、电器;不玩水不玩火，不玩剪刀打火机等危险的东西，防止发生危险。爸爸妈妈不在家的时候，如果有陌生人来敲门能不能开门?如果陌生人要给你好吃的或好玩的东西叫你跟他走，你能要吗?对了，你们真聪明!遇到困难或危险时，你知道可以打什么电话吗?(110)你们真是太棒了!小朋友还要记住不到建筑工地、有坑有水的地方或河边等不安全的地方玩耍哦。</w:t>
      </w:r>
      <w:r>
        <w:rPr>
          <w:lang w:eastAsia="zh-CN"/>
        </w:rPr>
        <w:br/>
      </w:r>
      <w:r>
        <w:rPr>
          <w:lang w:eastAsia="zh-CN"/>
        </w:rPr>
        <w:t>　　刚才老师说的话小朋友都记住了吗?希望小朋友们时时处处注意安全，也祝愿小朋友们能健健康康、快快乐乐地成长!今天的安全讲话到此结束，等会请小朋友们跟着老师有秩序地回到自己的班级里。小朋友们再见!</w:t>
      </w:r>
      <w:r>
        <w:rPr>
          <w:lang w:eastAsia="zh-CN"/>
        </w:rPr>
        <w:br/>
      </w:r>
      <w:r>
        <w:rPr>
          <w:lang w:eastAsia="zh-CN"/>
        </w:rPr>
        <w:t xml:space="preserve">    新学期秋季开学国旗下讲话 篇12 </w:t>
      </w:r>
      <w:r>
        <w:rPr>
          <w:lang w:eastAsia="zh-CN"/>
        </w:rPr>
        <w:br/>
      </w:r>
      <w:r>
        <w:rPr>
          <w:lang w:eastAsia="zh-CN"/>
        </w:rPr>
        <w:t>　　尊敬的家长、亲爱的老师、同学们：</w:t>
      </w:r>
      <w:r>
        <w:rPr>
          <w:lang w:eastAsia="zh-CN"/>
        </w:rPr>
        <w:br/>
      </w:r>
      <w:r>
        <w:rPr>
          <w:lang w:eastAsia="zh-CN"/>
        </w:rPr>
        <w:t>　　在这个美丽的早晨，我们带着希望，伴着义勇军进行曲，共同升起了鲜艳的五星红旗&amp;&amp;一个充满希望的学期开始了。</w:t>
      </w:r>
      <w:r>
        <w:rPr>
          <w:lang w:eastAsia="zh-CN"/>
        </w:rPr>
        <w:br/>
      </w:r>
      <w:r>
        <w:rPr>
          <w:lang w:eastAsia="zh-CN"/>
        </w:rPr>
        <w:t>　　当盛夏的燥热褪去，当金桂的馨香飘逸，我们自豪的向阳人，经过一个暑假的休整，又相聚在这里，开始了新的生活。在开学的第一天，向阳的校园里又迎来了320名漂亮的小朋友，我提议，让我们用掌声欢迎他们。今天我看到一年级的小朋友在家长的呵护下，生动活泼，兴高采烈，背上了新的书包，来到了新的学校，对自己的未来充满了希望;二至六年级的 同学们，你们又跨入了一个新的年级，我想此时此刻你们心里一定有好多的想法，一定做好了充分的准备。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同学们，为了给你们营造一个最舒适、最优美的学习环境，暑假中很多老师牺牲了休息时间，挥洒着勤劳和智慧美好校园，绿化校园，重新整修了教学楼，铺设了塑胶跑道，校容校貌焕然一新，它记录着每一个向阳人的辛勤，蕴涵着向阳人的智慧。我们为有这样的领导、老师而感到自豪和骄傲，在第二十五个教师节到来之际，我忠心的祝愿老师们身体健康，工作顺利，阖家欢乐，万事如意。</w:t>
      </w:r>
      <w:r>
        <w:rPr>
          <w:lang w:eastAsia="zh-CN"/>
        </w:rPr>
        <w:br/>
      </w:r>
      <w:r>
        <w:rPr>
          <w:lang w:eastAsia="zh-CN"/>
        </w:rPr>
        <w:t>　　作为一名兴明人，我想说，我们应该深爱着这片土地用我们的一份爱心，一份严谨，一份思考，一份创新，在今后的每一个日出日落的轮回中，去呵护我们美丽的校园，去书写那份沉甸甸的收获。同时我也想告诉同学们，既然选择了理想，就一定要风雨兼程：既然选择了校园，就一定要拼搏奋斗，你们的生命应该在这片充满希望的校园绽放绚烂，你们的少年时光应该在这片充满书香的校园书写辉煌，你们的明天应该在这片充满奋斗的校园积淀厚重。</w:t>
      </w:r>
      <w:r>
        <w:rPr>
          <w:lang w:eastAsia="zh-CN"/>
        </w:rPr>
        <w:br/>
      </w:r>
      <w:r>
        <w:rPr>
          <w:lang w:eastAsia="zh-CN"/>
        </w:rPr>
        <w:t>　　当成绩已成过去，我们必须迎接新学期的憧憬和奋斗，新的形式，新的挑战需要我们全校师生抖擞精神，以高昂的斗志，踏实的作风和崭新的思路去创造新的腾飞。面向20__向阳人还有许多梦想和期盼，让我们抓住机遇，迎接挑战，在新的学期少讲一句空话，多做一些事实：少一些单打独斗，多一些团结合作;少一些骄傲自满，多一些自信自强。</w:t>
      </w:r>
      <w:r>
        <w:rPr>
          <w:lang w:eastAsia="zh-CN"/>
        </w:rPr>
        <w:br/>
      </w:r>
      <w:r>
        <w:rPr>
          <w:lang w:eastAsia="zh-CN"/>
        </w:rPr>
        <w:t>　　同学们，播下一种信念，收获一种思念，播下一种思想，收获一种性格，播下一种性格，收获一种习惯，播下一种习惯，收获一种命运。希望它成为你们的座右铭，在新的学年为你们的学习生活导航。</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xml:space="preserve">    新学期秋季开学国旗下讲话 篇13 </w:t>
      </w:r>
      <w:r>
        <w:rPr>
          <w:lang w:eastAsia="zh-CN"/>
        </w:rPr>
        <w:br/>
      </w:r>
      <w:r>
        <w:rPr>
          <w:lang w:eastAsia="zh-CN"/>
        </w:rPr>
        <w:t>　　尊敬的学校领导、老师们、同学们：</w:t>
      </w:r>
      <w:r>
        <w:rPr>
          <w:lang w:eastAsia="zh-CN"/>
        </w:rPr>
        <w:br/>
      </w:r>
      <w:r>
        <w:rPr>
          <w:lang w:eastAsia="zh-CN"/>
        </w:rPr>
        <w:t>　　大家好!</w:t>
      </w:r>
      <w:r>
        <w:rPr>
          <w:lang w:eastAsia="zh-CN"/>
        </w:rPr>
        <w:br/>
      </w:r>
      <w:r>
        <w:rPr>
          <w:lang w:eastAsia="zh-CN"/>
        </w:rPr>
        <w:t>　　金秋九月，秋风飒爽，阳光灿烂。在这充满希望的金色的九月，我们又迎来了一个新的学期，我们的内心又开始了对新的教学的憧憬。</w:t>
      </w:r>
      <w:r>
        <w:rPr>
          <w:lang w:eastAsia="zh-CN"/>
        </w:rPr>
        <w:br/>
      </w:r>
      <w:r>
        <w:rPr>
          <w:lang w:eastAsia="zh-CN"/>
        </w:rPr>
        <w:t>　　一位哲人说过：如果你要一年的繁荣，就去种庄稼吧，如果你要十年的昌盛，就培育人吧!我们从事的事业是培育人才的事业。是人类最艰辛、最幸福、最光辉的事业。我们现在教的孩子，正是祖国21世纪的建设者，我们的工作虽然平凡，但平凡中蕴藏着伟大与豪迈。作为一名人民教师，我们的理想应该凝结于对事业的强烈的爱和永恒的追求。</w:t>
      </w:r>
      <w:r>
        <w:rPr>
          <w:lang w:eastAsia="zh-CN"/>
        </w:rPr>
        <w:br/>
      </w:r>
      <w:r>
        <w:rPr>
          <w:lang w:eastAsia="zh-CN"/>
        </w:rPr>
        <w:t>　　人间春色本无价，笔底耕耘总有情从内心深处充满了对学生的热爱，就一定能在自己的工作中长出累累的果实。</w:t>
      </w:r>
      <w:r>
        <w:rPr>
          <w:lang w:eastAsia="zh-CN"/>
        </w:rPr>
        <w:br/>
      </w:r>
      <w:r>
        <w:rPr>
          <w:lang w:eastAsia="zh-CN"/>
        </w:rPr>
        <w:t>　　一位青年诗人说过：有时我们敢于面对强盗，却未必敢于面对一张白纸。是的，孩子的内心世界就像一张纯洁的白纸，让我们用爱和智慧描绘一幅幅多姿多彩的图画，谱写出一曲曲美妙的乐章;让我们用生命之火点燃孩子们理想的明灯。虽然我们的名字不会名垂千史，流芳百世，但我们会骄傲地说：我们的青春和生命将在一批又一批学生身上得到延续和永生!</w:t>
      </w:r>
      <w:r>
        <w:rPr>
          <w:lang w:eastAsia="zh-CN"/>
        </w:rPr>
        <w:br/>
      </w:r>
      <w:r>
        <w:rPr>
          <w:lang w:eastAsia="zh-CN"/>
        </w:rPr>
        <w:t>　　让我们在新的一年中，一起去努力，一起去耕耘，让我们的日子每天都是收获的，每天都是金色的秋天。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最后，祝福我校的明天更加灿烂辉煌!谢谢大家!</w:t>
      </w:r>
      <w:r>
        <w:rPr>
          <w:lang w:eastAsia="zh-CN"/>
        </w:rPr>
        <w:br/>
      </w:r>
      <w:r>
        <w:rPr>
          <w:lang w:eastAsia="zh-CN"/>
        </w:rPr>
        <w:t xml:space="preserve">    新学期秋季开学国旗下讲话 篇14 </w:t>
      </w:r>
      <w:r>
        <w:rPr>
          <w:lang w:eastAsia="zh-CN"/>
        </w:rPr>
        <w:br/>
      </w:r>
      <w:r>
        <w:rPr>
          <w:lang w:eastAsia="zh-CN"/>
        </w:rPr>
        <w:t>　　各位老师、同学们：大家上午好!</w:t>
      </w:r>
      <w:r>
        <w:rPr>
          <w:lang w:eastAsia="zh-CN"/>
        </w:rPr>
        <w:br/>
      </w:r>
      <w:r>
        <w:rPr>
          <w:lang w:eastAsia="zh-CN"/>
        </w:rPr>
        <w:t>　　在这丹桂飘香、秋风送爽的时刻，我们迎来了新学年度的第一学期。新学期，新起点，新打算，新收获，新学期是我们人生里程碑上又一个加油站。</w:t>
      </w:r>
      <w:r>
        <w:rPr>
          <w:lang w:eastAsia="zh-CN"/>
        </w:rPr>
        <w:br/>
      </w:r>
      <w:r>
        <w:rPr>
          <w:lang w:eastAsia="zh-CN"/>
        </w:rPr>
        <w:t>　　今秋是一个盛载收获的季节，也是一个充满希望的季节，共有98名各年级新同学带着家长的嘱托，满怀信心的走入了我们的校门，你们为和谐的校园带来了喜庆、带来了欢乐、带来了青春和希望。我向你们表示热烈的欢迎和衷心的祝贺，欢迎你们成为董家营镇太平小学的一员，祝贺你们走上了人生成长的新阶段。 老师们，同学们，在过去的一年里，我们学校取得了一些成绩。12个检测科目中有4科名列镇前三名。更重要的是，同学们在如何做好同学、优秀同学?怎么样去做人?有了想法和不同的做法。如：有的说细节决定成败;思想决定态度，态度决定行动;良好的学习习惯是成功的关键等。同时，学校的办学理念与育人环境得到了很大改善，这与同学们的刻苦努力，老师们的辛勤劳动密不可分。但这只能代表过去，今天的进步，是昨天追求的结果，更是明天追求的起点。新学期，我们有新的起点，新的目标，我相信我们也一定会有新的收获。我们要用自己的智慧之花，丰硕的果实来充实我们的人生。我们要用我们辛勤的汗水，来描绘明天，创造新的辉煌，这是我们每位师生共同的心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同学们，美好的开端是成功的一半，在新的学期，愿我们全校同学一起努力，做好以下几点。</w:t>
      </w:r>
      <w:r>
        <w:rPr>
          <w:lang w:eastAsia="zh-CN"/>
        </w:rPr>
        <w:br/>
      </w:r>
      <w:r>
        <w:rPr>
          <w:lang w:eastAsia="zh-CN"/>
        </w:rPr>
        <w:t>　　1.从热爱学校，尊敬师长，孝敬父母做起，进而热爱祖国，热爱人民，做一个无害他人、有益学校社会发展的人。</w:t>
      </w:r>
      <w:r>
        <w:rPr>
          <w:lang w:eastAsia="zh-CN"/>
        </w:rPr>
        <w:br/>
      </w:r>
      <w:r>
        <w:rPr>
          <w:lang w:eastAsia="zh-CN"/>
        </w:rPr>
        <w:t>　　2.树立远大理想，把长远目标和近期目标结合起来，迅速制订新学期的目标和计划，按照目标和计划，来安排自己的学习和生活。</w:t>
      </w:r>
      <w:r>
        <w:rPr>
          <w:lang w:eastAsia="zh-CN"/>
        </w:rPr>
        <w:br/>
      </w:r>
      <w:r>
        <w:rPr>
          <w:lang w:eastAsia="zh-CN"/>
        </w:rPr>
        <w:t>　　3.严格遵守《小学生守则》和《小学生日常行为规范》，在新的学期，以全新的面貌展现给老师、同学，做一个行为规范的中学生。</w:t>
      </w:r>
      <w:r>
        <w:rPr>
          <w:lang w:eastAsia="zh-CN"/>
        </w:rPr>
        <w:br/>
      </w:r>
      <w:r>
        <w:rPr>
          <w:lang w:eastAsia="zh-CN"/>
        </w:rPr>
        <w:t>　　4.学会与人相处，善于与老师和同学交流与沟通，严以律己，宽以待人，相互理解，彼此尊重，学会换位思维，遇到问题和矛盾时，多站在对方角度来思考问题，理智地认识自我，战胜自我，超越自我。</w:t>
      </w:r>
      <w:r>
        <w:rPr>
          <w:lang w:eastAsia="zh-CN"/>
        </w:rPr>
        <w:br/>
      </w:r>
      <w:r>
        <w:rPr>
          <w:lang w:eastAsia="zh-CN"/>
        </w:rPr>
        <w:t>　　5.做一个仪表大方，情趣高尚的文明人，课间文明休息，不在校园及教室、走廊追赶，见到老师主动打招呼，做到彬彬有礼。</w:t>
      </w:r>
      <w:r>
        <w:rPr>
          <w:lang w:eastAsia="zh-CN"/>
        </w:rPr>
        <w:br/>
      </w:r>
      <w:r>
        <w:rPr>
          <w:lang w:eastAsia="zh-CN"/>
        </w:rPr>
        <w:t>　　6.讲究卫生，保护环境。从改变自己不好的生活习惯做起，不乱扔果皮纸屑，不乱倒垃圾，不在墙壁上乱涂乱画，爱护学校公物，共同营造整洁、舒适、美丽的校园。</w:t>
      </w:r>
      <w:r>
        <w:rPr>
          <w:lang w:eastAsia="zh-CN"/>
        </w:rPr>
        <w:br/>
      </w:r>
      <w:r>
        <w:rPr>
          <w:lang w:eastAsia="zh-CN"/>
        </w:rPr>
        <w:t>　　7.学会学习，做学习的主人，变被动学为主动学习。</w:t>
      </w:r>
      <w:r>
        <w:rPr>
          <w:lang w:eastAsia="zh-CN"/>
        </w:rPr>
        <w:br/>
      </w:r>
    </w:p>
    <w:p w:rsidR="001B1F19" w14:textId="27C3F48A">
      <w:pPr>
        <w:rPr>
          <w:rFonts w:hint="eastAsia"/>
          <w:lang w:eastAsia="zh-CN"/>
        </w:rPr>
      </w:pPr>
      <w:r>
        <w:rPr>
          <w:lang w:eastAsia="zh-CN"/>
        </w:rPr>
        <w:t>　　老师们，同学们，新的希望、新的挑战在迎接着我们，未来的美好蓝图等待我们用勤劳和智慧去描绘，我衷心希望每一位老师、每一位同学都能以满腔的热情、高度的责任感、昂扬的精神投入新学期的工作、学习中去。用我们的实干精神、拼搏进取精神去创造学校的辉煌发展。</w:t>
      </w:r>
      <w:r>
        <w:rPr>
          <w:lang w:eastAsia="zh-CN"/>
        </w:rPr>
        <w:br/>
      </w:r>
      <w:r>
        <w:rPr>
          <w:lang w:eastAsia="zh-CN"/>
        </w:rPr>
        <w:t>　　最后，再祝各位老师身体健康，工作顺利，祝各位同学学习更上一层楼</w:t>
      </w:r>
      <w:r>
        <w:rPr>
          <w:lang w:eastAsia="zh-CN"/>
        </w:rPr>
        <w:br/>
      </w:r>
      <w:r>
        <w:rPr>
          <w:lang w:eastAsia="zh-CN"/>
        </w:rPr>
        <w:t>　　我的国旗下讲话结束，谢谢大家!</w:t>
      </w:r>
      <w:r>
        <w:rPr>
          <w:lang w:eastAsia="zh-CN"/>
        </w:rPr>
        <w:br/>
      </w:r>
      <w:r>
        <w:rPr>
          <w:lang w:eastAsia="zh-CN"/>
        </w:rPr>
        <w:t xml:space="preserve">    新学期秋季开学国旗下讲话 篇15 </w:t>
      </w:r>
      <w:r>
        <w:rPr>
          <w:lang w:eastAsia="zh-CN"/>
        </w:rPr>
        <w:br/>
      </w:r>
      <w:r>
        <w:rPr>
          <w:lang w:eastAsia="zh-CN"/>
        </w:rPr>
        <w:t>　　同学们、老师们： 大家好!</w:t>
      </w:r>
      <w:r>
        <w:rPr>
          <w:lang w:eastAsia="zh-CN"/>
        </w:rPr>
        <w:br/>
      </w:r>
      <w:r>
        <w:rPr>
          <w:lang w:eastAsia="zh-CN"/>
        </w:rPr>
        <w:t>　　满怀新学期的喜悦，带着校园生活的向往，我们又走到了一起。今天是我们新学期的第一次国旗下讲话，在过去的一学年中，我们申庄小学在全体师生的共同努力下在许多方面取得了长足的进步，这一学期，我们还迎来了一年级的小弟弟和小妹妹，在这里，让我们一起用热烈的掌声欢迎他们的到来!</w:t>
      </w:r>
      <w:r>
        <w:rPr>
          <w:lang w:eastAsia="zh-CN"/>
        </w:rPr>
        <w:br/>
      </w:r>
      <w:r>
        <w:rPr>
          <w:lang w:eastAsia="zh-CN"/>
        </w:rPr>
        <w:t>　　我们高年级的大哥哥大姐姐要养成良好的习惯，给新生一个好榜样，让新生和你一起进步。所以今天老师要讲的主题是：播下一种习惯，收获一种命运!</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https://d.book118.com/216223124113010054</w:t>
        </w:r>
      </w:hyperlink>
    </w:p>
    <w:p w:rsidR="001B1F19">
      <w:pPr>
        <w:rPr>
          <w:rFonts w:hint="eastAsia"/>
          <w:lang w:eastAsia="zh-CN"/>
        </w:rPr>
      </w:pPr>
    </w:p>
    <w:sectPr>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1622312411301005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