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教师评职称个人总结</w:t>
      </w:r>
    </w:p>
    <w:p>
      <w:pPr>
        <w:spacing w:before="100" w:after="200" w:line="360" w:lineRule="auto"/>
        <w:ind w:firstLine="576"/>
        <w:jc w:val="left"/>
      </w:pPr>
      <w:r>
        <w:rPr>
          <w:rFonts w:ascii="宋体" w:eastAsia="宋体" w:hAnsi="宋体"/>
          <w:sz w:val="28"/>
        </w:rPr>
        <w:t>自参加工作以来，我在学校的正确领导下，按照学校的总体部署和工作要求，以科学发展观为指导，认真执行党和国家的教育工作方针、政策，围绕中心，突出重点，狠抓落实，注重实效，在自己的教学、等工作岗位上认真履行职责，较好地完成自己的教学、党建任务和其他工作任务，取得了一定的成绩，获得学校领导的肯定和学生的满意。在做好的同时，我认真学习党的理论知识与业务知识，使自己的政治理论水平和教学业务技能日趋精湛，具备申报职称的资格与条件。下面，根据上级领导的安排和要求，就自己这些年来履行职责情况向领导和同志们做如下汇报，如有不当，请批评指正：</w:t>
      </w:r>
    </w:p>
    <w:p>
      <w:pPr>
        <w:spacing w:before="100" w:after="200" w:line="360" w:lineRule="auto"/>
        <w:jc w:val="left"/>
      </w:pPr>
      <w:r>
        <w:rPr>
          <w:rFonts w:ascii="宋体 (中文正文)" w:eastAsia="宋体" w:hAnsi="宋体 (中文正文)"/>
          <w:b/>
          <w:sz w:val="28"/>
        </w:rPr>
        <w:t>一、认真学习，提升自己的政治思想觉悟</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要做好学校教学工作，做一名人民的好教师，必须要有正确的政治思想。我多年来认真学习党的理论，特别是学好科学发展观，用党的理论武装自己的头脑，树立全心全意为学生服务的思想，做到无私奉献。通过学习，我提升了自己的政治思想觉悟，拥护中国共产党的领导和社会主义制度，忠诚党的教育事业，有强烈的事业心和责任感。从教以来，我一直工作在教育的第一线，把全部身心投入到教育教学工作上，既教书又育人，做到为人师表，把教育事业作为自己的终身职业，树立了良好的职业道德。在工作中，我养有吃苦耐劳、善于钻研的敬业精神和求真务实的工作作风，做到、任劳任怨、依法执教、践行职责、教书育人，率先垂范。我努力钻研业务，积极参加教研教改，不断提升自己的教书育人水平，努力实践素质教育，以人为本，面向全体学生，全心全意为学生服务，从而保证了各项教学工作的质量，受到了全体学生的好评，为祖国教育事业的发展作出了我自己的努力。</w:t>
      </w:r>
    </w:p>
    <w:p>
      <w:pPr>
        <w:spacing w:before="100" w:after="200" w:line="360" w:lineRule="auto"/>
        <w:jc w:val="left"/>
      </w:pPr>
      <w:r>
        <w:rPr>
          <w:rFonts w:ascii="宋体 (中文正文)" w:eastAsia="宋体" w:hAnsi="宋体 (中文正文)"/>
          <w:b/>
          <w:sz w:val="28"/>
        </w:rPr>
        <w:t>二、刻苦学习，提升自己的教学业务能力</w:t>
      </w:r>
    </w:p>
    <w:p>
      <w:pPr>
        <w:spacing w:before="100" w:after="200" w:line="360" w:lineRule="auto"/>
        <w:ind w:firstLine="576"/>
        <w:jc w:val="left"/>
      </w:pPr>
      <w:r>
        <w:rPr>
          <w:rFonts w:ascii="宋体" w:eastAsia="宋体" w:hAnsi="宋体"/>
          <w:sz w:val="28"/>
        </w:rPr>
        <w:t>我是一个喜欢学习的人，总觉得人的一生是学习的一生，特别在当今发展迅速的时代，学习就更加重要，一个人不学习，就跟不上时代的需要，必定被时代所淘汰。我从事财会专业教学工作多年，认真学习，努力实践，掌握了财会专业教学工作必备的基础理论知识，具有财会专业教学工作的岗位能力和技能。我在学习上除了学习党的理论知识外，重点是学习财会专业教学工作方面的国家方针政策和业务知识技能，做到既巩固已有的财会专业教学知识，又特别注重学习当今最新的财会专业教学前沿知识。由于自己平时注重学习，切实提升了自身教学业务素质，因而在具体实际工作中，我基本能做好自己的财会专业教学工作，没有出现差错，取得较好成绩。</w:t>
      </w:r>
    </w:p>
    <w:p>
      <w:pPr>
        <w:spacing w:before="100" w:after="200" w:line="360" w:lineRule="auto"/>
        <w:jc w:val="left"/>
      </w:pPr>
      <w:r>
        <w:rPr>
          <w:rFonts w:ascii="宋体 (中文正文)" w:eastAsia="宋体" w:hAnsi="宋体 (中文正文)"/>
          <w:b/>
          <w:sz w:val="28"/>
        </w:rPr>
        <w:t>三、积极努力，圆满完成教学任务</w:t>
      </w:r>
    </w:p>
    <w:p>
      <w:pPr>
        <w:spacing w:before="100" w:after="200" w:line="360" w:lineRule="auto"/>
        <w:ind w:firstLine="576"/>
        <w:jc w:val="left"/>
      </w:pPr>
      <w:r>
        <w:rPr>
          <w:rFonts w:ascii="宋体" w:eastAsia="宋体" w:hAnsi="宋体"/>
          <w:sz w:val="28"/>
        </w:rPr>
        <w:t>我在学校从事财会专业教学工作，专业性强，我基础较全面，基本功较扎实，对财会专业知识有较全面、较系统的了解，具备较强的知识理论水平和实践教学技能。我充分认识到：教育、教学工作是我的本职工作，是我的立身之本，作为教师应该具有一种默默耕耘、无私奉献的精神，要做到一分耕耘、一分收获，象春蚕吐尽青丝，象蜡烛燃烧成灰。当教师要不怕辛苦，不断克服困难，具有吃苦耐劳、乐于无私奉献的精神。教育教学工作既有规律性，更有极大的伸缩性，因为其工作效果和追求的境界是永无止境的，为此，我始终做到刻苦勤奋，勤奋学习不断更新知识；勤奋课堂教学，勤奋教学工作，认真备课，认真批改作业；通过勤奋，切实提升课堂教学质量。</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我深刻知道：我们学校财会专业毕业生将来要从事财务会计工作，作为教师，不仅仅要教给学生财会知识，更重要的是要培养学生的综合素质，能够适应将来从事财务会计工作的需要。所以，我着重提升学生四方面素质：</w:t>
      </w:r>
    </w:p>
    <w:p>
      <w:pPr>
        <w:spacing w:before="100" w:after="200" w:line="360" w:lineRule="auto"/>
        <w:ind w:firstLine="576"/>
        <w:jc w:val="left"/>
      </w:pPr>
      <w:r>
        <w:rPr>
          <w:rFonts w:ascii="宋体" w:eastAsia="宋体" w:hAnsi="宋体"/>
          <w:sz w:val="28"/>
        </w:rPr>
        <w:t>一是政治素质。要严格遵守《中华人民共和国宪法》及各项法律、法规；有良好的职业道德和敬业精神，模范地执行《会计法》，廉洁奉公，忠于职守，严格执行财政、财会制度，遵守财经纪律，立志献身财会事业，竭诚为社会主义现代化建设服务。</w:t>
      </w:r>
    </w:p>
    <w:p>
      <w:pPr>
        <w:spacing w:before="100" w:after="200" w:line="360" w:lineRule="auto"/>
        <w:ind w:firstLine="576"/>
        <w:jc w:val="left"/>
      </w:pPr>
      <w:r>
        <w:rPr>
          <w:rFonts w:ascii="宋体" w:eastAsia="宋体" w:hAnsi="宋体"/>
          <w:sz w:val="28"/>
        </w:rPr>
        <w:t>二是知识素质。要适应社会主义市场经济和不断发展形势的需要，参与现代化财务管理，要熟悉国家的财政、财务法规，掌握财会专业知识和相关知识，专业知识包括：预测、决策、计划、控制、核算、分析和考核等；相关专业知识包括财政、税务、法律、金融、市场、外贸、外语等。</w:t>
      </w:r>
    </w:p>
    <w:p>
      <w:pPr>
        <w:spacing w:before="100" w:after="200" w:line="360" w:lineRule="auto"/>
        <w:ind w:firstLine="576"/>
        <w:jc w:val="left"/>
      </w:pPr>
      <w:r>
        <w:rPr>
          <w:rFonts w:ascii="宋体" w:eastAsia="宋体" w:hAnsi="宋体"/>
          <w:sz w:val="28"/>
        </w:rPr>
        <w:t>三是道德素质。要热爱本职工作，恪尽职守、任劳任怨、廉洁奉公、作风正派、严守职业道德，不受他人和其他因素的不良影响。要廉洁自律，坚持依法行”事”，依规办”事”；不受拜金主义影响，做到”常在河边走，就是不湿鞋”。</w:t>
      </w:r>
    </w:p>
    <w:p>
      <w:pPr>
        <w:spacing w:before="100" w:after="200" w:line="360" w:lineRule="auto"/>
        <w:ind w:firstLine="576"/>
        <w:jc w:val="left"/>
      </w:pPr>
      <w:r>
        <w:rPr>
          <w:rFonts w:ascii="宋体" w:eastAsia="宋体" w:hAnsi="宋体"/>
          <w:sz w:val="28"/>
        </w:rPr>
        <w:t>四是心理素质。要具备遇事不惊，沉着冷静、决策果断和为完成财务工作任务，化解阻力，迎难而上的心理素质。</w:t>
      </w:r>
    </w:p>
    <w:p>
      <w:pPr>
        <w:spacing w:before="100" w:after="200" w:line="360" w:lineRule="auto"/>
        <w:ind w:firstLine="576"/>
        <w:jc w:val="left"/>
      </w:pPr>
      <w:r>
        <w:rPr>
          <w:rFonts w:ascii="宋体" w:eastAsia="宋体" w:hAnsi="宋体"/>
          <w:sz w:val="28"/>
        </w:rPr>
        <w:t>由于我刻苦勤奋，积极努力，圆满完成教学任务，我所教的学生基本都顺利学完学业，考试合格毕业，离校后走上工作岗位，为我国财会事业辛勤工作，努力奉献。</w:t>
      </w:r>
    </w:p>
    <w:p>
      <w:pPr>
        <w:spacing w:before="100" w:after="200" w:line="360" w:lineRule="auto"/>
        <w:jc w:val="left"/>
      </w:pPr>
      <w:r>
        <w:rPr>
          <w:rFonts w:ascii="宋体 (中文正文)" w:eastAsia="宋体" w:hAnsi="宋体 (中文正文)"/>
          <w:b/>
          <w:sz w:val="28"/>
        </w:rPr>
        <w:t>四、爱岗敬业，真诚奉献教学事业</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通过这些年来的财会专业教学工作，我深刻地体会到：职业是社会的分工，每一项职业都是整个社会生活中的一个音符，而教育则是我们这个社会的一段奠基性的乐章。教育的工作对象不是一堆僵死的原材料和半成品，而是鲜活的生命，是一个个活生生的人，她的任务不仅仅是让学生获得各项知识与技能，更重要的在于培养学生的情操，健全学生的人格，塑造学生的灵魂。“十年树木，百年树人”，教育关系到一代新人的成长，关系到社会文明的推进进程，为此，我爱岗敬业，以良好的教学态度对待学生，做到和气、关心、体贴、温暖。在教学工作中承担自己的责任，认真对待每一节课堂教学，教好每一个学生，对自己要做到业务精、作风硬、讲诚信、肯奉献，全心全意为学生服务，把教师的爱和真情奉献给每一个学生。同时切实增强自己的责任心、使命感和业务水平及教学艺术，积极探索各种方法，采用多种形式，强化自己的专业地位，切实提升学生的学习兴趣，坚持与学生交朋友，把自己的一切真诚奉献给教学事业。</w:t>
      </w:r>
    </w:p>
    <w:p>
      <w:pPr>
        <w:spacing w:before="100" w:after="200" w:line="360" w:lineRule="auto"/>
        <w:jc w:val="left"/>
      </w:pPr>
      <w:r>
        <w:rPr>
          <w:rFonts w:ascii="宋体 (中文正文)" w:eastAsia="宋体" w:hAnsi="宋体 (中文正文)"/>
          <w:b/>
          <w:sz w:val="28"/>
        </w:rPr>
        <w:t>五、辛勤耕耘，取得良好教学成果</w:t>
      </w:r>
    </w:p>
    <w:p>
      <w:pPr>
        <w:spacing w:before="100" w:after="200" w:line="360" w:lineRule="auto"/>
        <w:ind w:firstLine="576"/>
        <w:jc w:val="left"/>
      </w:pPr>
      <w:r>
        <w:rPr>
          <w:rFonts w:ascii="宋体" w:eastAsia="宋体" w:hAnsi="宋体"/>
          <w:sz w:val="28"/>
        </w:rPr>
        <w:t>我在教学工作中辛勤耕耘，做到象一位教师所说的那样：“我的知识是人民给的，我要珍惜这有限的时光，把知识献给人民。”我要具有这种崇高的精神，要以德立身、以身立教。在教学工作中，我爱每一个学生，尊重每一个学生。因为我知道，教师的爱与尊重是照亮学生心灵窗户的烛光，是架设学生通向知识天堂的桥梁，是培养学生成为合格社会主义事业建设者的必由之路。教育家马卡连柯曾经说过：“爱是一种伟大的感情，它总在创造奇迹，创造新的人。”我们教师只有用自已的爱，才能与学生产生心灵的碰撞，才能超越人的自然属性而达到完美的境界。只有倾注满腔的爱心，才能教会学生去爱身边的每个人，爱身边的一草一木，也才能使学生成为真正有益于祖国和人民的建设人才。由于我辛勤耕耘，认真努力做好教学工作，积极开展教学研究工作，取得良好教学成果。</w:t>
      </w:r>
    </w:p>
    <w:p>
      <w:pPr>
        <w:spacing w:before="100" w:after="200" w:line="360" w:lineRule="auto"/>
        <w:jc w:val="left"/>
        <w:sectPr w:rsidSect="00034616">
          <w:type w:val="nextPage"/>
          <w:pgSz w:w="11906" w:h="16838"/>
          <w:pgMar w:top="1440" w:right="1440" w:bottom="1440" w:left="1440" w:header="720" w:footer="720" w:gutter="0"/>
          <w:pgNumType w:start="4"/>
          <w:cols w:space="720"/>
          <w:titlePg w:val="0"/>
          <w:docGrid w:linePitch="360"/>
        </w:sectPr>
      </w:pPr>
      <w:r>
        <w:rPr>
          <w:rFonts w:ascii="宋体 (中文正文)" w:eastAsia="宋体" w:hAnsi="宋体 (中文正文)"/>
          <w:b/>
          <w:sz w:val="28"/>
        </w:rPr>
        <w:t>六、存在的不足问题</w:t>
      </w:r>
    </w:p>
    <w:p>
      <w:pPr>
        <w:spacing w:before="100" w:after="200" w:line="360" w:lineRule="auto"/>
        <w:ind w:firstLine="576"/>
        <w:jc w:val="left"/>
      </w:pPr>
      <w:r>
        <w:rPr>
          <w:rFonts w:ascii="宋体" w:eastAsia="宋体" w:hAnsi="宋体"/>
          <w:sz w:val="28"/>
        </w:rPr>
        <w:t>1、学习有所欠缺。我虽然重视学习，但有时工作忙，放松了学习，没有学深学透，学习的深度和广度缺乏，对思想和灵魂的触动不够，通过学习指导实践不够。</w:t>
      </w:r>
    </w:p>
    <w:p>
      <w:pPr>
        <w:spacing w:before="100" w:after="200" w:line="360" w:lineRule="auto"/>
        <w:ind w:firstLine="576"/>
        <w:jc w:val="left"/>
      </w:pPr>
      <w:r>
        <w:rPr>
          <w:rFonts w:ascii="宋体" w:eastAsia="宋体" w:hAnsi="宋体"/>
          <w:sz w:val="28"/>
        </w:rPr>
        <w:t>2、工作上大局意识有待加强。我对自己财会专业部份内的工作能够尽心尽力，但对学校范围的工作则考虑得不深。工作上有一定本位思想，大局意识不够强。</w:t>
      </w:r>
    </w:p>
    <w:p>
      <w:pPr>
        <w:spacing w:before="100" w:after="200" w:line="360" w:lineRule="auto"/>
        <w:jc w:val="left"/>
      </w:pPr>
      <w:r>
        <w:rPr>
          <w:rFonts w:ascii="宋体 (中文正文)" w:eastAsia="宋体" w:hAnsi="宋体 (中文正文)"/>
          <w:b/>
          <w:sz w:val="28"/>
        </w:rPr>
        <w:t>七、今后的努力方向</w:t>
      </w:r>
    </w:p>
    <w:p>
      <w:pPr>
        <w:spacing w:before="100" w:after="200" w:line="360" w:lineRule="auto"/>
        <w:ind w:firstLine="576"/>
        <w:jc w:val="left"/>
      </w:pPr>
      <w:r>
        <w:rPr>
          <w:rFonts w:ascii="宋体" w:eastAsia="宋体" w:hAnsi="宋体"/>
          <w:sz w:val="28"/>
        </w:rPr>
        <w:t>1、勤奋学习，提升思想认识。作为一名学校干部，我要做到认真、勤奋学习，学好科学文化与业务知识，提升工作本领，争做学习型教师，切实做好各项工作。</w:t>
      </w:r>
    </w:p>
    <w:p>
      <w:pPr>
        <w:spacing w:before="100" w:after="200" w:line="360" w:lineRule="auto"/>
        <w:ind w:firstLine="576"/>
        <w:jc w:val="left"/>
      </w:pPr>
      <w:r>
        <w:rPr>
          <w:rFonts w:ascii="宋体" w:eastAsia="宋体" w:hAnsi="宋体"/>
          <w:sz w:val="28"/>
        </w:rPr>
        <w:t>2、提升素质，努力工作。我要改正以前工作中存在的问题，要从理论学习、业务知识培训、教学方法上探索新思路和新方法，努力提升自身各方面素质，认真努力工作，做好新时期自己分管的各项工作。</w:t>
      </w:r>
    </w:p>
    <w:p>
      <w:pPr>
        <w:spacing w:before="100" w:after="200" w:line="360" w:lineRule="auto"/>
        <w:ind w:firstLine="576"/>
        <w:jc w:val="left"/>
      </w:pPr>
      <w:r>
        <w:rPr>
          <w:rFonts w:ascii="宋体" w:eastAsia="宋体" w:hAnsi="宋体"/>
          <w:sz w:val="28"/>
        </w:rPr>
        <w:t>3、落实党风廉政建设，创廉洁民主作风。我在工作中要贯彻执行学校有关党风廉政建设责任制的统一部署，按照“责任到位、监督到位、追究到位”的要求，认真填报廉政档案报表，签订廉政建设责任书，明确责任，加强监督。要坚持求真务实，开拓进取，推进各项教学与党建工作的全面发展。要以身作则廉洁自律，不能发生任何违规现象。</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p>
    <w:p>
      <w:pPr>
        <w:spacing w:before="100" w:after="200" w:line="360" w:lineRule="auto"/>
        <w:ind w:firstLine="576"/>
        <w:jc w:val="left"/>
      </w:pPr>
      <w:r>
        <w:rPr>
          <w:rFonts w:ascii="宋体" w:eastAsia="宋体" w:hAnsi="宋体"/>
          <w:sz w:val="28"/>
        </w:rPr>
        <w:t>我年6月毕业于学校专业，年6月参加工作，现为学校财会专业部副主任，财会专业部工作，兼任电算财会党支部副书记，主持电算财会党支部工作。自参加工作以来，我在学校的正确领导下，按照学校的总体部署和工作要求，以科学发展观为指导，认真执行党和国家的教育工作方针、政策，围绕中心，突出重点，狠抓落实，注重实效，在自己的教学、党建等工作岗位上认真履行职责，较好地完成自己的教学、党建任务和其他工作任务，取得了一定的成绩，获得学校领导的肯定和学生的满意。在做好教学工作的同时，我认真学习党的理论知识与业务知识，使自己的政治理论水平和教学业务技能日趋精湛，具备申报职称的资格与条件。下面，根据上级领导的安排和要求，就自己这些年来履行职责情况向领导和同志们做如下汇报，如有不当，请批评指正：</w:t>
      </w:r>
    </w:p>
    <w:p>
      <w:pPr>
        <w:spacing w:before="100" w:after="200" w:line="360" w:lineRule="auto"/>
        <w:jc w:val="left"/>
      </w:pPr>
      <w:r>
        <w:rPr>
          <w:rFonts w:ascii="宋体 (中文正文)" w:eastAsia="宋体" w:hAnsi="宋体 (中文正文)"/>
          <w:b/>
          <w:sz w:val="28"/>
        </w:rPr>
        <w:t>一、认真学习，提升自己的政治思想觉悟</w:t>
      </w:r>
    </w:p>
    <w:p>
      <w:pPr>
        <w:spacing w:before="100" w:after="200" w:line="360" w:lineRule="auto"/>
        <w:ind w:firstLine="576"/>
        <w:jc w:val="left"/>
      </w:pPr>
      <w:r>
        <w:rPr>
          <w:rFonts w:ascii="宋体" w:eastAsia="宋体" w:hAnsi="宋体"/>
          <w:sz w:val="28"/>
        </w:rPr>
        <w:t>要做好学校教学工作，做一名人民的好教师，必须要有正确的政治思想。我多年来认真学习党的理论，特别是学好科学发展观，用党的理论武装自己的头脑，树立全心全意为学生服务的思想，做到无私奉献。通过学习，我提升了自己的政治思想觉悟，拥护中国共产党的领导和社会主义制度，忠诚党的教育事业，有强烈的事业心和责任感。从教以来，我一直工作在教育的第一线，把全部身心投入到教育教学工作上，既教书又育人，做到为人师表，把教育事业作为自己的终身职业，树立了良好的职业道德。在工作中，我养有吃苦耐劳、善于钻研的敬业精神和求真务实的工作作风，做到爱岗敬业、任劳任怨、依法执教、践行职责、教书育人，率先垂范。我努力钻研业务，积极参加教研教改，不断提升自己的教书育人水平，努力实践素质教育，以人为本，面向全体学生，全心全意为学生服务，从而保证了各项教学工作的质量，受到了全体学生的好评，为祖国教育事业的发展作出了我自己的努力。</w:t>
      </w:r>
    </w:p>
    <w:p>
      <w:pPr>
        <w:spacing w:before="100" w:after="200" w:line="360" w:lineRule="auto"/>
        <w:jc w:val="left"/>
      </w:pPr>
      <w:r>
        <w:rPr>
          <w:rFonts w:ascii="宋体 (中文正文)" w:eastAsia="宋体" w:hAnsi="宋体 (中文正文)"/>
          <w:b/>
          <w:sz w:val="28"/>
        </w:rPr>
        <w:t>二、刻苦学习，提升自己的教学业务能力</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我是一个喜欢学习的人，总觉得人的一生是学习的一生，特别在当今发展迅速的时代，学习就更加重要，一个人不学习，就跟不上时代的需要，必定被时代所淘汰。我从事财会专业教学工作多年，认真学习，努力实践，掌握了财会专业教学工作必备的基础理论知识，具有财会专业教学工作的岗位能力和技能。我在学习上除了学习党的理论知识外，重点是学习财会专业教学工作方面的国家方针政策和业务知识技能，做到既巩固已有的财会专业教学知识，又特别注重学习当今最新的财会专业教学前沿知识。由于自己平时注重学习，切实提升了自身教学业务素质，因而在具体实际工作中，我基本能做好自己的财会专业教学工作，没有出现差错，取得较好成绩。</w:t>
      </w:r>
    </w:p>
    <w:p>
      <w:pPr>
        <w:spacing w:before="100" w:after="200" w:line="360" w:lineRule="auto"/>
        <w:jc w:val="left"/>
      </w:pPr>
      <w:r>
        <w:rPr>
          <w:rFonts w:ascii="宋体 (中文正文)" w:eastAsia="宋体" w:hAnsi="宋体 (中文正文)"/>
          <w:b/>
          <w:sz w:val="28"/>
        </w:rPr>
        <w:t>三、积极努力，圆满完成教学任务</w:t>
      </w:r>
    </w:p>
    <w:p>
      <w:pPr>
        <w:spacing w:before="100" w:after="200" w:line="360" w:lineRule="auto"/>
        <w:ind w:firstLine="576"/>
        <w:jc w:val="left"/>
      </w:pPr>
      <w:r>
        <w:rPr>
          <w:rFonts w:ascii="宋体" w:eastAsia="宋体" w:hAnsi="宋体"/>
          <w:sz w:val="28"/>
        </w:rPr>
        <w:t>我在学校从事财会专业教学工作，专业性强，我基础较全面，基本功较扎实，对财会专业知识有较全面、较系统的了解，具备较强的知识理论水平和实践教学技能。我充分认识到：教育、教学工作是我的本职工作，是我的立身之本，作为教师应该具有一种默默耕耘、无私奉献的精神，要做到一分耕耘、一分收获，象春蚕吐尽青丝，象蜡烛燃烧成灰。当教师要不怕辛苦，不断克服困难，具有吃苦耐劳、乐于无私奉献的精神。教育教学工作既有规律性，更有极大的伸缩性，因为其工作效果和追求的境界是永无止境的，为此，我始终做到刻苦勤奋，勤奋学习不断更新知识;勤奋课堂教学，勤奋教学工作，认真备课，认真批改作业;通过勤奋，切实提升课堂教学质量。</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我深刻知道：我们学校财会专业毕业生将来要从事财务会计工作，作为教师，不仅仅要教给学生财会知识，更重要的是要培养学生的综合素质，能够适应将来从事财务会计工作的需要。所以，我着重提升学生四方面素质：一是政治素质。要严格遵守《中华人民共和国宪法》及各项法律、法规;有良好的职业道德和敬业精神，模范地执行《会计法》，廉洁奉公，忠于职守，严格执行财政、财会制度，遵守财经纪律，立志献身财会事业，竭诚为社会主义现代化建设服务。二是知识素质。</w:t>
      </w:r>
    </w:p>
    <w:p>
      <w:pPr>
        <w:spacing w:before="100" w:after="200" w:line="360" w:lineRule="auto"/>
        <w:ind w:firstLine="576"/>
        <w:jc w:val="left"/>
      </w:pPr>
      <w:r>
        <w:rPr>
          <w:rFonts w:ascii="宋体" w:eastAsia="宋体" w:hAnsi="宋体"/>
          <w:sz w:val="28"/>
        </w:rPr>
        <w:t>要适应社会主义市场经济和不断发展形势的需要，参与现代化财务管理，要熟悉国家的财政、财务法规，掌握财会专业知识和相关知识，专业知识包括：预测、决策、计划、控制、核算、分析和考核等;相关专业知识包括财政、税务、法律、金融、市场、外贸、外语等。三是道德素质。要热爱本职工作，恪尽职守、任劳任怨、廉洁奉公、作风正派、严守职业道德，不受他人和其他因素的不良影响。要廉洁自律，坚持依法行”事”，依规办”事”;不受拜金主义影响，做到”常在河边走，就是不湿鞋”。四是心理素质。要具备遇事不惊，沉着冷静、决策果断和为完成财务工作任务，化解阻力，迎难而上的心理素质。</w:t>
      </w:r>
    </w:p>
    <w:p>
      <w:pPr>
        <w:spacing w:before="100" w:after="200" w:line="360" w:lineRule="auto"/>
        <w:ind w:firstLine="576"/>
        <w:jc w:val="left"/>
      </w:pPr>
      <w:r>
        <w:rPr>
          <w:rFonts w:ascii="宋体" w:eastAsia="宋体" w:hAnsi="宋体"/>
          <w:sz w:val="28"/>
        </w:rPr>
        <w:t>由于我刻苦勤奋，积极努力，圆满完成教学任务，我所教的学生基本都顺利学完学业，考试合格毕业，离校后走上工作岗位，为我国财会事业辛勤工作，努力奉献。</w:t>
      </w:r>
    </w:p>
    <w:p>
      <w:pPr>
        <w:spacing w:before="100" w:after="200" w:line="360" w:lineRule="auto"/>
        <w:jc w:val="left"/>
      </w:pPr>
      <w:r>
        <w:rPr>
          <w:rFonts w:ascii="宋体 (中文正文)" w:eastAsia="宋体" w:hAnsi="宋体 (中文正文)"/>
          <w:b/>
          <w:sz w:val="28"/>
        </w:rPr>
        <w:t>四、爱岗敬业，真诚奉献教学事业</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通过这些年来的财会专业教学工作，我深刻地体会到：职业是社会的分工，每一项职业都是整个社会生活中的一个音符，而教育则是我们这个社会的一段奠基性的乐章。教育的工作对象不是一堆僵死的原材料和半成品，而是鲜活的生命，是一个个活生生的人，她的任务不仅仅是让学生获得各项知识与技能，更重要的在于培养学生的情操，健全学生的人格，塑造学生的灵魂。“十年树木，百年树人”，教育关系到一代新人的成长，关系到社会文明的推进进程，为此，我爱岗敬业，以良好的教学态度对待学生，做到和气、关心、体贴、温暖。在教学工作中承担自己的责任，认真对待每一节课堂教学，教好每一个学生，对自己要做到业务精、作风硬、讲诚信、肯奉献，全心全意为学生服务，把教师的爱和真情奉献给每一个学生。同时切实增强自己的责任心、使命感和业务水平及教学艺术，积极探索各种方法，采用多种形式，强化自己的专业地位，切实提升学生的学习兴趣，坚持与学生交朋友，把自己的一切真诚奉献给教学事业。</w:t>
      </w:r>
    </w:p>
    <w:p>
      <w:pPr>
        <w:spacing w:before="100" w:after="200" w:line="360" w:lineRule="auto"/>
        <w:jc w:val="left"/>
      </w:pPr>
      <w:r>
        <w:rPr>
          <w:rFonts w:ascii="宋体 (中文正文)" w:eastAsia="宋体" w:hAnsi="宋体 (中文正文)"/>
          <w:b/>
          <w:sz w:val="28"/>
        </w:rPr>
        <w:t>五、辛勤耕耘，取得良好教学成果</w:t>
      </w:r>
    </w:p>
    <w:p>
      <w:pPr>
        <w:spacing w:before="100" w:after="200" w:line="360" w:lineRule="auto"/>
        <w:ind w:firstLine="576"/>
        <w:jc w:val="left"/>
      </w:pPr>
      <w:r>
        <w:rPr>
          <w:rFonts w:ascii="宋体" w:eastAsia="宋体" w:hAnsi="宋体"/>
          <w:sz w:val="28"/>
        </w:rPr>
        <w:t>我在教学工作中辛勤耕耘，做到象一位教师所说的那样：“我的知识是人民给的，我要珍惜这有限的时光，把知识献给人民。”我要具有这种崇高的精神，要以德立身、以身立教。在教学工作中，我爱每一个学生，尊重每一个学生。因为我知道，教师的爱与尊重是照亮学生心灵窗户的烛光，是架设学生通向知识天堂的桥梁，是培养学生成为合格社会主义事业建设者的必由之路。教育家马卡连柯曾经说过：“爱是一种伟大的感情，它总在创造奇迹，创造新的人。”我们教师只有用自已的爱，才能与学生产生心灵的碰撞，才能超越人的自然属性而达到完美的境界。只有倾注满腔的爱心，才能教会学生去爱身边的每个人，爱身边的一草一木，也才能使学生成为真正有益于祖国和人民的建设人才。由于我辛勤耕耘，认真努力做好教学工作，积极开展教学研究工作，取得良好教学成果。</w:t>
      </w:r>
    </w:p>
    <w:p>
      <w:pPr>
        <w:spacing w:before="100" w:after="200" w:line="360" w:lineRule="auto"/>
        <w:ind w:firstLine="576"/>
        <w:jc w:val="left"/>
      </w:pPr>
      <w:r>
        <w:rPr>
          <w:rFonts w:ascii="宋体" w:eastAsia="宋体" w:hAnsi="宋体"/>
          <w:sz w:val="28"/>
        </w:rPr>
        <w:t>一是在连续多年的教学评估中均被评为优秀，成为学校财务会计专业的学科带头人。1997年被市授予“新长征突击手”一次，1999年被山东省商业集团总公司荣记“三等功”一次，2002年被山东省商业集团总公司授予“优秀教师”称号，2002年被市商业集团总公司党委授予“优秀共产党员”称号，2023—2023连续三年被评为学校优秀教师。</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二是积极参加社会各类有益活动，经常参与市财政局会计人员的后续教育培训，参与组织市第三届会计知识比赛大赛，被聘为教练，加入中国教育学会新课堂教学研究课题组，被聘为该课题组研究员，聘期三年，为2023年至2023年。</w:t>
      </w:r>
    </w:p>
    <w:p>
      <w:pPr>
        <w:spacing w:before="100" w:after="200" w:line="360" w:lineRule="auto"/>
        <w:jc w:val="left"/>
      </w:pPr>
      <w:r>
        <w:rPr>
          <w:rFonts w:ascii="宋体 (中文正文)" w:eastAsia="宋体" w:hAnsi="宋体 (中文正文)"/>
          <w:b/>
          <w:sz w:val="28"/>
        </w:rPr>
        <w:t>六、加强党的组织建设，提升党支部的凝聚力和战斗力</w:t>
      </w:r>
    </w:p>
    <w:p>
      <w:pPr>
        <w:spacing w:before="100" w:after="200" w:line="360" w:lineRule="auto"/>
        <w:ind w:firstLine="576"/>
        <w:jc w:val="left"/>
      </w:pPr>
      <w:r>
        <w:rPr>
          <w:rFonts w:ascii="宋体" w:eastAsia="宋体" w:hAnsi="宋体"/>
          <w:sz w:val="28"/>
        </w:rPr>
        <w:t>我作为主持电算财会党支部工作的副书记，严格党组织生活，加强对党员的教育管理。认真抓好“三会一课”制度的落实，坚持每年一次的专题组织生活会制度，坚持民主评议党员制度，活跃党内的思想交流，督促党员领导干部带头参加组织生活。引导党员本着对党、对学生、对自己高度负责的态度，敢于和善于开展批评与自我批评，从虚心听取意见、真心实意整改中不断提升、完善自己，切实提升了党组织的凝聚力和战斗力。</w:t>
      </w:r>
    </w:p>
    <w:p>
      <w:pPr>
        <w:spacing w:before="100" w:after="200" w:line="360" w:lineRule="auto"/>
        <w:ind w:firstLine="576"/>
        <w:jc w:val="left"/>
      </w:pPr>
      <w:r>
        <w:rPr>
          <w:rFonts w:ascii="宋体" w:eastAsia="宋体" w:hAnsi="宋体"/>
          <w:sz w:val="28"/>
        </w:rPr>
        <w:t>在学习实践科学发展观与创先争优活动中，我充分发挥党支部和党员的先进性作用，既注重充分发挥党支部的政治核心作用和战斗堡垒作用，更注重培育一支在各项工作中充分发挥先锋模范作用的党员队伍。要求每个党员既做政治上的强者，更当业务上的能人，切实增强党员意识，牢记党员身份，做到党员标准不能降低，先锋模范作用不能忘记，党的形象不能损害。在教学工作岗位上一是要成为遵纪守法的标兵;二是要做业务上的骨干、学习上的模范;三是在急、难、险、重的紧要关头，发挥党员的模范带头作用。</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p>
    <w:p>
      <w:pPr>
        <w:spacing w:before="100" w:after="200" w:line="360" w:lineRule="auto"/>
        <w:ind w:firstLine="576"/>
        <w:jc w:val="left"/>
      </w:pPr>
      <w:r>
        <w:rPr>
          <w:rFonts w:ascii="宋体" w:eastAsia="宋体" w:hAnsi="宋体"/>
          <w:sz w:val="28"/>
        </w:rPr>
        <w:t>我切实加强党风廉政建设，做到廉洁自律，深刻认识到党风廉政建设关系到人心向背，影响着各项工作的发展。做到廉洁自律既是上级党委的要求，师生群众的希望，也是我们每个党员的起码道德要求。我十分重视廉洁自律，始终把它当作一项重要工作来抓，认真贯彻落实在十七届中纪委三次全会讲话中提出的“六个着力、六个切实”的要求，遵守十七届中纪委三次全会提出的廉洁自律五条规定，学习《廉政准则》和学校的制度规定与工作纪律，努力提升自己各方面素质，在工作上，做到洁身自好，清正廉洁，决不跟腐败风气沾边。</w:t>
      </w:r>
    </w:p>
    <w:p>
      <w:pPr>
        <w:spacing w:before="100" w:after="200" w:line="360" w:lineRule="auto"/>
        <w:jc w:val="left"/>
      </w:pPr>
      <w:r>
        <w:rPr>
          <w:rFonts w:ascii="宋体 (中文正文)" w:eastAsia="宋体" w:hAnsi="宋体 (中文正文)"/>
          <w:b/>
          <w:sz w:val="28"/>
        </w:rPr>
        <w:t>七、存在的不足问题</w:t>
      </w:r>
    </w:p>
    <w:p>
      <w:pPr>
        <w:spacing w:before="100" w:after="200" w:line="360" w:lineRule="auto"/>
        <w:ind w:firstLine="576"/>
        <w:jc w:val="left"/>
      </w:pPr>
      <w:r>
        <w:rPr>
          <w:rFonts w:ascii="宋体" w:eastAsia="宋体" w:hAnsi="宋体"/>
          <w:sz w:val="28"/>
        </w:rPr>
        <w:t>1、学习有所欠缺。我虽然重视学习，但有时工作忙，放松了学习，没有学深学透，学习的深度和广度缺乏，对思想和灵魂的触动不够，通过学习指导实践不够。</w:t>
      </w:r>
    </w:p>
    <w:p>
      <w:pPr>
        <w:spacing w:before="100" w:after="200" w:line="360" w:lineRule="auto"/>
        <w:ind w:firstLine="576"/>
        <w:jc w:val="left"/>
      </w:pPr>
      <w:r>
        <w:rPr>
          <w:rFonts w:ascii="宋体" w:eastAsia="宋体" w:hAnsi="宋体"/>
          <w:sz w:val="28"/>
        </w:rPr>
        <w:t>2、工作上大局意识有待加强。我对自己财会专业部份内的工作能够尽心尽力，但对学校范围的工作则考虑得不深。工作上有一定本位思想，大局意识不够强。</w:t>
      </w:r>
    </w:p>
    <w:p>
      <w:pPr>
        <w:spacing w:before="100" w:after="200" w:line="360" w:lineRule="auto"/>
        <w:jc w:val="left"/>
      </w:pPr>
      <w:r>
        <w:rPr>
          <w:rFonts w:ascii="宋体 (中文正文)" w:eastAsia="宋体" w:hAnsi="宋体 (中文正文)"/>
          <w:b/>
          <w:sz w:val="28"/>
        </w:rPr>
        <w:t>八、今后的努力方向</w:t>
      </w:r>
    </w:p>
    <w:p>
      <w:pPr>
        <w:spacing w:before="100" w:after="200" w:line="360" w:lineRule="auto"/>
        <w:ind w:firstLine="576"/>
        <w:jc w:val="left"/>
      </w:pPr>
      <w:r>
        <w:rPr>
          <w:rFonts w:ascii="宋体" w:eastAsia="宋体" w:hAnsi="宋体"/>
          <w:sz w:val="28"/>
        </w:rPr>
        <w:t>1、勤奋学习，提升思想认识。作为一名学校干部，我要做到认真、勤奋学习，学好科学文化与业务知识，提升工作本领，争做学习型教师，切实做好各项工作。</w:t>
      </w:r>
    </w:p>
    <w:p>
      <w:pPr>
        <w:spacing w:before="100" w:after="200" w:line="360" w:lineRule="auto"/>
        <w:ind w:firstLine="576"/>
        <w:jc w:val="left"/>
      </w:pPr>
      <w:r>
        <w:rPr>
          <w:rFonts w:ascii="宋体" w:eastAsia="宋体" w:hAnsi="宋体"/>
          <w:sz w:val="28"/>
        </w:rPr>
        <w:t>2、提升素质，努力工作。我要改正以前工作中存在的问题，要从理论学习、业务知识培训、教学方法上探索新思路和新方法，努力提升自身各方面素质，认真努力工作，做好新时期自己分管的各项工作。</w:t>
      </w:r>
    </w:p>
    <w:p>
      <w:pPr>
        <w:spacing w:before="100" w:after="200" w:line="360" w:lineRule="auto"/>
        <w:ind w:firstLine="576"/>
        <w:jc w:val="left"/>
      </w:pPr>
      <w:r>
        <w:rPr>
          <w:rFonts w:ascii="宋体" w:eastAsia="宋体" w:hAnsi="宋体"/>
          <w:sz w:val="28"/>
        </w:rPr>
        <w:t>3、落实党风廉政建设，创廉洁民主作风。我在工作中要贯彻执行学校有关党风廉政建设责任制的统一部署，按照“责任到位、监督到位、追究到位”的要求，认真填报廉政档案报表，签订廉政建设责任书，明确责任，加强监督。要坚持求真务实，开拓进取，推进各项教学与党建工作的全面发展。要以身作则廉洁自律，不能发生任何违规现象。</w:t>
      </w:r>
    </w:p>
    <w:p>
      <w:pPr>
        <w:spacing w:before="100" w:after="200" w:line="360" w:lineRule="auto"/>
        <w:jc w:val="left"/>
        <w:sectPr w:rsidSect="00034616">
          <w:type w:val="nextPage"/>
          <w:pgSz w:w="11906" w:h="16838"/>
          <w:pgMar w:top="1440" w:right="1440" w:bottom="1440" w:left="1440" w:header="720" w:footer="720" w:gutter="0"/>
          <w:pgNumType w:start="11"/>
          <w:cols w:space="720"/>
          <w:titlePg w:val="0"/>
          <w:docGrid w:linePitch="360"/>
        </w:sectPr>
      </w:pPr>
      <w:r>
        <w:rPr>
          <w:rFonts w:ascii="宋体 (中文正文)" w:eastAsia="宋体" w:hAnsi="宋体 (中文正文)"/>
          <w:b/>
          <w:sz w:val="28"/>
        </w:rPr>
        <w:t>一、为人师表，争做楷模。</w:t>
      </w:r>
    </w:p>
    <w:p>
      <w:pPr>
        <w:spacing w:before="100" w:after="200" w:line="360" w:lineRule="auto"/>
        <w:ind w:firstLine="576"/>
        <w:jc w:val="left"/>
      </w:pPr>
      <w:r>
        <w:rPr>
          <w:rFonts w:ascii="宋体" w:eastAsia="宋体" w:hAnsi="宋体"/>
          <w:sz w:val="28"/>
        </w:rPr>
        <w:t>从教以来，我32年如一日，始终以教书育人为己任，以教书育人为快乐，以教书育人为光荣，以教书育人为幸福。坚决拥护党的领导，认真贯彻执行党和国家的教育方针，忠诚人民教育事业，模范的遵守《中小学教师职业道德规范》，年年师德评选为优秀，爱岗敬业，关爱学生，为人师表，教书育人：与同事团结协作，服从组织安排。工作勤勤恳恳，任劳任怨，一直从事在教育教学工作的第一线。</w:t>
      </w:r>
    </w:p>
    <w:p>
      <w:pPr>
        <w:spacing w:before="100" w:after="200" w:line="360" w:lineRule="auto"/>
        <w:jc w:val="left"/>
      </w:pPr>
      <w:r>
        <w:rPr>
          <w:rFonts w:ascii="宋体 (中文正文)" w:eastAsia="宋体" w:hAnsi="宋体 (中文正文)"/>
          <w:b/>
          <w:sz w:val="28"/>
        </w:rPr>
        <w:t>二、精研教材，热心辅导。</w:t>
      </w:r>
    </w:p>
    <w:p>
      <w:pPr>
        <w:spacing w:before="100" w:after="200" w:line="360" w:lineRule="auto"/>
        <w:ind w:firstLine="576"/>
        <w:jc w:val="left"/>
      </w:pPr>
      <w:r>
        <w:rPr>
          <w:rFonts w:ascii="宋体" w:eastAsia="宋体" w:hAnsi="宋体"/>
          <w:sz w:val="28"/>
        </w:rPr>
        <w:t>我在2023年8月取得了汉语言文学教育专科学历。学历的提高，再加上30多年的教学实践使我积累了丰富教学经验。2023年9月至2023年7月因教学成绩突出，担任城内联中语文教研组组长、年级主任并兼任两个班的语文课，自觉承担起培养指导年轻教师任务，与年轻教师新老结对，一对一的指导。本人率先垂范，2023年度被评为学校骨干教师;2023年6月12日在由中心学区、中心学区、于家中心学区三个中心学区联合举办的“天长学区初中语文优秀课评选”中荣获优秀奖。2023年8月因撤校并点，城内联中被并入皆山中学，第一学期期末考试中所带的初二8班就荣获“成绩优秀”奖。同年指导中学二级教师高老师在县教育局举办的中学教师课堂教学大比武活动中，作课《唐雎不辱使命》，荣获二等奖。</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在市中小学生“读写杯”第九届作文大赛中，指导的陈同学荣获三等奖。2023年在“井陉问联网”杯“爱家乡、爱学校”作文比赛中指导的王力同学的《家乡美》、杨同学的《家乡情结》分别荣获三等奖和优秀奖。在市规范汉字书写百千万工程首届中小学生规范汉字书写艺术节中，指导的学生贾同学荣获三等奖。</w:t>
      </w:r>
    </w:p>
    <w:p>
      <w:pPr>
        <w:spacing w:before="100" w:after="200" w:line="360" w:lineRule="auto"/>
        <w:ind w:firstLine="576"/>
        <w:jc w:val="left"/>
      </w:pPr>
      <w:r>
        <w:rPr>
          <w:rFonts w:ascii="宋体" w:eastAsia="宋体" w:hAnsi="宋体"/>
          <w:sz w:val="28"/>
        </w:rPr>
        <w:t>在由省教育厅主管，师范大学、河北行之文化传媒有限责任公司主办的《学周刊》2023年第四期，出版了我撰写的作文教学论文《出彩的语言是作文的生命力，浅谈作文语言的锤炼》，受到了许多读者的好评。</w:t>
      </w:r>
    </w:p>
    <w:p>
      <w:pPr>
        <w:spacing w:before="100" w:after="200" w:line="360" w:lineRule="auto"/>
        <w:jc w:val="left"/>
      </w:pPr>
      <w:r>
        <w:rPr>
          <w:rFonts w:ascii="宋体 (中文正文)" w:eastAsia="宋体" w:hAnsi="宋体 (中文正文)"/>
          <w:b/>
          <w:sz w:val="28"/>
        </w:rPr>
        <w:t>三、大胆创新，勇于。</w:t>
      </w:r>
    </w:p>
    <w:p>
      <w:pPr>
        <w:spacing w:before="100" w:after="200" w:line="360" w:lineRule="auto"/>
        <w:ind w:firstLine="576"/>
        <w:jc w:val="left"/>
      </w:pPr>
      <w:r>
        <w:rPr>
          <w:rFonts w:ascii="宋体" w:eastAsia="宋体" w:hAnsi="宋体"/>
          <w:sz w:val="28"/>
        </w:rPr>
        <w:t>在语文作业批改中发现学生升入初中后，由于课程的增加，升学压力的加大，学生作业量也随之加大，许多学生作业书写求快卷面乱，写出的字龙飞凤舞，笔画牵扯不断，胡勾乱画，不是缺胳膊断腿，就是添枝加叶，让批阅老师很难辨认。看在眼里，忧在心里。汉字是世界上最美的字，每个汉字就是一个故事，就是一段历史，就是一首美妙的诗啊。规范汉字书写，我责无旁贷。</w:t>
      </w:r>
    </w:p>
    <w:p>
      <w:pPr>
        <w:spacing w:before="100" w:after="200" w:line="360" w:lineRule="auto"/>
        <w:ind w:firstLine="576"/>
        <w:jc w:val="left"/>
      </w:pPr>
      <w:r>
        <w:rPr>
          <w:rFonts w:ascii="宋体" w:eastAsia="宋体" w:hAnsi="宋体"/>
          <w:sz w:val="28"/>
        </w:rPr>
        <w:t>凭着对教育事业的热爱，对祖国书法艺术的酷爱，我与语文组的老师共同研讨如何规范汉字书写达成共识：在语文教学中，要注重规范汉字的书写的训练。</w:t>
      </w:r>
    </w:p>
    <w:p>
      <w:pPr>
        <w:spacing w:before="100" w:after="200" w:line="360" w:lineRule="auto"/>
        <w:ind w:firstLine="576"/>
        <w:jc w:val="left"/>
      </w:pPr>
      <w:r>
        <w:rPr>
          <w:rFonts w:ascii="宋体" w:eastAsia="宋体" w:hAnsi="宋体"/>
          <w:sz w:val="28"/>
        </w:rPr>
        <w:t>因我在写字教学中有了起色，学校推荐我参加了石家庄市第四届中小学规范汉字书写教师培训，零距离的接受了省级以上硬笔书法家、教授的培训与指导。并取得了合格证书。</w:t>
      </w:r>
    </w:p>
    <w:p>
      <w:pPr>
        <w:spacing w:before="100" w:after="200" w:line="360" w:lineRule="auto"/>
        <w:ind w:firstLine="576"/>
        <w:jc w:val="left"/>
      </w:pPr>
      <w:r>
        <w:rPr>
          <w:rFonts w:ascii="宋体" w:eastAsia="宋体" w:hAnsi="宋体"/>
          <w:sz w:val="28"/>
        </w:rPr>
        <w:t>2023我又一次来到了河北师大国培中心，开始了为期50天的书法研修学习。</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50天中，我在省级专家的引领下，在同伴的互助中，听课、临摹、说课、创作;参与、反思、互动、成长。我收获了书法理念，提高了书写技能，完成了新行为的重塑，感悟到书法的真谛。在培训期间，荣获书法说课比赛一等奖，书法比赛三等奖，硬笔书法比赛三等奖，充实了自己，为皆山、为井陉增了光，添了彩。</w:t>
      </w:r>
    </w:p>
    <w:p>
      <w:pPr>
        <w:spacing w:before="100" w:after="200" w:line="360" w:lineRule="auto"/>
        <w:ind w:firstLine="576"/>
        <w:jc w:val="left"/>
      </w:pPr>
      <w:r>
        <w:rPr>
          <w:rFonts w:ascii="宋体" w:eastAsia="宋体" w:hAnsi="宋体"/>
          <w:sz w:val="28"/>
        </w:rPr>
        <w:t>在语文教学中勇于创新，我把成语分门归类进行归纳，让学生记忆。但总觉得还没激发出学生学习积极性。三十五年前，我读中学时，曾做过一张“成语填空”游戏图。今略学Excel与Word制作之薄技。遂绞尽脑汁搜寻残存在记忆中尘封已久的200多个成语碎片，收集在一起，耗时一个月，绘制成8K图表一张，于6月18日印发给初一全体学生做此填空游戏。初一师生获此“宝图”，兴味盎然，爱不释手，学习成语蔚然成风。这股成语热的涓涓溪流，不断注入到初二的课堂、宿舍。初三学生即将中考，在百忙中也乐此不疲地进行成语连珠，成语连珠热恰好融入了正在全国兴起的成语大会、国学热的浪潮中。为使这项校本研修成果更上一个层次，我把此图寄发给《研训》，县教研室语文教研组领导，给予高度评价，并纳入井陉县语文成语教学的一个研修课题。</w:t>
      </w:r>
    </w:p>
    <w:p>
      <w:pPr>
        <w:spacing w:before="100" w:after="200" w:line="360" w:lineRule="auto"/>
        <w:ind w:firstLine="576"/>
        <w:jc w:val="left"/>
      </w:pPr>
      <w:r>
        <w:rPr>
          <w:rFonts w:ascii="宋体" w:eastAsia="宋体" w:hAnsi="宋体"/>
          <w:sz w:val="28"/>
        </w:rPr>
        <w:t>新闻网的通讯员高治中老师采访并撰写了题为《其中一教师200个成语“连珠”圆梦》的报道传至河北新闻网。随后教育信息网、井陉文联网、中国网相继转发了这篇报道。得到许多网友的好评，并有中肯的留言。以成语连珠这种新颖的、独特的方式教学，学生乐学，极大地激发了学生的学习积极性，主动性，收到了很好的效果。</w:t>
      </w:r>
    </w:p>
    <w:p>
      <w:pPr>
        <w:spacing w:before="100" w:after="200" w:line="360" w:lineRule="auto"/>
        <w:jc w:val="left"/>
      </w:pPr>
      <w:r>
        <w:rPr>
          <w:rFonts w:ascii="宋体 (中文正文)" w:eastAsia="宋体" w:hAnsi="宋体 (中文正文)"/>
          <w:b/>
          <w:sz w:val="28"/>
        </w:rPr>
        <w:t>四、尽职尽责，爱岗敬业。</w:t>
      </w:r>
    </w:p>
    <w:p>
      <w:pPr>
        <w:spacing w:before="100" w:after="200" w:line="360" w:lineRule="auto"/>
        <w:ind w:firstLine="576"/>
        <w:jc w:val="left"/>
      </w:pPr>
      <w:r>
        <w:rPr>
          <w:rFonts w:ascii="宋体" w:eastAsia="宋体" w:hAnsi="宋体"/>
          <w:sz w:val="28"/>
        </w:rPr>
        <w:t>我们皆山中学是寄宿制初中，自己每年担任两个班的语文课，同时还兼任一个班的班主任。每天早出晚归，出满勤，干满点，满负荷的工作。虽然我校任课教师中，数我年岁最大，但我从不倚老卖老，坚持上早、晚自习，宿舍值班，尽最大力量为学生服务。</w:t>
      </w:r>
    </w:p>
    <w:p>
      <w:pPr>
        <w:spacing w:before="100" w:after="200" w:line="360" w:lineRule="auto"/>
        <w:jc w:val="left"/>
      </w:pPr>
      <w:r>
        <w:rPr>
          <w:rFonts w:ascii="宋体 (中文正文)" w:eastAsia="宋体" w:hAnsi="宋体 (中文正文)"/>
          <w:b/>
          <w:sz w:val="28"/>
        </w:rPr>
        <w:t>五、终身学习，提高素养。</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p>
    <w:p>
      <w:pPr>
        <w:spacing w:before="100" w:after="200" w:line="360" w:lineRule="auto"/>
        <w:ind w:firstLine="576"/>
        <w:jc w:val="left"/>
      </w:pPr>
      <w:r>
        <w:rPr>
          <w:rFonts w:ascii="宋体" w:eastAsia="宋体" w:hAnsi="宋体"/>
          <w:sz w:val="28"/>
        </w:rPr>
        <w:t>我尽管从教三十多年，但依然坚持参加继续教育学习，尤其时2023年2023年远程全员培训及2023年学科远程培训，专家高屋建瓴，旁征博引，真知灼如醍醐灌顶，让我流连忘返，顿开茅塞，受益匪浅，一次又一次地增加了自己的知识内存。</w:t>
      </w:r>
    </w:p>
    <w:p>
      <w:pPr>
        <w:spacing w:before="100" w:after="200" w:line="360" w:lineRule="auto"/>
        <w:ind w:firstLine="576"/>
        <w:jc w:val="left"/>
      </w:pPr>
      <w:r>
        <w:rPr>
          <w:rFonts w:ascii="宋体" w:eastAsia="宋体" w:hAnsi="宋体"/>
          <w:sz w:val="28"/>
        </w:rPr>
        <w:t>本人20xx年参加工作，从事教育教学工作已有6年。在这几年的教学中，我从事过语文、品德、科学等课程的教学任务，并一直担任班主任工作。在学校领导和其他老师的帮助与支持下，我在自己的本职工作中取得了很大进步，现将任现职称以来的工作作出以下总结：</w:t>
      </w:r>
    </w:p>
    <w:p>
      <w:pPr>
        <w:spacing w:before="100" w:after="200" w:line="360" w:lineRule="auto"/>
        <w:ind w:firstLine="576"/>
        <w:jc w:val="left"/>
      </w:pPr>
      <w:r>
        <w:rPr>
          <w:rFonts w:ascii="宋体" w:eastAsia="宋体" w:hAnsi="宋体"/>
          <w:sz w:val="28"/>
        </w:rPr>
        <w:t>本人思想上积极上进，热爱社会主义社会，热爱中国共产党，忠于党的教育事业，热爱学生。认真参加各类政治学习，及时了解国内外时政要闻。在平时的工作和生活中严格要求自己，积极参加校内外的各种公益活动。热爱教育事业，热爱学生，事业心强、责任心强，注重为人师表，积极提高自己的思想理论修养和专业学术修养。任职以来，服从学校安排，认真执行学校的各项制度。</w:t>
      </w:r>
    </w:p>
    <w:p>
      <w:pPr>
        <w:spacing w:before="100" w:after="200" w:line="360" w:lineRule="auto"/>
        <w:ind w:firstLine="576"/>
        <w:jc w:val="left"/>
      </w:pPr>
      <w:r>
        <w:rPr>
          <w:rFonts w:ascii="宋体" w:eastAsia="宋体" w:hAnsi="宋体"/>
          <w:sz w:val="28"/>
        </w:rPr>
        <w:t>1、在语文教学工作中，我认真研究教材，力求准确把握重点，难点。坚持认真备课，备课中我不仅备学生而且备教材备教法，认真写好教案、每一课都做到“有备而来”，每堂课都在课前做好充分的准备，课后及时对该课做出总结。</w:t>
      </w:r>
    </w:p>
    <w:p>
      <w:pPr>
        <w:spacing w:before="100" w:after="200" w:line="360" w:lineRule="auto"/>
        <w:ind w:firstLine="576"/>
        <w:jc w:val="left"/>
      </w:pPr>
      <w:r>
        <w:rPr>
          <w:rFonts w:ascii="宋体" w:eastAsia="宋体" w:hAnsi="宋体"/>
          <w:sz w:val="28"/>
        </w:rPr>
        <w:t>2、认真上好每一节课。上课时注重学生主动性的发挥，发散学生的思维，注重综合能力的'培养，有意识的培养学生的思维的严谨性及逻辑性，在教学中提高学生的思维素质。保证每一节课的质量。</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3、认真布置和批改作业：布置作业做到精读精练，有针对性，有层次性、我经常上网查找相关内容的题目或根据实际自己出题目、同时对学生的作业批改及时，认真，分析并记录学生的作业情况，将他们在作业过程出现的问题在上课时作出分析总结，进行透切的评讲，并针对有关情况及时改进教学方法，做到有的放矢。</w:t>
      </w:r>
    </w:p>
    <w:p>
      <w:pPr>
        <w:spacing w:before="100" w:after="200" w:line="360" w:lineRule="auto"/>
        <w:ind w:firstLine="576"/>
        <w:jc w:val="left"/>
      </w:pPr>
      <w:r>
        <w:rPr>
          <w:rFonts w:ascii="宋体" w:eastAsia="宋体" w:hAnsi="宋体"/>
          <w:sz w:val="28"/>
        </w:rPr>
        <w:t>4、对于基础薄弱的学生，有步骤有计划地加强课外辅导，善于发现这些学生身上的闪光点，及时给予鼓励。在注重个别学生的辅导时，注意分层教学、在课上练习时间或在课后，为不同层次的学生进行相应的辅导，以满足不同层次的学生的需求，避免了一刀切的弊端，同时加大了后进生的辅导力度，通过各种途径激发他们的求知欲和上进心，使所有学生都愿学，乐学，学有所得。</w:t>
      </w:r>
    </w:p>
    <w:p>
      <w:pPr>
        <w:spacing w:before="100" w:after="200" w:line="360" w:lineRule="auto"/>
        <w:ind w:firstLine="576"/>
        <w:jc w:val="left"/>
      </w:pPr>
      <w:r>
        <w:rPr>
          <w:rFonts w:ascii="宋体" w:eastAsia="宋体" w:hAnsi="宋体"/>
          <w:sz w:val="28"/>
        </w:rPr>
        <w:t>5、我特别注重培养学生良好的道德品质，要求学生从小养成良好的习惯，树立远大的志向。对学生“严字当头，爱在其中”，做学生的良师益友，及时了解学生的思想动态，解决学生的实际问题。将爱心洒向每一个学生，不歧视学生。建立家访制度，使学校、社会、家庭共同关心学生的成长，受到了学生及学生家长的一致好评。</w:t>
      </w:r>
    </w:p>
    <w:p>
      <w:pPr>
        <w:spacing w:before="100" w:after="200" w:line="360" w:lineRule="auto"/>
        <w:ind w:firstLine="576"/>
        <w:jc w:val="left"/>
      </w:pPr>
      <w:r>
        <w:rPr>
          <w:rFonts w:ascii="宋体" w:eastAsia="宋体" w:hAnsi="宋体"/>
          <w:sz w:val="28"/>
        </w:rPr>
        <w:t>班主任工作是管理人的工作。班主任所面对的是朝气蓬勃，有思想，有感情，自我表现欲较强的学生群体。因此，班主任在工作中既要有宏观的群体管理，又要有微观的个性发展指导。班主任在教育教学实践中，应有效地把学生的自作主张，别出心裁，标新立异等创造型人才的自然特点变为创造与成功的起点，培养一代创造型人才。</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r>
        <w:rPr>
          <w:rFonts w:ascii="宋体" w:eastAsia="宋体" w:hAnsi="宋体"/>
          <w:sz w:val="28"/>
        </w:rPr>
        <w:t>因此，我注重培养学生的集体荣誉感意识，经常通过班级、校内开展的各种活动来对学生进行教育，增强学生的班级荣誉感，提升学生对自身价值的认识，树立他们的主人翁意识。此外我还注意加强学生思想品德的教育和管理，我历来的观点是：要学会学习，必须先学会做人。所以我在多年的班主任工作中，总是在寻找各种能有效地加强学生思想和言行的管理方法，也积累了不少经验，当然教师首先要做到为人师表，率先垂范，用自己的言行对学生进行潜移默化的教育。</w:t>
      </w:r>
    </w:p>
    <w:p>
      <w:pPr>
        <w:spacing w:before="100" w:after="200" w:line="360" w:lineRule="auto"/>
        <w:ind w:firstLine="576"/>
        <w:jc w:val="left"/>
      </w:pPr>
      <w:r>
        <w:rPr>
          <w:rFonts w:ascii="宋体" w:eastAsia="宋体" w:hAnsi="宋体"/>
          <w:sz w:val="28"/>
        </w:rPr>
        <w:t>在班级管理中，我也带领学生创造丰富多彩的有教育意义的活动，寓教于乐，这些教育活动的开展，不仅充分展示了学生的一技之长，发展了学生的个性，培养了学生的才能，也为每一个学生提供了思考、创造、表现及成功的机会。同时也密切了师生关系、增进了同学间的友谊、增强了大家的合作意识，使他们感受到集体的温暖，激发了他们热爱集体的意识。</w:t>
      </w:r>
    </w:p>
    <w:p>
      <w:pPr>
        <w:spacing w:before="100" w:after="200" w:line="360" w:lineRule="auto"/>
        <w:ind w:firstLine="576"/>
        <w:jc w:val="left"/>
      </w:pPr>
      <w:r>
        <w:rPr>
          <w:rFonts w:ascii="宋体" w:eastAsia="宋体" w:hAnsi="宋体"/>
          <w:sz w:val="28"/>
        </w:rPr>
        <w:t>此外，在班级管理中，我还十分注重加强班干班队伍建设。我培养了一批职责明确、工作热情、人缘好、威信高、有独立处事能力的得力班干部。让他们在班级管理中发挥强有力的作用，成为老师的得力助手，促使良好班风的形成。</w:t>
      </w:r>
    </w:p>
    <w:p>
      <w:pPr>
        <w:spacing w:before="100" w:after="200" w:line="360" w:lineRule="auto"/>
        <w:ind w:firstLine="576"/>
        <w:jc w:val="left"/>
      </w:pPr>
      <w:r>
        <w:rPr>
          <w:rFonts w:ascii="宋体" w:eastAsia="宋体" w:hAnsi="宋体"/>
          <w:sz w:val="28"/>
        </w:rPr>
        <w:t>通过学校教师领导的关心、支持和帮助，我的教育教学水平不断提高，所任教的学科成绩一直名列前茅，受到了学生及家长的好评。在这六年中我荣获的各种奖项、荣誉、奖状达12项。</w:t>
      </w:r>
    </w:p>
    <w:p>
      <w:pPr>
        <w:spacing w:before="100" w:after="200" w:line="360" w:lineRule="auto"/>
        <w:ind w:firstLine="576"/>
        <w:jc w:val="left"/>
      </w:pPr>
      <w:r>
        <w:rPr>
          <w:rFonts w:ascii="宋体" w:eastAsia="宋体" w:hAnsi="宋体"/>
          <w:sz w:val="28"/>
        </w:rPr>
        <w:t>成绩属于过去，明天任重而道远。我深深地懂得：一名新世纪的人民教师、人类灵魂的工程师，肩负着重大的历史使命和对未来的历史责任感。作为一名教师，我的成长离不开诸多良师益友的帮助和支持。我将深深扎根在教育事业的沃土中，勤恳沉稳，不断汲取营养，努力成长为栋梁之材，实现桃李满天下的梦想。</w:t>
      </w:r>
    </w:p>
    <w:p>
      <w:pPr>
        <w:spacing w:before="100" w:after="200" w:line="360" w:lineRule="auto"/>
        <w:ind w:firstLine="576"/>
        <w:jc w:val="left"/>
      </w:pPr>
      <w:r>
        <w:rPr>
          <w:rFonts w:ascii="宋体" w:eastAsia="宋体" w:hAnsi="宋体"/>
          <w:sz w:val="28"/>
        </w:rPr>
        <w:t>自20xx年9月参加工作以来，我在政治思想、师德修养、教育教学等方面。勤勤恳恳工作，踏踏实实做人，认认真真办事，尽职尽责地完成校园各项教育教学任务。</w:t>
      </w:r>
    </w:p>
    <w:p>
      <w:pPr>
        <w:spacing w:before="100" w:after="200" w:line="360" w:lineRule="auto"/>
        <w:ind w:firstLine="576"/>
        <w:jc w:val="left"/>
        <w:sectPr w:rsidSect="00034616">
          <w:type w:val="nextPage"/>
          <w:pgSz w:w="11906" w:h="16838"/>
          <w:pgMar w:top="1440" w:right="1440" w:bottom="1440" w:left="1440" w:header="720" w:footer="720" w:gutter="0"/>
          <w:pgNumType w:start="17"/>
          <w:cols w:space="720"/>
          <w:titlePg w:val="0"/>
          <w:docGrid w:linePitch="360"/>
        </w:sectPr>
      </w:pPr>
    </w:p>
    <w:p>
      <w:pPr>
        <w:spacing w:before="100" w:after="200" w:line="360" w:lineRule="auto"/>
        <w:ind w:firstLine="576"/>
        <w:jc w:val="left"/>
      </w:pPr>
      <w:r>
        <w:rPr>
          <w:rFonts w:ascii="宋体" w:eastAsia="宋体" w:hAnsi="宋体"/>
          <w:sz w:val="28"/>
        </w:rPr>
        <w:t>作为一名新教师，我工作十分努力。在教学上，我虚心向他人学习，悉心钻研教材，根据学生的实际水平和潜力，由浅入深地设计教学环节。因材施教，用心调动学生在课堂教学中的主体作用，使知识传播、潜力锻炼、情感培养都能取得较好的效果。另外，我还注重研究，潜心钻研，用心参加各种业务学习培训，认真学习借鉴、揣摩反思各种教育教学新理念和新方法。努力提教育教学业务水准，工作之余不忘学习专业知识，提高专业素质。</w:t>
      </w:r>
    </w:p>
    <w:p>
      <w:pPr>
        <w:spacing w:before="100" w:after="200" w:line="360" w:lineRule="auto"/>
        <w:ind w:firstLine="576"/>
        <w:jc w:val="left"/>
      </w:pPr>
      <w:r>
        <w:rPr>
          <w:rFonts w:ascii="宋体" w:eastAsia="宋体" w:hAnsi="宋体"/>
          <w:sz w:val="28"/>
        </w:rPr>
        <w:t>做为教师，除了教书外还应懂得育人。任教以来，我始终把育人放在首位。在管理班级期间，我都能充分了解班级的每一个同学具体状况，包括家庭状况、思想状况、交际状况，因为只有这样才能真正走进学生的心灵。在他们遇到困难的时候，帮忙抚慰他；在他们犯了错误的时候，以理劝服；在他们懵懂浑混的时候，以爱感化他。</w:t>
      </w:r>
    </w:p>
    <w:p>
      <w:pPr>
        <w:spacing w:before="100" w:after="200" w:line="360" w:lineRule="auto"/>
        <w:ind w:firstLine="576"/>
        <w:jc w:val="left"/>
      </w:pPr>
      <w:r>
        <w:rPr>
          <w:rFonts w:ascii="宋体" w:eastAsia="宋体" w:hAnsi="宋体"/>
          <w:sz w:val="28"/>
        </w:rPr>
        <w:t>并与家长成为朋友，深入学生家庭及时交流和反馈学生在校的表现，共同商计和制定教育学生的方案和思想，营造教育的氛围，深受家长的好评与信赖。在工作中我也很在乎学生，几乎把学生当成亲人来对待，当成是自己的亲人来教育。在这两年的工作中，我认真履行职责，教书育人、为人师表。工作以来一向从事小学数学和英语教学工作，每次所任教班级的学生成绩合格率均在95%以上。在县、镇各次教学质量抽测中均取得优异成绩。受到了师生、领导的一致肯定与好评。</w:t>
      </w:r>
    </w:p>
    <w:p>
      <w:pPr>
        <w:spacing w:before="100" w:after="200" w:line="360" w:lineRule="auto"/>
        <w:ind w:firstLine="576"/>
        <w:jc w:val="left"/>
      </w:pPr>
      <w:r>
        <w:rPr>
          <w:rFonts w:ascii="宋体" w:eastAsia="宋体" w:hAnsi="宋体"/>
          <w:sz w:val="28"/>
        </w:rPr>
        <w:t>本人思想进步，忠诚于党的教育事业，拥护党的领导，积极向党组织靠拢。热爱学校，爱岗敬业，无私奉献，全身心投入教育教学工作，在广大师生中赢得了良好的声誉。具体表现如下：</w:t>
      </w:r>
    </w:p>
    <w:p>
      <w:pPr>
        <w:spacing w:before="100" w:after="200" w:line="360" w:lineRule="auto"/>
        <w:jc w:val="left"/>
      </w:pPr>
      <w:r>
        <w:rPr>
          <w:rFonts w:ascii="宋体 (中文正文)" w:eastAsia="宋体" w:hAnsi="宋体 (中文正文)"/>
          <w:b/>
          <w:sz w:val="28"/>
        </w:rPr>
        <w:t>一、教育工作讲究特色</w:t>
      </w:r>
    </w:p>
    <w:p>
      <w:pPr>
        <w:spacing w:before="100" w:after="200" w:line="360" w:lineRule="auto"/>
        <w:ind w:firstLine="576"/>
        <w:jc w:val="left"/>
        <w:sectPr w:rsidSect="00034616">
          <w:type w:val="nextPage"/>
          <w:pgSz w:w="11906" w:h="16838"/>
          <w:pgMar w:top="1440" w:right="1440" w:bottom="1440" w:left="1440" w:header="720" w:footer="720" w:gutter="0"/>
          <w:pgNumType w:start="18"/>
          <w:cols w:space="720"/>
          <w:titlePg w:val="0"/>
          <w:docGrid w:linePitch="360"/>
        </w:sectPr>
      </w:pPr>
    </w:p>
    <w:p>
      <w:pPr>
        <w:spacing w:before="100" w:after="200" w:line="360" w:lineRule="auto"/>
        <w:ind w:firstLine="576"/>
        <w:jc w:val="left"/>
      </w:pPr>
      <w:r>
        <w:rPr>
          <w:rFonts w:ascii="宋体" w:eastAsia="宋体" w:hAnsi="宋体"/>
          <w:sz w:val="28"/>
        </w:rPr>
        <w:t>本人在担任班主任期间积极营造宽容、理解、和谐的班级氛围，努力建立平等的师生关系，与学生一起共同学习，激发学生的创造渴望。在班级文化建设方面独树一帜的提出了“和而不同”的理念，既尊重每一位学生的个性特长，为学生特长的发挥积极创设条件，同时又把全班凝聚成一个团结上进的集体，班级学生具有强烈的集体荣誉感和奉献精神。因此所带的班级在各项大型活动中表现出色而受到表彰，班级成绩也处于年级前列。</w:t>
      </w:r>
    </w:p>
    <w:p>
      <w:pPr>
        <w:spacing w:before="100" w:after="200" w:line="360" w:lineRule="auto"/>
        <w:jc w:val="left"/>
      </w:pPr>
      <w:r>
        <w:rPr>
          <w:rFonts w:ascii="宋体 (中文正文)" w:eastAsia="宋体" w:hAnsi="宋体 (中文正文)"/>
          <w:b/>
          <w:sz w:val="28"/>
        </w:rPr>
        <w:t>二、教学科研追求创新</w:t>
      </w:r>
    </w:p>
    <w:p>
      <w:pPr>
        <w:spacing w:before="100" w:after="200" w:line="360" w:lineRule="auto"/>
        <w:ind w:firstLine="576"/>
        <w:jc w:val="left"/>
      </w:pPr>
      <w:r>
        <w:rPr>
          <w:rFonts w:ascii="宋体" w:eastAsia="宋体" w:hAnsi="宋体"/>
          <w:sz w:val="28"/>
        </w:rPr>
        <w:t>本人积极关注新课改，刻苦学习新理念，努力探索新教法，把提高教学效率当作首要的任务。在平时的教学中做到把教育心理学与历史教育两者结合起来，注重研究教学规律，大胆历史课的教学模式，实现授课、实践报告和活动等双向交流方式的多样化。同时运用现代化手段，增强了教学的直观性和趣味性，受到学生的普遍欢迎，所任班级的历史成绩优秀，特别是所任初三班级的历史会考合格率都接近100%。</w:t>
      </w:r>
    </w:p>
    <w:p>
      <w:pPr>
        <w:spacing w:before="100" w:after="200" w:line="360" w:lineRule="auto"/>
        <w:ind w:firstLine="576"/>
        <w:jc w:val="left"/>
      </w:pPr>
      <w:r>
        <w:rPr>
          <w:rFonts w:ascii="宋体" w:eastAsia="宋体" w:hAnsi="宋体"/>
          <w:sz w:val="28"/>
        </w:rPr>
        <w:t>本人还积极从事教育科研，注重对教学的反思和积累，成果斐然，所撰写的论文《新课程背景下的“历史规律”教学》在20xx年12月获得无锡市优秀历史教学论文二等奖；论文《理解--开启历史之门的钥匙》在20xx年12月获得江阴市中学历史教研论文二等奖；论文《再论前概念在历史教学中的意义》在20xx年1月获得江阴市历史学科优秀教研论文二等奖。同时还多次在比赛中获奖：20xx年获江阴市历史学科新课程新理念新方法说课比赛初中组二等奖；20xx年获江阴长泾片中学历史教师说课比赛一等奖；20xx年获长泾中学“教育论坛”演讲二等奖。</w:t>
      </w:r>
    </w:p>
    <w:p>
      <w:pPr>
        <w:spacing w:before="100" w:after="200" w:line="360" w:lineRule="auto"/>
        <w:jc w:val="left"/>
      </w:pPr>
      <w:r>
        <w:rPr>
          <w:rFonts w:ascii="宋体 (中文正文)" w:eastAsia="宋体" w:hAnsi="宋体 (中文正文)"/>
          <w:b/>
          <w:sz w:val="28"/>
        </w:rPr>
        <w:t>三、课外辅导重视实效</w:t>
      </w:r>
    </w:p>
    <w:p>
      <w:pPr>
        <w:spacing w:before="100" w:after="200" w:line="360" w:lineRule="auto"/>
        <w:ind w:firstLine="576"/>
        <w:jc w:val="left"/>
        <w:sectPr w:rsidSect="00034616">
          <w:type w:val="nextPage"/>
          <w:pgSz w:w="11906" w:h="16838"/>
          <w:pgMar w:top="1440" w:right="1440" w:bottom="1440" w:left="1440" w:header="720" w:footer="720" w:gutter="0"/>
          <w:pgNumType w:start="19"/>
          <w:cols w:space="720"/>
          <w:titlePg w:val="0"/>
          <w:docGrid w:linePitch="360"/>
        </w:sectPr>
      </w:pPr>
    </w:p>
    <w:p>
      <w:pPr>
        <w:spacing w:before="100" w:after="200" w:line="360" w:lineRule="auto"/>
        <w:ind w:firstLine="576"/>
        <w:jc w:val="left"/>
      </w:pPr>
      <w:r>
        <w:rPr>
          <w:rFonts w:ascii="宋体" w:eastAsia="宋体" w:hAnsi="宋体"/>
          <w:sz w:val="28"/>
        </w:rPr>
        <w:t>本人具有一定的特长，在课外积极辅导学生开展综合实践活动，指导学生撰写实践报告、小论文等，组织学生进行历史故事演讲和历史短剧的排演等活动，同时还辅导学生学习多媒体技术，取得了良好的成绩。所辅导的周梦姣同学在2002年获得江苏省中学生历史研究性学习设计大赛一等奖，本人也获得指导一等奖；所辅导的陆文超同学在20xx年获得无锡市青少年信息学(计算机)奥林匹克竞赛电脑动画初中组贰等奖，冯志凌同学获得应用素质初中组三等奖；陆文超同学还在20xx年获得第六届全国中小学电脑制作活动江阴市预赛电脑动画比赛中获得初中组一等奖，吴琳同学获得初中组二等奖，冯志凌同学获得第六届全国中小学电脑制作活动江阴市预赛电子报刊比赛初中组一等奖。</w:t>
      </w:r>
    </w:p>
    <w:p>
      <w:pPr>
        <w:spacing w:before="100" w:after="200" w:line="360" w:lineRule="auto"/>
        <w:ind w:firstLine="576"/>
        <w:jc w:val="left"/>
      </w:pPr>
      <w:r>
        <w:rPr>
          <w:rFonts w:ascii="宋体" w:eastAsia="宋体" w:hAnsi="宋体"/>
          <w:sz w:val="28"/>
        </w:rPr>
        <w:t>光阴似箭，日月如梭，转眼间，我已在教坛摸爬滚打了十几年。回顾近十几年的工作，我感慨万千。这十几年，是我默默耕耘的十几年，也是我努力探索的十几年，更是我迅速成长的十几年。天道酬勤，一份耕耘也有一份收获。但我深深知道，我取得的点滴进步都离不开领导的信任、栽培和老师们的鼓励与支持。新的时代，新的教育理念，教育也提出新的，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w:t>
      </w:r>
    </w:p>
    <w:p>
      <w:pPr>
        <w:spacing w:before="100" w:after="200" w:line="360" w:lineRule="auto"/>
        <w:ind w:firstLine="576"/>
        <w:jc w:val="left"/>
        <w:sectPr w:rsidSect="00034616">
          <w:type w:val="nextPage"/>
          <w:pgSz w:w="11906" w:h="16838"/>
          <w:pgMar w:top="1440" w:right="1440" w:bottom="1440" w:left="1440" w:header="720" w:footer="720" w:gutter="0"/>
          <w:pgNumType w:start="20"/>
          <w:cols w:space="720"/>
          <w:titlePg w:val="0"/>
          <w:docGrid w:linePitch="360"/>
        </w:sectPr>
      </w:pPr>
      <w:r>
        <w:rPr>
          <w:rFonts w:ascii="宋体" w:eastAsia="宋体" w:hAnsi="宋体"/>
          <w:sz w:val="28"/>
        </w:rPr>
        <w:t>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在工作中，“德高为师”在我心中根深蒂固，“为人师表”是我的行动指南，并时刻以《师德规范》这面镜子来要求自己。</w:t>
      </w:r>
    </w:p>
    <w:p>
      <w:pPr>
        <w:spacing w:before="100" w:after="200" w:line="360" w:lineRule="auto"/>
        <w:ind w:firstLine="576"/>
        <w:jc w:val="left"/>
      </w:pPr>
      <w:r>
        <w:rPr>
          <w:rFonts w:ascii="宋体" w:eastAsia="宋体" w:hAnsi="宋体"/>
          <w:sz w:val="28"/>
        </w:rPr>
        <w:t>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英语课，就连以前极讨厌英语的学生都乐于上课了。</w:t>
      </w:r>
    </w:p>
    <w:p>
      <w:pPr>
        <w:spacing w:before="100" w:after="200" w:line="360" w:lineRule="auto"/>
        <w:ind w:firstLine="576"/>
        <w:jc w:val="left"/>
      </w:pPr>
      <w:r>
        <w:rPr>
          <w:rFonts w:ascii="宋体" w:eastAsia="宋体" w:hAnsi="宋体"/>
          <w:sz w:val="28"/>
        </w:rPr>
        <w:t>三、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spacing w:before="100" w:after="200" w:line="360" w:lineRule="auto"/>
        <w:ind w:firstLine="576"/>
        <w:jc w:val="left"/>
      </w:pPr>
      <w:r>
        <w:rPr>
          <w:rFonts w:ascii="宋体" w:eastAsia="宋体" w:hAnsi="宋体"/>
          <w:sz w:val="28"/>
        </w:rPr>
        <w:t>四、完善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spacing w:before="100" w:after="200" w:line="360" w:lineRule="auto"/>
        <w:ind w:firstLine="576"/>
        <w:jc w:val="left"/>
        <w:sectPr w:rsidSect="00034616">
          <w:type w:val="nextPage"/>
          <w:pgSz w:w="11906" w:h="16838"/>
          <w:pgMar w:top="1440" w:right="1440" w:bottom="1440" w:left="1440" w:header="720" w:footer="720" w:gutter="0"/>
          <w:pgNumType w:start="21"/>
          <w:cols w:space="720"/>
          <w:titlePg w:val="0"/>
          <w:docGrid w:linePitch="360"/>
        </w:sectPr>
      </w:pPr>
    </w:p>
    <w:p>
      <w:pPr>
        <w:spacing w:before="100" w:after="200" w:line="360" w:lineRule="auto"/>
        <w:ind w:firstLine="576"/>
        <w:jc w:val="left"/>
      </w:pPr>
      <w:r>
        <w:rPr>
          <w:rFonts w:ascii="宋体" w:eastAsia="宋体" w:hAnsi="宋体"/>
          <w:sz w:val="28"/>
        </w:rPr>
        <w:t>五、做好课后辅导工作，注意分层教学。在课后，为不同层次的学生进行相应的辅导。对后进生的辅导，并不限于学习知识性的辅导，而是通过各种途径激发他们的求知欲和上进心，让他们意识到学英语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spacing w:before="100" w:after="200" w:line="360" w:lineRule="auto"/>
        <w:ind w:firstLine="576"/>
        <w:jc w:val="left"/>
      </w:pPr>
      <w:r>
        <w:rPr>
          <w:rFonts w:ascii="宋体" w:eastAsia="宋体" w:hAnsi="宋体"/>
          <w:sz w:val="28"/>
        </w:rPr>
        <w:t>六、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spacing w:before="100" w:after="200" w:line="360" w:lineRule="auto"/>
        <w:ind w:firstLine="576"/>
        <w:jc w:val="left"/>
        <w:sectPr w:rsidSect="00034616">
          <w:type w:val="nextPage"/>
          <w:pgSz w:w="11906" w:h="16838"/>
          <w:pgMar w:top="1440" w:right="1440" w:bottom="1440" w:left="1440" w:header="720" w:footer="720" w:gutter="0"/>
          <w:pgNumType w:start="22"/>
          <w:cols w:space="720"/>
          <w:titlePg w:val="0"/>
          <w:docGrid w:linePitch="360"/>
        </w:sectPr>
      </w:pPr>
      <w:r>
        <w:rPr>
          <w:rFonts w:ascii="宋体" w:eastAsia="宋体" w:hAnsi="宋体"/>
          <w:sz w:val="28"/>
        </w:rPr>
        <w:t>在教学工作中，我的努力得到了回报，20xx年6月我撰写的论文《如何使学生始终保持高涨的学习情绪》一文，荣获基础教育和发展论文评选活动二等奖；20xx年10月28日我的论文《到学生中去，和他们共同演绎课堂的精彩》一文在河北省教育厅主管的《阅读》期刊20xx年第10期上发表；20xx年5月10日我的《校园教研起波涛看我逐浪高--英语校本教研促我成长》经专家评审，被评为“全国教研成果二等奖”，并发表在《教学交流》杂志20xx年第5期，并聘为中国教育学会成长研究会研究员。20xx年6月12日我的绘画作品，在深州市教育局举办的“长明杯”迎奥运师生书画展活动中，荣获优秀奖；20xx年6月18日在深州市教育局举办的中小学教师评优课活动中，荣获一等奖。20xx年9月27日被王家井镇教育委员会评为教学先进。成绩微不足道，只认为是对自己工作的一种肯定。成绩属于过去，明天任重而道远。我深深地懂得：一名新世纪的人民教师、人类灵魂的工程师，肩负着重大的历史使命和对未来的历史责任感。那一份份获奖证书是各级领导对我的激励，为了不辱使命，为了无愧自己的良心，从今以后一定在教学这片热土上，一定多打几个翻身仗，让教学成绩更上一层楼！</w:t>
      </w:r>
    </w:p>
    <w:p>
      <w:pPr>
        <w:spacing w:before="100" w:after="200" w:line="360" w:lineRule="auto"/>
        <w:ind w:firstLine="576"/>
        <w:jc w:val="left"/>
      </w:pPr>
      <w:r>
        <w:rPr>
          <w:rFonts w:ascii="宋体" w:eastAsia="宋体" w:hAnsi="宋体"/>
          <w:sz w:val="28"/>
        </w:rPr>
        <w:t>篇6：教师评职称的个人总结</w:t>
      </w:r>
    </w:p>
    <w:p>
      <w:pPr>
        <w:spacing w:before="100" w:after="200" w:line="360" w:lineRule="auto"/>
        <w:ind w:firstLine="576"/>
        <w:jc w:val="left"/>
      </w:pPr>
      <w:r>
        <w:rPr>
          <w:rFonts w:ascii="宋体" w:eastAsia="宋体" w:hAnsi="宋体"/>
          <w:sz w:val="28"/>
        </w:rPr>
        <w:t>1教师职称评定个人总结</w:t>
      </w:r>
    </w:p>
    <w:p>
      <w:pPr>
        <w:spacing w:before="100" w:after="200" w:line="360" w:lineRule="auto"/>
        <w:ind w:firstLine="576"/>
        <w:jc w:val="left"/>
      </w:pPr>
      <w:r>
        <w:rPr>
          <w:rFonts w:ascii="宋体" w:eastAsia="宋体" w:hAnsi="宋体"/>
          <w:sz w:val="28"/>
        </w:rPr>
        <w:t>在全面深化教育，大力推进素质教育的今天，我作为一名中学语文教师，能忠于教育事业，关心学生的健康成长，为培养新世纪人才默默耕耘着。近几年来，在校领导的关心下，我踏实地、开创性地开展工作，取得了一定的成绩，现总结如下：</w:t>
      </w:r>
    </w:p>
    <w:p>
      <w:pPr>
        <w:spacing w:before="100" w:after="200" w:line="360" w:lineRule="auto"/>
        <w:jc w:val="left"/>
      </w:pPr>
      <w:r>
        <w:rPr>
          <w:rFonts w:ascii="宋体 (中文正文)" w:eastAsia="宋体" w:hAnsi="宋体 (中文正文)"/>
          <w:sz w:val="28"/>
        </w:rPr>
        <w:t>一、思想政治方面：</w:t>
      </w:r>
    </w:p>
    <w:p>
      <w:pPr>
        <w:spacing w:before="100" w:after="200" w:line="360" w:lineRule="auto"/>
        <w:jc w:val="left"/>
      </w:pPr>
      <w:r>
        <w:rPr>
          <w:rFonts w:ascii="宋体 (中文正文)" w:eastAsia="宋体" w:hAnsi="宋体 (中文正文)"/>
          <w:sz w:val="28"/>
        </w:rPr>
        <w:t>二、在师德方面：</w:t>
      </w:r>
    </w:p>
    <w:p>
      <w:pPr>
        <w:spacing w:before="100" w:after="200" w:line="360" w:lineRule="auto"/>
        <w:ind w:firstLine="576"/>
        <w:jc w:val="left"/>
      </w:pPr>
      <w:r>
        <w:rPr>
          <w:rFonts w:ascii="宋体" w:eastAsia="宋体" w:hAnsi="宋体"/>
          <w:sz w:val="28"/>
        </w:rPr>
        <w:t>热爱自己的工作，有良好的事业心、责任心，有钻研精神。工作任劳任怨，敢挑重担，乐于接受各项工作任务，热爱每一位学生，平时能够以身作则、言行一致，做学生的表率，注重个人形象，使学生得到良好的教育，真正实践了身教重于言教的规律。在社会生活中遵守公共准则，关心集体，团结协作。</w:t>
      </w:r>
    </w:p>
    <w:p>
      <w:pPr>
        <w:spacing w:before="100" w:after="200" w:line="360" w:lineRule="auto"/>
        <w:jc w:val="left"/>
      </w:pPr>
      <w:r>
        <w:rPr>
          <w:rFonts w:ascii="宋体 (中文正文)" w:eastAsia="宋体" w:hAnsi="宋体 (中文正文)"/>
          <w:b/>
          <w:sz w:val="28"/>
        </w:rPr>
        <w:t>三、在文化专业知识水平及教育教学能力方面：</w:t>
      </w:r>
    </w:p>
    <w:p>
      <w:pPr>
        <w:spacing w:before="100" w:after="200" w:line="360" w:lineRule="auto"/>
        <w:ind w:firstLine="576"/>
        <w:jc w:val="left"/>
        <w:sectPr w:rsidSect="00034616">
          <w:type w:val="nextPage"/>
          <w:pgSz w:w="11906" w:h="16838"/>
          <w:pgMar w:top="1440" w:right="1440" w:bottom="1440" w:left="1440" w:header="720" w:footer="720" w:gutter="0"/>
          <w:pgNumType w:start="23"/>
          <w:cols w:space="720"/>
          <w:titlePg w:val="0"/>
          <w:docGrid w:linePitch="360"/>
        </w:sectPr>
      </w:pPr>
    </w:p>
    <w:p>
      <w:pPr>
        <w:spacing w:before="100" w:after="200" w:line="360" w:lineRule="auto"/>
        <w:ind w:firstLine="576"/>
        <w:jc w:val="left"/>
      </w:pPr>
      <w:r>
        <w:rPr>
          <w:rFonts w:ascii="宋体" w:eastAsia="宋体" w:hAnsi="宋体"/>
          <w:sz w:val="28"/>
        </w:rPr>
        <w:t>深刻地认识到：时代在发展，社会在进步，教育教学观念的不断更新和变革，自身所掌握的知识满足不了现代教育教学，所以我十分注重业务学习，不断充实知识，提高文化专业知识水平。平时利用空余的时间经常翻阅有关教育教学方面的杂志、书籍，从中了解最新的教育动态，教育的新动向，以科学的理论指导自己的教育行为。以阅读名著为主体的读书活动，我一坚持就是多年，研读了中国“八大名著”，在网上发表了《外国文学名著导读》一文。重视学生的素质教育，培养学生的实际能力。学习优秀教师的先进教育方法并认真做好摘记。与其他教师一起探讨教育中碰到的一些问题，努力借鉴他人的优秀教学经验，取长补短，来提高自己的教学水平。在休息时间积极学习，分别获得了普通话二级甲等证书、计算机方面自学了电脑的维护与组装，Flash动画设计，3D人体动画，图片处理等方面的软件，熟练地掌握了课件的制作技巧，成其在多媒体智能试卷方面取得了较为独特的研究成果，以智能试卷《初中语文基础知识总复习》为代表，体现了多媒体试卷的人机互动性；以《人体的气体交换》的代表，体现了Flash制作课件独特的动画功能。</w:t>
      </w:r>
    </w:p>
    <w:p>
      <w:pPr>
        <w:spacing w:before="100" w:after="200" w:line="360" w:lineRule="auto"/>
        <w:jc w:val="left"/>
      </w:pPr>
      <w:r>
        <w:rPr>
          <w:rFonts w:ascii="宋体 (中文正文)" w:eastAsia="宋体" w:hAnsi="宋体 (中文正文)"/>
          <w:sz w:val="28"/>
        </w:rPr>
        <w:t>四、工作实绩：</w:t>
      </w:r>
    </w:p>
    <w:p>
      <w:pPr>
        <w:spacing w:before="100" w:after="200" w:line="360" w:lineRule="auto"/>
        <w:ind w:firstLine="576"/>
        <w:jc w:val="left"/>
      </w:pPr>
      <w:r>
        <w:rPr>
          <w:rFonts w:ascii="宋体" w:eastAsia="宋体" w:hAnsi="宋体"/>
          <w:sz w:val="28"/>
        </w:rPr>
        <w:t>过去的工作成绩已成为历史，我要不断学习，不断进取，争取为教育事业作出更大的贡献，培养出更多更好的学生。</w:t>
      </w:r>
    </w:p>
    <w:p>
      <w:pPr>
        <w:spacing w:before="100" w:after="200" w:line="360" w:lineRule="auto"/>
        <w:ind w:firstLine="576"/>
        <w:jc w:val="left"/>
      </w:pPr>
      <w:r>
        <w:rPr>
          <w:rFonts w:ascii="宋体" w:eastAsia="宋体" w:hAnsi="宋体"/>
          <w:sz w:val="28"/>
        </w:rPr>
        <w:t>2教师职称评定个人总结</w:t>
      </w:r>
    </w:p>
    <w:p>
      <w:pPr>
        <w:spacing w:before="100" w:after="200" w:line="360" w:lineRule="auto"/>
        <w:jc w:val="left"/>
      </w:pPr>
      <w:r>
        <w:rPr>
          <w:rFonts w:ascii="宋体 (中文正文)" w:eastAsia="宋体" w:hAnsi="宋体 (中文正文)"/>
          <w:b/>
          <w:sz w:val="28"/>
        </w:rPr>
        <w:t>一、政治思想、工作态度方面</w:t>
      </w:r>
    </w:p>
    <w:p>
      <w:pPr>
        <w:spacing w:before="100" w:after="200" w:line="360" w:lineRule="auto"/>
        <w:ind w:firstLine="576"/>
        <w:jc w:val="left"/>
      </w:pPr>
      <w:r>
        <w:rPr>
          <w:rFonts w:ascii="宋体" w:eastAsia="宋体" w:hAnsi="宋体"/>
          <w:sz w:val="28"/>
        </w:rPr>
        <w:t>始终做到忠诚党的教育事业，遵纪守法，认真学习国家有关教育的方针政策，热爱教育事业，不忘人民教师根本职责，严于律己，宽以待人，以真挚的事业心，务实求真的.态度，履行本职工作，并通过政治思想，学识水平，教育教学能力等方面的不断提高来塑造自己的行为。</w:t>
      </w:r>
    </w:p>
    <w:p>
      <w:pPr>
        <w:spacing w:before="100" w:after="200" w:line="360" w:lineRule="auto"/>
        <w:jc w:val="left"/>
      </w:pPr>
      <w:r>
        <w:rPr>
          <w:rFonts w:ascii="宋体 (中文正文)" w:eastAsia="宋体" w:hAnsi="宋体 (中文正文)"/>
          <w:b/>
          <w:sz w:val="28"/>
        </w:rPr>
        <w:t>二、教育教学方面</w:t>
      </w:r>
    </w:p>
    <w:p>
      <w:pPr>
        <w:spacing w:before="100" w:after="200" w:line="360" w:lineRule="auto"/>
        <w:ind w:firstLine="576"/>
        <w:jc w:val="left"/>
        <w:sectPr w:rsidSect="00034616">
          <w:type w:val="nextPage"/>
          <w:pgSz w:w="11906" w:h="16838"/>
          <w:pgMar w:top="1440" w:right="1440" w:bottom="1440" w:left="1440" w:header="720" w:footer="720" w:gutter="0"/>
          <w:pgNumType w:start="24"/>
          <w:cols w:space="720"/>
          <w:titlePg w:val="0"/>
          <w:docGrid w:linePitch="360"/>
        </w:sectPr>
      </w:pPr>
      <w:r>
        <w:rPr>
          <w:rFonts w:ascii="宋体" w:eastAsia="宋体" w:hAnsi="宋体"/>
          <w:sz w:val="28"/>
        </w:rPr>
        <w:t>本在实际的教育中，积极转变思想观念，探新课程理念的教育教学方式，深入研究理论课和学生实训课，改进教学方式方法，尤其近年来职业教育的飞跃发展，作为职业教育的教师，要与时俱进，要培养学生适应社会，适应经济发展，我把理论教学作为有利于学生主动探索现代科学知识的学习环境，把获得知识结合在实操训练课上，提高学生的动手能力和社会适应力，在情感、态度价值观等方面都充分发展作为教学的基本指导思想，把教学看成是师生之间、学生之间交往互动，共同发展的过程。</w:t>
      </w:r>
    </w:p>
    <w:p>
      <w:pPr>
        <w:spacing w:before="100" w:after="200" w:line="360" w:lineRule="auto"/>
        <w:ind w:firstLine="576"/>
        <w:jc w:val="left"/>
      </w:pPr>
      <w:r>
        <w:rPr>
          <w:rFonts w:ascii="宋体" w:eastAsia="宋体" w:hAnsi="宋体"/>
          <w:sz w:val="28"/>
        </w:rPr>
        <w:t>经过多番努力，终于取得一定的成就，在各项技能比赛中体现出来。2023年学校举行的技能比赛中，我指导的0515班邓桂云、黄梅香分别获得电力拖动交流接触器正反转一等奖和二等奖；指导的066班黄光营、王慧萍分别获得日光灯安装一等奖和三等奖。2023年指导077班卢树全普车实操训练，参加自治区中职技能大赛获得普通车床加工优秀奖；指导077班张焕健数车实操训练，参加自治区中职技能大赛获得数控车加工优秀奖。xxxx年指导081班莫大腾数车实操训练，参加自治区中职技能大赛获得数控车床加工优秀奖；指导078班覃京理、084班廖辉龙数铣实操训练，参加自治区中职技能大赛分别获得数控车床加工一等奖和三等奖，指导082班谢正模、李金沙普车实操训练，参加中职技能大赛二人都获得普通车床加工优秀奖。</w:t>
      </w:r>
    </w:p>
    <w:p>
      <w:pPr>
        <w:spacing w:before="100" w:after="200" w:line="360" w:lineRule="auto"/>
        <w:jc w:val="left"/>
      </w:pPr>
      <w:r>
        <w:rPr>
          <w:rFonts w:ascii="宋体 (中文正文)" w:eastAsia="宋体" w:hAnsi="宋体 (中文正文)"/>
          <w:b/>
          <w:sz w:val="28"/>
        </w:rPr>
        <w:t>三、教学和继续教育方面</w:t>
      </w:r>
    </w:p>
    <w:p>
      <w:pPr>
        <w:spacing w:before="100" w:after="200" w:line="360" w:lineRule="auto"/>
        <w:ind w:firstLine="576"/>
        <w:jc w:val="left"/>
      </w:pPr>
      <w:r>
        <w:rPr>
          <w:rFonts w:ascii="宋体" w:eastAsia="宋体" w:hAnsi="宋体"/>
          <w:sz w:val="28"/>
        </w:rPr>
        <w:t>我积极参加校内组织的校本培训及各项校本教研活动，观摩多节的优质课，学习先进的教育理论，经常和优秀教师、教学骨干进行面对面得交流，在教学过程中我能够将在培训中学到的新理念、新方法运用到教学中去。</w:t>
      </w:r>
    </w:p>
    <w:p>
      <w:pPr>
        <w:spacing w:before="100" w:after="200" w:line="360" w:lineRule="auto"/>
        <w:ind w:firstLine="576"/>
        <w:jc w:val="left"/>
        <w:sectPr w:rsidSect="00034616">
          <w:type w:val="nextPage"/>
          <w:pgSz w:w="11906" w:h="16838"/>
          <w:pgMar w:top="1440" w:right="1440" w:bottom="1440" w:left="1440" w:header="720" w:footer="720" w:gutter="0"/>
          <w:pgNumType w:start="25"/>
          <w:cols w:space="720"/>
          <w:titlePg w:val="0"/>
          <w:docGrid w:linePitch="360"/>
        </w:sectPr>
      </w:pPr>
    </w:p>
    <w:p>
      <w:pPr>
        <w:spacing w:before="100" w:after="200" w:line="360" w:lineRule="auto"/>
        <w:ind w:firstLine="576"/>
        <w:jc w:val="left"/>
      </w:pPr>
      <w:r>
        <w:rPr>
          <w:rFonts w:ascii="宋体" w:eastAsia="宋体" w:hAnsi="宋体"/>
          <w:sz w:val="28"/>
        </w:rPr>
        <w:t>我虚心向一些经验丰富的老教师请教，汲取他们的经验，在教育教学中发挥更好的效果，我积极参加教研组的教研活动，不论自己或是他人的公开课，我都参加集体备课活动，使教研组的每一节公开课都上得圆满成功，公开课后还参加评课活动，使我从中领悟一些新颖的教学方式，启迪自己的课堂教学。为了进一步丰富自己专业理论知识和专业技能水平，我还坚持进修学习，20xx年xx月通过高等教育自学考试，取得大学专科毕业学历，xxxx年x月通过高等教育自学考试，取得大学本科毕业学历，通过专业技能的学习和训练，考取了多本技能操作证，使自己的教育教学水平不断提高，既有知识上的积累，也有教学技艺的增长。</w:t>
      </w:r>
    </w:p>
    <w:p>
      <w:pPr>
        <w:spacing w:before="100" w:after="200" w:line="360" w:lineRule="auto"/>
        <w:jc w:val="left"/>
      </w:pPr>
      <w:r>
        <w:rPr>
          <w:rFonts w:ascii="宋体 (中文正文)" w:eastAsia="宋体" w:hAnsi="宋体 (中文正文)"/>
          <w:b/>
          <w:sz w:val="28"/>
        </w:rPr>
        <w:t>四、德育教育工作</w:t>
      </w:r>
    </w:p>
    <w:p>
      <w:pPr>
        <w:spacing w:before="100" w:after="200" w:line="360" w:lineRule="auto"/>
        <w:ind w:firstLine="576"/>
        <w:jc w:val="left"/>
      </w:pPr>
      <w:r>
        <w:rPr>
          <w:rFonts w:ascii="宋体" w:eastAsia="宋体" w:hAnsi="宋体"/>
          <w:sz w:val="28"/>
        </w:rPr>
        <w:t>在任现职以来，自觉履行教师职责和职业道德，教书育人，教育学生热爱祖国，热爱集体，分清是非，使学生学会学习，学会做人，学会生活。积极深入学生了解学生的思想状况，注重学生的个性发展和能力培养，从点滴和细节方面入手，综合评价学生，让学生都能成为一技之长的有用之人，还注重情感培养和心理健康教育，让学生养成严于律己，不断上进的良好习惯，对后进生从不歧视，不放弃，给予他们更多帮助和关爱，找个别谈心，参与他们的活动，引导他们改变厌学情绪，由后进变进步，在班主任工作中，深入了解学生，因材施教，调动他们的积极性，培养学生的集体荣誉感，利用班级干部管理班级。我尊重学生、以诚相待、真诚守信、表里如一，以慈母严父般的关爱去点燃他们心灵的火花，以“许人一诺，千金不移”的工作作风滋润着学生的心田，身体力行，言传身教，为学生铺就通往成功的道路。</w:t>
      </w:r>
    </w:p>
    <w:p>
      <w:pPr>
        <w:spacing w:before="100" w:after="200" w:line="360" w:lineRule="auto"/>
        <w:ind w:firstLine="576"/>
        <w:jc w:val="left"/>
      </w:pPr>
      <w:r>
        <w:rPr>
          <w:rFonts w:ascii="宋体" w:eastAsia="宋体" w:hAnsi="宋体"/>
          <w:sz w:val="28"/>
        </w:rPr>
        <w:t>总之，我勤勤恳恳，任劳任怨，在教学、科研和学生思想工作等方面都取得很大成绩，使很多学生走进社会后，成为社会主义现代建设的得力干将，为社会创造的了不少的财富，使我得到最大的安慰。今后，我将一如既往地继续努力，争取在工作和学校取得更大的成绩和进步。</w:t>
      </w:r>
    </w:p>
    <w:p>
      <w:pPr>
        <w:spacing w:before="100" w:after="200" w:line="360" w:lineRule="auto"/>
        <w:ind w:firstLine="576"/>
        <w:jc w:val="left"/>
        <w:sectPr w:rsidSect="00034616">
          <w:type w:val="nextPage"/>
          <w:pgSz w:w="11906" w:h="16838"/>
          <w:pgMar w:top="1440" w:right="1440" w:bottom="1440" w:left="1440" w:header="720" w:footer="720" w:gutter="0"/>
          <w:pgNumType w:start="26"/>
          <w:cols w:space="720"/>
          <w:titlePg w:val="0"/>
          <w:docGrid w:linePitch="360"/>
        </w:sectPr>
      </w:pPr>
      <w:r>
        <w:rPr>
          <w:rFonts w:ascii="宋体" w:eastAsia="宋体" w:hAnsi="宋体"/>
          <w:sz w:val="28"/>
        </w:rPr>
        <w:t>自2023年被聘为中学二级数学教师以来，我一直从事高中数学教学工作。在工作中我严格要求自己，刻苦学习，努力工作，在德、能、勤、绩四个方面表现良好，能真正做到为人师表、教书育人。较好的完成教育教学工作任务，尽到了一个优秀教师应有的职责，受到学校、同行及学生的认可和好评。</w:t>
      </w:r>
    </w:p>
    <w:p>
      <w:pPr>
        <w:spacing w:before="100" w:after="200" w:line="360" w:lineRule="auto"/>
        <w:jc w:val="left"/>
      </w:pPr>
      <w:r>
        <w:rPr>
          <w:rFonts w:ascii="宋体 (中文正文)" w:eastAsia="宋体" w:hAnsi="宋体 (中文正文)"/>
          <w:b/>
          <w:sz w:val="28"/>
        </w:rPr>
        <w:t>一、努力学习，不断提高自己的政治思想素质。</w:t>
      </w:r>
    </w:p>
    <w:p>
      <w:pPr>
        <w:spacing w:before="100" w:after="200" w:line="360" w:lineRule="auto"/>
        <w:ind w:firstLine="576"/>
        <w:jc w:val="left"/>
      </w:pPr>
      <w:r>
        <w:rPr>
          <w:rFonts w:ascii="宋体" w:eastAsia="宋体" w:hAnsi="宋体"/>
          <w:sz w:val="28"/>
        </w:rPr>
        <w:t>作为一名党员，本人能认真学习党的路线、方针和政策，时刻与党中央保持一致。热爱党的教育事业，热爱本职工作，加强自我修养，做到学高为师、身正为范，热爱学生，真诚对待学生，受到学生的好评。特别是在此期间，我通过保持党员先进性教育学习，使我找到自己的不足，并加以改善。努力地学习政治理论，积极参加学校组织的一系列政治活动，将学到的理论知识切实运用到工作实践中。</w:t>
      </w:r>
    </w:p>
    <w:p>
      <w:pPr>
        <w:spacing w:before="100" w:after="200" w:line="360" w:lineRule="auto"/>
        <w:jc w:val="left"/>
      </w:pPr>
      <w:r>
        <w:rPr>
          <w:rFonts w:ascii="宋体 (中文正文)" w:eastAsia="宋体" w:hAnsi="宋体 (中文正文)"/>
          <w:b/>
          <w:sz w:val="28"/>
        </w:rPr>
        <w:t>二、努力提高业务水平，真正做到“学高为师”。</w:t>
      </w:r>
    </w:p>
    <w:p>
      <w:pPr>
        <w:spacing w:before="100" w:after="200" w:line="360" w:lineRule="auto"/>
        <w:ind w:firstLine="576"/>
        <w:jc w:val="left"/>
      </w:pPr>
      <w:r>
        <w:rPr>
          <w:rFonts w:ascii="宋体" w:eastAsia="宋体" w:hAnsi="宋体"/>
          <w:sz w:val="28"/>
        </w:rPr>
        <w:t>在这二年间，我努力提高自身的业务水平，已经能较好的完成各项工作任务，胜任本职工作。在此期间，我一是在教学基本功上了有了较大的提升，先后参加了一系列教育教学技术培训。二是在专业技术上提高了一个层次。我订阅了大量的数学教学刊物，了解最新的教育教学理念。三是在教学教研中，本人认真学习教育教学理论，虚心向老教师学习，不断提高自己教育理论水平，使自己迅速成为一名合格的人民教师。四是在教学中，我刻苦钻研教学大纲、课程标准，准确把握每一课时的重难点，精心组织教学过程，选择适合本校学生实际的教学方法，注重培养学生的思维能力、自学能力。五是加强研究性学习，培养创新精神，体现了“教为主导，学为主体”的八字方针，课堂气氛活跃，教学效果明显。</w:t>
      </w:r>
    </w:p>
    <w:p>
      <w:pPr>
        <w:spacing w:before="100" w:after="200" w:line="360" w:lineRule="auto"/>
        <w:jc w:val="left"/>
      </w:pPr>
      <w:r>
        <w:rPr>
          <w:rFonts w:ascii="宋体 (中文正文)" w:eastAsia="宋体" w:hAnsi="宋体 (中文正文)"/>
          <w:b/>
          <w:sz w:val="28"/>
        </w:rPr>
        <w:t>三、兢兢业业、勤勤恳恳，工作成绩显著。</w:t>
      </w:r>
    </w:p>
    <w:p>
      <w:pPr>
        <w:spacing w:before="100" w:after="200" w:line="360" w:lineRule="auto"/>
        <w:ind w:firstLine="576"/>
        <w:jc w:val="left"/>
      </w:pPr>
      <w:r>
        <w:rPr>
          <w:rFonts w:ascii="宋体" w:eastAsia="宋体" w:hAnsi="宋体"/>
          <w:sz w:val="28"/>
        </w:rPr>
        <w:t>二年来，我一直担任两个文科班数学教学工作。本人在工作中勤勤恳恳，任劳任怨，从没有因为个人的原因而拉下工作，从没有旷工、旷课现象，也没有迟到早退现象。</w:t>
      </w:r>
    </w:p>
    <w:p>
      <w:pPr>
        <w:spacing w:before="100" w:after="200" w:line="360" w:lineRule="auto"/>
        <w:jc w:val="left"/>
        <w:sectPr w:rsidSect="00034616">
          <w:type w:val="nextPage"/>
          <w:pgSz w:w="11906" w:h="16838"/>
          <w:pgMar w:top="1440" w:right="1440" w:bottom="1440" w:left="1440" w:header="720" w:footer="720" w:gutter="0"/>
          <w:pgNumType w:start="27"/>
          <w:cols w:space="720"/>
          <w:titlePg w:val="0"/>
          <w:docGrid w:linePitch="360"/>
        </w:sectPr>
      </w:pPr>
      <w:r>
        <w:rPr>
          <w:rFonts w:ascii="宋体 (中文正文)" w:eastAsia="宋体" w:hAnsi="宋体 (中文正文)"/>
          <w:b/>
          <w:sz w:val="28"/>
        </w:rPr>
        <w:t>四、勤学习、勤研究、勤工作，努力创造佳绩</w:t>
      </w:r>
    </w:p>
    <w:p>
      <w:pPr>
        <w:spacing w:before="100" w:after="200" w:line="360" w:lineRule="auto"/>
        <w:ind w:firstLine="576"/>
        <w:jc w:val="left"/>
      </w:pPr>
      <w:r>
        <w:rPr>
          <w:rFonts w:ascii="宋体" w:eastAsia="宋体" w:hAnsi="宋体"/>
          <w:sz w:val="28"/>
        </w:rPr>
        <w:t>由于自己的努力，我所教两界学生在高考中都取得了突出的成绩：2023级4班高考数学在平行班中第三名，2023级5班的##在2023年全国数学竞赛中获三等奖；2023级18班高考数学在平行班中第一名，24班第三名；在2023年##数学竞赛中，我所辅导的学生其中一等奖，##二等奖，##获三等奖。并在中学生报上发表一篇名为《》文章。</w:t>
      </w:r>
    </w:p>
    <w:p>
      <w:pPr>
        <w:spacing w:before="100" w:after="200" w:line="360" w:lineRule="auto"/>
        <w:ind w:firstLine="576"/>
        <w:jc w:val="left"/>
      </w:pPr>
      <w:r>
        <w:rPr>
          <w:rFonts w:ascii="宋体" w:eastAsia="宋体" w:hAnsi="宋体"/>
          <w:sz w:val="28"/>
        </w:rPr>
        <w:t>从教以来，我时时处处严格要求自己，在教学、教育等工作上取得了一定的成绩。当然，我还有这样和那样的不足，主要表现在一是吃苦精神不够，二是工作的主动性不够，三是业务能力还有待于进一步提高。在今后的工作中，我将扬长避短，努力学习，不断提高；努力工作，再创佳绩，不负教师这个光荣称号。</w:t>
      </w:r>
    </w:p>
    <w:p>
      <w:pPr>
        <w:spacing w:before="100" w:after="200" w:line="360" w:lineRule="auto"/>
        <w:ind w:firstLine="576"/>
        <w:jc w:val="left"/>
      </w:pPr>
      <w:r>
        <w:rPr>
          <w:rFonts w:ascii="宋体" w:eastAsia="宋体" w:hAnsi="宋体"/>
          <w:sz w:val="28"/>
        </w:rPr>
        <w:t>4教师评职称个人工作总结</w:t>
      </w:r>
    </w:p>
    <w:p>
      <w:pPr>
        <w:spacing w:before="100" w:after="200" w:line="360" w:lineRule="auto"/>
        <w:ind w:firstLine="576"/>
        <w:jc w:val="left"/>
      </w:pPr>
      <w:r>
        <w:rPr>
          <w:rFonts w:ascii="宋体" w:eastAsia="宋体" w:hAnsi="宋体"/>
          <w:sz w:val="28"/>
        </w:rPr>
        <w:t>几年来，我在工作中，坚持努力提高自己的思想政治水平和教学业务能力，新的时代，新的教育理念，教育也提出新的，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https://d.book118.com/218046022111006046</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2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21804602211100604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