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2024年减肥计划500字（34篇）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2024年减肥计划500字（精选34篇）</w:t>
      </w:r>
      <w:r>
        <w:rPr>
          <w:lang w:eastAsia="zh-CN"/>
        </w:rPr>
        <w:br/>
      </w:r>
      <w:r>
        <w:rPr>
          <w:lang w:eastAsia="zh-CN"/>
        </w:rPr>
        <w:t xml:space="preserve">    2024年减肥计划500字 篇1 </w:t>
      </w:r>
      <w:r>
        <w:rPr>
          <w:lang w:eastAsia="zh-CN"/>
        </w:rPr>
        <w:br/>
      </w:r>
      <w:r>
        <w:rPr>
          <w:lang w:eastAsia="zh-CN"/>
        </w:rPr>
        <w:t>　　在这个暑假里，因为我的狂吃，所以我从原来的38公斤，长到44公斤。在学校里，我的`同学还叫我小胖墩呢，为此，我设制了一次减肥计划。</w:t>
      </w:r>
      <w:r>
        <w:rPr>
          <w:lang w:eastAsia="zh-CN"/>
        </w:rPr>
        <w:br/>
      </w:r>
      <w:r>
        <w:rPr>
          <w:lang w:eastAsia="zh-CN"/>
        </w:rPr>
        <w:t>　　计划一：节食</w:t>
      </w:r>
      <w:r>
        <w:rPr>
          <w:lang w:eastAsia="zh-CN"/>
        </w:rPr>
        <w:br/>
      </w:r>
      <w:r>
        <w:rPr>
          <w:lang w:eastAsia="zh-CN"/>
        </w:rPr>
        <w:t>　　我要把狂吃的习惯改掉，这是我减肥的第一步。我每天要保正：早上吃饱，中午吃好，晚上吃少，还多吃饭菜，少吃肥肉，这样才能把体重减下来。一个月过去了，不仅没把我的体重减下来，我吃肉的欲望还变强了，从43公斤长到了46公斤呢。不用说，这次减肥计划失败了。</w:t>
      </w:r>
      <w:r>
        <w:rPr>
          <w:lang w:eastAsia="zh-CN"/>
        </w:rPr>
        <w:br/>
      </w:r>
      <w:r>
        <w:rPr>
          <w:lang w:eastAsia="zh-CN"/>
        </w:rPr>
        <w:t>　　计划二：转呼啦圈</w:t>
      </w:r>
      <w:r>
        <w:rPr>
          <w:lang w:eastAsia="zh-CN"/>
        </w:rPr>
        <w:br/>
      </w:r>
      <w:r>
        <w:rPr>
          <w:lang w:eastAsia="zh-CN"/>
        </w:rPr>
        <w:t>　　因为上次的计划失败了，所以我想到了一个绝妙之计――转呼啦圈。我买了一个呼啦圈，周末就在转呼啦圈。一圈，两圈……四十圈，五十圈。我每个周末都要转半个小时。我已经转了五个周末，当星期一我去称体重时，我已经减了6斤，也就是说减了3公斤，我的心里美滋滋的。</w:t>
      </w:r>
      <w:r>
        <w:rPr>
          <w:lang w:eastAsia="zh-CN"/>
        </w:rPr>
        <w:br/>
      </w:r>
      <w:r>
        <w:rPr>
          <w:lang w:eastAsia="zh-CN"/>
        </w:rPr>
        <w:t>　　计划三：跑步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虽然上次获得了小小的成功，但是还要继续努力。听说锻炼能减肥，我就选择了跑步。我每天都早到学校，然后放心书包就直奔操场，开始跑步。由于我跑步认真，这一个月下来，我居然减了足足10斤。</w:t>
      </w:r>
      <w:r>
        <w:rPr>
          <w:lang w:eastAsia="zh-CN"/>
        </w:rPr>
        <w:br/>
      </w:r>
      <w:r>
        <w:rPr>
          <w:lang w:eastAsia="zh-CN"/>
        </w:rPr>
        <w:t>　　耶，我减肥成功了，终于没有人叫我小胖墩啦！</w:t>
      </w:r>
      <w:r>
        <w:rPr>
          <w:lang w:eastAsia="zh-CN"/>
        </w:rPr>
        <w:br/>
      </w:r>
      <w:r>
        <w:rPr>
          <w:lang w:eastAsia="zh-CN"/>
        </w:rPr>
        <w:t xml:space="preserve">    2024年减肥计划500字 篇2 </w:t>
      </w:r>
      <w:r>
        <w:rPr>
          <w:lang w:eastAsia="zh-CN"/>
        </w:rPr>
        <w:br/>
      </w:r>
      <w:r>
        <w:rPr>
          <w:lang w:eastAsia="zh-CN"/>
        </w:rPr>
        <w:t>　　现在，我们当中谁知道制定的减肥计划一般时长是多久呢？其实，一般来说任何一个时间段都是有一定的作用的。不过，现在我们想要跟大家分享一下暑假一个月减肥计划到底是怎么样的，一定要看一看。</w:t>
      </w:r>
      <w:r>
        <w:rPr>
          <w:lang w:eastAsia="zh-CN"/>
        </w:rPr>
        <w:br/>
      </w:r>
      <w:r>
        <w:rPr>
          <w:lang w:eastAsia="zh-CN"/>
        </w:rPr>
        <w:t>　　暑期一个月减肥计划</w:t>
      </w:r>
      <w:r>
        <w:rPr>
          <w:lang w:eastAsia="zh-CN"/>
        </w:rPr>
        <w:br/>
      </w:r>
      <w:r>
        <w:rPr>
          <w:lang w:eastAsia="zh-CN"/>
        </w:rPr>
        <w:t>　　暑期减肥第一周第一周的主要任务就是清除肠毒，改善口味。这个是很关键的一步，如果想要计划顺利进行，就必须要让自己的身体素质变得更好，这样才能为接下来的减肥作战打下良好的基础。</w:t>
      </w:r>
      <w:r>
        <w:rPr>
          <w:lang w:eastAsia="zh-CN"/>
        </w:rPr>
        <w:br/>
      </w:r>
      <w:r>
        <w:rPr>
          <w:lang w:eastAsia="zh-CN"/>
        </w:rPr>
        <w:t>　　因此，在第一周开始，就要戒口，在这一周的'时间内，是不能吃油腻、高热和辛辣重口味的食物。所吃的东西都要以清淡的为主，建议可以吃鸡蛋羹、海带汤、烫青菜、豆浆牛奶、全麦面包，这些食物几乎不含有油脂，而且还有比较高的营养价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暑期减肥第二周经过了比较难熬的第一周，第二周就比较好过一点了，MM们在这周可以享受一下肉类食物了。因为第一周已经把身体里面的毒素清理得差不多了，排便也正常多了。所以在这周就要开始补充营养了，肉类食物的话建议不能吃太油腻的，还要补充一些维生素。但是，这一周的主要任务是不能吃主食，主食大多属于碳水化合物，对于减肥是很不利的。因此，尽量少吃主食，控制自己的饥饿感吧！暑期减肥第三周经过了第二周的饥饿，你已经成功了一半了哦！第三周开始，将会开始更加难熬的饮食控制法。因为前两周的燃脂比较慢，因此体重变化也比较小，而这一周对饮食的控制会变得很严格。肉类食物不能碰了，只能吃一些减肥餐了，推荐的减肥餐是苹果餐+温开水+香蕉牛奶，苹果可以在主食时间吃，但香蕉一定要在饱腹之后才可以食用。牛奶一般放在早餐时间食用，温开水要坚持每天至少8杯，不能吃主食、油腻食物和荤类食物，可以在中餐时间吃一些烫青菜，但不可以加油。</w:t>
      </w:r>
      <w:r>
        <w:rPr>
          <w:lang w:eastAsia="zh-CN"/>
        </w:rPr>
        <w:br/>
      </w:r>
      <w:r>
        <w:rPr>
          <w:lang w:eastAsia="zh-CN"/>
        </w:rPr>
        <w:t>　　此外，将温开水换成茶疗芝元巧ke茶效果更佳，有效促进脂肪的分解代谢，不但能帮你清除体内积聚物，消脂灭脂，还能让你变得更漂亮，抗衰老抗氧化，是相当适合女性的茶饮品哦!暑期减肥第四周最痛苦的第三周已经结束，经历了控热周之后，体重开始急剧下降，但同时体内的营养物质也出现了空洞。最后一周当然要逐渐恢复平常的饮食，让身体接受更多的营养。但是，要注意的是，不能从一开始就吃太多，或者是吃得太营养，应该是一天一天地加进饮食的量与营养，呈现阶梯状态。前三天可以加入鸡蛋和蔬菜，后两天再逐渐加入荤类食物，到了最后两天再加入主食。切忌加入主食的那一餐不可以再吃荤类食物。</w:t>
      </w:r>
      <w:r>
        <w:rPr>
          <w:lang w:eastAsia="zh-CN"/>
        </w:rPr>
        <w:br/>
      </w:r>
      <w:r>
        <w:rPr>
          <w:lang w:eastAsia="zh-CN"/>
        </w:rPr>
        <w:t>　　温馨提示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我们都相信上面这一个一个月减肥计划肯定会对很多的学生和教职工有用的，因为它是专门针对于暑假制定的一个减肥计划。我们的学生和教职工朋友们，一定不要错过哦。美体瘦身，绝对是有好处的。</w:t>
      </w:r>
      <w:r>
        <w:rPr>
          <w:lang w:eastAsia="zh-CN"/>
        </w:rPr>
        <w:br/>
      </w:r>
      <w:r>
        <w:rPr>
          <w:lang w:eastAsia="zh-CN"/>
        </w:rPr>
        <w:t xml:space="preserve">    2024年减肥计划500字 篇3 </w:t>
      </w:r>
      <w:r>
        <w:rPr>
          <w:lang w:eastAsia="zh-CN"/>
        </w:rPr>
        <w:br/>
      </w:r>
      <w:r>
        <w:rPr>
          <w:lang w:eastAsia="zh-CN"/>
        </w:rPr>
        <w:t>　　“特殊情况”是你生活中并不常遇到的一些特定事件。度假、节日、亲友团聚、生日、婚礼、殡葬等都可以被看作特殊情况。我们把它作为一个专题单独例举的原因在于您日常生活的惯例在这时被打破了，饮</w:t>
      </w:r>
      <w:r>
        <w:rPr>
          <w:lang w:eastAsia="zh-CN"/>
        </w:rPr>
        <w:br/>
      </w:r>
      <w:r>
        <w:rPr>
          <w:lang w:eastAsia="zh-CN"/>
        </w:rPr>
        <w:t>　　食方式和锻练计划也会受到一定影响。这些特殊情况可能会持续1天、1星期、甚至1个月，但不管它持续多长时间，都需要制定特殊的策略来维持您的减肥计划。</w:t>
      </w:r>
      <w:r>
        <w:rPr>
          <w:lang w:eastAsia="zh-CN"/>
        </w:rPr>
        <w:br/>
      </w:r>
      <w:r>
        <w:rPr>
          <w:lang w:eastAsia="zh-CN"/>
        </w:rPr>
        <w:t>　　在您开始制定对策之前，先仔细考虑一下，您有没有经常把日常生活中的一些锁事当作特殊情况加以对待。如果这样的话，那么您就大错特错了。如果在您的生活方式中包括经常和亲友聚会，或是您喜欢经常庆祝您取得的成就，并且这些都已成为您日常生活中必不可少的一部分的话，那么您可要千万注意，时刻提醒自己了!</w:t>
      </w:r>
      <w:r>
        <w:rPr>
          <w:lang w:eastAsia="zh-CN"/>
        </w:rPr>
        <w:br/>
      </w:r>
      <w:r>
        <w:rPr>
          <w:lang w:eastAsia="zh-CN"/>
        </w:rPr>
        <w:t>　　现在为您提出以下处理“特殊情况”的建议：</w:t>
      </w:r>
      <w:r>
        <w:rPr>
          <w:lang w:eastAsia="zh-CN"/>
        </w:rPr>
        <w:br/>
      </w:r>
      <w:r>
        <w:rPr>
          <w:lang w:eastAsia="zh-CN"/>
        </w:rPr>
        <w:t>　　1.早做准备.想清楚接下来的一年内或是至少后几个月中可能出现的“特殊情况”。考虑每一次会持续多长时间，并在您的日历上标明起始日期。这样可以使您有一个长远的眼光来看待这些“特殊情况”。同时，这也给您提供了对待每次“特殊情况”的大致时间框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2.要为那些超过一两天时间的“特殊情况”设立一个合理计划，把它们当做减肥计划中的一个缓冲部分，继续保持低脂、低酒精的饮食和适当的体育锻练。您的计划在您充分享受乐趣的同时，不会使已取得的'成绩大大倒退。</w:t>
      </w:r>
      <w:r>
        <w:rPr>
          <w:lang w:eastAsia="zh-CN"/>
        </w:rPr>
        <w:br/>
      </w:r>
      <w:r>
        <w:rPr>
          <w:lang w:eastAsia="zh-CN"/>
        </w:rPr>
        <w:t>　　3.现在要问问自己这么一个问题：“在我试图达到目标时可以会遇到些什么问题呢？”在特殊情况计划中写下您估计可能会碰到的问题，包括社交、饮食和其它环境影响，以及过去的思维方式和情感倾向。把每一个可能遇到的问题都单独列下来。</w:t>
      </w:r>
      <w:r>
        <w:rPr>
          <w:lang w:eastAsia="zh-CN"/>
        </w:rPr>
        <w:br/>
      </w:r>
      <w:r>
        <w:rPr>
          <w:lang w:eastAsia="zh-CN"/>
        </w:rPr>
        <w:t>　　4.一旦您已经列完您可能遇到的问题，就请为自己制定一个“特殊情况”期间减少或维持体重的正确策略。</w:t>
      </w:r>
      <w:r>
        <w:rPr>
          <w:lang w:eastAsia="zh-CN"/>
        </w:rPr>
        <w:br/>
      </w:r>
      <w:r>
        <w:rPr>
          <w:lang w:eastAsia="zh-CN"/>
        </w:rPr>
        <w:t>　　5.最后，要记住“特殊情况”仅仅是很短的一段时间，一旦已经结束，赶紧返回到您的减肥计划和锻练日程表中来。</w:t>
      </w:r>
      <w:r>
        <w:rPr>
          <w:lang w:eastAsia="zh-CN"/>
        </w:rPr>
        <w:br/>
      </w:r>
      <w:r>
        <w:rPr>
          <w:lang w:eastAsia="zh-CN"/>
        </w:rPr>
        <w:t xml:space="preserve">    2024年减肥计划500字 篇4 </w:t>
      </w:r>
      <w:r>
        <w:rPr>
          <w:lang w:eastAsia="zh-CN"/>
        </w:rPr>
        <w:br/>
      </w:r>
      <w:r>
        <w:rPr>
          <w:lang w:eastAsia="zh-CN"/>
        </w:rPr>
        <w:t>　　一、天计划</w:t>
      </w:r>
      <w:r>
        <w:rPr>
          <w:lang w:eastAsia="zh-CN"/>
        </w:rPr>
        <w:br/>
      </w:r>
      <w:r>
        <w:rPr>
          <w:lang w:eastAsia="zh-CN"/>
        </w:rPr>
        <w:t>　　1、6:00早上准时起床，十五分钟洗漱完毕，喝一杯白开水或蜂蜜水。</w:t>
      </w:r>
      <w:r>
        <w:rPr>
          <w:lang w:eastAsia="zh-CN"/>
        </w:rPr>
        <w:br/>
      </w:r>
      <w:r>
        <w:rPr>
          <w:lang w:eastAsia="zh-CN"/>
        </w:rPr>
        <w:t>　　2、6:：30开始出门做运动，早上小跑五圈，跳绳1000个(才开始慢慢来，以后在慢慢加量)</w:t>
      </w:r>
      <w:r>
        <w:rPr>
          <w:lang w:eastAsia="zh-CN"/>
        </w:rPr>
        <w:br/>
      </w:r>
      <w:r>
        <w:rPr>
          <w:lang w:eastAsia="zh-CN"/>
        </w:rPr>
        <w:t>　　3、7:30结束早晨的运动，回寝室准备开始一天的生活。 4、8:00出门去食堂喝一杯豆浆(慢慢喝，切忌在路上边走边吃)</w:t>
      </w:r>
      <w:r>
        <w:rPr>
          <w:lang w:eastAsia="zh-CN"/>
        </w:rPr>
        <w:br/>
      </w:r>
      <w:r>
        <w:rPr>
          <w:lang w:eastAsia="zh-CN"/>
        </w:rPr>
        <w:t>　　5、中午搞完教室卫生开始走回寝室，买个鸡蛋填填肚子实在是饿的话可以吃黄瓜或者别的水果。该喝掉一杯水了。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6、5:30下完课慢慢走回寝室，快到晚上了要吃得清淡，奖励自己一根小黄瓜吧!</w:t>
      </w:r>
      <w:r>
        <w:rPr>
          <w:lang w:eastAsia="zh-CN"/>
        </w:rPr>
        <w:br/>
      </w:r>
      <w:r>
        <w:rPr>
          <w:lang w:eastAsia="zh-CN"/>
        </w:rPr>
        <w:t>　　7、7:00准备出门上自习，要记得喝一大杯水哦、可以选择慢走直到去上自习，切忌慌慌张张去上自习。</w:t>
      </w:r>
      <w:r>
        <w:rPr>
          <w:lang w:eastAsia="zh-CN"/>
        </w:rPr>
        <w:br/>
      </w:r>
      <w:r>
        <w:rPr>
          <w:lang w:eastAsia="zh-CN"/>
        </w:rPr>
        <w:t>　　8、9：00下完自习又要开始准备运动了，开始几天如果实在</w:t>
      </w:r>
      <w:r>
        <w:rPr>
          <w:lang w:eastAsia="zh-CN"/>
        </w:rPr>
        <w:br/>
      </w:r>
      <w:r>
        <w:rPr>
          <w:lang w:eastAsia="zh-CN"/>
        </w:rPr>
        <w:t>　　饿的话可以选择走，慢慢的由慢走变为快走。一个人默默的再跳1000个跳绳。</w:t>
      </w:r>
      <w:r>
        <w:rPr>
          <w:lang w:eastAsia="zh-CN"/>
        </w:rPr>
        <w:br/>
      </w:r>
      <w:r>
        <w:rPr>
          <w:lang w:eastAsia="zh-CN"/>
        </w:rPr>
        <w:t>　　9、10：00速回寝室洗漱保养，如果饿就喝水。</w:t>
      </w:r>
      <w:r>
        <w:rPr>
          <w:lang w:eastAsia="zh-CN"/>
        </w:rPr>
        <w:br/>
      </w:r>
      <w:r>
        <w:rPr>
          <w:lang w:eastAsia="zh-CN"/>
        </w:rPr>
        <w:t>　　10、10:40开始写一天的减肥日记和心情，自我鼓励或批评。 11、11：00关掉手机好好的闭上眼睛睡觉。</w:t>
      </w:r>
      <w:r>
        <w:rPr>
          <w:lang w:eastAsia="zh-CN"/>
        </w:rPr>
        <w:br/>
      </w:r>
      <w:r>
        <w:rPr>
          <w:lang w:eastAsia="zh-CN"/>
        </w:rPr>
        <w:t>　　二、周计划</w:t>
      </w:r>
      <w:r>
        <w:rPr>
          <w:lang w:eastAsia="zh-CN"/>
        </w:rPr>
        <w:br/>
      </w:r>
      <w:r>
        <w:rPr>
          <w:lang w:eastAsia="zh-CN"/>
        </w:rPr>
        <w:t>　　1、每周星期六会出去做兼职，所以星期六要去称体重了。</w:t>
      </w:r>
      <w:r>
        <w:rPr>
          <w:lang w:eastAsia="zh-CN"/>
        </w:rPr>
        <w:br/>
      </w:r>
      <w:r>
        <w:rPr>
          <w:lang w:eastAsia="zh-CN"/>
        </w:rPr>
        <w:t>　　2、周末十一点半之前必须睡觉，早上八点钟起来洗漱喝水上厕所。八点半出去走路，九点半准备回寝室的时候可以美美的吃个早餐。</w:t>
      </w:r>
      <w:r>
        <w:rPr>
          <w:lang w:eastAsia="zh-CN"/>
        </w:rPr>
        <w:br/>
      </w:r>
      <w:r>
        <w:rPr>
          <w:lang w:eastAsia="zh-CN"/>
        </w:rPr>
        <w:t>　　3、上班拖地，开始吃饭之前喝一杯水，吃饭碗的三分之一的饭量就可以，注意细嚼慢咽。中午好好休息，下午吃饭依旧，晚上不准吃任何东西。</w:t>
      </w:r>
      <w:r>
        <w:rPr>
          <w:lang w:eastAsia="zh-CN"/>
        </w:rPr>
        <w:br/>
      </w:r>
      <w:r>
        <w:rPr>
          <w:lang w:eastAsia="zh-CN"/>
        </w:rPr>
        <w:t>　　4、做周总结，根据一周的减肥成果决定下周的减肥运动量。</w:t>
      </w:r>
      <w:r>
        <w:rPr>
          <w:lang w:eastAsia="zh-CN"/>
        </w:rPr>
        <w:br/>
      </w:r>
      <w:r>
        <w:rPr>
          <w:lang w:eastAsia="zh-CN"/>
        </w:rPr>
        <w:t>　　三、月计划</w:t>
      </w:r>
      <w:r>
        <w:rPr>
          <w:lang w:eastAsia="zh-CN"/>
        </w:rPr>
        <w:br/>
      </w:r>
      <w:r>
        <w:rPr>
          <w:lang w:eastAsia="zh-CN"/>
        </w:rPr>
        <w:t>　　1、开始目标一个月瘦五斤，慢慢来千万不要急功近利。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2、每月要写月总结，总结自己在过去的一个月中做的好或不好或需要改进的地方。</w:t>
      </w:r>
      <w:r>
        <w:rPr>
          <w:lang w:eastAsia="zh-CN"/>
        </w:rPr>
        <w:br/>
      </w:r>
      <w:r>
        <w:rPr>
          <w:lang w:eastAsia="zh-CN"/>
        </w:rPr>
        <w:t>　　3、如果达到一个月的目标，可以奖励自己得到一份自己想要的东西。</w:t>
      </w:r>
      <w:r>
        <w:rPr>
          <w:lang w:eastAsia="zh-CN"/>
        </w:rPr>
        <w:br/>
      </w:r>
      <w:r>
        <w:rPr>
          <w:lang w:eastAsia="zh-CN"/>
        </w:rPr>
        <w:t>　　4、一个月终于过去，在每个月的最后一天，可以奖励自己吃一顿好的哦。</w:t>
      </w:r>
      <w:r>
        <w:rPr>
          <w:lang w:eastAsia="zh-CN"/>
        </w:rPr>
        <w:br/>
      </w:r>
      <w:r>
        <w:rPr>
          <w:lang w:eastAsia="zh-CN"/>
        </w:rPr>
        <w:t>　　5、每个月的一号又是新的一天的开始，对自己要充满信心，我一定可以做到的。</w:t>
      </w:r>
      <w:r>
        <w:rPr>
          <w:lang w:eastAsia="zh-CN"/>
        </w:rPr>
        <w:br/>
      </w:r>
      <w:r>
        <w:rPr>
          <w:lang w:eastAsia="zh-CN"/>
        </w:rPr>
        <w:t>　　专家说一个人如果做重复同样的事情持续22天之久，那么这件事情就会成为习惯。减肥最要紧的就是毅力，胃是慢慢越饿越小的，我知道这过程肯定很难，但是诸多原因我必须要这样去做。既然写了这份计划就不能浪费，从-月-号开始正式施行，加油!</w:t>
      </w:r>
      <w:r>
        <w:rPr>
          <w:lang w:eastAsia="zh-CN"/>
        </w:rPr>
        <w:br/>
      </w:r>
      <w:r>
        <w:rPr>
          <w:lang w:eastAsia="zh-CN"/>
        </w:rPr>
        <w:t xml:space="preserve">    2024年减肥计划500字 篇5 </w:t>
      </w:r>
      <w:r>
        <w:rPr>
          <w:lang w:eastAsia="zh-CN"/>
        </w:rPr>
        <w:br/>
      </w:r>
      <w:r>
        <w:rPr>
          <w:lang w:eastAsia="zh-CN"/>
        </w:rPr>
        <w:t>　　都说春天不减肥，夏天徒伤悲，不过减肥不是一朝一夕就能减下来的，十二星座们在上半年里列个计划，慢慢达成，减肥成功还是有希望的。</w:t>
      </w:r>
      <w:r>
        <w:rPr>
          <w:lang w:eastAsia="zh-CN"/>
        </w:rPr>
        <w:br/>
      </w:r>
      <w:r>
        <w:rPr>
          <w:lang w:eastAsia="zh-CN"/>
        </w:rPr>
        <w:t>　　一、白羊座和狮子座</w:t>
      </w:r>
      <w:r>
        <w:rPr>
          <w:lang w:eastAsia="zh-CN"/>
        </w:rPr>
        <w:br/>
      </w:r>
      <w:r>
        <w:rPr>
          <w:lang w:eastAsia="zh-CN"/>
        </w:rPr>
        <w:t>　　运动减肥</w:t>
      </w:r>
      <w:r>
        <w:rPr>
          <w:lang w:eastAsia="zh-CN"/>
        </w:rPr>
        <w:br/>
      </w:r>
      <w:r>
        <w:rPr>
          <w:lang w:eastAsia="zh-CN"/>
        </w:rPr>
        <w:t>　　不得不说，白羊座和狮子座，这两个火象星座的人，其实很肥胖的人是少的，因为他们本身热爱挑战，喜欢运动，所以过年吃胖的几斤，很容易减下来的。罗鸣老师认为，他们只要平时多注重一下运动，就可以减肥成功啦。</w:t>
      </w:r>
      <w:r>
        <w:rPr>
          <w:lang w:eastAsia="zh-CN"/>
        </w:rPr>
        <w:br/>
      </w:r>
      <w:r>
        <w:rPr>
          <w:lang w:eastAsia="zh-CN"/>
        </w:rPr>
        <w:t>　　二、金牛座和巨蟹座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管住嘴巴</w:t>
      </w:r>
      <w:r>
        <w:rPr>
          <w:lang w:eastAsia="zh-CN"/>
        </w:rPr>
        <w:br/>
      </w:r>
      <w:r>
        <w:rPr>
          <w:lang w:eastAsia="zh-CN"/>
        </w:rPr>
        <w:t>　　像金牛座和巨蟹座这种热爱美食，总是要吃吃吃的人，减肥计划中不可缺少的一项，就是管住嘴巴。是的，哪怕自己运动量有多大，只要一开口吃东西，反上就蹭蹭蹭地反弹上去了。上半年要想减肥成功，当然要控制饮食。长期运气低迷的MM可以考虑通过圣码改运来提高自己的运气，请参阅玄佛服务网的相关文章“圣码改运”。</w:t>
      </w:r>
      <w:r>
        <w:rPr>
          <w:lang w:eastAsia="zh-CN"/>
        </w:rPr>
        <w:br/>
      </w:r>
      <w:r>
        <w:rPr>
          <w:lang w:eastAsia="zh-CN"/>
        </w:rPr>
        <w:t>　　三、双子座和射手座</w:t>
      </w:r>
      <w:r>
        <w:rPr>
          <w:lang w:eastAsia="zh-CN"/>
        </w:rPr>
        <w:br/>
      </w:r>
      <w:r>
        <w:rPr>
          <w:lang w:eastAsia="zh-CN"/>
        </w:rPr>
        <w:t>　　双管齐下</w:t>
      </w:r>
      <w:r>
        <w:rPr>
          <w:lang w:eastAsia="zh-CN"/>
        </w:rPr>
        <w:br/>
      </w:r>
      <w:r>
        <w:rPr>
          <w:lang w:eastAsia="zh-CN"/>
        </w:rPr>
        <w:t>　　像双子与射手，这两个没有目标时是由着性子来，想吃就吃想睡就睡，一旦确定了目标就会直接朝前行进的星座，减肥的计划，也是蛮简单的，那就是管住嘴，迈开腿。如此双管齐下，上半年就可以瘦下来哦。如果你想知道跟他是否有缘，建议到玄佛服务网免费测算一下。</w:t>
      </w:r>
      <w:r>
        <w:rPr>
          <w:lang w:eastAsia="zh-CN"/>
        </w:rPr>
        <w:br/>
      </w:r>
      <w:r>
        <w:rPr>
          <w:lang w:eastAsia="zh-CN"/>
        </w:rPr>
        <w:t>　　四、处女座和天蝎座</w:t>
      </w:r>
      <w:r>
        <w:rPr>
          <w:lang w:eastAsia="zh-CN"/>
        </w:rPr>
        <w:br/>
      </w:r>
      <w:r>
        <w:rPr>
          <w:lang w:eastAsia="zh-CN"/>
        </w:rPr>
        <w:t>　　科学计划</w:t>
      </w:r>
      <w:r>
        <w:rPr>
          <w:lang w:eastAsia="zh-CN"/>
        </w:rPr>
        <w:br/>
      </w:r>
      <w:r>
        <w:rPr>
          <w:lang w:eastAsia="zh-CN"/>
        </w:rPr>
        <w:t>　　像有的`人纯粹是瞎折腾地减肥，而处女座和天蝎座的人是相当具有计划的，而且他们具有一定的强迫症，减肥的时候往往会给自己制定一张科学的计划表，吃多少，运动多少，哪个时间段瘦多少，一切照计划行事，上半年必定减下来。</w:t>
      </w:r>
      <w:r>
        <w:rPr>
          <w:lang w:eastAsia="zh-CN"/>
        </w:rPr>
        <w:br/>
      </w:r>
      <w:r>
        <w:rPr>
          <w:lang w:eastAsia="zh-CN"/>
        </w:rPr>
        <w:t>　　五、天秤座和水瓶座</w:t>
      </w:r>
      <w:r>
        <w:rPr>
          <w:lang w:eastAsia="zh-CN"/>
        </w:rPr>
        <w:br/>
      </w:r>
      <w:r>
        <w:rPr>
          <w:lang w:eastAsia="zh-CN"/>
        </w:rPr>
        <w:t>　　专业指导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爱美的天秤与水瓶，本身是不会太胖的，与其说是上半年的减肥计划，不如说是美容计划。瘦也不必瘦太多，但是瘦的同时把颜值也提升上去，这才是重中之重。罗鸣老师认为，他们适合会去健身房、美容院请专业人员来教导自己，照指导来，必定成功。</w:t>
      </w:r>
      <w:r>
        <w:rPr>
          <w:lang w:eastAsia="zh-CN"/>
        </w:rPr>
        <w:br/>
      </w:r>
      <w:r>
        <w:rPr>
          <w:lang w:eastAsia="zh-CN"/>
        </w:rPr>
        <w:t>　　六、摩羯座和双鱼座</w:t>
      </w:r>
      <w:r>
        <w:rPr>
          <w:lang w:eastAsia="zh-CN"/>
        </w:rPr>
        <w:br/>
      </w:r>
      <w:r>
        <w:rPr>
          <w:lang w:eastAsia="zh-CN"/>
        </w:rPr>
        <w:t>　　压力瘦身</w:t>
      </w:r>
      <w:r>
        <w:rPr>
          <w:lang w:eastAsia="zh-CN"/>
        </w:rPr>
        <w:br/>
      </w:r>
      <w:r>
        <w:rPr>
          <w:lang w:eastAsia="zh-CN"/>
        </w:rPr>
        <w:t>　　像摩羯座和双鱼座的人，如果毫无压力的情况下，再节食再运动都没有什么用，但是一旦为了生活要努力地工作，要奔波来去，经常饮食不正常，压力大得没时间吃或吃不下，他们铁定就会瘦下来。或者为了感情的事情，不断发愁，也是容易瘦的。</w:t>
      </w:r>
      <w:r>
        <w:rPr>
          <w:lang w:eastAsia="zh-CN"/>
        </w:rPr>
        <w:br/>
      </w:r>
      <w:r>
        <w:rPr>
          <w:lang w:eastAsia="zh-CN"/>
        </w:rPr>
        <w:t xml:space="preserve">    2024年减肥计划500字 篇6 </w:t>
      </w:r>
      <w:r>
        <w:rPr>
          <w:lang w:eastAsia="zh-CN"/>
        </w:rPr>
        <w:br/>
      </w:r>
      <w:r>
        <w:rPr>
          <w:lang w:eastAsia="zh-CN"/>
        </w:rPr>
        <w:t>　　减肥计划表-注意三点：知时间|事件|内容，</w:t>
      </w:r>
      <w:r>
        <w:rPr>
          <w:lang w:eastAsia="zh-CN"/>
        </w:rPr>
        <w:br/>
      </w:r>
      <w:r>
        <w:rPr>
          <w:lang w:eastAsia="zh-CN"/>
        </w:rPr>
        <w:t>　　同时问朋友网上买了一些神芮减肥胶囊，使用之后两周减肥计划表就瘦下来了很多，</w:t>
      </w:r>
      <w:r>
        <w:rPr>
          <w:lang w:eastAsia="zh-CN"/>
        </w:rPr>
        <w:br/>
      </w:r>
      <w:r>
        <w:rPr>
          <w:lang w:eastAsia="zh-CN"/>
        </w:rPr>
        <w:t>　　5：40|起床|治学校慢跑或散步30分钟6：20|厕所|养成每日一便的好习惯6：40|流漱|注意补水和防晒</w:t>
      </w:r>
      <w:r>
        <w:rPr>
          <w:lang w:eastAsia="zh-CN"/>
        </w:rPr>
        <w:br/>
      </w:r>
      <w:r>
        <w:rPr>
          <w:lang w:eastAsia="zh-CN"/>
        </w:rPr>
        <w:t>　　饭前|一杯白开水/蜂蜜水</w:t>
      </w:r>
      <w:r>
        <w:rPr>
          <w:lang w:eastAsia="zh-CN"/>
        </w:rPr>
        <w:br/>
      </w:r>
      <w:r>
        <w:rPr>
          <w:lang w:eastAsia="zh-CN"/>
        </w:rPr>
        <w:t>　　7：00|早餐</w:t>
      </w:r>
      <w:r>
        <w:rPr>
          <w:lang w:eastAsia="zh-CN"/>
        </w:rPr>
        <w:br/>
      </w:r>
      <w:r>
        <w:rPr>
          <w:lang w:eastAsia="zh-CN"/>
        </w:rPr>
        <w:t>　　饭时|红豆面包、全麦面包、蒸麦粥、牛奶饭前|黄瓜、西瓜、一碗螺豆汤、一杯白开水菜类|洋葱道、圈白菜、商藻、菲葱、芹菜、磨菇、肝脏12：00|年餐|饭时</w:t>
      </w:r>
      <w:r>
        <w:rPr>
          <w:lang w:eastAsia="zh-CN"/>
        </w:rPr>
        <w:br/>
      </w:r>
      <w:r>
        <w:rPr>
          <w:lang w:eastAsia="zh-CN"/>
        </w:rPr>
        <w:t>　　主食|米饭、馒头、煎饼等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饭后|1汤匙山西老陈酯、缘茶、菠萝、苹果、草莓12：40|运动|专散步15分钟，并作拍打小喷运动饭前|一杯决明子茶/白开水</w:t>
      </w:r>
      <w:r>
        <w:rPr>
          <w:lang w:eastAsia="zh-CN"/>
        </w:rPr>
        <w:br/>
      </w:r>
      <w:r>
        <w:rPr>
          <w:lang w:eastAsia="zh-CN"/>
        </w:rPr>
        <w:t>　　莱类|胡萝卜、海带、冬瓜、菠菜、山药、番颜、油菜18：00|晚餐|饭时</w:t>
      </w:r>
      <w:r>
        <w:rPr>
          <w:lang w:eastAsia="zh-CN"/>
        </w:rPr>
        <w:br/>
      </w:r>
      <w:r>
        <w:rPr>
          <w:lang w:eastAsia="zh-CN"/>
        </w:rPr>
        <w:t>　　主食|玉米粥、小米粥、面条、鸡蛋羹、半碗米饭饭后|酸奶、香蕉、猕猴桃、梨、苹果19：30|运动|减肥运动表</w:t>
      </w:r>
      <w:r>
        <w:rPr>
          <w:lang w:eastAsia="zh-CN"/>
        </w:rPr>
        <w:br/>
      </w:r>
      <w:r>
        <w:rPr>
          <w:lang w:eastAsia="zh-CN"/>
        </w:rPr>
        <w:t>　　21：00|洗漱|饮一杯白开水/决期子茶后，洗漱或洗澡，敷面膜23：00|睡觉|如属无加班情况，请上床睡觉</w:t>
      </w:r>
      <w:r>
        <w:rPr>
          <w:lang w:eastAsia="zh-CN"/>
        </w:rPr>
        <w:br/>
      </w:r>
      <w:r>
        <w:rPr>
          <w:lang w:eastAsia="zh-CN"/>
        </w:rPr>
        <w:t xml:space="preserve">    2024年减肥计划500字 篇7 </w:t>
      </w:r>
      <w:r>
        <w:rPr>
          <w:lang w:eastAsia="zh-CN"/>
        </w:rPr>
        <w:br/>
      </w:r>
      <w:r>
        <w:rPr>
          <w:lang w:eastAsia="zh-CN"/>
        </w:rPr>
        <w:t>　　第一天：低强度运动</w:t>
      </w:r>
      <w:r>
        <w:rPr>
          <w:lang w:eastAsia="zh-CN"/>
        </w:rPr>
        <w:br/>
      </w:r>
      <w:r>
        <w:rPr>
          <w:lang w:eastAsia="zh-CN"/>
        </w:rPr>
        <w:t>　　跑步机的速度调节到慢跑或者是快走的状态，时长在45分钟左右，运动强度调到一般，一周有一天可以不必做强度那么大运动，肌肉需要有放松的时候，只要让身体活动到了就可以了。</w:t>
      </w:r>
      <w:r>
        <w:rPr>
          <w:lang w:eastAsia="zh-CN"/>
        </w:rPr>
        <w:br/>
      </w:r>
      <w:r>
        <w:rPr>
          <w:lang w:eastAsia="zh-CN"/>
        </w:rPr>
        <w:t>　　第二天：变速运动</w:t>
      </w:r>
      <w:r>
        <w:rPr>
          <w:lang w:eastAsia="zh-CN"/>
        </w:rPr>
        <w:br/>
      </w:r>
      <w:r>
        <w:rPr>
          <w:lang w:eastAsia="zh-CN"/>
        </w:rPr>
        <w:t>　　每隔五分钟调节一下速度，由跑转变为快走，再转变为跑，反复循环半个小时以上，这身体消耗的热量逐步增加。</w:t>
      </w:r>
      <w:r>
        <w:rPr>
          <w:lang w:eastAsia="zh-CN"/>
        </w:rPr>
        <w:br/>
      </w:r>
      <w:r>
        <w:rPr>
          <w:lang w:eastAsia="zh-CN"/>
        </w:rPr>
        <w:t>　　第三天：放松身体</w:t>
      </w:r>
      <w:r>
        <w:rPr>
          <w:lang w:eastAsia="zh-CN"/>
        </w:rPr>
        <w:br/>
      </w:r>
      <w:r>
        <w:rPr>
          <w:lang w:eastAsia="zh-CN"/>
        </w:rPr>
        <w:t>　　在这一天里，可以暂停运动，也可以去做一些自己喜欢的娱乐活动，总之，就是要让身心都放松下来，休息休息。</w:t>
      </w:r>
      <w:r>
        <w:rPr>
          <w:lang w:eastAsia="zh-CN"/>
        </w:rPr>
        <w:br/>
      </w:r>
      <w:r>
        <w:rPr>
          <w:lang w:eastAsia="zh-CN"/>
        </w:rPr>
        <w:t>　　第四天，坚持两次长时间练习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将强度调节到中等，坚持在跑步机上不停顿跑20分钟，中间可以慢跑5分钟，之后再继续按中等强度跑20分钟。刚开始的时候，可以只跑一个20分钟，身体体力跟得上的时候，改为2个，甚至是3个20分钟。</w:t>
      </w:r>
      <w:r>
        <w:rPr>
          <w:lang w:eastAsia="zh-CN"/>
        </w:rPr>
        <w:br/>
      </w:r>
      <w:r>
        <w:rPr>
          <w:lang w:eastAsia="zh-CN"/>
        </w:rPr>
        <w:t>　　第五天。低强度运动</w:t>
      </w:r>
      <w:r>
        <w:rPr>
          <w:lang w:eastAsia="zh-CN"/>
        </w:rPr>
        <w:br/>
      </w:r>
      <w:r>
        <w:rPr>
          <w:lang w:eastAsia="zh-CN"/>
        </w:rPr>
        <w:t>　　可以同第一天一样，做低强度运动，放松身体。</w:t>
      </w:r>
      <w:r>
        <w:rPr>
          <w:lang w:eastAsia="zh-CN"/>
        </w:rPr>
        <w:br/>
      </w:r>
      <w:r>
        <w:rPr>
          <w:lang w:eastAsia="zh-CN"/>
        </w:rPr>
        <w:t>　　第六天，改变坡度</w:t>
      </w:r>
      <w:r>
        <w:rPr>
          <w:lang w:eastAsia="zh-CN"/>
        </w:rPr>
        <w:br/>
      </w:r>
      <w:r>
        <w:rPr>
          <w:lang w:eastAsia="zh-CN"/>
        </w:rPr>
        <w:t>　　可以将坡度稍微提高点，做快走或跑步练习，然后再将坡度下降一些，之后再提高，如此反复练习，能够增加运动强度，锻炼下半身的力量，让腿部线条更加匀称。</w:t>
      </w:r>
      <w:r>
        <w:rPr>
          <w:lang w:eastAsia="zh-CN"/>
        </w:rPr>
        <w:br/>
      </w:r>
      <w:r>
        <w:rPr>
          <w:lang w:eastAsia="zh-CN"/>
        </w:rPr>
        <w:t>　　第七天，休息</w:t>
      </w:r>
      <w:r>
        <w:rPr>
          <w:lang w:eastAsia="zh-CN"/>
        </w:rPr>
        <w:br/>
      </w:r>
      <w:r>
        <w:rPr>
          <w:lang w:eastAsia="zh-CN"/>
        </w:rPr>
        <w:t>　　放松放松，休息休息。</w:t>
      </w:r>
      <w:r>
        <w:rPr>
          <w:lang w:eastAsia="zh-CN"/>
        </w:rPr>
        <w:br/>
      </w:r>
      <w:r>
        <w:rPr>
          <w:lang w:eastAsia="zh-CN"/>
        </w:rPr>
        <w:t xml:space="preserve">    2024年减肥计划500字 篇8 </w:t>
      </w:r>
      <w:r>
        <w:rPr>
          <w:lang w:eastAsia="zh-CN"/>
        </w:rPr>
        <w:br/>
      </w:r>
      <w:r>
        <w:rPr>
          <w:lang w:eastAsia="zh-CN"/>
        </w:rPr>
        <w:t>　　1、减轻体重的20%；</w:t>
      </w:r>
      <w:r>
        <w:rPr>
          <w:lang w:eastAsia="zh-CN"/>
        </w:rPr>
        <w:br/>
      </w:r>
      <w:r>
        <w:rPr>
          <w:lang w:eastAsia="zh-CN"/>
        </w:rPr>
        <w:t>　　2、每周减重0.5至1.5公斤；</w:t>
      </w:r>
      <w:r>
        <w:rPr>
          <w:lang w:eastAsia="zh-CN"/>
        </w:rPr>
        <w:br/>
      </w:r>
      <w:r>
        <w:rPr>
          <w:lang w:eastAsia="zh-CN"/>
        </w:rPr>
        <w:t>　　3、一天减少摄取500大卡；</w:t>
      </w:r>
      <w:r>
        <w:rPr>
          <w:lang w:eastAsia="zh-CN"/>
        </w:rPr>
        <w:br/>
      </w:r>
      <w:r>
        <w:rPr>
          <w:lang w:eastAsia="zh-CN"/>
        </w:rPr>
        <w:t>　　第1天：记录下自己一天的所有饮食，了解自己的饮食习惯和一天摄取的总热量。</w:t>
      </w:r>
      <w:r>
        <w:rPr>
          <w:lang w:eastAsia="zh-CN"/>
        </w:rPr>
        <w:br/>
      </w:r>
      <w:r>
        <w:rPr>
          <w:lang w:eastAsia="zh-CN"/>
        </w:rPr>
        <w:t>　　第2天：按照第一天记录的内容，在总热量上减去500卡热量的食物。但最少不能低于1000卡。并写下一周的饮食计划。</w:t>
      </w:r>
      <w:r>
        <w:rPr>
          <w:lang w:eastAsia="zh-CN"/>
        </w:rPr>
        <w:br/>
      </w:r>
      <w:r>
        <w:rPr>
          <w:lang w:eastAsia="zh-CN"/>
        </w:rPr>
        <w:t>　　第4天：开始每天至少持续30分钟以上的运动量，如果时间不足可以分开做，也可以从增加走路量或者快走开始。</w:t>
      </w:r>
      <w:r>
        <w:rPr>
          <w:lang w:eastAsia="zh-CN"/>
        </w:rPr>
        <w:br/>
      </w:r>
      <w:r>
        <w:rPr>
          <w:lang w:eastAsia="zh-CN"/>
        </w:rPr>
        <w:t>　　第6天：对自己一周的饮食计划进行核对，如果不错就继续进行。如果相差太多就需要重新规划。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第9天：按照计划身体应该逐渐的适应低热量饮食了，养成吃早餐的好一贯并且戒掉零食和宵夜。如果期间有饥饿感可以用低热量的水果和低糖果冻取代。</w:t>
      </w:r>
      <w:r>
        <w:rPr>
          <w:lang w:eastAsia="zh-CN"/>
        </w:rPr>
        <w:br/>
      </w:r>
      <w:r>
        <w:rPr>
          <w:lang w:eastAsia="zh-CN"/>
        </w:rPr>
        <w:t>　　第11天：适当的增加运动的多元性，可以计划登山或郊外行走，维持1-2小时的运动量。</w:t>
      </w:r>
      <w:r>
        <w:rPr>
          <w:lang w:eastAsia="zh-CN"/>
        </w:rPr>
        <w:br/>
      </w:r>
      <w:r>
        <w:rPr>
          <w:lang w:eastAsia="zh-CN"/>
        </w:rPr>
        <w:t>　　建议：运动前可以吃点水果维持体力，运动后多喝水，可以适量吃点蛋白质的食物来增加肌肉量。</w:t>
      </w:r>
      <w:r>
        <w:rPr>
          <w:lang w:eastAsia="zh-CN"/>
        </w:rPr>
        <w:br/>
      </w:r>
      <w:r>
        <w:rPr>
          <w:lang w:eastAsia="zh-CN"/>
        </w:rPr>
        <w:t>　　第14天：回顾两周的饮食计划，如果每天的热量摄取都能够控制在1200卡内就非常不错啦。第十四天就可以对下一周的'饮食进行计划。开始要注意自己的营养摄取是否均衡。每日增加蔬菜量，水果约为两个拳头大小，淀粉类约1.5碗，蛋白质类约为两个巴掌心大。</w:t>
      </w:r>
      <w:r>
        <w:rPr>
          <w:lang w:eastAsia="zh-CN"/>
        </w:rPr>
        <w:br/>
      </w:r>
      <w:r>
        <w:rPr>
          <w:lang w:eastAsia="zh-CN"/>
        </w:rPr>
        <w:t>　　第17天：加强身体脂肪堆积处的运动，尤其是下半身的运动非常重要。</w:t>
      </w:r>
      <w:r>
        <w:rPr>
          <w:lang w:eastAsia="zh-CN"/>
        </w:rPr>
        <w:br/>
      </w:r>
      <w:r>
        <w:rPr>
          <w:lang w:eastAsia="zh-CN"/>
        </w:rPr>
        <w:t>　　第19天：维持19天的减重计划后，现在的身体会更健康轻盈，你可以选择一天没有工作压力的日子，让自己吃简单的轻食，热量控制在500卡左右。</w:t>
      </w:r>
      <w:r>
        <w:rPr>
          <w:lang w:eastAsia="zh-CN"/>
        </w:rPr>
        <w:br/>
      </w:r>
      <w:r>
        <w:rPr>
          <w:lang w:eastAsia="zh-CN"/>
        </w:rPr>
        <w:t>　　建议：这一天可以用了个100CC+100CC的水与淡淡的蜜糖冲泡。</w:t>
      </w:r>
      <w:r>
        <w:rPr>
          <w:lang w:eastAsia="zh-CN"/>
        </w:rPr>
        <w:br/>
      </w:r>
      <w:r>
        <w:rPr>
          <w:lang w:eastAsia="zh-CN"/>
        </w:rPr>
        <w:t>　　第21日：将三周的饮食情况进行小小的回顾，计划第四周的饮食内容。习惯饮食的多元化，吃不同的食物，同时进行1-2次轻食减重法。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第23天：运动上加强重量训练，可以尝试每天做15-30个仰卧起坐。运动后加强蛋白质的摄取。</w:t>
      </w:r>
      <w:r>
        <w:rPr>
          <w:lang w:eastAsia="zh-CN"/>
        </w:rPr>
        <w:br/>
      </w:r>
      <w:r>
        <w:rPr>
          <w:lang w:eastAsia="zh-CN"/>
        </w:rPr>
        <w:t>　　提示：不要以为运动后吃东西会胖，这个时候经过一段时间的减重，你的肌肉量会减少，反而会降低身体的基础代谢，造成减肥效果停滞。</w:t>
      </w:r>
      <w:r>
        <w:rPr>
          <w:lang w:eastAsia="zh-CN"/>
        </w:rPr>
        <w:br/>
      </w:r>
      <w:r>
        <w:rPr>
          <w:lang w:eastAsia="zh-CN"/>
        </w:rPr>
        <w:t>　　第26天：适当的加入泡澡和按摩可以让运动后的乳酸堆积小时，同时可以让身体循环变好，不易有水肿和橘皮组织的产生。</w:t>
      </w:r>
      <w:r>
        <w:rPr>
          <w:lang w:eastAsia="zh-CN"/>
        </w:rPr>
        <w:br/>
      </w:r>
      <w:r>
        <w:rPr>
          <w:lang w:eastAsia="zh-CN"/>
        </w:rPr>
        <w:t>　　第28天：安排一次大扫除，利用大扫除的时间让全身都动起来。可以不要开空调哦，最近上升的温度有利于身体排汗。</w:t>
      </w:r>
      <w:r>
        <w:rPr>
          <w:lang w:eastAsia="zh-CN"/>
        </w:rPr>
        <w:br/>
      </w:r>
      <w:r>
        <w:rPr>
          <w:lang w:eastAsia="zh-CN"/>
        </w:rPr>
        <w:t>　　提示：流汗的同时要补充水分，同时记得一边做家事就是一边在运动减肥中。</w:t>
      </w:r>
      <w:r>
        <w:rPr>
          <w:lang w:eastAsia="zh-CN"/>
        </w:rPr>
        <w:br/>
      </w:r>
      <w:r>
        <w:rPr>
          <w:lang w:eastAsia="zh-CN"/>
        </w:rPr>
        <w:t>　　第29天：加强腹部按摩，多喝水，让自己的身体代谢更顺畅。切忌保持饮食习惯，双休日在家就用轻食取代平常饮食。</w:t>
      </w:r>
      <w:r>
        <w:rPr>
          <w:lang w:eastAsia="zh-CN"/>
        </w:rPr>
        <w:br/>
      </w:r>
      <w:r>
        <w:rPr>
          <w:lang w:eastAsia="zh-CN"/>
        </w:rPr>
        <w:t>　　第30天：验收成果的日子，有没有达到你要的效果吗？要谨记一周称一次体重哦，维持才不会反弹。</w:t>
      </w:r>
      <w:r>
        <w:rPr>
          <w:lang w:eastAsia="zh-CN"/>
        </w:rPr>
        <w:br/>
      </w:r>
      <w:r>
        <w:rPr>
          <w:lang w:eastAsia="zh-CN"/>
        </w:rPr>
        <w:t xml:space="preserve">    2024年减肥计划500字 篇9 </w:t>
      </w:r>
      <w:r>
        <w:rPr>
          <w:lang w:eastAsia="zh-CN"/>
        </w:rPr>
        <w:br/>
      </w:r>
      <w:r>
        <w:rPr>
          <w:lang w:eastAsia="zh-CN"/>
        </w:rPr>
        <w:t>　　这份减脂塑型训练计划主要针对去健身房锻炼的朋友。建议先做无氧运动(力量训练)，然后再做有氧运动。</w:t>
      </w:r>
      <w:r>
        <w:rPr>
          <w:lang w:eastAsia="zh-CN"/>
        </w:rPr>
        <w:br/>
      </w:r>
      <w:r>
        <w:rPr>
          <w:lang w:eastAsia="zh-CN"/>
        </w:rPr>
        <w:t>　　目的是为了通过力量练习提高身体肌肉质量和含量的同时，消耗体内自身的糖原，为后续有氧运动更有效的燃脂做好铺垫。整套训练计划如下：</w:t>
      </w:r>
      <w:r>
        <w:rPr>
          <w:lang w:eastAsia="zh-CN"/>
        </w:rPr>
        <w:br/>
      </w:r>
      <w:r>
        <w:rPr>
          <w:lang w:eastAsia="zh-CN"/>
        </w:rPr>
        <w:t>　　1、准备活动(5-10分钟)：可以选择慢跑、快走或者动态拉伸等，目的是让身体能够快速进入状态。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2、力量训练(20-30分钟)：</w:t>
      </w:r>
      <w:r>
        <w:rPr>
          <w:lang w:eastAsia="zh-CN"/>
        </w:rPr>
        <w:br/>
      </w:r>
      <w:r>
        <w:rPr>
          <w:lang w:eastAsia="zh-CN"/>
        </w:rPr>
        <w:t>　　动作一：箭步蹲3-5组15-20RM</w:t>
      </w:r>
      <w:r>
        <w:rPr>
          <w:lang w:eastAsia="zh-CN"/>
        </w:rPr>
        <w:br/>
      </w:r>
      <w:r>
        <w:rPr>
          <w:lang w:eastAsia="zh-CN"/>
        </w:rPr>
        <w:t>　　动作二：相扑蹲3-5组15-20RM</w:t>
      </w:r>
      <w:r>
        <w:rPr>
          <w:lang w:eastAsia="zh-CN"/>
        </w:rPr>
        <w:br/>
      </w:r>
      <w:r>
        <w:rPr>
          <w:lang w:eastAsia="zh-CN"/>
        </w:rPr>
        <w:t>　　动作三：凳上反屈伸3-5组15-20RM</w:t>
      </w:r>
      <w:r>
        <w:rPr>
          <w:lang w:eastAsia="zh-CN"/>
        </w:rPr>
        <w:br/>
      </w:r>
      <w:r>
        <w:rPr>
          <w:lang w:eastAsia="zh-CN"/>
        </w:rPr>
        <w:t>　　动作四：哑铃颈后臂屈伸3-5组15-20RM</w:t>
      </w:r>
      <w:r>
        <w:rPr>
          <w:lang w:eastAsia="zh-CN"/>
        </w:rPr>
        <w:br/>
      </w:r>
      <w:r>
        <w:rPr>
          <w:lang w:eastAsia="zh-CN"/>
        </w:rPr>
        <w:t>　　动作五：仰卧举腿3-5组15-20次</w:t>
      </w:r>
      <w:r>
        <w:rPr>
          <w:lang w:eastAsia="zh-CN"/>
        </w:rPr>
        <w:br/>
      </w:r>
      <w:r>
        <w:rPr>
          <w:lang w:eastAsia="zh-CN"/>
        </w:rPr>
        <w:t>　　动作六：侧卧挺髋3-5组15-20次</w:t>
      </w:r>
      <w:r>
        <w:rPr>
          <w:lang w:eastAsia="zh-CN"/>
        </w:rPr>
        <w:br/>
      </w:r>
      <w:r>
        <w:rPr>
          <w:lang w:eastAsia="zh-CN"/>
        </w:rPr>
        <w:t>　　3、有氧运动(20-40分钟以上)：根据自己所在健身房的有氧设备进行选择，可以选择跑步、椭圆机、骑车、跳绳等。</w:t>
      </w:r>
      <w:r>
        <w:rPr>
          <w:lang w:eastAsia="zh-CN"/>
        </w:rPr>
        <w:br/>
      </w:r>
      <w:r>
        <w:rPr>
          <w:lang w:eastAsia="zh-CN"/>
        </w:rPr>
        <w:t>　　以上即为健身房减脂塑型训练计划，去健身房减脂的朋友可以参考这份计划进行练习。</w:t>
      </w:r>
      <w:r>
        <w:rPr>
          <w:lang w:eastAsia="zh-CN"/>
        </w:rPr>
        <w:br/>
      </w:r>
      <w:r>
        <w:rPr>
          <w:lang w:eastAsia="zh-CN"/>
        </w:rPr>
        <w:t xml:space="preserve">    2024年减肥计划500字 篇10 </w:t>
      </w:r>
      <w:r>
        <w:rPr>
          <w:lang w:eastAsia="zh-CN"/>
        </w:rPr>
        <w:br/>
      </w:r>
      <w:r>
        <w:rPr>
          <w:lang w:eastAsia="zh-CN"/>
        </w:rPr>
        <w:t>　　1.早餐必吃</w:t>
      </w:r>
      <w:r>
        <w:rPr>
          <w:lang w:eastAsia="zh-CN"/>
        </w:rPr>
        <w:br/>
      </w:r>
      <w:r>
        <w:rPr>
          <w:lang w:eastAsia="zh-CN"/>
        </w:rPr>
        <w:t>　　为了减肥而不吃早餐可能会适得其反。经过一晚上，人体消耗了大量热量。如果不及时进食早餐，长时间的空腹会让人处于一种极度饥饿状态。饥饿状态下，你的下一顿就容易吃多，并且吃进的食物也较易被转化为脂肪。因此，不吃早餐减肥的方法并不明智。在这一个多月里，你需要坚持每天吃早餐，并且早餐要吃好。</w:t>
      </w:r>
      <w:r>
        <w:rPr>
          <w:lang w:eastAsia="zh-CN"/>
        </w:rPr>
        <w:br/>
      </w:r>
      <w:r>
        <w:rPr>
          <w:lang w:eastAsia="zh-CN"/>
        </w:rPr>
        <w:t>　　2.严格控制一天摄入热量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摄入热量过多是导致肥胖的直接原因。要减肥，就要严格把关，控制饮食，减少热量摄入。一般来说，人体每天至少需要1200大卡的热量来维持身体的基础代谢。对于女性来说，摄入热量不超过1500大卡就能够减肥。因此，在这个月里，你需要合理分配一天饮食的热量，早餐吃好，午餐吃饱，晚餐吃少。</w:t>
      </w:r>
      <w:r>
        <w:rPr>
          <w:lang w:eastAsia="zh-CN"/>
        </w:rPr>
        <w:br/>
      </w:r>
      <w:r>
        <w:rPr>
          <w:lang w:eastAsia="zh-CN"/>
        </w:rPr>
        <w:t>　　3.少吃多餐</w:t>
      </w:r>
      <w:r>
        <w:rPr>
          <w:lang w:eastAsia="zh-CN"/>
        </w:rPr>
        <w:br/>
      </w:r>
      <w:r>
        <w:rPr>
          <w:lang w:eastAsia="zh-CN"/>
        </w:rPr>
        <w:t>　　少吃多餐是营养师们认可的科学的饮食减肥方法。少吃多餐就是把一天的饮食分成5~6餐进食，每一餐的食量要少，七分饱即可。正餐之余的几餐，尽量吃一些果蔬类的低热量食物，这样能够给人饱足感，也不会摄入太多热量。</w:t>
      </w:r>
      <w:r>
        <w:rPr>
          <w:lang w:eastAsia="zh-CN"/>
        </w:rPr>
        <w:br/>
      </w:r>
      <w:r>
        <w:rPr>
          <w:lang w:eastAsia="zh-CN"/>
        </w:rPr>
        <w:t>　　4.多吃碱性食物</w:t>
      </w:r>
      <w:r>
        <w:rPr>
          <w:lang w:eastAsia="zh-CN"/>
        </w:rPr>
        <w:br/>
      </w:r>
      <w:r>
        <w:rPr>
          <w:lang w:eastAsia="zh-CN"/>
        </w:rPr>
        <w:t>　　易胖体质偏酸性，需要通过饮食来调整身体的酸碱平衡，因此减肥期间，可以多吃一些碱性的食物。含钾、钠、钙、镁等矿物质较多的食物，在体内的最终的代谢产物常呈碱性。碱性的食物主要蔬菜、水果、乳类、大豆和菌类。</w:t>
      </w:r>
      <w:r>
        <w:rPr>
          <w:lang w:eastAsia="zh-CN"/>
        </w:rPr>
        <w:br/>
      </w:r>
      <w:r>
        <w:rPr>
          <w:lang w:eastAsia="zh-CN"/>
        </w:rPr>
        <w:t>　　5.多吃纤维素丰富的食物</w:t>
      </w:r>
      <w:r>
        <w:rPr>
          <w:lang w:eastAsia="zh-CN"/>
        </w:rPr>
        <w:br/>
      </w:r>
      <w:r>
        <w:rPr>
          <w:lang w:eastAsia="zh-CN"/>
        </w:rPr>
        <w:t>　　排毒是减肥必不可少的过程。一些人在减肥过程中会出现便秘情况，就是因为身体毒素堆积。多吃纤维素丰富的食物，多喝水，能够帮助排除身体毒素，让人更健康，更易瘦。纤维素丰富的食物包括粗粮，蔬菜等食物。</w:t>
      </w:r>
      <w:r>
        <w:rPr>
          <w:lang w:eastAsia="zh-CN"/>
        </w:rPr>
        <w:br/>
      </w:r>
      <w:r>
        <w:rPr>
          <w:lang w:eastAsia="zh-CN"/>
        </w:rPr>
        <w:t>　　运动</w:t>
      </w:r>
      <w:r>
        <w:rPr>
          <w:lang w:eastAsia="zh-CN"/>
        </w:rPr>
        <w:br/>
      </w:r>
      <w:r>
        <w:rPr>
          <w:lang w:eastAsia="zh-CN"/>
        </w:rPr>
        <w:t>　　1.每天坚持有氧运动30~60分钟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有氧运动是燃脂效果最理想的运动类型。在坚持30分钟以上的中低强度的有氧运动，能够消耗大量的脂肪为身体供能。因此，要达到良好的瘦身效果，需要确保每次有氧运动持续30分钟以上，最好不要超过一小时。</w:t>
      </w:r>
      <w:r>
        <w:rPr>
          <w:lang w:eastAsia="zh-CN"/>
        </w:rPr>
        <w:br/>
      </w:r>
      <w:r>
        <w:rPr>
          <w:lang w:eastAsia="zh-CN"/>
        </w:rPr>
        <w:t>　　2.每天安排适量的力量训练</w:t>
      </w:r>
      <w:r>
        <w:rPr>
          <w:lang w:eastAsia="zh-CN"/>
        </w:rPr>
        <w:br/>
      </w:r>
      <w:r>
        <w:rPr>
          <w:lang w:eastAsia="zh-CN"/>
        </w:rPr>
        <w:t>　　提高基础代谢率离不开运动。力量训练能够很好地锻炼到肌肉，让肌肉更有弹性。一些人会认为做力量训练的燃脂效果不理想，就只选择做有氧运动。在做力量训量过程中，燃烧脂肪确实并不多。但有研究表明，在做完力量训练后的一两个小时，身体会持续消耗热量。另外，力量训练会大大提高人的代谢能力，让人养成易瘦体质。</w:t>
      </w:r>
      <w:r>
        <w:rPr>
          <w:lang w:eastAsia="zh-CN"/>
        </w:rPr>
        <w:br/>
      </w:r>
      <w:r>
        <w:rPr>
          <w:lang w:eastAsia="zh-CN"/>
        </w:rPr>
        <w:t>　　3.根据身体条件调整运动量</w:t>
      </w:r>
      <w:r>
        <w:rPr>
          <w:lang w:eastAsia="zh-CN"/>
        </w:rPr>
        <w:br/>
      </w:r>
      <w:r>
        <w:rPr>
          <w:lang w:eastAsia="zh-CN"/>
        </w:rPr>
        <w:t>　　在经过一段时间的运动后，人的身体素质会提高，运动能力也会增强。一个月减肥计划中，每周的运动不要完全雷同。每天运动内容包括有氧运动和无氧运动，全身性运动和局部减肥运动。这样子，才能瘦得更快!</w:t>
      </w:r>
      <w:r>
        <w:rPr>
          <w:lang w:eastAsia="zh-CN"/>
        </w:rPr>
        <w:br/>
      </w:r>
      <w:r>
        <w:rPr>
          <w:lang w:eastAsia="zh-CN"/>
        </w:rPr>
        <w:t xml:space="preserve">    2024年减肥计划500字 篇11 </w:t>
      </w:r>
      <w:r>
        <w:rPr>
          <w:lang w:eastAsia="zh-CN"/>
        </w:rPr>
        <w:br/>
      </w:r>
      <w:r>
        <w:rPr>
          <w:lang w:eastAsia="zh-CN"/>
        </w:rPr>
        <w:t>　　每天早晨一杯白开水，两个苹果，再出去跑两圈。</w:t>
      </w:r>
      <w:r>
        <w:rPr>
          <w:lang w:eastAsia="zh-CN"/>
        </w:rPr>
        <w:br/>
      </w:r>
      <w:r>
        <w:rPr>
          <w:lang w:eastAsia="zh-CN"/>
        </w:rPr>
        <w:t>　　中午吃小半碗饭，尽量吃素菜，少荤腥，最好再喝一碗汤。</w:t>
      </w:r>
      <w:r>
        <w:rPr>
          <w:lang w:eastAsia="zh-CN"/>
        </w:rPr>
        <w:br/>
      </w:r>
      <w:r>
        <w:rPr>
          <w:lang w:eastAsia="zh-CN"/>
        </w:rPr>
        <w:t>　　晚饭吃三成饱就行了。</w:t>
      </w:r>
      <w:r>
        <w:rPr>
          <w:lang w:eastAsia="zh-CN"/>
        </w:rPr>
        <w:br/>
      </w:r>
      <w:r>
        <w:rPr>
          <w:lang w:eastAsia="zh-CN"/>
        </w:rPr>
        <w:t>　　一天中最好别吃高热量的零食，如巧克力之类，冰淇凌尽量也要少吃吧。没事多走动，散步也是很好的运动，不剧烈也不伤身体。如果觉得饿就喝蜂蜜水，蜂蜜的热量非常少，每天的四五杯才相当于正常人一天卡路里的摄入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蜂蜜减肥基本法：每天早，午，晚三餐均以蜜糖水活以蜂蜜茶代替，全程不能吃喝其他东西。减肥期间，每天可食用150-200g的蜂蜜，至少要吃150g分量才收减肥之效；若感到肚饿或疲倦时，可直接吃蜂蜜或者蜜糖水，能即时补给身体养分，恢复精神。</w:t>
      </w:r>
      <w:r>
        <w:rPr>
          <w:lang w:eastAsia="zh-CN"/>
        </w:rPr>
        <w:br/>
      </w:r>
      <w:r>
        <w:rPr>
          <w:lang w:eastAsia="zh-CN"/>
        </w:rPr>
        <w:t>　　如何决定减肥日数？对肥胖人士来说，三天减肥法是最理想的，定期每月实行一次，如体重超标想减掉10-20磅的，每月可进行2次，至少可轻6-7磅。</w:t>
      </w:r>
      <w:r>
        <w:rPr>
          <w:lang w:eastAsia="zh-CN"/>
        </w:rPr>
        <w:br/>
      </w:r>
      <w:r>
        <w:rPr>
          <w:lang w:eastAsia="zh-CN"/>
        </w:rPr>
        <w:t>　　如已经至理想体重，想防止回弹的，可选行2天减肥法，一个月实行2次便够。想调理肠胃，净肠排毒的，建议每周进行一天减肥法。练瑜伽的朋友，一天两餐以蜜糖水代替，对健康最好；而一天一餐的半断食法只针对改善体质，要持续3个月至半年才见减肥成效。鉴于个人体质不同，宜先征询营养师或医师意见。</w:t>
      </w:r>
      <w:r>
        <w:rPr>
          <w:lang w:eastAsia="zh-CN"/>
        </w:rPr>
        <w:br/>
      </w:r>
      <w:r>
        <w:rPr>
          <w:lang w:eastAsia="zh-CN"/>
        </w:rPr>
        <w:t>　　自古以来，在草药疗效上，蜂蜜是整肠能手。蜂蜜蕴含的脂肪酸能促进肠状的活性蠕动；丰富的维他命和矿物质则具调整肠胃的功能，能排走体内毒素，改善便秘情况；而葡萄糖和果糖成份不会对肠胃造成负担。</w:t>
      </w:r>
      <w:r>
        <w:rPr>
          <w:lang w:eastAsia="zh-CN"/>
        </w:rPr>
        <w:br/>
      </w:r>
      <w:r>
        <w:rPr>
          <w:lang w:eastAsia="zh-CN"/>
        </w:rPr>
        <w:t>　　吃蜂蜜之所以能减肥，因为它含的热量很低，只有同等分量白砂糖的75%。100g蜂蜜含294卡路里，即使一天吃足200g，所吸收的热量也不过600卡路里，相比平时摄取千二至千五卡路里的正常标准，距离很远，所以虽是“甜品”，但一样可达到减肥效果。此外蜂蜜好友易于吸收的维他命和矿物质，能补充维他命b群、c、钾、钙等，不会破坏身体营养均衡，是减肥的佳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需准备的材料很简单，包括蜜糖，茶和水。蜂蜜和茶的味道种类可按个人口味而选择，但要以成份纯正和天然有机者为佳；最好喝矿泉水或净化水、不含杂志的优质水。每杯蜂蜜饮料调制分量是150ml清水或茶加入1至两汤匙蜂蜜(约10-20g)；进行餐单期间，要大量喝清水，有助身体排毒。</w:t>
      </w:r>
      <w:r>
        <w:rPr>
          <w:lang w:eastAsia="zh-CN"/>
        </w:rPr>
        <w:br/>
      </w:r>
      <w:r>
        <w:rPr>
          <w:lang w:eastAsia="zh-CN"/>
        </w:rPr>
        <w:t xml:space="preserve">    2024年减肥计划500字 篇12 </w:t>
      </w:r>
      <w:r>
        <w:rPr>
          <w:lang w:eastAsia="zh-CN"/>
        </w:rPr>
        <w:br/>
      </w:r>
      <w:r>
        <w:rPr>
          <w:lang w:eastAsia="zh-CN"/>
        </w:rPr>
        <w:t>　　期末结束了，开始了暑假。我哥哥越来越胖了，我决定给他制定一个“减肥计划”。</w:t>
      </w:r>
      <w:r>
        <w:rPr>
          <w:lang w:eastAsia="zh-CN"/>
        </w:rPr>
        <w:br/>
      </w:r>
      <w:r>
        <w:rPr>
          <w:lang w:eastAsia="zh-CN"/>
        </w:rPr>
        <w:t>　　晚上，我在房间偷偷写着“减肥计划”，然后悄悄地走进哥哥房间，把“减肥计划”放在他书桌上，最后快速溜进自己的房间。</w:t>
      </w:r>
      <w:r>
        <w:rPr>
          <w:lang w:eastAsia="zh-CN"/>
        </w:rPr>
        <w:br/>
      </w:r>
      <w:r>
        <w:rPr>
          <w:lang w:eastAsia="zh-CN"/>
        </w:rPr>
        <w:t>　　早上，哥哥看到了“减肥计划”，气得鼻子直冒烟。因为上面写着：减肥计划第一天：绕着小区跑两圈。这时我跳了出来，“哥！快去吧，我是监督员哦。”“小区这么大，我怎么跑得动？”哥哥气愤地说。我摇摇头，说：“我不管，谁叫你这么胖呢？我会和你一起跑的。”于是，吃完早饭，我们就行动了。</w:t>
      </w:r>
      <w:r>
        <w:rPr>
          <w:lang w:eastAsia="zh-CN"/>
        </w:rPr>
        <w:br/>
      </w:r>
      <w:r>
        <w:rPr>
          <w:lang w:eastAsia="zh-CN"/>
        </w:rPr>
        <w:t>　　结果，第一天就失败了。“快跑呀！”我叫道。哥哥一边喘气一边说：“不……不行了。”没办法，我只好开始下一个计划：骑自行车绕小区两圈。结果，又失败了。“你还不骑！”我愤怒地说。“踩不动了。”哥哥气喘吁吁。</w:t>
      </w:r>
      <w:r>
        <w:rPr>
          <w:lang w:eastAsia="zh-CN"/>
        </w:rPr>
        <w:br/>
      </w:r>
      <w:r>
        <w:rPr>
          <w:lang w:eastAsia="zh-CN"/>
        </w:rPr>
        <w:t>　　我这个哥哥，不就是想回家玩电脑吗？好吧，玩吧，我也救不了你了。</w:t>
      </w:r>
      <w:r>
        <w:rPr>
          <w:lang w:eastAsia="zh-CN"/>
        </w:rPr>
        <w:br/>
      </w:r>
      <w:r>
        <w:rPr>
          <w:lang w:eastAsia="zh-CN"/>
        </w:rPr>
        <w:t xml:space="preserve">    2024年减肥计划500字 篇13 </w:t>
      </w:r>
      <w:r>
        <w:rPr>
          <w:lang w:eastAsia="zh-CN"/>
        </w:rPr>
        <w:br/>
      </w:r>
      <w:r>
        <w:rPr>
          <w:lang w:eastAsia="zh-CN"/>
        </w:rPr>
        <w:t>　　亲爱的手机边的朋友们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你们好！欢迎加入“21天健身计划”活动，我是你们的健身导师Ace。</w:t>
      </w:r>
      <w:r>
        <w:rPr>
          <w:lang w:eastAsia="zh-CN"/>
        </w:rPr>
        <w:br/>
      </w:r>
      <w:r>
        <w:rPr>
          <w:lang w:eastAsia="zh-CN"/>
        </w:rPr>
        <w:t>　　现在我们正式开始第8天的课程——高强度燃脂训练。高强度训练主要锻炼的是全身的核心肌群。共分为6组动作，每组动作持续30秒，每组动作间隔5秒，依次完成6组动作，休息2分钟，前后重复4次即可。</w:t>
      </w:r>
      <w:r>
        <w:rPr>
          <w:lang w:eastAsia="zh-CN"/>
        </w:rPr>
        <w:br/>
      </w:r>
      <w:r>
        <w:rPr>
          <w:lang w:eastAsia="zh-CN"/>
        </w:rPr>
        <w:t>　　第一组动作：深蹲前踢。</w:t>
      </w:r>
      <w:r>
        <w:rPr>
          <w:lang w:eastAsia="zh-CN"/>
        </w:rPr>
        <w:br/>
      </w:r>
      <w:r>
        <w:rPr>
          <w:lang w:eastAsia="zh-CN"/>
        </w:rPr>
        <w:t>　　动作要领：保持深蹲姿势，下蹲时双腿分开，与肩同宽，脚尖外旋，后背挺直，膝盖不超过脚尖，起立时向前踢腿，腿尽量抬高。</w:t>
      </w:r>
      <w:r>
        <w:rPr>
          <w:lang w:eastAsia="zh-CN"/>
        </w:rPr>
        <w:br/>
      </w:r>
      <w:r>
        <w:rPr>
          <w:lang w:eastAsia="zh-CN"/>
        </w:rPr>
        <w:t>　　第二组动作：深蹲纵跳。</w:t>
      </w:r>
      <w:r>
        <w:rPr>
          <w:lang w:eastAsia="zh-CN"/>
        </w:rPr>
        <w:br/>
      </w:r>
      <w:r>
        <w:rPr>
          <w:lang w:eastAsia="zh-CN"/>
        </w:rPr>
        <w:t>　　动作要领：双腿分开，与肩同宽，脚尖外旋，后背挺直，膝盖不超过脚尖，跳起时双手带动身体向上，落地后仍保持深蹲姿势。</w:t>
      </w:r>
      <w:r>
        <w:rPr>
          <w:lang w:eastAsia="zh-CN"/>
        </w:rPr>
        <w:br/>
      </w:r>
      <w:r>
        <w:rPr>
          <w:lang w:eastAsia="zh-CN"/>
        </w:rPr>
        <w:t>　　第三组动作：高抬腿前踢。</w:t>
      </w:r>
      <w:r>
        <w:rPr>
          <w:lang w:eastAsia="zh-CN"/>
        </w:rPr>
        <w:br/>
      </w:r>
      <w:r>
        <w:rPr>
          <w:lang w:eastAsia="zh-CN"/>
        </w:rPr>
        <w:t>　　动作要领：双脚交替前踢，尽量抬高至腹部，上身尽量不要朝后倾斜，保证腹部稳定。</w:t>
      </w:r>
      <w:r>
        <w:rPr>
          <w:lang w:eastAsia="zh-CN"/>
        </w:rPr>
        <w:br/>
      </w:r>
      <w:r>
        <w:rPr>
          <w:lang w:eastAsia="zh-CN"/>
        </w:rPr>
        <w:t>　　第四组动作：滑步蹲跳。</w:t>
      </w:r>
      <w:r>
        <w:rPr>
          <w:lang w:eastAsia="zh-CN"/>
        </w:rPr>
        <w:br/>
      </w:r>
      <w:r>
        <w:rPr>
          <w:lang w:eastAsia="zh-CN"/>
        </w:rPr>
        <w:t>　　动作要领：滑步向旁跳，跟跳的脚在腿后交叉，前腿膝盖弯曲，不可超过脚尖，尽量用手触摸地板。</w:t>
      </w:r>
      <w:r>
        <w:rPr>
          <w:lang w:eastAsia="zh-CN"/>
        </w:rPr>
        <w:br/>
      </w:r>
      <w:r>
        <w:rPr>
          <w:lang w:eastAsia="zh-CN"/>
        </w:rPr>
        <w:t>　　第五组动作：支撑平移。</w:t>
      </w:r>
      <w:r>
        <w:rPr>
          <w:lang w:eastAsia="zh-CN"/>
        </w:rPr>
        <w:br/>
      </w:r>
      <w:r>
        <w:rPr>
          <w:lang w:eastAsia="zh-CN"/>
        </w:rPr>
        <w:t>　　动作要领：双手和脚尖支撑身体，成一条直线，同手同脚，向旁平移，平移时，身体始终保持直线，用腹部力量控制臀部，不要起伏。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第六组动作：支撑左右跳。</w:t>
      </w:r>
      <w:r>
        <w:rPr>
          <w:lang w:eastAsia="zh-CN"/>
        </w:rPr>
        <w:br/>
      </w:r>
      <w:r>
        <w:rPr>
          <w:lang w:eastAsia="zh-CN"/>
        </w:rPr>
        <w:t>　　动作要领：双手和脚尖支撑身体，成一条直线，曲腿跳向体侧，脚尖落在胯部腹地，伸直跳回平板支撑状态，曲腿调向另一场，再伸直跳回。</w:t>
      </w:r>
      <w:r>
        <w:rPr>
          <w:lang w:eastAsia="zh-CN"/>
        </w:rPr>
        <w:br/>
      </w:r>
      <w:r>
        <w:rPr>
          <w:lang w:eastAsia="zh-CN"/>
        </w:rPr>
        <w:t>　　上述6组动作完成，休息2分钟，前后重复4次即可，锻炼后记得及时补充能量和充分休息，坚持每天锻炼，养成良好运动习惯。今天的课程到此结束，希望推荐更多的朋友扫描下方二维码，加入我们的21天健身计划，组队对抗惰性！</w:t>
      </w:r>
      <w:r>
        <w:rPr>
          <w:lang w:eastAsia="zh-CN"/>
        </w:rPr>
        <w:br/>
      </w:r>
      <w:r>
        <w:rPr>
          <w:lang w:eastAsia="zh-CN"/>
        </w:rPr>
        <w:t xml:space="preserve">    2024年减肥计划500字 篇14 </w:t>
      </w:r>
      <w:r>
        <w:rPr>
          <w:lang w:eastAsia="zh-CN"/>
        </w:rPr>
        <w:br/>
      </w:r>
      <w:r>
        <w:rPr>
          <w:lang w:eastAsia="zh-CN"/>
        </w:rPr>
        <w:t>　　下面的计划1周3次，隔天进行，每次1个小时左右即可(紧凑高效)。</w:t>
      </w:r>
      <w:r>
        <w:rPr>
          <w:lang w:eastAsia="zh-CN"/>
        </w:rPr>
        <w:br/>
      </w:r>
      <w:r>
        <w:rPr>
          <w:lang w:eastAsia="zh-CN"/>
        </w:rPr>
        <w:t>　　1、热身运动：5到10分钟，微微有些出汗即可，可采用：固定自行车;</w:t>
      </w:r>
      <w:r>
        <w:rPr>
          <w:lang w:eastAsia="zh-CN"/>
        </w:rPr>
        <w:br/>
      </w:r>
      <w:r>
        <w:rPr>
          <w:lang w:eastAsia="zh-CN"/>
        </w:rPr>
        <w:t>　　2、力量训练：30分钟，增加热量消耗，提高新陈代谢，采用：组合器械(详见力量训练);</w:t>
      </w:r>
      <w:r>
        <w:rPr>
          <w:lang w:eastAsia="zh-CN"/>
        </w:rPr>
        <w:br/>
      </w:r>
      <w:r>
        <w:rPr>
          <w:lang w:eastAsia="zh-CN"/>
        </w:rPr>
        <w:t>　　3、有氧训练：20分钟，这时直接调动脂肪燃烧，采用：在跑步机上快走，心率达到133下;</w:t>
      </w:r>
      <w:r>
        <w:rPr>
          <w:lang w:eastAsia="zh-CN"/>
        </w:rPr>
        <w:br/>
      </w:r>
      <w:r>
        <w:rPr>
          <w:lang w:eastAsia="zh-CN"/>
        </w:rPr>
        <w:t>　　4、抻拉放松：5到10分钟，柔韧性训练，放松全身肌肉，让心率恢复正常，采用：垫上动作。</w:t>
      </w:r>
      <w:r>
        <w:rPr>
          <w:lang w:eastAsia="zh-CN"/>
        </w:rPr>
        <w:br/>
      </w:r>
      <w:r>
        <w:rPr>
          <w:lang w:eastAsia="zh-CN"/>
        </w:rPr>
        <w:t>　　力量训练： (收紧肌肉，让身材更结实更苗条更有型更修长!)</w:t>
      </w:r>
      <w:r>
        <w:rPr>
          <w:lang w:eastAsia="zh-CN"/>
        </w:rPr>
        <w:br/>
      </w:r>
      <w:r>
        <w:rPr>
          <w:lang w:eastAsia="zh-CN"/>
        </w:rPr>
        <w:t>　　控制在30分钟左右，每个部位1个动作，每个动作做3组，每组15次，括号里为备选动作。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1、胸部：坐姿推胸(俯卧撑)</w:t>
      </w:r>
      <w:r>
        <w:rPr>
          <w:lang w:eastAsia="zh-CN"/>
        </w:rPr>
        <w:br/>
      </w:r>
      <w:r>
        <w:rPr>
          <w:lang w:eastAsia="zh-CN"/>
        </w:rPr>
        <w:t>　　2、背部：坐姿划船(颈前下拉)</w:t>
      </w:r>
      <w:r>
        <w:rPr>
          <w:lang w:eastAsia="zh-CN"/>
        </w:rPr>
        <w:br/>
      </w:r>
      <w:r>
        <w:rPr>
          <w:lang w:eastAsia="zh-CN"/>
        </w:rPr>
        <w:t>　　3、腿部：坐姿蹬腿(坐姿腿屈伸)</w:t>
      </w:r>
      <w:r>
        <w:rPr>
          <w:lang w:eastAsia="zh-CN"/>
        </w:rPr>
        <w:br/>
      </w:r>
      <w:r>
        <w:rPr>
          <w:lang w:eastAsia="zh-CN"/>
        </w:rPr>
        <w:t>　　4、肩部：坐姿推举(哑铃侧平举)</w:t>
      </w:r>
      <w:r>
        <w:rPr>
          <w:lang w:eastAsia="zh-CN"/>
        </w:rPr>
        <w:br/>
      </w:r>
      <w:r>
        <w:rPr>
          <w:lang w:eastAsia="zh-CN"/>
        </w:rPr>
        <w:t>　　5、腰部：坐姿后压(罗马椅背伸展)</w:t>
      </w:r>
      <w:r>
        <w:rPr>
          <w:lang w:eastAsia="zh-CN"/>
        </w:rPr>
        <w:br/>
      </w:r>
      <w:r>
        <w:rPr>
          <w:lang w:eastAsia="zh-CN"/>
        </w:rPr>
        <w:t>　　6、腹部：坐姿卷腹(健身球仰卧起坐)</w:t>
      </w:r>
      <w:r>
        <w:rPr>
          <w:lang w:eastAsia="zh-CN"/>
        </w:rPr>
        <w:br/>
      </w:r>
      <w:r>
        <w:rPr>
          <w:lang w:eastAsia="zh-CN"/>
        </w:rPr>
        <w:t>　　饮食建议：饮食的话，基本上不能给也特定的方案来，因为每个人的情况都不一样，主要掌握原理与重点即可。</w:t>
      </w:r>
      <w:r>
        <w:rPr>
          <w:lang w:eastAsia="zh-CN"/>
        </w:rPr>
        <w:br/>
      </w:r>
      <w:r>
        <w:rPr>
          <w:lang w:eastAsia="zh-CN"/>
        </w:rPr>
        <w:t>　　每餐少吃，多吃几餐，杜绝垃圾食物，多吃含维生素C，镁，铁，锌等元素高的食物、</w:t>
      </w:r>
      <w:r>
        <w:rPr>
          <w:lang w:eastAsia="zh-CN"/>
        </w:rPr>
        <w:br/>
      </w:r>
      <w:r>
        <w:rPr>
          <w:lang w:eastAsia="zh-CN"/>
        </w:rPr>
        <w:t>　　多吃蔬菜水果(每天5份蔬菜，3份水果)、</w:t>
      </w:r>
      <w:r>
        <w:rPr>
          <w:lang w:eastAsia="zh-CN"/>
        </w:rPr>
        <w:br/>
      </w:r>
      <w:r>
        <w:rPr>
          <w:lang w:eastAsia="zh-CN"/>
        </w:rPr>
        <w:t>　　多喝水，减少主食，多吃豆类，适量瘦肉，鱼类。</w:t>
      </w:r>
      <w:r>
        <w:rPr>
          <w:lang w:eastAsia="zh-CN"/>
        </w:rPr>
        <w:br/>
      </w:r>
      <w:r>
        <w:rPr>
          <w:lang w:eastAsia="zh-CN"/>
        </w:rPr>
        <w:t xml:space="preserve">    2024年减肥计划500字 篇15 </w:t>
      </w:r>
      <w:r>
        <w:rPr>
          <w:lang w:eastAsia="zh-CN"/>
        </w:rPr>
        <w:br/>
      </w:r>
      <w:r>
        <w:rPr>
          <w:lang w:eastAsia="zh-CN"/>
        </w:rPr>
        <w:t>　　星期一</w:t>
      </w:r>
      <w:r>
        <w:rPr>
          <w:lang w:eastAsia="zh-CN"/>
        </w:rPr>
        <w:br/>
      </w:r>
      <w:r>
        <w:rPr>
          <w:lang w:eastAsia="zh-CN"/>
        </w:rPr>
        <w:t>　　低强度小运动量跑步：调整家用跑步机的坡度至1%位置，同时调整强度为1级，在进行热身准备活动后，快走或慢跑50分钟左右。减肥是一个循序渐进的过程，在7天时间合理的进行跑步强度调整，有利于肌肉的恢复，才能理想的达到减肥目标。</w:t>
      </w:r>
      <w:r>
        <w:rPr>
          <w:lang w:eastAsia="zh-CN"/>
        </w:rPr>
        <w:br/>
      </w:r>
      <w:r>
        <w:rPr>
          <w:lang w:eastAsia="zh-CN"/>
        </w:rPr>
        <w:t>　　星期二</w:t>
      </w:r>
      <w:r>
        <w:rPr>
          <w:lang w:eastAsia="zh-CN"/>
        </w:rPr>
        <w:br/>
      </w:r>
    </w:p>
    <w:p w:rsidR="001B1F19" w14:textId="27C3F48A">
      <w:pPr>
        <w:rPr>
          <w:rFonts w:hint="eastAsia"/>
          <w:lang w:eastAsia="zh-CN"/>
        </w:rPr>
      </w:pPr>
      <w:r>
        <w:rPr>
          <w:lang w:eastAsia="zh-CN"/>
        </w:rPr>
        <w:t>　　变换速度跑步：首先仍然是将家用跑步机的坡度调整到1%，强度在1级和3级之间进行变换，每五分钟时间进行1次变换，快走或跑步时间为50分钟左右。根据自己体能的情况，可以适当增加在3级强度运动的时间。</w:t>
      </w:r>
      <w:r>
        <w:rPr>
          <w:lang w:eastAsia="zh-CN"/>
        </w:rPr>
        <w:br/>
      </w:r>
      <w:r>
        <w:rPr>
          <w:lang w:eastAsia="zh-CN"/>
        </w:rPr>
        <w:t>　　星期三</w:t>
      </w:r>
      <w:r>
        <w:rPr>
          <w:lang w:eastAsia="zh-CN"/>
        </w:rPr>
        <w:br/>
      </w:r>
      <w:r>
        <w:rPr>
          <w:lang w:eastAsia="zh-CN"/>
        </w:rPr>
        <w:t>　　进行适当放松：根据自身的情况可以选择休息1天，或者重复星期一的健身活动，以便你的肌肉能得到充分的恢复，进行下一步的训练工作。</w:t>
      </w:r>
      <w:r>
        <w:rPr>
          <w:lang w:eastAsia="zh-CN"/>
        </w:rPr>
        <w:br/>
      </w:r>
      <w:r>
        <w:rPr>
          <w:lang w:eastAsia="zh-CN"/>
        </w:rPr>
        <w:t>　　星期四</w:t>
      </w:r>
      <w:r>
        <w:rPr>
          <w:lang w:eastAsia="zh-CN"/>
        </w:rPr>
        <w:br/>
      </w:r>
      <w:r>
        <w:rPr>
          <w:lang w:eastAsia="zh-CN"/>
        </w:rPr>
        <w:t>　　增加强度跑步：家用跑步机的坡度仍然调整到1%位置，在进行热身准备活动后，将跑步机调整到2级强度，进行快走或跑20分钟，在第一个周计划你的体能可能只允许你完成1次20分钟练习，在后期的周计划，你可以增加到2-3次，两次之间可以用慢跑5分钟左右来恢复体能。</w:t>
      </w:r>
      <w:r>
        <w:rPr>
          <w:lang w:eastAsia="zh-CN"/>
        </w:rPr>
        <w:br/>
      </w:r>
      <w:r>
        <w:rPr>
          <w:lang w:eastAsia="zh-CN"/>
        </w:rPr>
        <w:t>　　星期五</w:t>
      </w:r>
      <w:r>
        <w:rPr>
          <w:lang w:eastAsia="zh-CN"/>
        </w:rPr>
        <w:br/>
      </w:r>
      <w:r>
        <w:rPr>
          <w:lang w:eastAsia="zh-CN"/>
        </w:rPr>
        <w:t>　　进行适当放松：根据自身的情况可以选择休息1天，或者重复星期一的健身活动，以便你的肌肉能得到充分的恢复，进行下一步的训练工作。</w:t>
      </w:r>
      <w:r>
        <w:rPr>
          <w:lang w:eastAsia="zh-CN"/>
        </w:rPr>
        <w:br/>
      </w:r>
      <w:r>
        <w:rPr>
          <w:lang w:eastAsia="zh-CN"/>
        </w:rPr>
        <w:t>　　星期六</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https://d.book118.com/218111102023006033</w:t>
        </w:r>
      </w:hyperlink>
    </w:p>
    <w:p w:rsidR="001B1F19">
      <w:pPr>
        <w:rPr>
          <w:rFonts w:hint="eastAsia"/>
          <w:lang w:eastAsia="zh-CN"/>
        </w:rPr>
      </w:pPr>
    </w:p>
    <w:sectPr>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1811110202300603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