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皮特</w:t>
      </w:r>
      <w:r>
        <w:t xml:space="preserve"> 你要是在等这束阳光</w:t>
        <w:br/>
        <w:t>I</w:t>
      </w:r>
      <w:r>
        <w:t xml:space="preserve"> might</w:t>
      </w:r>
      <w:r>
        <w:t xml:space="preserve"> be</w:t>
      </w:r>
      <w:r>
        <w:t xml:space="preserve"> a</w:t>
      </w:r>
      <w:r>
        <w:t xml:space="preserve"> while</w:t>
      </w:r>
      <w:r>
        <w:t xml:space="preserve"> if</w:t>
      </w:r>
      <w:r>
        <w:t xml:space="preserve"> you're</w:t>
      </w:r>
      <w:r>
        <w:t xml:space="preserve"> waiting</w:t>
        <w:br/>
        <w:t>可能还得多等会儿</w:t>
        <w:br/>
        <w:t>for</w:t>
      </w:r>
      <w:r>
        <w:t xml:space="preserve"> the</w:t>
      </w:r>
      <w:r>
        <w:t xml:space="preserve"> shaft</w:t>
      </w:r>
      <w:r>
        <w:t xml:space="preserve"> of</w:t>
      </w:r>
      <w:r>
        <w:t xml:space="preserve"> light,</w:t>
      </w:r>
      <w:r>
        <w:t xml:space="preserve"> Pete.</w:t>
        <w:br/>
        <w:t>没事儿</w:t>
      </w:r>
      <w:r>
        <w:t xml:space="preserve"> 你慢慢来</w:t>
        <w:br/>
        <w:t>Oh,</w:t>
      </w:r>
      <w:r>
        <w:t xml:space="preserve"> that's</w:t>
      </w:r>
      <w:r>
        <w:t xml:space="preserve"> okay,</w:t>
      </w:r>
      <w:r>
        <w:t xml:space="preserve"> you</w:t>
      </w:r>
      <w:r>
        <w:t xml:space="preserve"> take</w:t>
      </w:r>
      <w:r>
        <w:t xml:space="preserve"> your</w:t>
      </w:r>
      <w:r>
        <w:t xml:space="preserve"> time.</w:t>
        <w:br/>
        <w:t>看着你开心</w:t>
      </w:r>
      <w:r>
        <w:t xml:space="preserve"> 我也开心</w:t>
        <w:br/>
        <w:t>Gives</w:t>
      </w:r>
      <w:r>
        <w:t xml:space="preserve"> me</w:t>
      </w:r>
      <w:r>
        <w:t xml:space="preserve"> pleasure</w:t>
      </w:r>
      <w:r>
        <w:t xml:space="preserve"> to</w:t>
      </w:r>
      <w:r>
        <w:t xml:space="preserve"> see</w:t>
      </w:r>
      <w:r>
        <w:t xml:space="preserve"> you</w:t>
      </w:r>
      <w:r>
        <w:t xml:space="preserve"> getting</w:t>
      </w:r>
      <w:r>
        <w:t xml:space="preserve"> pleasure.</w:t>
        <w:br/>
        <w:t>算了</w:t>
      </w:r>
      <w:r>
        <w:t xml:space="preserve"> 让给你</w:t>
        <w:br/>
        <w:t>Just</w:t>
      </w:r>
      <w:r>
        <w:t xml:space="preserve"> take</w:t>
      </w:r>
      <w:r>
        <w:t xml:space="preserve"> it.</w:t>
        <w:br/>
        <w:t>杰在亚马逊买&amp;hearts;&amp;hearts;的</w:t>
        <w:br/>
        <w:t>Ooh,</w:t>
      </w:r>
      <w:r>
        <w:t xml:space="preserve"> Jay's</w:t>
      </w:r>
      <w:r>
        <w:t xml:space="preserve"> new</w:t>
      </w:r>
      <w:r>
        <w:t xml:space="preserve"> TV</w:t>
      </w:r>
      <w:r>
        <w:t xml:space="preserve"> arrived</w:t>
        <w:br/>
        <w:t>新电视机到啦</w:t>
        <w:br/>
        <w:t>from</w:t>
      </w:r>
      <w:r>
        <w:t xml:space="preserve"> Amazon</w:t>
      </w:r>
      <w:r>
        <w:t xml:space="preserve"> Prime.</w:t>
        <w:br/>
        <w:t>不是昨天才下单吗</w:t>
        <w:br/>
        <w:t>Didn't</w:t>
      </w:r>
      <w:r>
        <w:t xml:space="preserve"> he</w:t>
      </w:r>
      <w:r>
        <w:t xml:space="preserve"> just</w:t>
      </w:r>
      <w:r>
        <w:t xml:space="preserve"> order</w:t>
      </w:r>
      <w:r>
        <w:t xml:space="preserve"> that</w:t>
      </w:r>
      <w:r>
        <w:t xml:space="preserve"> yesterday?</w:t>
        <w:br/>
        <w:t>现代的货物运输可真是令人惊叹啊</w:t>
        <w:br/>
        <w:t>The</w:t>
      </w:r>
      <w:r>
        <w:t xml:space="preserve"> modern</w:t>
      </w:r>
      <w:r>
        <w:t xml:space="preserve"> transport</w:t>
      </w:r>
      <w:r>
        <w:t xml:space="preserve"> of</w:t>
      </w:r>
      <w:r>
        <w:t xml:space="preserve"> goods</w:t>
      </w:r>
      <w:r>
        <w:t xml:space="preserve"> is</w:t>
      </w:r>
      <w:r>
        <w:t xml:space="preserve"> truly</w:t>
      </w:r>
      <w:r>
        <w:t xml:space="preserve"> a</w:t>
      </w:r>
      <w:r>
        <w:t xml:space="preserve"> marvel.</w:t>
        <w:br/>
        <w:t>如此高效</w:t>
      </w:r>
      <w:r>
        <w:t xml:space="preserve"> 挽救了多少马匹的命</w:t>
        <w:br/>
        <w:t>So</w:t>
      </w:r>
      <w:r>
        <w:t xml:space="preserve"> much</w:t>
      </w:r>
      <w:r>
        <w:t xml:space="preserve"> efficiency,</w:t>
      </w:r>
      <w:r>
        <w:t xml:space="preserve"> so</w:t>
      </w:r>
      <w:r>
        <w:t xml:space="preserve"> few</w:t>
      </w:r>
      <w:r>
        <w:t xml:space="preserve"> horse</w:t>
      </w:r>
      <w:r>
        <w:t xml:space="preserve"> deaths.</w:t>
        <w:br/>
        <w:t>杰</w:t>
      </w:r>
      <w:r>
        <w:t xml:space="preserve"> 大家都在</w:t>
      </w:r>
      <w:r>
        <w:t xml:space="preserve"> 你可以宣布了</w:t>
        <w:br/>
        <w:t>Jay,</w:t>
      </w:r>
      <w:r>
        <w:t xml:space="preserve"> they're</w:t>
      </w:r>
      <w:r>
        <w:t xml:space="preserve"> here,</w:t>
      </w:r>
      <w:r>
        <w:t xml:space="preserve"> you</w:t>
      </w:r>
      <w:r>
        <w:t xml:space="preserve"> can</w:t>
      </w:r>
      <w:r>
        <w:t xml:space="preserve"> make</w:t>
      </w:r>
      <w:r>
        <w:t xml:space="preserve"> your</w:t>
      </w:r>
      <w:r>
        <w:t xml:space="preserve"> announcement</w:t>
      </w:r>
      <w:r>
        <w:t xml:space="preserve"> now.</w:t>
        <w:br/>
        <w:t>好了</w:t>
      </w:r>
      <w:r>
        <w:t xml:space="preserve"> 是这样的</w:t>
      </w:r>
      <w:r>
        <w:t xml:space="preserve"> 大家</w:t>
        <w:br/>
        <w:t>Okay,</w:t>
      </w:r>
      <w:r>
        <w:t xml:space="preserve"> here's</w:t>
      </w:r>
      <w:r>
        <w:t xml:space="preserve"> the</w:t>
      </w:r>
      <w:r>
        <w:t xml:space="preserve"> deal,</w:t>
      </w:r>
      <w:r>
        <w:t xml:space="preserve"> people.</w:t>
        <w:br/>
        <w:t>这电视仅限活人可看</w:t>
      </w:r>
      <w:r>
        <w:t xml:space="preserve"> 好吗</w:t>
        <w:br/>
        <w:t>This</w:t>
      </w:r>
      <w:r>
        <w:t xml:space="preserve"> is</w:t>
      </w:r>
      <w:r>
        <w:t xml:space="preserve"> for</w:t>
      </w:r>
      <w:r>
        <w:t xml:space="preserve"> Livings</w:t>
      </w:r>
      <w:r>
        <w:t xml:space="preserve"> only,</w:t>
      </w:r>
      <w:r>
        <w:t xml:space="preserve"> okay?</w:t>
        <w:br/>
        <w:t>我需要一台不被鬼鬼们控制着</w:t>
        <w:br/>
        <w:t>I</w:t>
      </w:r>
      <w:r>
        <w:t xml:space="preserve"> need</w:t>
      </w:r>
      <w:r>
        <w:t xml:space="preserve"> one</w:t>
      </w:r>
      <w:r>
        <w:t xml:space="preserve"> TV</w:t>
      </w:r>
      <w:r>
        <w:t xml:space="preserve"> that</w:t>
      </w:r>
      <w:r>
        <w:t xml:space="preserve"> isn't</w:t>
      </w:r>
      <w:r>
        <w:t xml:space="preserve"> dominated</w:t>
        <w:br/>
        <w:t>成天播放垃圾真人秀的电视</w:t>
        <w:br/>
        <w:t>by</w:t>
      </w:r>
      <w:r>
        <w:t xml:space="preserve"> ghosts</w:t>
      </w:r>
      <w:r>
        <w:t xml:space="preserve"> watching</w:t>
      </w:r>
      <w:r>
        <w:t xml:space="preserve"> trash</w:t>
      </w:r>
      <w:r>
        <w:t xml:space="preserve"> reality.</w:t>
        <w:br/>
        <w:t>《健美运动员的妻子》才不是垃圾呢</w:t>
        <w:br/>
        <w:t>Bodybuilder</w:t>
      </w:r>
      <w:r>
        <w:t xml:space="preserve"> Wives</w:t>
      </w:r>
      <w:r>
        <w:t xml:space="preserve"> is</w:t>
      </w:r>
      <w:r>
        <w:t xml:space="preserve"> not</w:t>
      </w:r>
      <w:r>
        <w:t xml:space="preserve"> trash.</w:t>
        <w:br/>
        <w:t>那是七位勇敢女性背后的故事</w:t>
        <w:br/>
        <w:t>It's</w:t>
      </w:r>
      <w:r>
        <w:t xml:space="preserve"> a</w:t>
      </w:r>
      <w:r>
        <w:t xml:space="preserve"> peek</w:t>
      </w:r>
      <w:r>
        <w:t xml:space="preserve"> behind</w:t>
      </w:r>
      <w:r>
        <w:t xml:space="preserve"> the</w:t>
      </w:r>
      <w:r>
        <w:t xml:space="preserve"> curtain</w:t>
      </w:r>
      <w:r>
        <w:t xml:space="preserve"> of</w:t>
      </w:r>
      <w:r>
        <w:t xml:space="preserve"> seven</w:t>
      </w:r>
      <w:r>
        <w:t xml:space="preserve"> brave</w:t>
      </w:r>
      <w:r>
        <w:t xml:space="preserve"> women</w:t>
        <w:br/>
        <w:t>以及她们爱的肌肉男</w:t>
        <w:br/>
        <w:t>and</w:t>
      </w:r>
      <w:r>
        <w:t xml:space="preserve"> the</w:t>
      </w:r>
      <w:r>
        <w:t xml:space="preserve"> musclebound</w:t>
      </w:r>
      <w:r>
        <w:t xml:space="preserve"> men</w:t>
      </w:r>
      <w:r>
        <w:t xml:space="preserve"> they</w:t>
      </w:r>
      <w:r>
        <w:t xml:space="preserve"> love.</w:t>
        <w:br/>
        <w:t>可是《浪&amp;hearts;女&amp;hearts;之战》</w:t>
        <w:br/>
        <w:t>Although,</w:t>
      </w:r>
      <w:r>
        <w:t xml:space="preserve"> Skank</w:t>
      </w:r>
      <w:r>
        <w:t xml:space="preserve"> Wars...</w:t>
        <w:br/>
        <w:t>好吧</w:t>
      </w:r>
      <w:r>
        <w:t xml:space="preserve"> 这个没什么可抵赖的</w:t>
        <w:br/>
        <w:t>Sure,</w:t>
      </w:r>
      <w:r>
        <w:t xml:space="preserve"> that's</w:t>
      </w:r>
      <w:r>
        <w:t xml:space="preserve"> harder</w:t>
      </w:r>
      <w:r>
        <w:t xml:space="preserve"> to</w:t>
      </w:r>
      <w:r>
        <w:t xml:space="preserve"> defend.</w:t>
        <w:br/>
        <w:t>伙计们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杰为建造餐厅</w:t>
        <w:br/>
        <w:t>Guys,</w:t>
      </w:r>
      <w:r>
        <w:t xml:space="preserve"> Jay</w:t>
      </w:r>
      <w:r>
        <w:t xml:space="preserve"> has</w:t>
      </w:r>
      <w:r>
        <w:t xml:space="preserve"> been</w:t>
      </w:r>
      <w:r>
        <w:t xml:space="preserve"> putting</w:t>
      </w:r>
      <w:r>
        <w:t xml:space="preserve"> in</w:t>
      </w:r>
      <w:r>
        <w:t xml:space="preserve"> long</w:t>
      </w:r>
      <w:r>
        <w:t xml:space="preserve"> hours</w:t>
        <w:br/>
        <w:t>投入了太长时间</w:t>
        <w:br/>
        <w:t>planning</w:t>
      </w:r>
      <w:r>
        <w:t xml:space="preserve"> the</w:t>
      </w:r>
      <w:r>
        <w:t xml:space="preserve"> restaurant.</w:t>
        <w:br/>
        <w:t>应该让他好好休息</w:t>
      </w:r>
      <w:r>
        <w:t xml:space="preserve"> 放放轻松</w:t>
        <w:br/>
        <w:t>He</w:t>
      </w:r>
      <w:r>
        <w:t xml:space="preserve"> deserves</w:t>
      </w:r>
      <w:r>
        <w:t xml:space="preserve"> to</w:t>
      </w:r>
      <w:r>
        <w:t xml:space="preserve"> relax,</w:t>
      </w:r>
      <w:r>
        <w:t xml:space="preserve"> kick</w:t>
      </w:r>
      <w:r>
        <w:t xml:space="preserve"> back,</w:t>
        <w:br/>
        <w:t>用4k电视看看尼克斯队输球</w:t>
        <w:br/>
        <w:t>watch</w:t>
      </w:r>
      <w:r>
        <w:t xml:space="preserve"> the</w:t>
      </w:r>
      <w:r>
        <w:t xml:space="preserve"> Knicks</w:t>
      </w:r>
      <w:r>
        <w:t xml:space="preserve"> lose</w:t>
      </w:r>
      <w:r>
        <w:t xml:space="preserve"> in</w:t>
      </w:r>
      <w:r>
        <w:t xml:space="preserve"> 4K.</w:t>
        <w:br/>
        <w:t>太损了吧</w:t>
      </w:r>
      <w:r>
        <w:t xml:space="preserve"> 宝儿</w:t>
        <w:br/>
        <w:t>Good</w:t>
      </w:r>
      <w:r>
        <w:t xml:space="preserve"> smack</w:t>
      </w:r>
      <w:r>
        <w:t xml:space="preserve"> talk,</w:t>
      </w:r>
      <w:r>
        <w:t xml:space="preserve"> babe.</w:t>
        <w:br/>
        <w:t>说到餐厅</w:t>
        <w:br/>
        <w:t>SASAPPIS:</w:t>
      </w:r>
      <w:r>
        <w:t xml:space="preserve"> Speaking</w:t>
      </w:r>
      <w:r>
        <w:t xml:space="preserve"> of</w:t>
      </w:r>
      <w:r>
        <w:t xml:space="preserve"> the</w:t>
      </w:r>
      <w:r>
        <w:t xml:space="preserve"> restaurant,</w:t>
        <w:br/>
        <w:t>杰有再考虑下我的主意</w:t>
        <w:br/>
        <w:t>has</w:t>
      </w:r>
      <w:r>
        <w:t xml:space="preserve"> Jay</w:t>
      </w:r>
      <w:r>
        <w:t xml:space="preserve"> given</w:t>
      </w:r>
      <w:r>
        <w:t xml:space="preserve"> any</w:t>
      </w:r>
      <w:r>
        <w:t xml:space="preserve"> more</w:t>
      </w:r>
      <w:r>
        <w:t xml:space="preserve"> thought</w:t>
      </w:r>
      <w:r>
        <w:t xml:space="preserve"> to</w:t>
      </w:r>
      <w:r>
        <w:t xml:space="preserve"> my</w:t>
      </w:r>
      <w:r>
        <w:t xml:space="preserve"> idea</w:t>
        <w:br/>
        <w:t>放一台披萨烤箱吗</w:t>
        <w:br/>
        <w:t>about</w:t>
      </w:r>
      <w:r>
        <w:t xml:space="preserve"> putting</w:t>
      </w:r>
      <w:r>
        <w:t xml:space="preserve"> in</w:t>
      </w:r>
      <w:r>
        <w:t xml:space="preserve"> a</w:t>
      </w:r>
      <w:r>
        <w:t xml:space="preserve"> pizza</w:t>
      </w:r>
      <w:r>
        <w:t xml:space="preserve"> oven?</w:t>
        <w:br/>
        <w:t>燃气或柴火都行</w:t>
      </w:r>
      <w:r>
        <w:t xml:space="preserve"> 我不挑</w:t>
        <w:br/>
        <w:t>Gas</w:t>
      </w:r>
      <w:r>
        <w:t xml:space="preserve"> or</w:t>
      </w:r>
      <w:r>
        <w:t xml:space="preserve"> wood-</w:t>
      </w:r>
      <w:r>
        <w:t xml:space="preserve"> fired,</w:t>
      </w:r>
      <w:r>
        <w:t xml:space="preserve"> I</w:t>
      </w:r>
      <w:r>
        <w:t xml:space="preserve"> m</w:t>
      </w:r>
      <w:r>
        <w:t xml:space="preserve"> not</w:t>
      </w:r>
      <w:r>
        <w:t xml:space="preserve"> picky,</w:t>
        <w:br/>
        <w:t>不过还是柴火烤披萨更好些</w:t>
        <w:br/>
        <w:t>but,</w:t>
      </w:r>
      <w:r>
        <w:t xml:space="preserve"> you</w:t>
      </w:r>
      <w:r>
        <w:t xml:space="preserve"> know,</w:t>
      </w:r>
      <w:r>
        <w:t xml:space="preserve"> probably</w:t>
      </w:r>
      <w:r>
        <w:t xml:space="preserve"> wood-</w:t>
      </w:r>
      <w:r>
        <w:t xml:space="preserve"> fired.</w:t>
        <w:br/>
        <w:t>萨斯又在问买&amp;hearts;&amp;hearts;披萨烤箱的事了</w:t>
        <w:br/>
        <w:t>Sass</w:t>
      </w:r>
      <w:r>
        <w:t xml:space="preserve"> is</w:t>
      </w:r>
      <w:r>
        <w:t xml:space="preserve"> asking</w:t>
      </w:r>
      <w:r>
        <w:t xml:space="preserve"> again</w:t>
      </w:r>
      <w:r>
        <w:t xml:space="preserve"> about</w:t>
      </w:r>
      <w:r>
        <w:t xml:space="preserve"> you</w:t>
      </w:r>
      <w:r>
        <w:t xml:space="preserve"> buying</w:t>
      </w:r>
      <w:r>
        <w:t xml:space="preserve"> a</w:t>
      </w:r>
      <w:r>
        <w:t xml:space="preserve"> pizza</w:t>
      </w:r>
      <w:r>
        <w:t xml:space="preserve"> oven.</w:t>
        <w:br/>
        <w:t>抱歉</w:t>
      </w:r>
      <w:r>
        <w:t xml:space="preserve"> 萨斯亲</w:t>
        <w:br/>
        <w:t>Sorry,</w:t>
      </w:r>
      <w:r>
        <w:t xml:space="preserve"> Sassarino,</w:t>
        <w:br/>
        <w:t>只是它跟餐厅的格调不太搭</w:t>
        <w:br/>
        <w:t>it</w:t>
      </w:r>
      <w:r>
        <w:t xml:space="preserve"> just</w:t>
      </w:r>
      <w:r>
        <w:t xml:space="preserve"> doesn't</w:t>
      </w:r>
      <w:r>
        <w:t xml:space="preserve"> work</w:t>
      </w:r>
      <w:r>
        <w:t xml:space="preserve"> with</w:t>
      </w:r>
      <w:r>
        <w:t xml:space="preserve"> the</w:t>
      </w:r>
      <w:r>
        <w:t xml:space="preserve"> kitchen</w:t>
      </w:r>
      <w:r>
        <w:t xml:space="preserve"> layout.</w:t>
        <w:br/>
        <w:t>首先</w:t>
      </w:r>
      <w:r>
        <w:t xml:space="preserve"> 告诉他别再这么叫我</w:t>
        <w:br/>
        <w:t>First,</w:t>
      </w:r>
      <w:r>
        <w:t xml:space="preserve"> tell</w:t>
      </w:r>
      <w:r>
        <w:t xml:space="preserve"> him</w:t>
      </w:r>
      <w:r>
        <w:t xml:space="preserve"> to</w:t>
      </w:r>
      <w:r>
        <w:t xml:space="preserve"> never</w:t>
      </w:r>
      <w:r>
        <w:t xml:space="preserve"> call</w:t>
      </w:r>
      <w:r>
        <w:t xml:space="preserve"> me</w:t>
      </w:r>
      <w:r>
        <w:t xml:space="preserve"> that</w:t>
      </w:r>
      <w:r>
        <w:t xml:space="preserve"> again,</w:t>
        <w:br/>
        <w:t>然后请向他</w:t>
        <w:br/>
        <w:t>and</w:t>
      </w:r>
      <w:r>
        <w:t xml:space="preserve"> then</w:t>
      </w:r>
      <w:r>
        <w:t xml:space="preserve"> convey</w:t>
        <w:br/>
        <w:t>传达我对不买&amp;hearts;&amp;hearts;烤箱深切的失望之情</w:t>
        <w:br/>
        <w:t>my</w:t>
      </w:r>
      <w:r>
        <w:t xml:space="preserve"> deep</w:t>
      </w:r>
      <w:r>
        <w:t xml:space="preserve"> disappointment</w:t>
      </w:r>
      <w:r>
        <w:t xml:space="preserve"> about</w:t>
      </w:r>
      <w:r>
        <w:t xml:space="preserve"> the</w:t>
      </w:r>
      <w:r>
        <w:t xml:space="preserve"> oven.</w:t>
        <w:br/>
        <w:t>我们把电视放哪儿</w:t>
      </w:r>
      <w:r>
        <w:t xml:space="preserve"> 宝儿</w:t>
        <w:br/>
        <w:t>JAY:</w:t>
      </w:r>
      <w:r>
        <w:t xml:space="preserve"> So</w:t>
      </w:r>
      <w:r>
        <w:t xml:space="preserve"> what</w:t>
      </w:r>
      <w:r>
        <w:t xml:space="preserve"> are</w:t>
      </w:r>
      <w:r>
        <w:t xml:space="preserve"> we</w:t>
      </w:r>
      <w:r>
        <w:t xml:space="preserve"> thinking,</w:t>
      </w:r>
      <w:r>
        <w:t xml:space="preserve"> babe,</w:t>
        <w:br/>
        <w:t>挂在这面墙上吧</w:t>
        <w:br/>
        <w:t>hang</w:t>
      </w:r>
      <w:r>
        <w:t xml:space="preserve"> it</w:t>
      </w:r>
      <w:r>
        <w:t xml:space="preserve"> on</w:t>
      </w:r>
      <w:r>
        <w:t xml:space="preserve"> this</w:t>
      </w:r>
      <w:r>
        <w:t xml:space="preserve"> wall,</w:t>
      </w:r>
      <w:r>
        <w:t xml:space="preserve"> right?</w:t>
        <w:br/>
        <w:t>我说不好</w:t>
      </w:r>
      <w:r>
        <w:t xml:space="preserve"> 我觉得大家</w:t>
        <w:br/>
        <w:t>Oh,</w:t>
      </w:r>
      <w:r>
        <w:t xml:space="preserve"> I</w:t>
      </w:r>
      <w:r>
        <w:t xml:space="preserve"> don't</w:t>
      </w:r>
      <w:r>
        <w:t xml:space="preserve"> know,</w:t>
      </w:r>
      <w:r>
        <w:t xml:space="preserve"> I</w:t>
      </w:r>
      <w:r>
        <w:t xml:space="preserve"> think</w:t>
      </w:r>
      <w:r>
        <w:t xml:space="preserve"> people</w:t>
        <w:br/>
        <w:t>通常喜欢把电视挂在壁炉上</w:t>
        <w:br/>
        <w:t>usually</w:t>
      </w:r>
      <w:r>
        <w:t xml:space="preserve"> put</w:t>
      </w:r>
      <w:r>
        <w:t xml:space="preserve"> them</w:t>
      </w:r>
      <w:r>
        <w:t xml:space="preserve"> above</w:t>
      </w:r>
      <w:r>
        <w:t xml:space="preserve"> the</w:t>
      </w:r>
      <w:r>
        <w:t xml:space="preserve"> fireplace.</w:t>
        <w:br/>
        <w:t>这里是目光焦点</w:t>
        <w:br/>
        <w:t>Sort</w:t>
      </w:r>
      <w:r>
        <w:t xml:space="preserve"> of</w:t>
      </w:r>
      <w:r>
        <w:t xml:space="preserve"> a</w:t>
      </w:r>
      <w:r>
        <w:t xml:space="preserve"> focal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point.</w:t>
        <w:br/>
        <w:t>什么</w:t>
      </w:r>
      <w:r>
        <w:t xml:space="preserve"> 那也太高了</w:t>
        <w:br/>
        <w:t>What?</w:t>
      </w:r>
      <w:r>
        <w:t xml:space="preserve"> That's</w:t>
      </w:r>
      <w:r>
        <w:t xml:space="preserve"> way</w:t>
      </w:r>
      <w:r>
        <w:t xml:space="preserve"> too</w:t>
      </w:r>
      <w:r>
        <w:t xml:space="preserve"> high.</w:t>
        <w:br/>
        <w:t>电视应该放在和人坐着时视线齐平的地方</w:t>
        <w:br/>
        <w:t>You</w:t>
      </w:r>
      <w:r>
        <w:t xml:space="preserve"> want</w:t>
      </w:r>
      <w:r>
        <w:t xml:space="preserve"> the</w:t>
      </w:r>
      <w:r>
        <w:t xml:space="preserve"> TV</w:t>
      </w:r>
      <w:r>
        <w:t xml:space="preserve"> to</w:t>
      </w:r>
      <w:r>
        <w:t xml:space="preserve"> be</w:t>
      </w:r>
      <w:r>
        <w:t xml:space="preserve"> at</w:t>
      </w:r>
      <w:r>
        <w:t xml:space="preserve"> eye-</w:t>
      </w:r>
      <w:r>
        <w:t xml:space="preserve"> level</w:t>
      </w:r>
      <w:r>
        <w:t xml:space="preserve"> when</w:t>
      </w:r>
      <w:r>
        <w:t xml:space="preserve"> you're</w:t>
      </w:r>
      <w:r>
        <w:t xml:space="preserve"> sitting.</w:t>
        <w:br/>
        <w:t>这叫最佳视角</w:t>
        <w:br/>
        <w:t>It's</w:t>
      </w:r>
      <w:r>
        <w:t xml:space="preserve"> called</w:t>
      </w:r>
      <w:r>
        <w:t xml:space="preserve"> optimal</w:t>
      </w:r>
      <w:r>
        <w:t xml:space="preserve"> viewing</w:t>
      </w:r>
      <w:r>
        <w:t xml:space="preserve"> angle.</w:t>
        <w:br/>
        <w:t>这话说得也太傲慢了</w:t>
        <w:br/>
        <w:t>Oof,</w:t>
      </w:r>
      <w:r>
        <w:t xml:space="preserve"> that</w:t>
      </w:r>
      <w:r>
        <w:t xml:space="preserve"> was</w:t>
      </w:r>
      <w:r>
        <w:t xml:space="preserve"> dripping</w:t>
      </w:r>
      <w:r>
        <w:t xml:space="preserve"> with</w:t>
      </w:r>
      <w:r>
        <w:t xml:space="preserve"> condescension</w:t>
        <w:br/>
        <w:t>就是这种态度才让马真塔</w:t>
        <w:br/>
        <w:t>That's</w:t>
      </w:r>
      <w:r>
        <w:t xml:space="preserve"> the</w:t>
      </w:r>
      <w:r>
        <w:t xml:space="preserve"> attitude</w:t>
      </w:r>
      <w:r>
        <w:t xml:space="preserve"> that</w:t>
      </w:r>
      <w:r>
        <w:t xml:space="preserve"> got</w:t>
      </w:r>
      <w:r>
        <w:t xml:space="preserve"> Magenta</w:t>
        <w:br/>
        <w:t>在《浪&amp;hearts;女&amp;hearts;之战》中被踢出局</w:t>
        <w:br/>
        <w:t>kicked</w:t>
      </w:r>
      <w:r>
        <w:t xml:space="preserve"> off</w:t>
      </w:r>
      <w:r>
        <w:t xml:space="preserve"> of</w:t>
      </w:r>
      <w:r>
        <w:t xml:space="preserve"> Skank</w:t>
      </w:r>
      <w:r>
        <w:t xml:space="preserve"> Wars.</w:t>
        <w:br/>
        <w:t>说的没错</w:t>
      </w:r>
      <w:r>
        <w:t xml:space="preserve"> 但如果放在那儿</w:t>
        <w:br/>
        <w:t>Right,</w:t>
      </w:r>
      <w:r>
        <w:t xml:space="preserve"> but</w:t>
      </w:r>
      <w:r>
        <w:t xml:space="preserve"> if</w:t>
      </w:r>
      <w:r>
        <w:t xml:space="preserve"> we</w:t>
      </w:r>
      <w:r>
        <w:t xml:space="preserve"> put</w:t>
      </w:r>
      <w:r>
        <w:t xml:space="preserve"> it</w:t>
      </w:r>
      <w:r>
        <w:t xml:space="preserve"> there</w:t>
        <w:br/>
        <w:t>那我们的沙发就只能背靠门</w:t>
        <w:br/>
        <w:t>then</w:t>
      </w:r>
      <w:r>
        <w:t xml:space="preserve"> we'd</w:t>
      </w:r>
      <w:r>
        <w:t xml:space="preserve"> have</w:t>
      </w:r>
      <w:r>
        <w:t xml:space="preserve"> the</w:t>
      </w:r>
      <w:r>
        <w:t xml:space="preserve"> back</w:t>
      </w:r>
      <w:r>
        <w:t xml:space="preserve"> of</w:t>
      </w:r>
      <w:r>
        <w:t xml:space="preserve"> the</w:t>
      </w:r>
      <w:r>
        <w:t xml:space="preserve"> couch</w:t>
      </w:r>
      <w:r>
        <w:t xml:space="preserve"> facing</w:t>
      </w:r>
      <w:r>
        <w:t xml:space="preserve"> the</w:t>
      </w:r>
      <w:r>
        <w:t xml:space="preserve"> door,</w:t>
        <w:br/>
        <w:t>这就把风水给破坏掉了</w:t>
        <w:br/>
        <w:t>and</w:t>
      </w:r>
      <w:r>
        <w:t xml:space="preserve"> that's</w:t>
      </w:r>
      <w:r>
        <w:t xml:space="preserve"> bad</w:t>
      </w:r>
      <w:r>
        <w:t xml:space="preserve"> feng</w:t>
      </w:r>
      <w:r>
        <w:t xml:space="preserve"> shui.</w:t>
        <w:br/>
        <w:t>这事儿上我和杰意见一致</w:t>
        <w:br/>
        <w:t>PETE:</w:t>
      </w:r>
      <w:r>
        <w:t xml:space="preserve"> I</w:t>
      </w:r>
      <w:r>
        <w:t xml:space="preserve"> got</w:t>
      </w:r>
      <w:r>
        <w:t xml:space="preserve"> to</w:t>
      </w:r>
      <w:r>
        <w:t xml:space="preserve"> go</w:t>
      </w:r>
      <w:r>
        <w:t xml:space="preserve"> with</w:t>
      </w:r>
      <w:r>
        <w:t xml:space="preserve"> Jay</w:t>
      </w:r>
      <w:r>
        <w:t xml:space="preserve"> on</w:t>
      </w:r>
      <w:r>
        <w:t xml:space="preserve"> this</w:t>
      </w:r>
      <w:r>
        <w:t xml:space="preserve"> one.</w:t>
        <w:br/>
        <w:t>我可不想伸长了脖子看电视</w:t>
        <w:br/>
        <w:t>You</w:t>
      </w:r>
      <w:r>
        <w:t xml:space="preserve"> don't</w:t>
      </w:r>
      <w:r>
        <w:t xml:space="preserve"> want</w:t>
      </w:r>
      <w:r>
        <w:t xml:space="preserve"> to</w:t>
      </w:r>
      <w:r>
        <w:t xml:space="preserve"> be</w:t>
      </w:r>
      <w:r>
        <w:t xml:space="preserve"> craning</w:t>
      </w:r>
      <w:r>
        <w:t xml:space="preserve"> your</w:t>
      </w:r>
      <w:r>
        <w:t xml:space="preserve"> neck</w:t>
        <w:br/>
        <w:t>本人可是很了解脖子痛是什么感觉的</w:t>
        <w:br/>
        <w:t>and</w:t>
      </w:r>
      <w:r>
        <w:t xml:space="preserve"> that's</w:t>
      </w:r>
      <w:r>
        <w:t xml:space="preserve"> coming</w:t>
      </w:r>
      <w:r>
        <w:t xml:space="preserve"> from</w:t>
      </w:r>
      <w:r>
        <w:t xml:space="preserve"> a</w:t>
      </w:r>
      <w:r>
        <w:t xml:space="preserve"> guy</w:t>
      </w:r>
      <w:r>
        <w:t xml:space="preserve"> who</w:t>
      </w:r>
      <w:r>
        <w:t xml:space="preserve"> knows</w:t>
      </w:r>
      <w:r>
        <w:t xml:space="preserve"> about</w:t>
      </w:r>
      <w:r>
        <w:t xml:space="preserve"> neck</w:t>
      </w:r>
      <w:r>
        <w:t xml:space="preserve"> pain.</w:t>
        <w:br/>
        <w:t>加一</w:t>
      </w:r>
      <w:r>
        <w:t xml:space="preserve"> 詹姆斯·麦迪逊的狩猎版画</w:t>
        <w:br/>
        <w:t>Agreed.</w:t>
      </w:r>
      <w:r>
        <w:t xml:space="preserve"> James</w:t>
      </w:r>
      <w:r>
        <w:t xml:space="preserve"> Madison's</w:t>
      </w:r>
      <w:r>
        <w:t xml:space="preserve"> hunting</w:t>
      </w:r>
      <w:r>
        <w:t xml:space="preserve"> print</w:t>
        <w:br/>
        <w:t>就挂的高了几英尺</w:t>
        <w:br/>
        <w:t>was</w:t>
      </w:r>
      <w:r>
        <w:t xml:space="preserve"> hung</w:t>
      </w:r>
      <w:r>
        <w:t xml:space="preserve"> several</w:t>
      </w:r>
      <w:r>
        <w:t xml:space="preserve"> feet</w:t>
      </w:r>
      <w:r>
        <w:t xml:space="preserve"> too</w:t>
      </w:r>
      <w:r>
        <w:t xml:space="preserve"> high.</w:t>
        <w:br/>
        <w:t>蜡烛燃烧的时候</w:t>
        <w:br/>
        <w:t>We</w:t>
      </w:r>
      <w:r>
        <w:t xml:space="preserve"> could</w:t>
      </w:r>
      <w:r>
        <w:t xml:space="preserve"> barely</w:t>
      </w:r>
      <w:r>
        <w:t xml:space="preserve"> stare</w:t>
      </w:r>
      <w:r>
        <w:t xml:space="preserve"> at</w:t>
      </w:r>
      <w:r>
        <w:t xml:space="preserve"> it</w:t>
        <w:br/>
        <w:t>我们都坚持不住一直抬着头看</w:t>
        <w:br/>
        <w:t>for</w:t>
      </w:r>
      <w:r>
        <w:t xml:space="preserve"> the</w:t>
      </w:r>
      <w:r>
        <w:t xml:space="preserve"> entire</w:t>
      </w:r>
      <w:r>
        <w:t xml:space="preserve"> burn</w:t>
      </w:r>
      <w:r>
        <w:t xml:space="preserve"> of</w:t>
      </w:r>
      <w:r>
        <w:t xml:space="preserve"> a</w:t>
      </w:r>
      <w:r>
        <w:t xml:space="preserve"> tallow</w:t>
      </w:r>
      <w:r>
        <w:t xml:space="preserve"> candle.</w:t>
        <w:br/>
        <w:t>你们过去还真无聊啊</w:t>
        <w:br/>
        <w:t>Wow,</w:t>
      </w:r>
      <w:r>
        <w:t xml:space="preserve"> you</w:t>
      </w:r>
      <w:r>
        <w:t xml:space="preserve"> guys</w:t>
      </w:r>
      <w:r>
        <w:t xml:space="preserve"> did</w:t>
      </w:r>
      <w:r>
        <w:t xml:space="preserve"> not</w:t>
      </w:r>
      <w:r>
        <w:t xml:space="preserve"> have</w:t>
      </w:r>
      <w:r>
        <w:t xml:space="preserve"> a</w:t>
      </w:r>
      <w:r>
        <w:t xml:space="preserve"> lot</w:t>
      </w:r>
      <w:r>
        <w:t xml:space="preserve"> to</w:t>
      </w:r>
      <w:r>
        <w:t xml:space="preserve"> do</w:t>
      </w:r>
      <w:r>
        <w:t xml:space="preserve"> back</w:t>
      </w:r>
      <w:r>
        <w:t xml:space="preserve"> then,</w:t>
      </w:r>
      <w:r>
        <w:t xml:space="preserve"> huh?</w:t>
        <w:br/>
        <w:t>我们可是发明了民&amp;hearts;主&amp;hearts;啊</w:t>
        <w:br/>
        <w:t>Other</w:t>
      </w:r>
      <w:r>
        <w:t xml:space="preserve"> than</w:t>
      </w:r>
      <w:r>
        <w:t xml:space="preserve"> invent</w:t>
      </w:r>
      <w:r>
        <w:t xml:space="preserve"> democracy?</w:t>
        <w:br/>
        <w:t>在欧洲人之中</w:t>
        <w:br/>
        <w:t>Amongst</w:t>
      </w:r>
      <w:r>
        <w:t xml:space="preserve"> Europeans.</w:t>
        <w:br/>
        <w:t>鬼鬼们喜欢这意大利红酱吗</w:t>
        <w:br/>
        <w:t>How</w:t>
      </w:r>
      <w:r>
        <w:t xml:space="preserve"> are</w:t>
      </w:r>
      <w:r>
        <w:t xml:space="preserve"> the</w:t>
      </w:r>
      <w:r>
        <w:t xml:space="preserve"> ghosts</w:t>
      </w:r>
      <w:r>
        <w:t xml:space="preserve"> liking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marinara?</w:t>
        <w:br/>
        <w:t>谈论食物会让索尔想起花花</w:t>
        <w:br/>
        <w:t>Talk</w:t>
      </w:r>
      <w:r>
        <w:t xml:space="preserve"> of</w:t>
      </w:r>
      <w:r>
        <w:t xml:space="preserve"> food</w:t>
      </w:r>
      <w:r>
        <w:t xml:space="preserve"> remind</w:t>
      </w:r>
      <w:r>
        <w:t xml:space="preserve"> Thor</w:t>
      </w:r>
      <w:r>
        <w:t xml:space="preserve"> of</w:t>
      </w:r>
      <w:r>
        <w:t xml:space="preserve"> Flower.</w:t>
        <w:br/>
        <w:t>她活着的时候也吃食物</w:t>
        <w:br/>
        <w:t>She</w:t>
      </w:r>
      <w:r>
        <w:t xml:space="preserve"> also</w:t>
      </w:r>
      <w:r>
        <w:t xml:space="preserve"> ate</w:t>
      </w:r>
      <w:r>
        <w:t xml:space="preserve"> food</w:t>
      </w:r>
      <w:r>
        <w:t xml:space="preserve"> when</w:t>
      </w:r>
      <w:r>
        <w:t xml:space="preserve"> alive.</w:t>
        <w:br/>
        <w:t>经常吃</w:t>
        <w:br/>
        <w:t>Many</w:t>
      </w:r>
      <w:r>
        <w:t xml:space="preserve"> times.</w:t>
        <w:br/>
        <w:t>经常吃</w:t>
        <w:br/>
        <w:t>Many</w:t>
      </w:r>
      <w:r>
        <w:t xml:space="preserve"> times.</w:t>
        <w:br/>
        <w:t>他们还挺喜欢</w:t>
      </w:r>
      <w:r>
        <w:t xml:space="preserve"> </w:t>
      </w:r>
      <w:r>
        <w:t xml:space="preserve"> -他还没缓过来呢</w:t>
        <w:br/>
        <w:t>They</w:t>
      </w:r>
      <w:r>
        <w:t xml:space="preserve"> seem</w:t>
      </w:r>
      <w:r>
        <w:t xml:space="preserve"> to</w:t>
      </w:r>
      <w:r>
        <w:t xml:space="preserve"> be</w:t>
      </w:r>
      <w:r>
        <w:t xml:space="preserve"> enjoying</w:t>
      </w:r>
      <w:r>
        <w:t xml:space="preserve"> it.</w:t>
      </w:r>
      <w:r>
        <w:t xml:space="preserve"> TREVOR:</w:t>
      </w:r>
      <w:r>
        <w:t xml:space="preserve"> Well,</w:t>
      </w:r>
      <w:r>
        <w:t xml:space="preserve"> he's</w:t>
      </w:r>
      <w:r>
        <w:t xml:space="preserve"> still</w:t>
      </w:r>
      <w:r>
        <w:t xml:space="preserve"> struggling.</w:t>
        <w:br/>
        <w:t>我很同情他</w:t>
      </w:r>
      <w:r>
        <w:t xml:space="preserve"> 但花花去了更好的地方</w:t>
        <w:br/>
        <w:t>I</w:t>
      </w:r>
      <w:r>
        <w:t xml:space="preserve"> feel</w:t>
      </w:r>
      <w:r>
        <w:t xml:space="preserve"> for</w:t>
      </w:r>
      <w:r>
        <w:t xml:space="preserve"> the</w:t>
      </w:r>
      <w:r>
        <w:t xml:space="preserve"> guy,</w:t>
      </w:r>
      <w:r>
        <w:t xml:space="preserve"> but</w:t>
      </w:r>
      <w:r>
        <w:t xml:space="preserve"> she's</w:t>
      </w:r>
      <w:r>
        <w:t xml:space="preserve"> in</w:t>
      </w:r>
      <w:r>
        <w:t xml:space="preserve"> a</w:t>
      </w:r>
      <w:r>
        <w:t xml:space="preserve"> better</w:t>
      </w:r>
      <w:r>
        <w:t xml:space="preserve"> place.</w:t>
        <w:br/>
        <w:t>任何地方都比这里好</w:t>
        <w:br/>
        <w:t>Any</w:t>
      </w:r>
      <w:r>
        <w:t xml:space="preserve"> place</w:t>
      </w:r>
      <w:r>
        <w:t xml:space="preserve"> would</w:t>
      </w:r>
      <w:r>
        <w:t xml:space="preserve"> be</w:t>
      </w:r>
      <w:r>
        <w:t xml:space="preserve"> better</w:t>
      </w:r>
      <w:r>
        <w:t xml:space="preserve"> than</w:t>
      </w:r>
      <w:r>
        <w:t xml:space="preserve"> here.</w:t>
        <w:br/>
        <w:t>我就是被困在自己老家的囚犯</w:t>
        <w:br/>
        <w:t>A</w:t>
      </w:r>
      <w:r>
        <w:t xml:space="preserve"> prisoner</w:t>
      </w:r>
      <w:r>
        <w:t xml:space="preserve"> in</w:t>
      </w:r>
      <w:r>
        <w:t xml:space="preserve"> my</w:t>
      </w:r>
      <w:r>
        <w:t xml:space="preserve"> ancestral</w:t>
      </w:r>
      <w:r>
        <w:t xml:space="preserve"> home,</w:t>
        <w:br/>
        <w:t>我的厨房&amp;hearts;里装满了异国的食物</w:t>
        <w:br/>
        <w:t>my</w:t>
      </w:r>
      <w:r>
        <w:t xml:space="preserve"> kitchen</w:t>
      </w:r>
      <w:r>
        <w:t xml:space="preserve"> reeking</w:t>
      </w:r>
      <w:r>
        <w:t xml:space="preserve"> of</w:t>
      </w:r>
      <w:r>
        <w:t xml:space="preserve"> exotic</w:t>
      </w:r>
      <w:r>
        <w:t xml:space="preserve"> foods.</w:t>
        <w:br/>
        <w:t>这是意面</w:t>
        <w:br/>
        <w:t>It's</w:t>
      </w:r>
      <w:r>
        <w:t xml:space="preserve"> spaghetti.</w:t>
        <w:br/>
        <w:t>这么多元音</w:t>
        <w:br/>
        <w:t>So</w:t>
      </w:r>
      <w:r>
        <w:t xml:space="preserve"> many</w:t>
      </w:r>
      <w:r>
        <w:t xml:space="preserve"> vowels.</w:t>
        <w:br/>
        <w:t>我理解索尔的沮丧心情</w:t>
        <w:br/>
        <w:t>I</w:t>
      </w:r>
      <w:r>
        <w:t xml:space="preserve"> understand</w:t>
      </w:r>
      <w:r>
        <w:t xml:space="preserve"> Thor's</w:t>
      </w:r>
      <w:r>
        <w:t xml:space="preserve"> frustration.</w:t>
        <w:br/>
        <w:t>不管怎样</w:t>
      </w:r>
      <w:r>
        <w:t xml:space="preserve"> 花花也是他第三个升&amp;hearts;天&amp;hearts;的情人</w:t>
        <w:br/>
        <w:t>After</w:t>
      </w:r>
      <w:r>
        <w:t xml:space="preserve"> all,</w:t>
      </w:r>
      <w:r>
        <w:t xml:space="preserve"> Flower</w:t>
      </w:r>
      <w:r>
        <w:t xml:space="preserve"> was</w:t>
      </w:r>
      <w:r>
        <w:t xml:space="preserve"> his</w:t>
      </w:r>
      <w:r>
        <w:t xml:space="preserve"> third</w:t>
      </w:r>
      <w:r>
        <w:t xml:space="preserve"> paramour</w:t>
      </w:r>
      <w:r>
        <w:t xml:space="preserve"> to</w:t>
      </w:r>
      <w:r>
        <w:t xml:space="preserve"> be</w:t>
      </w:r>
      <w:r>
        <w:t xml:space="preserve"> sucked</w:t>
      </w:r>
      <w:r>
        <w:t xml:space="preserve"> off.</w:t>
        <w:br/>
        <w:t>是吗</w:t>
        <w:br/>
        <w:t>She</w:t>
      </w:r>
      <w:r>
        <w:t xml:space="preserve"> was?</w:t>
        <w:br/>
        <w:t>哦对</w:t>
      </w:r>
      <w:r>
        <w:t xml:space="preserve"> 我总是忘记</w:t>
        <w:br/>
        <w:t>Oh,</w:t>
      </w:r>
      <w:r>
        <w:t xml:space="preserve"> that's</w:t>
      </w:r>
      <w:r>
        <w:t xml:space="preserve"> right,</w:t>
      </w:r>
      <w:r>
        <w:t xml:space="preserve"> I</w:t>
      </w:r>
      <w:r>
        <w:t xml:space="preserve"> keep</w:t>
      </w:r>
      <w:r>
        <w:t xml:space="preserve"> forgetting.</w:t>
        <w:br/>
        <w:t>卢埃拉和弗拉特·玛丽亚升&amp;hearts;天&amp;hearts;的时候你们都不在</w:t>
        <w:br/>
        <w:t>None</w:t>
      </w:r>
      <w:r>
        <w:t xml:space="preserve"> of</w:t>
      </w:r>
      <w:r>
        <w:t xml:space="preserve"> you</w:t>
      </w:r>
      <w:r>
        <w:t xml:space="preserve"> were</w:t>
      </w:r>
      <w:r>
        <w:t xml:space="preserve"> around</w:t>
      </w:r>
      <w:r>
        <w:t xml:space="preserve"> for</w:t>
      </w:r>
      <w:r>
        <w:t xml:space="preserve"> Luella</w:t>
      </w:r>
      <w:r>
        <w:t xml:space="preserve"> or</w:t>
      </w:r>
      <w:r>
        <w:t xml:space="preserve"> Flat</w:t>
      </w:r>
      <w:r>
        <w:t xml:space="preserve"> Maria.</w:t>
        <w:br/>
        <w:t>弗拉特·玛丽亚</w:t>
        <w:br/>
        <w:t>Flat</w:t>
      </w:r>
      <w:r>
        <w:t xml:space="preserve"> Maria?</w:t>
        <w:br/>
        <w:t>不亲眼看到</w:t>
        <w:br/>
        <w:t>Until</w:t>
      </w:r>
      <w:r>
        <w:t xml:space="preserve"> you've</w:t>
      </w:r>
      <w:r>
        <w:t xml:space="preserve"> seen</w:t>
      </w:r>
      <w:r>
        <w:t xml:space="preserve"> it,</w:t>
        <w:br/>
        <w:t>你无法想象一群牛能对人类身体造成多大的伤害</w:t>
        <w:br/>
        <w:t>you</w:t>
      </w:r>
      <w:r>
        <w:t xml:space="preserve"> can't</w:t>
      </w:r>
      <w:r>
        <w:t xml:space="preserve"> imagine</w:t>
      </w:r>
      <w:r>
        <w:t xml:space="preserve"> what</w:t>
      </w:r>
      <w:r>
        <w:t xml:space="preserve"> a</w:t>
      </w:r>
      <w:r>
        <w:t xml:space="preserve"> herd</w:t>
      </w:r>
      <w:r>
        <w:t xml:space="preserve"> of</w:t>
      </w:r>
      <w:r>
        <w:t xml:space="preserve"> cattle</w:t>
      </w:r>
      <w:r>
        <w:t xml:space="preserve"> can</w:t>
      </w:r>
      <w:r>
        <w:t xml:space="preserve"> do</w:t>
      </w:r>
      <w:r>
        <w:t xml:space="preserve"> to</w:t>
      </w:r>
      <w:r>
        <w:t xml:space="preserve"> the</w:t>
      </w:r>
      <w:r>
        <w:t xml:space="preserve"> human</w:t>
      </w:r>
      <w:r>
        <w:t xml:space="preserve"> body.</w:t>
        <w:br/>
        <w:t>杰</w:t>
      </w:r>
      <w:r>
        <w:t xml:space="preserve"> 这也太悲伤了</w:t>
        <w:br/>
        <w:t>Oh,</w:t>
      </w:r>
      <w:r>
        <w:t xml:space="preserve"> Jay,</w:t>
      </w:r>
      <w:r>
        <w:t xml:space="preserve"> this</w:t>
      </w:r>
      <w:r>
        <w:t xml:space="preserve"> is</w:t>
      </w:r>
      <w:r>
        <w:t xml:space="preserve"> so</w:t>
      </w:r>
      <w:r>
        <w:t xml:space="preserve"> sad.</w:t>
        <w:br/>
        <w:t>艾萨克刚刚说</w:t>
        <w:br/>
        <w:t>Apparently,</w:t>
      </w:r>
      <w:r>
        <w:t xml:space="preserve"> Isaac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says</w:t>
        <w:br/>
        <w:t>索尔交过三个女朋友</w:t>
        <w:br/>
        <w:t>Thor's</w:t>
      </w:r>
      <w:r>
        <w:t xml:space="preserve"> had</w:t>
      </w:r>
      <w:r>
        <w:t xml:space="preserve"> three</w:t>
      </w:r>
      <w:r>
        <w:t xml:space="preserve"> girlfriends,</w:t>
        <w:br/>
        <w:t>她们在和他约会后</w:t>
        <w:br/>
        <w:t>and</w:t>
      </w:r>
      <w:r>
        <w:t xml:space="preserve"> they</w:t>
      </w:r>
      <w:r>
        <w:t xml:space="preserve"> all</w:t>
      </w:r>
      <w:r>
        <w:t xml:space="preserve"> got</w:t>
      </w:r>
      <w:r>
        <w:t xml:space="preserve"> sucked</w:t>
      </w:r>
      <w:r>
        <w:t xml:space="preserve"> off</w:t>
        <w:br/>
        <w:t>都升&amp;hearts;天&amp;hearts;了</w:t>
        <w:br/>
        <w:t>after</w:t>
      </w:r>
      <w:r>
        <w:t xml:space="preserve"> dating</w:t>
      </w:r>
      <w:r>
        <w:t xml:space="preserve"> him.</w:t>
        <w:br/>
        <w:t>可怜的家伙</w:t>
        <w:br/>
        <w:t>Aw,</w:t>
      </w:r>
      <w:r>
        <w:t xml:space="preserve"> poor</w:t>
      </w:r>
      <w:r>
        <w:t xml:space="preserve"> guy.</w:t>
        <w:br/>
        <w:t>可怜的家伙</w:t>
        <w:br/>
        <w:t>Aw,</w:t>
      </w:r>
      <w:r>
        <w:t xml:space="preserve"> poor</w:t>
      </w:r>
      <w:r>
        <w:t xml:space="preserve"> guy.</w:t>
        <w:br/>
        <w:t>感觉就像是</w:t>
        <w:br/>
        <w:t>Sounds</w:t>
      </w:r>
      <w:r>
        <w:t xml:space="preserve"> like</w:t>
      </w:r>
      <w:r>
        <w:t xml:space="preserve"> he's</w:t>
      </w:r>
      <w:r>
        <w:t xml:space="preserve"> got</w:t>
      </w:r>
      <w:r>
        <w:t xml:space="preserve"> a</w:t>
      </w:r>
      <w:r>
        <w:t xml:space="preserve"> Good</w:t>
      </w:r>
      <w:r>
        <w:t xml:space="preserve"> Luck</w:t>
      </w:r>
      <w:r>
        <w:t xml:space="preserve"> Chuck</w:t>
        <w:br/>
        <w:t>《好运查克》</w:t>
        <w:br/>
        <w:t>situation</w:t>
      </w:r>
      <w:r>
        <w:t xml:space="preserve"> going</w:t>
      </w:r>
      <w:r>
        <w:t xml:space="preserve"> on.</w:t>
        <w:br/>
        <w:t>《幸运查克》是一部电影</w:t>
      </w:r>
      <w:r>
        <w:t xml:space="preserve"> 里面的主角叫查克</w:t>
        <w:br/>
        <w:t>Good</w:t>
      </w:r>
      <w:r>
        <w:t xml:space="preserve"> Luck</w:t>
      </w:r>
      <w:r>
        <w:t xml:space="preserve"> Chuck</w:t>
      </w:r>
      <w:r>
        <w:t xml:space="preserve"> is</w:t>
      </w:r>
      <w:r>
        <w:t xml:space="preserve"> a</w:t>
      </w:r>
      <w:r>
        <w:t xml:space="preserve"> movie</w:t>
      </w:r>
      <w:r>
        <w:t xml:space="preserve"> about</w:t>
      </w:r>
      <w:r>
        <w:t xml:space="preserve"> a</w:t>
      </w:r>
      <w:r>
        <w:t xml:space="preserve"> guy</w:t>
      </w:r>
      <w:r>
        <w:t xml:space="preserve"> named</w:t>
      </w:r>
      <w:r>
        <w:t xml:space="preserve"> Chuck</w:t>
        <w:br/>
        <w:t>睡过超多女人</w:t>
        <w:br/>
        <w:t>who</w:t>
      </w:r>
      <w:r>
        <w:t xml:space="preserve"> slept</w:t>
      </w:r>
      <w:r>
        <w:t xml:space="preserve"> with</w:t>
      </w:r>
      <w:r>
        <w:t xml:space="preserve"> a</w:t>
      </w:r>
      <w:r>
        <w:t xml:space="preserve"> lot</w:t>
      </w:r>
      <w:r>
        <w:t xml:space="preserve"> of</w:t>
      </w:r>
      <w:r>
        <w:t xml:space="preserve"> women.</w:t>
        <w:br/>
        <w:t>完美人设</w:t>
        <w:br/>
        <w:t>Flawless</w:t>
      </w:r>
      <w:r>
        <w:t xml:space="preserve"> premise.</w:t>
        <w:br/>
        <w:t>每个女火在和他约会之后</w:t>
        <w:br/>
        <w:t>And</w:t>
      </w:r>
      <w:r>
        <w:t xml:space="preserve"> every</w:t>
      </w:r>
      <w:r>
        <w:t xml:space="preserve"> woman</w:t>
      </w:r>
      <w:r>
        <w:t xml:space="preserve"> that</w:t>
      </w:r>
      <w:r>
        <w:t xml:space="preserve"> he</w:t>
      </w:r>
      <w:r>
        <w:t xml:space="preserve"> hooked</w:t>
      </w:r>
      <w:r>
        <w:t xml:space="preserve"> up</w:t>
      </w:r>
      <w:r>
        <w:t xml:space="preserve"> with</w:t>
        <w:br/>
        <w:t>都会遇到自己的真命天子</w:t>
        <w:br/>
        <w:t>would</w:t>
      </w:r>
      <w:r>
        <w:t xml:space="preserve"> marry</w:t>
      </w:r>
      <w:r>
        <w:t xml:space="preserve"> the</w:t>
      </w:r>
      <w:r>
        <w:t xml:space="preserve"> next</w:t>
      </w:r>
      <w:r>
        <w:t xml:space="preserve"> man</w:t>
      </w:r>
      <w:r>
        <w:t xml:space="preserve"> that</w:t>
      </w:r>
      <w:r>
        <w:t xml:space="preserve"> she</w:t>
      </w:r>
      <w:r>
        <w:t xml:space="preserve"> met.</w:t>
        <w:br/>
        <w:t>如果杰说的没错</w:t>
        <w:br/>
        <w:t>So,</w:t>
      </w:r>
      <w:r>
        <w:t xml:space="preserve"> if</w:t>
      </w:r>
      <w:r>
        <w:t xml:space="preserve"> Jay</w:t>
      </w:r>
      <w:r>
        <w:t xml:space="preserve"> is</w:t>
      </w:r>
      <w:r>
        <w:t xml:space="preserve"> correct,</w:t>
        <w:br/>
        <w:t>这的确是《幸运查克》剧情上演</w:t>
        <w:br/>
        <w:t>and</w:t>
      </w:r>
      <w:r>
        <w:t xml:space="preserve"> this</w:t>
      </w:r>
      <w:r>
        <w:t xml:space="preserve"> is</w:t>
      </w:r>
      <w:r>
        <w:t xml:space="preserve"> indeed</w:t>
      </w:r>
      <w:r>
        <w:t xml:space="preserve"> a</w:t>
      </w:r>
      <w:r>
        <w:t xml:space="preserve"> Good</w:t>
      </w:r>
      <w:r>
        <w:t xml:space="preserve"> Luck</w:t>
      </w:r>
      <w:r>
        <w:t xml:space="preserve"> Chuck</w:t>
      </w:r>
      <w:r>
        <w:t xml:space="preserve"> situation,</w:t>
        <w:br/>
        <w:t>难道真的每个</w:t>
        <w:br/>
        <w:t>do</w:t>
      </w:r>
      <w:r>
        <w:t xml:space="preserve"> we</w:t>
      </w:r>
      <w:r>
        <w:t xml:space="preserve"> believe</w:t>
      </w:r>
      <w:r>
        <w:t xml:space="preserve"> that</w:t>
      </w:r>
      <w:r>
        <w:t xml:space="preserve"> any</w:t>
      </w:r>
      <w:r>
        <w:t xml:space="preserve"> woman</w:t>
        <w:br/>
        <w:t>难道真的每个</w:t>
        <w:br/>
        <w:t>do</w:t>
      </w:r>
      <w:r>
        <w:t xml:space="preserve"> we</w:t>
      </w:r>
      <w:r>
        <w:t xml:space="preserve"> believe</w:t>
      </w:r>
      <w:r>
        <w:t xml:space="preserve"> that</w:t>
      </w:r>
      <w:r>
        <w:t xml:space="preserve"> any</w:t>
      </w:r>
      <w:r>
        <w:t xml:space="preserve"> woman</w:t>
        <w:br/>
        <w:t>和索尔约会过的女人</w:t>
        <w:br/>
        <w:t>Thor</w:t>
      </w:r>
      <w:r>
        <w:t xml:space="preserve"> becomes</w:t>
      </w:r>
      <w:r>
        <w:t xml:space="preserve"> romantically</w:t>
      </w:r>
      <w:r>
        <w:t xml:space="preserve"> entangled</w:t>
      </w:r>
      <w:r>
        <w:t xml:space="preserve"> with</w:t>
        <w:br/>
        <w:t>都能够升&amp;hearts;天&amp;hearts;吗</w:t>
        <w:br/>
        <w:t>may</w:t>
      </w:r>
      <w:r>
        <w:t xml:space="preserve"> end</w:t>
      </w:r>
      <w:r>
        <w:t xml:space="preserve"> up</w:t>
      </w:r>
      <w:r>
        <w:t xml:space="preserve"> getting</w:t>
      </w:r>
      <w:r>
        <w:t xml:space="preserve"> sucked</w:t>
      </w:r>
      <w:r>
        <w:t xml:space="preserve"> off?</w:t>
        <w:br/>
        <w:t>有可能</w:t>
        <w:br/>
        <w:t>ISAAC:</w:t>
      </w:r>
      <w:r>
        <w:t xml:space="preserve"> Possibly.</w:t>
        <w:br/>
        <w:t>那个可怜的维京人</w:t>
        <w:br/>
        <w:t>That</w:t>
      </w:r>
      <w:r>
        <w:t xml:space="preserve"> poor</w:t>
      </w:r>
      <w:r>
        <w:t xml:space="preserve"> Viking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bastard.</w:t>
        <w:br/>
        <w:t>有趣</w:t>
        <w:br/>
        <w:t>Interesting.</w:t>
        <w:br/>
        <w:t>有趣</w:t>
        <w:br/>
        <w:t>Interesting.</w:t>
        <w:br/>
        <w:t>杰·阿伦德卡尔罚球</w:t>
        <w:br/>
        <w:t>ANNOUNCER:</w:t>
      </w:r>
      <w:r>
        <w:t xml:space="preserve"> Jay</w:t>
      </w:r>
      <w:r>
        <w:t xml:space="preserve"> Arondekar</w:t>
      </w:r>
      <w:r>
        <w:t xml:space="preserve"> at</w:t>
      </w:r>
      <w:r>
        <w:t xml:space="preserve"> the</w:t>
      </w:r>
      <w:r>
        <w:t xml:space="preserve"> charity</w:t>
      </w:r>
      <w:r>
        <w:t xml:space="preserve"> stripe,</w:t>
        <w:br/>
        <w:t>胜负未分</w:t>
        <w:br/>
        <w:t>game</w:t>
      </w:r>
      <w:r>
        <w:t xml:space="preserve"> on</w:t>
      </w:r>
      <w:r>
        <w:t xml:space="preserve"> the</w:t>
      </w:r>
      <w:r>
        <w:t xml:space="preserve"> line,</w:t>
        <w:br/>
        <w:t>他要赢得此次比赛</w:t>
        <w:br/>
        <w:t>to</w:t>
      </w:r>
      <w:r>
        <w:t xml:space="preserve"> win</w:t>
      </w:r>
      <w:r>
        <w:t xml:space="preserve"> the</w:t>
      </w:r>
      <w:r>
        <w:t xml:space="preserve"> championship</w:t>
        <w:br/>
        <w:t>拯救世界</w:t>
        <w:br/>
        <w:t>and</w:t>
      </w:r>
      <w:r>
        <w:t xml:space="preserve"> save</w:t>
      </w:r>
      <w:r>
        <w:t xml:space="preserve"> the</w:t>
      </w:r>
      <w:r>
        <w:t xml:space="preserve"> world.</w:t>
        <w:br/>
        <w:t>披萨烤箱</w:t>
        <w:br/>
        <w:t>Pizza</w:t>
      </w:r>
      <w:r>
        <w:t xml:space="preserve"> oven.</w:t>
        <w:br/>
        <w:t>什么</w:t>
      </w:r>
      <w:r>
        <w:t xml:space="preserve"> </w:t>
      </w:r>
      <w:r>
        <w:t xml:space="preserve"> -去买&amp;hearts;&amp;hearts;一台披萨烤箱</w:t>
        <w:br/>
        <w:t>What?</w:t>
      </w:r>
      <w:r>
        <w:t xml:space="preserve"> Get</w:t>
      </w:r>
      <w:r>
        <w:t xml:space="preserve"> a</w:t>
      </w:r>
      <w:r>
        <w:t xml:space="preserve"> pizza</w:t>
      </w:r>
      <w:r>
        <w:t xml:space="preserve"> oven.</w:t>
        <w:br/>
        <w:t>你想要一台披萨烤箱</w:t>
        <w:br/>
        <w:t>You</w:t>
      </w:r>
      <w:r>
        <w:t xml:space="preserve"> want</w:t>
      </w:r>
      <w:r>
        <w:t xml:space="preserve"> a</w:t>
      </w:r>
      <w:r>
        <w:t xml:space="preserve"> pizza</w:t>
      </w:r>
      <w:r>
        <w:t xml:space="preserve"> oven.</w:t>
        <w:br/>
        <w:t>没有披萨烤箱就活不下去</w:t>
        <w:br/>
        <w:t>You</w:t>
      </w:r>
      <w:r>
        <w:t xml:space="preserve"> can't</w:t>
      </w:r>
      <w:r>
        <w:t xml:space="preserve"> live</w:t>
      </w:r>
      <w:r>
        <w:t xml:space="preserve"> without</w:t>
      </w:r>
      <w:r>
        <w:t xml:space="preserve"> a</w:t>
      </w:r>
      <w:r>
        <w:t xml:space="preserve"> pizza</w:t>
      </w:r>
      <w:r>
        <w:t xml:space="preserve"> oven.</w:t>
        <w:br/>
        <w:t>第二发</w:t>
        <w:br/>
        <w:t>Shooting</w:t>
      </w:r>
      <w:r>
        <w:t xml:space="preserve"> two.</w:t>
        <w:br/>
        <w:t>太好了</w:t>
        <w:br/>
        <w:t>Yes!</w:t>
        <w:br/>
        <w:t>柴火烤披萨</w:t>
        <w:br/>
        <w:t>Whoo!</w:t>
      </w:r>
      <w:r>
        <w:t xml:space="preserve"> Wood-</w:t>
      </w:r>
      <w:r>
        <w:t xml:space="preserve"> fired!</w:t>
        <w:br/>
        <w:t>柴火烤披萨</w:t>
      </w:r>
      <w:r>
        <w:t xml:space="preserve"> 柴火烤披萨</w:t>
        <w:br/>
        <w:t>CROWD:</w:t>
      </w:r>
      <w:r>
        <w:t xml:space="preserve"> Wood-</w:t>
      </w:r>
      <w:r>
        <w:t xml:space="preserve"> fired!</w:t>
      </w:r>
      <w:r>
        <w:t xml:space="preserve"> Wood-</w:t>
      </w:r>
      <w:r>
        <w:t xml:space="preserve"> fired!</w:t>
        <w:br/>
        <w:t>柴火烤披萨</w:t>
        <w:br/>
        <w:t>Wood-</w:t>
      </w:r>
      <w:r>
        <w:t xml:space="preserve"> firedl</w:t>
      </w:r>
      <w:r>
        <w:t xml:space="preserve"> Huh?</w:t>
        <w:br/>
        <w:t>柴火烤披萨</w:t>
        <w:br/>
        <w:t>CROWD:</w:t>
      </w:r>
      <w:r>
        <w:t xml:space="preserve"> Wood-</w:t>
      </w:r>
      <w:r>
        <w:t xml:space="preserve"> fired!</w:t>
        <w:br/>
        <w:t>你好呀</w:t>
      </w:r>
      <w:r>
        <w:t xml:space="preserve"> 索尔</w:t>
        <w:br/>
        <w:t>Hey</w:t>
      </w:r>
      <w:r>
        <w:t xml:space="preserve"> there,</w:t>
      </w:r>
      <w:r>
        <w:t xml:space="preserve"> Thor.</w:t>
        <w:br/>
        <w:t>打扰你了嘛</w:t>
        <w:br/>
        <w:t>Am</w:t>
      </w:r>
      <w:r>
        <w:t xml:space="preserve"> I</w:t>
      </w:r>
      <w:r>
        <w:t xml:space="preserve"> interrupting</w:t>
      </w:r>
      <w:r>
        <w:t xml:space="preserve"> anything?</w:t>
        <w:br/>
        <w:t>我想着来</w:t>
      </w:r>
      <w:r>
        <w:t xml:space="preserve"> 鼓励你一小下</w:t>
        <w:br/>
        <w:t>I</w:t>
      </w:r>
      <w:r>
        <w:t xml:space="preserve"> thought</w:t>
      </w:r>
      <w:r>
        <w:t xml:space="preserve"> maybe</w:t>
      </w:r>
      <w:r>
        <w:t xml:space="preserve"> you</w:t>
      </w:r>
      <w:r>
        <w:t xml:space="preserve"> could</w:t>
      </w:r>
      <w:r>
        <w:t xml:space="preserve"> use</w:t>
      </w:r>
      <w:r>
        <w:t xml:space="preserve"> some...</w:t>
      </w:r>
      <w:r>
        <w:t xml:space="preserve"> cheering</w:t>
      </w:r>
      <w:r>
        <w:t xml:space="preserve"> up.</w:t>
        <w:br/>
        <w:t>不打扰</w:t>
      </w:r>
      <w:r>
        <w:t xml:space="preserve"> 索尔只是在想</w:t>
        <w:br/>
        <w:t>Not</w:t>
      </w:r>
      <w:r>
        <w:t xml:space="preserve"> interrupting.</w:t>
      </w:r>
      <w:r>
        <w:t xml:space="preserve"> Thor</w:t>
      </w:r>
      <w:r>
        <w:t xml:space="preserve"> just</w:t>
      </w:r>
      <w:r>
        <w:t xml:space="preserve"> thinking</w:t>
      </w:r>
      <w:r>
        <w:t xml:space="preserve"> about</w:t>
      </w:r>
      <w:r>
        <w:t xml:space="preserve"> emptiness</w:t>
        <w:br/>
        <w:t>宇宙的空虚</w:t>
      </w:r>
      <w:r>
        <w:t xml:space="preserve"> 存在的虚无</w:t>
        <w:br/>
        <w:t>of</w:t>
      </w:r>
      <w:r>
        <w:t xml:space="preserve"> universe,</w:t>
      </w:r>
      <w:r>
        <w:t xml:space="preserve"> futility</w:t>
      </w:r>
      <w:r>
        <w:t xml:space="preserve"> of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existence,</w:t>
        <w:br/>
        <w:t>美味的鳕鱼</w:t>
        <w:br/>
        <w:t>deliciousness</w:t>
      </w:r>
      <w:r>
        <w:t xml:space="preserve"> of</w:t>
      </w:r>
      <w:r>
        <w:t xml:space="preserve"> cod.</w:t>
        <w:br/>
        <w:t>可怜的索尔</w:t>
        <w:br/>
        <w:t>Poor</w:t>
      </w:r>
      <w:r>
        <w:t xml:space="preserve"> Thor.</w:t>
        <w:br/>
        <w:t>你经历了太多痛苫</w:t>
        <w:br/>
        <w:t>You've</w:t>
      </w:r>
      <w:r>
        <w:t xml:space="preserve"> been</w:t>
      </w:r>
      <w:r>
        <w:t xml:space="preserve"> through</w:t>
      </w:r>
      <w:r>
        <w:t xml:space="preserve"> a</w:t>
      </w:r>
      <w:r>
        <w:t xml:space="preserve"> lot.</w:t>
        <w:br/>
        <w:t>或许我可以</w:t>
        <w:br/>
        <w:t>Maybe</w:t>
      </w:r>
      <w:r>
        <w:t xml:space="preserve"> there's</w:t>
      </w:r>
      <w:r>
        <w:t xml:space="preserve"> some</w:t>
      </w:r>
      <w:r>
        <w:t xml:space="preserve"> way</w:t>
      </w:r>
      <w:r>
        <w:t xml:space="preserve"> I</w:t>
      </w:r>
      <w:r>
        <w:t xml:space="preserve"> can...</w:t>
        <w:br/>
        <w:t>帮你放松下</w:t>
        <w:br/>
        <w:t>help</w:t>
      </w:r>
      <w:r>
        <w:t xml:space="preserve"> you</w:t>
      </w:r>
      <w:r>
        <w:t xml:space="preserve"> relax.</w:t>
        <w:br/>
        <w:t>你真是</w:t>
      </w:r>
      <w:r>
        <w:t xml:space="preserve"> 太善良了</w:t>
        <w:br/>
        <w:t>Oh,</w:t>
      </w:r>
      <w:r>
        <w:t xml:space="preserve"> yes,</w:t>
      </w:r>
      <w:r>
        <w:t xml:space="preserve"> that...very</w:t>
      </w:r>
      <w:r>
        <w:t xml:space="preserve"> kind.</w:t>
        <w:br/>
        <w:t>我总是忘记狼尿有多刺鼻</w:t>
        <w:br/>
        <w:t>I</w:t>
      </w:r>
      <w:r>
        <w:t xml:space="preserve"> always</w:t>
      </w:r>
      <w:r>
        <w:t xml:space="preserve"> forget</w:t>
      </w:r>
      <w:r>
        <w:t xml:space="preserve"> how</w:t>
      </w:r>
      <w:r>
        <w:t xml:space="preserve"> pungent</w:t>
      </w:r>
      <w:r>
        <w:t xml:space="preserve"> that</w:t>
      </w:r>
      <w:r>
        <w:t xml:space="preserve"> wolf</w:t>
      </w:r>
      <w:r>
        <w:t xml:space="preserve"> urine</w:t>
      </w:r>
      <w:r>
        <w:t xml:space="preserve"> is.</w:t>
        <w:br/>
        <w:br/>
        <w:t>那品质是最好的</w:t>
        <w:br/>
        <w:t>Is</w:t>
      </w:r>
      <w:r>
        <w:t xml:space="preserve"> highest</w:t>
      </w:r>
      <w:r>
        <w:t xml:space="preserve"> quality.</w:t>
        <w:br/>
        <w:t>第一次挤爆狼尸体的膀胱</w:t>
        <w:br/>
        <w:t>First</w:t>
      </w:r>
      <w:r>
        <w:t xml:space="preserve"> squeeze</w:t>
      </w:r>
      <w:r>
        <w:t xml:space="preserve"> of</w:t>
      </w:r>
      <w:r>
        <w:t xml:space="preserve"> dead</w:t>
      </w:r>
      <w:r>
        <w:t xml:space="preserve"> wolf</w:t>
      </w:r>
      <w:r>
        <w:t xml:space="preserve"> bladder.</w:t>
        <w:br/>
        <w:t>太令人垂涎了</w:t>
        <w:br/>
        <w:t>Mm.</w:t>
      </w:r>
      <w:r>
        <w:t xml:space="preserve"> Is</w:t>
      </w:r>
      <w:r>
        <w:t xml:space="preserve"> most</w:t>
      </w:r>
      <w:r>
        <w:t xml:space="preserve"> coveted.</w:t>
        <w:br/>
        <w:t>真是有趣极了</w:t>
        <w:br/>
        <w:t>So</w:t>
      </w:r>
      <w:r>
        <w:t xml:space="preserve"> interesting.</w:t>
        <w:br/>
        <w:t>感觉真好</w:t>
        <w:br/>
        <w:t>It</w:t>
      </w:r>
      <w:r>
        <w:t xml:space="preserve"> is</w:t>
      </w:r>
      <w:r>
        <w:t xml:space="preserve"> nice.</w:t>
        <w:br/>
        <w:t>再用力些</w:t>
        <w:br/>
        <w:t>Don't</w:t>
      </w:r>
      <w:r>
        <w:t xml:space="preserve"> be</w:t>
      </w:r>
      <w:r>
        <w:t xml:space="preserve"> afraid</w:t>
      </w:r>
      <w:r>
        <w:t xml:space="preserve"> to</w:t>
      </w:r>
      <w:r>
        <w:t xml:space="preserve"> really</w:t>
      </w:r>
      <w:r>
        <w:t xml:space="preserve"> get</w:t>
      </w:r>
      <w:r>
        <w:t xml:space="preserve"> in</w:t>
      </w:r>
      <w:r>
        <w:t xml:space="preserve"> there.</w:t>
        <w:br/>
        <w:t>我觉得我已经</w:t>
        <w:br/>
        <w:t>HETTY:</w:t>
      </w:r>
      <w:r>
        <w:t xml:space="preserve"> I</w:t>
      </w:r>
      <w:r>
        <w:t xml:space="preserve"> believe</w:t>
      </w:r>
      <w:r>
        <w:t xml:space="preserve"> I'm</w:t>
      </w:r>
      <w:r>
        <w:t xml:space="preserve"> in</w:t>
      </w:r>
      <w:r>
        <w:t xml:space="preserve"> as...</w:t>
        <w:br/>
        <w:t>用尽全力了</w:t>
        <w:br/>
        <w:t>deep</w:t>
      </w:r>
      <w:r>
        <w:t xml:space="preserve"> as</w:t>
      </w:r>
      <w:r>
        <w:t xml:space="preserve"> I'm</w:t>
      </w:r>
      <w:r>
        <w:t xml:space="preserve"> prepared</w:t>
      </w:r>
      <w:r>
        <w:t xml:space="preserve"> to</w:t>
      </w:r>
      <w:r>
        <w:t xml:space="preserve"> go.</w:t>
        <w:br/>
        <w:t>问个问题</w:t>
        <w:br/>
        <w:t>Question:</w:t>
        <w:br/>
        <w:t>你个家伙(Hell)</w:t>
        <w:br/>
        <w:t>what</w:t>
      </w:r>
      <w:r>
        <w:t xml:space="preserve"> the</w:t>
      </w:r>
      <w:r>
        <w:t xml:space="preserve"> H-</w:t>
      </w:r>
      <w:r>
        <w:t xml:space="preserve"> E-</w:t>
      </w:r>
      <w:r>
        <w:t xml:space="preserve"> double-</w:t>
      </w:r>
      <w:r>
        <w:t xml:space="preserve"> hockey</w:t>
      </w:r>
      <w:r>
        <w:t xml:space="preserve"> sticks</w:t>
        <w:br/>
        <w:t>昨晚在萨曼和杰房&amp;hearts;间做什么呢</w:t>
        <w:br/>
        <w:t>were</w:t>
      </w:r>
      <w:r>
        <w:t xml:space="preserve"> you</w:t>
      </w:r>
      <w:r>
        <w:t xml:space="preserve"> doing</w:t>
      </w:r>
      <w:r>
        <w:t xml:space="preserve"> in</w:t>
      </w:r>
      <w:r>
        <w:t xml:space="preserve"> Sam</w:t>
      </w:r>
      <w:r>
        <w:t xml:space="preserve"> and</w:t>
      </w:r>
      <w:r>
        <w:t xml:space="preserve"> Jay's</w:t>
      </w:r>
      <w:r>
        <w:t xml:space="preserve"> bedroom</w:t>
      </w:r>
      <w:r>
        <w:t xml:space="preserve"> last</w:t>
      </w:r>
      <w:r>
        <w:t xml:space="preserve"> night?</w:t>
        <w:br/>
        <w:t>你在说什么</w:t>
        <w:br/>
        <w:t>What</w:t>
      </w:r>
      <w:r>
        <w:t xml:space="preserve"> are</w:t>
      </w:r>
      <w:r>
        <w:t xml:space="preserve"> you</w:t>
      </w:r>
      <w:r>
        <w:t xml:space="preserve"> talking</w:t>
      </w:r>
      <w:r>
        <w:t xml:space="preserve"> about?</w:t>
        <w:br/>
        <w:t>你以为我睡着了</w:t>
      </w:r>
      <w:r>
        <w:t xml:space="preserve"> 但我没有</w:t>
        <w:br/>
        <w:t>You</w:t>
      </w:r>
      <w:r>
        <w:t xml:space="preserve"> thought</w:t>
      </w:r>
      <w:r>
        <w:t xml:space="preserve"> I</w:t>
      </w:r>
      <w:r>
        <w:t xml:space="preserve"> was</w:t>
      </w:r>
      <w:r>
        <w:t xml:space="preserve"> sleeping,</w:t>
      </w:r>
      <w:r>
        <w:t xml:space="preserve"> but</w:t>
      </w:r>
      <w:r>
        <w:t xml:space="preserve"> I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wasn't,</w:t>
        <w:br/>
        <w:t>因为我有睡眠呼吸中止症</w:t>
        <w:br/>
        <w:t>'cause</w:t>
      </w:r>
      <w:r>
        <w:t xml:space="preserve"> of</w:t>
      </w:r>
      <w:r>
        <w:t xml:space="preserve"> my</w:t>
      </w:r>
      <w:r>
        <w:t xml:space="preserve"> sleep</w:t>
      </w:r>
      <w:r>
        <w:t xml:space="preserve"> apnea,</w:t>
        <w:br/>
        <w:t>我以为死后就会好了</w:t>
      </w:r>
      <w:r>
        <w:t xml:space="preserve"> 但并没有</w:t>
        <w:br/>
        <w:t>which</w:t>
      </w:r>
      <w:r>
        <w:t xml:space="preserve"> I</w:t>
      </w:r>
      <w:r>
        <w:t xml:space="preserve"> assumed</w:t>
      </w:r>
      <w:r>
        <w:t xml:space="preserve"> I'd</w:t>
      </w:r>
      <w:r>
        <w:t xml:space="preserve"> get</w:t>
      </w:r>
      <w:r>
        <w:t xml:space="preserve"> rid</w:t>
      </w:r>
      <w:r>
        <w:t xml:space="preserve"> of</w:t>
      </w:r>
      <w:r>
        <w:t xml:space="preserve"> when</w:t>
      </w:r>
      <w:r>
        <w:t xml:space="preserve"> I</w:t>
      </w:r>
      <w:r>
        <w:t xml:space="preserve"> died,</w:t>
      </w:r>
      <w:r>
        <w:t xml:space="preserve"> but</w:t>
      </w:r>
      <w:r>
        <w:t xml:space="preserve"> I</w:t>
      </w:r>
      <w:r>
        <w:t xml:space="preserve"> didn't,</w:t>
        <w:br/>
        <w:t>所以我白天也总是疲惫不堪</w:t>
        <w:br/>
        <w:t>so</w:t>
      </w:r>
      <w:r>
        <w:t xml:space="preserve"> I'm</w:t>
      </w:r>
      <w:r>
        <w:t xml:space="preserve"> always</w:t>
      </w:r>
      <w:r>
        <w:t xml:space="preserve"> a</w:t>
      </w:r>
      <w:r>
        <w:t xml:space="preserve"> little</w:t>
      </w:r>
      <w:r>
        <w:t xml:space="preserve"> tired.</w:t>
        <w:br/>
        <w:t>嘿</w:t>
      </w:r>
      <w:r>
        <w:t xml:space="preserve"> 亲爱的</w:t>
        <w:br/>
        <w:t>SAMANTHA:</w:t>
      </w:r>
      <w:r>
        <w:t xml:space="preserve"> Oh,</w:t>
      </w:r>
      <w:r>
        <w:t xml:space="preserve"> hey,</w:t>
      </w:r>
      <w:r>
        <w:t xml:space="preserve"> sweetie.</w:t>
        <w:br/>
        <w:t>你在干什么</w:t>
        <w:br/>
        <w:t>What</w:t>
      </w:r>
      <w:r>
        <w:t xml:space="preserve"> are</w:t>
      </w:r>
      <w:r>
        <w:t xml:space="preserve"> you</w:t>
      </w:r>
      <w:r>
        <w:t xml:space="preserve"> doing?</w:t>
        <w:br/>
        <w:t>我在标记电视要放的位置</w:t>
        <w:br/>
        <w:t>Oh,</w:t>
      </w:r>
      <w:r>
        <w:t xml:space="preserve"> I'm</w:t>
      </w:r>
      <w:r>
        <w:t xml:space="preserve"> just</w:t>
      </w:r>
      <w:r>
        <w:t xml:space="preserve"> marking</w:t>
      </w:r>
      <w:r>
        <w:t xml:space="preserve"> off</w:t>
      </w:r>
      <w:r>
        <w:t xml:space="preserve"> where</w:t>
      </w:r>
      <w:r>
        <w:t xml:space="preserve"> the</w:t>
      </w:r>
      <w:r>
        <w:t xml:space="preserve"> TV</w:t>
      </w:r>
      <w:r>
        <w:t xml:space="preserve"> would</w:t>
      </w:r>
      <w:r>
        <w:t xml:space="preserve"> go,</w:t>
        <w:br/>
        <w:t>不管是社交论&amp;hearts;坛&amp;hearts;</w:t>
      </w:r>
      <w:r>
        <w:t xml:space="preserve"> 电脑码奴</w:t>
        <w:br/>
        <w:t>if,</w:t>
      </w:r>
      <w:r>
        <w:t xml:space="preserve"> you</w:t>
      </w:r>
      <w:r>
        <w:t xml:space="preserve"> know,</w:t>
      </w:r>
      <w:r>
        <w:t xml:space="preserve"> we</w:t>
      </w:r>
      <w:r>
        <w:t xml:space="preserve"> put</w:t>
      </w:r>
      <w:r>
        <w:t xml:space="preserve"> it</w:t>
      </w:r>
      <w:r>
        <w:t xml:space="preserve"> where</w:t>
      </w:r>
      <w:r>
        <w:t xml:space="preserve"> Reddit</w:t>
      </w:r>
      <w:r>
        <w:t xml:space="preserve"> and</w:t>
      </w:r>
      <w:r>
        <w:t xml:space="preserve"> the</w:t>
      </w:r>
      <w:r>
        <w:t xml:space="preserve"> Geek</w:t>
      </w:r>
      <w:r>
        <w:t xml:space="preserve"> Squad</w:t>
        <w:br/>
        <w:t>还是常理思维都会赞同的地方</w:t>
        <w:br/>
        <w:t>and</w:t>
      </w:r>
      <w:r>
        <w:t xml:space="preserve"> common</w:t>
      </w:r>
      <w:r>
        <w:t xml:space="preserve"> sense</w:t>
      </w:r>
      <w:r>
        <w:t xml:space="preserve"> say</w:t>
      </w:r>
      <w:r>
        <w:t xml:space="preserve"> it</w:t>
      </w:r>
      <w:r>
        <w:t xml:space="preserve"> should</w:t>
      </w:r>
      <w:r>
        <w:t xml:space="preserve"> go.</w:t>
        <w:br/>
        <w:t>那你在干嘛</w:t>
      </w:r>
      <w:r>
        <w:t xml:space="preserve"> </w:t>
      </w:r>
      <w:r>
        <w:t xml:space="preserve"> -我今天要一直跟着萨曼莎</w:t>
        <w:br/>
        <w:t>And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doing?</w:t>
      </w:r>
      <w:r>
        <w:t xml:space="preserve"> I'm</w:t>
      </w:r>
      <w:r>
        <w:t xml:space="preserve"> following</w:t>
      </w:r>
      <w:r>
        <w:t xml:space="preserve"> Samantha</w:t>
      </w:r>
      <w:r>
        <w:t xml:space="preserve"> for</w:t>
      </w:r>
      <w:r>
        <w:t xml:space="preserve"> the</w:t>
      </w:r>
      <w:r>
        <w:t xml:space="preserve"> day.</w:t>
        <w:br/>
        <w:t>周三的惯例活动</w:t>
        <w:br/>
        <w:t>It's</w:t>
      </w:r>
      <w:r>
        <w:t xml:space="preserve"> Wednesday.</w:t>
        <w:br/>
        <w:t>杰</w:t>
      </w:r>
      <w:r>
        <w:t xml:space="preserve"> 那样的话沙发就得放这边</w:t>
        <w:br/>
        <w:t>Jay,</w:t>
      </w:r>
      <w:r>
        <w:t xml:space="preserve"> that</w:t>
      </w:r>
      <w:r>
        <w:t xml:space="preserve"> would</w:t>
      </w:r>
      <w:r>
        <w:t xml:space="preserve"> mean</w:t>
      </w:r>
      <w:r>
        <w:t xml:space="preserve"> the</w:t>
      </w:r>
      <w:r>
        <w:t xml:space="preserve"> couch</w:t>
      </w:r>
      <w:r>
        <w:t xml:space="preserve"> goes</w:t>
      </w:r>
      <w:r>
        <w:t xml:space="preserve"> there,</w:t>
        <w:br/>
        <w:t>这太不合理了</w:t>
        <w:br/>
        <w:t>which</w:t>
      </w:r>
      <w:r>
        <w:t xml:space="preserve"> is</w:t>
      </w:r>
      <w:r>
        <w:t xml:space="preserve"> insane.</w:t>
        <w:br/>
        <w:t>我说不好</w:t>
        <w:br/>
        <w:t>I</w:t>
      </w:r>
      <w:r>
        <w:t xml:space="preserve"> don't</w:t>
      </w:r>
      <w:r>
        <w:t xml:space="preserve"> know,</w:t>
        <w:br/>
        <w:t>沙发放那边也挺好啊</w:t>
        <w:br/>
        <w:t>the</w:t>
      </w:r>
      <w:r>
        <w:t xml:space="preserve"> couch</w:t>
      </w:r>
      <w:r>
        <w:t xml:space="preserve"> over</w:t>
      </w:r>
      <w:r>
        <w:t xml:space="preserve"> there</w:t>
      </w:r>
      <w:r>
        <w:t xml:space="preserve"> might</w:t>
      </w:r>
      <w:r>
        <w:t xml:space="preserve"> look</w:t>
      </w:r>
      <w:r>
        <w:t xml:space="preserve"> nice.</w:t>
        <w:br/>
        <w:t>鬼鬼们在笑你呢</w:t>
        <w:br/>
        <w:t>Oh,</w:t>
      </w:r>
      <w:r>
        <w:t xml:space="preserve"> the</w:t>
      </w:r>
      <w:r>
        <w:t xml:space="preserve"> ghosts</w:t>
      </w:r>
      <w:r>
        <w:t xml:space="preserve"> are</w:t>
      </w:r>
      <w:r>
        <w:t xml:space="preserve"> laughing</w:t>
      </w:r>
      <w:r>
        <w:t xml:space="preserve"> at</w:t>
      </w:r>
      <w:r>
        <w:t xml:space="preserve"> you.</w:t>
        <w:br/>
        <w:t>我本想把这活动改在周四</w:t>
      </w:r>
      <w:r>
        <w:t xml:space="preserve"> 但是</w:t>
        <w:br/>
        <w:t>I</w:t>
      </w:r>
      <w:r>
        <w:t xml:space="preserve"> was</w:t>
      </w:r>
      <w:r>
        <w:t xml:space="preserve"> thinking</w:t>
      </w:r>
      <w:r>
        <w:t xml:space="preserve"> about</w:t>
      </w:r>
      <w:r>
        <w:t xml:space="preserve"> switching</w:t>
      </w:r>
      <w:r>
        <w:t xml:space="preserve"> to</w:t>
      </w:r>
      <w:r>
        <w:t xml:space="preserve"> Thursdays,</w:t>
      </w:r>
      <w:r>
        <w:t xml:space="preserve"> but</w:t>
        <w:br/>
        <w:t>周三是萨曼莎和凯文调情的日子</w:t>
        <w:br/>
        <w:t>Wednesday</w:t>
      </w:r>
      <w:r>
        <w:t xml:space="preserve"> is</w:t>
      </w:r>
      <w:r>
        <w:t xml:space="preserve"> the</w:t>
      </w:r>
      <w:r>
        <w:t xml:space="preserve"> day</w:t>
      </w:r>
      <w:r>
        <w:t xml:space="preserve"> that</w:t>
      </w:r>
      <w:r>
        <w:t xml:space="preserve"> Samantha</w:t>
      </w:r>
      <w:r>
        <w:t xml:space="preserve"> flirts</w:t>
      </w:r>
      <w:r>
        <w:t xml:space="preserve"> with</w:t>
      </w:r>
      <w:r>
        <w:t xml:space="preserve"> Kevin,</w:t>
        <w:br/>
        <w:t>那个送水的家伙</w:t>
        <w:br/>
        <w:t>the</w:t>
      </w:r>
      <w:r>
        <w:t xml:space="preserve"> water</w:t>
      </w:r>
      <w:r>
        <w:t xml:space="preserve"> delivery</w:t>
      </w:r>
      <w:r>
        <w:t xml:space="preserve"> man.</w:t>
        <w:br/>
        <w:t>我才没有</w:t>
      </w:r>
      <w:r>
        <w:t xml:space="preserve"> </w:t>
      </w:r>
      <w:r>
        <w:t xml:space="preserve"> -怎么了</w:t>
        <w:br/>
        <w:t>I</w:t>
      </w:r>
      <w:r>
        <w:t xml:space="preserve"> do</w:t>
      </w:r>
      <w:r>
        <w:t xml:space="preserve"> not.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What?</w:t>
        <w:br/>
        <w:t>没有</w:t>
        <w:br/>
        <w:t>Nothing.</w:t>
        <w:br/>
        <w:t>那是怎么回事</w:t>
        <w:br/>
        <w:t>So,</w:t>
      </w:r>
      <w:r>
        <w:t xml:space="preserve"> what</w:t>
      </w:r>
      <w:r>
        <w:t xml:space="preserve"> is</w:t>
      </w:r>
      <w:r>
        <w:t xml:space="preserve"> that?</w:t>
        <w:br/>
        <w:t>你在挑披萨烤箱吗</w:t>
        <w:br/>
        <w:t>Are</w:t>
      </w:r>
      <w:r>
        <w:t xml:space="preserve"> you</w:t>
      </w:r>
      <w:r>
        <w:t xml:space="preserve"> looking</w:t>
      </w:r>
      <w:r>
        <w:t xml:space="preserve"> up</w:t>
      </w:r>
      <w:r>
        <w:t xml:space="preserve"> pizza</w:t>
      </w:r>
      <w:r>
        <w:t xml:space="preserve"> ovens?</w:t>
        <w:br/>
        <w:t>是啊</w:t>
      </w:r>
      <w:r>
        <w:t xml:space="preserve"> 好奇怪</w:t>
        <w:br/>
        <w:t>Yeah,</w:t>
      </w:r>
      <w:r>
        <w:t xml:space="preserve"> it</w:t>
      </w:r>
      <w:r>
        <w:t xml:space="preserve"> was</w:t>
      </w:r>
      <w:r>
        <w:t xml:space="preserve"> the</w:t>
      </w:r>
      <w:r>
        <w:t xml:space="preserve"> strangest</w:t>
      </w:r>
      <w:r>
        <w:t xml:space="preserve"> thing.</w:t>
        <w:br/>
        <w:t>我今早起来</w:t>
      </w:r>
      <w:r>
        <w:t xml:space="preserve"> 就非常肯定</w:t>
        <w:br/>
        <w:t>I</w:t>
      </w:r>
      <w:r>
        <w:t xml:space="preserve"> woke</w:t>
      </w:r>
      <w:r>
        <w:t xml:space="preserve"> up</w:t>
      </w:r>
      <w:r>
        <w:t xml:space="preserve"> this</w:t>
      </w:r>
      <w:r>
        <w:t xml:space="preserve"> morning</w:t>
      </w:r>
      <w:r>
        <w:t xml:space="preserve"> absolutely</w:t>
      </w:r>
      <w:r>
        <w:t xml:space="preserve"> certain</w:t>
        <w:br/>
        <w:t>我们该买&amp;hearts;&amp;hearts;台披萨烤箱</w:t>
        <w:br/>
        <w:t>that</w:t>
      </w:r>
      <w:r>
        <w:t xml:space="preserve"> we</w:t>
      </w:r>
      <w:r>
        <w:t xml:space="preserve"> should</w:t>
      </w:r>
      <w:r>
        <w:t xml:space="preserve"> get</w:t>
      </w:r>
      <w:r>
        <w:t xml:space="preserve"> a</w:t>
      </w:r>
      <w:r>
        <w:t xml:space="preserve"> pizza</w:t>
      </w:r>
      <w:r>
        <w:t xml:space="preserve"> oven</w:t>
        <w:br/>
        <w:t>放进餐厅</w:t>
      </w:r>
      <w:r>
        <w:t xml:space="preserve"> </w:t>
      </w:r>
      <w:r>
        <w:t xml:space="preserve"> -你不是说</w:t>
        <w:br/>
        <w:t>for</w:t>
      </w:r>
      <w:r>
        <w:t xml:space="preserve"> the</w:t>
      </w:r>
      <w:r>
        <w:t xml:space="preserve"> restaurant.</w:t>
      </w:r>
      <w:r>
        <w:t xml:space="preserve"> SAMANTHA:</w:t>
      </w:r>
      <w:r>
        <w:t xml:space="preserve"> I</w:t>
      </w:r>
      <w:r>
        <w:t xml:space="preserve"> thought</w:t>
      </w:r>
      <w:r>
        <w:t xml:space="preserve"> you</w:t>
      </w:r>
      <w:r>
        <w:t xml:space="preserve"> said</w:t>
        <w:br/>
        <w:t>烤箱和餐厅格调不符吗</w:t>
        <w:br/>
        <w:t>it</w:t>
      </w:r>
      <w:r>
        <w:t xml:space="preserve"> wouldn't</w:t>
      </w:r>
      <w:r>
        <w:t xml:space="preserve"> fit</w:t>
      </w:r>
      <w:r>
        <w:t xml:space="preserve"> with</w:t>
      </w:r>
      <w:r>
        <w:t xml:space="preserve"> the</w:t>
      </w:r>
      <w:r>
        <w:t xml:space="preserve"> kitchen</w:t>
      </w:r>
      <w:r>
        <w:t xml:space="preserve"> layout.</w:t>
        <w:br/>
        <w:t>改主意也是常有的事</w:t>
      </w:r>
      <w:r>
        <w:t xml:space="preserve"> 萨曼</w:t>
        <w:br/>
        <w:t>The</w:t>
      </w:r>
      <w:r>
        <w:t xml:space="preserve"> man's</w:t>
      </w:r>
      <w:r>
        <w:t xml:space="preserve"> allowed</w:t>
      </w:r>
      <w:r>
        <w:t xml:space="preserve"> to</w:t>
      </w:r>
      <w:r>
        <w:t xml:space="preserve"> change</w:t>
      </w:r>
      <w:r>
        <w:t xml:space="preserve"> his</w:t>
      </w:r>
      <w:r>
        <w:t xml:space="preserve"> mindj</w:t>
      </w:r>
      <w:r>
        <w:t xml:space="preserve"> Sam.</w:t>
        <w:br/>
        <w:t>我不知道</w:t>
        <w:br/>
        <w:t>JAY:</w:t>
      </w:r>
      <w:r>
        <w:t xml:space="preserve"> I</w:t>
      </w:r>
      <w:r>
        <w:t xml:space="preserve"> don't</w:t>
      </w:r>
      <w:r>
        <w:t xml:space="preserve"> know.</w:t>
        <w:br/>
        <w:t>我一觉醒来就这样认定了</w:t>
        <w:br/>
        <w:t>I</w:t>
      </w:r>
      <w:r>
        <w:t xml:space="preserve"> just</w:t>
      </w:r>
      <w:r>
        <w:t xml:space="preserve"> woke</w:t>
      </w:r>
      <w:r>
        <w:t xml:space="preserve"> up</w:t>
      </w:r>
      <w:r>
        <w:t xml:space="preserve"> convinced,</w:t>
        <w:br/>
        <w:t>所以我就想办法处理格调的事吧</w:t>
        <w:br/>
        <w:t>so</w:t>
      </w:r>
      <w:r>
        <w:t xml:space="preserve"> I'm</w:t>
      </w:r>
      <w:r>
        <w:t xml:space="preserve"> gonna</w:t>
      </w:r>
      <w:r>
        <w:t xml:space="preserve"> find</w:t>
      </w:r>
      <w:r>
        <w:t xml:space="preserve"> a</w:t>
      </w:r>
      <w:r>
        <w:t xml:space="preserve"> way</w:t>
      </w:r>
      <w:r>
        <w:t xml:space="preserve"> to</w:t>
      </w:r>
      <w:r>
        <w:t xml:space="preserve"> make</w:t>
      </w:r>
      <w:r>
        <w:t xml:space="preserve"> it</w:t>
      </w:r>
      <w:r>
        <w:t xml:space="preserve"> work.</w:t>
        <w:br/>
        <w:t>你是大厨你做主</w:t>
        <w:br/>
        <w:t>You're</w:t>
      </w:r>
      <w:r>
        <w:t xml:space="preserve"> the</w:t>
      </w:r>
      <w:r>
        <w:t xml:space="preserve"> chef.</w:t>
        <w:br/>
        <w:t>看来今天是你的幸运日咯</w:t>
      </w:r>
      <w:r>
        <w:t xml:space="preserve"> 萨斯</w:t>
        <w:br/>
        <w:t>Looks</w:t>
      </w:r>
      <w:r>
        <w:t xml:space="preserve"> like</w:t>
      </w:r>
      <w:r>
        <w:t xml:space="preserve"> it's</w:t>
      </w:r>
      <w:r>
        <w:t xml:space="preserve"> your</w:t>
      </w:r>
      <w:r>
        <w:t xml:space="preserve"> lucky</w:t>
      </w:r>
      <w:r>
        <w:t xml:space="preserve"> day,</w:t>
      </w:r>
      <w:r>
        <w:t xml:space="preserve"> Sass.</w:t>
        <w:br/>
        <w:t>是啊</w:t>
      </w:r>
      <w:r>
        <w:t xml:space="preserve"> 幸运的很</w:t>
        <w:br/>
        <w:t>Yeah.</w:t>
      </w:r>
      <w:r>
        <w:t xml:space="preserve"> Very</w:t>
      </w:r>
      <w:r>
        <w:t xml:space="preserve"> lucky.</w:t>
        <w:br/>
        <w:t>我去上视频瑜伽课了</w:t>
        <w:br/>
        <w:t>Well,</w:t>
      </w:r>
      <w:r>
        <w:t xml:space="preserve"> I</w:t>
      </w:r>
      <w:r>
        <w:t xml:space="preserve"> have</w:t>
      </w:r>
      <w:r>
        <w:t xml:space="preserve"> Zoom</w:t>
      </w:r>
      <w:r>
        <w:t xml:space="preserve"> yoga.</w:t>
        <w:br/>
        <w:t>我去上视频瑜伽课了</w:t>
        <w:br/>
        <w:t>:</w:t>
      </w:r>
      <w:r>
        <w:t xml:space="preserve"> Well,</w:t>
      </w:r>
      <w:r>
        <w:t xml:space="preserve"> I</w:t>
      </w:r>
      <w:r>
        <w:t xml:space="preserve"> have</w:t>
      </w:r>
      <w:r>
        <w:t xml:space="preserve"> Zoom</w:t>
      </w:r>
      <w:r>
        <w:t xml:space="preserve"> yoga.</w:t>
        <w:br/>
        <w:t>我赌50块</w:t>
      </w:r>
      <w:r>
        <w:t xml:space="preserve"> 那儿一个印度人都没有</w:t>
        <w:br/>
        <w:t>50</w:t>
      </w:r>
      <w:r>
        <w:t xml:space="preserve"> bucks</w:t>
      </w:r>
      <w:r>
        <w:t xml:space="preserve"> says</w:t>
      </w:r>
      <w:r>
        <w:t xml:space="preserve"> there's</w:t>
      </w:r>
      <w:r>
        <w:t xml:space="preserve"> not</w:t>
      </w:r>
      <w:r>
        <w:t xml:space="preserve"> a</w:t>
      </w:r>
      <w:r>
        <w:t xml:space="preserve"> single</w:t>
      </w:r>
      <w:r>
        <w:t xml:space="preserve"> Indian</w:t>
      </w:r>
      <w:r>
        <w:t xml:space="preserve"> person</w:t>
      </w:r>
      <w:r>
        <w:t xml:space="preserve"> there.</w:t>
        <w:br/>
        <w:t>昨天</w:t>
      </w:r>
      <w:r>
        <w:t xml:space="preserve"> 杰还信誓旦旦的说不想要披萨烤箱</w:t>
        <w:br/>
        <w:t>So,</w:t>
      </w:r>
      <w:r>
        <w:t xml:space="preserve"> yesterday,</w:t>
      </w:r>
      <w:r>
        <w:t xml:space="preserve"> Jay</w:t>
      </w:r>
      <w:r>
        <w:t xml:space="preserve"> says</w:t>
      </w:r>
      <w:r>
        <w:t xml:space="preserve"> he</w:t>
      </w:r>
      <w:r>
        <w:t xml:space="preserve"> doesn't</w:t>
      </w:r>
      <w:r>
        <w:t xml:space="preserve"> want</w:t>
      </w:r>
      <w:r>
        <w:t xml:space="preserve"> a</w:t>
      </w:r>
      <w:r>
        <w:t xml:space="preserve"> pizza</w:t>
      </w:r>
      <w:r>
        <w:t xml:space="preserve"> oven.</w:t>
        <w:br/>
        <w:t>然后你昨晚对他做了些奇怪的事情</w:t>
        <w:br/>
        <w:t>Then</w:t>
      </w:r>
      <w:r>
        <w:t xml:space="preserve"> you</w:t>
      </w:r>
      <w:r>
        <w:t xml:space="preserve"> did</w:t>
      </w:r>
      <w:r>
        <w:t xml:space="preserve"> some</w:t>
      </w:r>
      <w:r>
        <w:t xml:space="preserve"> weird</w:t>
      </w:r>
      <w:r>
        <w:t xml:space="preserve"> thing</w:t>
      </w:r>
      <w:r>
        <w:t xml:space="preserve"> to</w:t>
      </w:r>
      <w:r>
        <w:t xml:space="preserve"> him</w:t>
      </w:r>
      <w:r>
        <w:t xml:space="preserve"> while</w:t>
      </w:r>
      <w:r>
        <w:t xml:space="preserve"> he</w:t>
      </w:r>
      <w:r>
        <w:t xml:space="preserve"> slept,</w:t>
        <w:br/>
        <w:t>他醒来就突然想要烤箱了</w:t>
        <w:br/>
        <w:t>and</w:t>
      </w:r>
      <w:r>
        <w:t xml:space="preserve"> he</w:t>
      </w:r>
      <w:r>
        <w:t xml:space="preserve"> just</w:t>
      </w:r>
      <w:r>
        <w:t xml:space="preserve"> woke</w:t>
      </w:r>
      <w:r>
        <w:t xml:space="preserve"> up</w:t>
      </w:r>
      <w:r>
        <w:t xml:space="preserve"> wanting</w:t>
      </w:r>
      <w:r>
        <w:t xml:space="preserve"> one?</w:t>
        <w:br/>
        <w:t>是啊</w:t>
      </w:r>
      <w:r>
        <w:t xml:space="preserve"> 多奇妙的巧合啊</w:t>
        <w:br/>
        <w:t>Yeah,</w:t>
      </w:r>
      <w:r>
        <w:t xml:space="preserve"> pretty</w:t>
      </w:r>
      <w:r>
        <w:t xml:space="preserve"> cool</w:t>
      </w:r>
      <w:r>
        <w:t xml:space="preserve"> coincidence,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huh?</w:t>
        <w:br/>
        <w:t>到底怎么回事</w:t>
      </w:r>
      <w:r>
        <w:t xml:space="preserve"> 萨斯</w:t>
        <w:br/>
        <w:t>What's</w:t>
      </w:r>
      <w:r>
        <w:t xml:space="preserve"> going</w:t>
      </w:r>
      <w:r>
        <w:t xml:space="preserve"> on,</w:t>
      </w:r>
      <w:r>
        <w:t xml:space="preserve"> Sass?</w:t>
        <w:br/>
        <w:t>我不知道你在说什么</w:t>
        <w:br/>
        <w:t>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you're</w:t>
      </w:r>
      <w:r>
        <w:t xml:space="preserve"> talking</w:t>
      </w:r>
      <w:r>
        <w:t xml:space="preserve"> about.</w:t>
        <w:br/>
        <w:t>我们是室友啊</w:t>
      </w:r>
      <w:r>
        <w:t xml:space="preserve"> 我的秘密我都告诉你的</w:t>
        <w:br/>
        <w:t>We</w:t>
      </w:r>
      <w:r>
        <w:t xml:space="preserve"> are</w:t>
      </w:r>
      <w:r>
        <w:t xml:space="preserve"> roommates.</w:t>
      </w:r>
      <w:r>
        <w:t xml:space="preserve"> I</w:t>
      </w:r>
      <w:r>
        <w:t xml:space="preserve"> tell</w:t>
      </w:r>
      <w:r>
        <w:t xml:space="preserve"> you</w:t>
      </w:r>
      <w:r>
        <w:t xml:space="preserve"> all</w:t>
      </w:r>
      <w:r>
        <w:t xml:space="preserve"> my</w:t>
      </w:r>
      <w:r>
        <w:t xml:space="preserve"> secrets.</w:t>
        <w:br/>
        <w:t>你知道我幻想着去洛尼安德森河漂流</w:t>
        <w:br/>
        <w:t>You</w:t>
      </w:r>
      <w:r>
        <w:t xml:space="preserve"> know</w:t>
      </w:r>
      <w:r>
        <w:t xml:space="preserve"> about</w:t>
      </w:r>
      <w:r>
        <w:t xml:space="preserve"> my</w:t>
      </w:r>
      <w:r>
        <w:t xml:space="preserve"> Loni</w:t>
      </w:r>
      <w:r>
        <w:t xml:space="preserve"> Anderson</w:t>
      </w:r>
      <w:r>
        <w:t xml:space="preserve"> river</w:t>
      </w:r>
      <w:r>
        <w:t xml:space="preserve"> rafting</w:t>
      </w:r>
      <w:r>
        <w:t xml:space="preserve"> fantasy.</w:t>
        <w:br/>
        <w:t>你到底想说什么</w:t>
      </w:r>
      <w:r>
        <w:t xml:space="preserve"> 皮特</w:t>
      </w:r>
      <w:r>
        <w:t xml:space="preserve"> </w:t>
      </w:r>
      <w:r>
        <w:t xml:space="preserve"> -重点是</w:t>
        <w:br/>
        <w:t>What's</w:t>
      </w:r>
      <w:r>
        <w:t xml:space="preserve"> your</w:t>
      </w:r>
      <w:r>
        <w:t xml:space="preserve"> point,</w:t>
      </w:r>
      <w:r>
        <w:t xml:space="preserve"> Pete?</w:t>
      </w:r>
      <w:r>
        <w:t xml:space="preserve"> The</w:t>
      </w:r>
      <w:r>
        <w:t xml:space="preserve"> point</w:t>
      </w:r>
      <w:r>
        <w:t xml:space="preserve"> is,</w:t>
      </w:r>
      <w:r>
        <w:t xml:space="preserve"> I</w:t>
      </w:r>
      <w:r>
        <w:t xml:space="preserve"> telt</w:t>
      </w:r>
      <w:r>
        <w:t xml:space="preserve"> you</w:t>
        <w:br/>
        <w:t>我什么都告诉你</w:t>
      </w:r>
      <w:r>
        <w:t xml:space="preserve"> 可你显然有事瞒着我</w:t>
        <w:br/>
        <w:t>everything,</w:t>
      </w:r>
      <w:r>
        <w:t xml:space="preserve"> and</w:t>
      </w:r>
      <w:r>
        <w:t xml:space="preserve"> I</w:t>
      </w:r>
      <w:r>
        <w:t xml:space="preserve"> know</w:t>
      </w:r>
      <w:r>
        <w:t xml:space="preserve"> there's</w:t>
      </w:r>
      <w:r>
        <w:t xml:space="preserve"> something</w:t>
      </w:r>
      <w:r>
        <w:t xml:space="preserve"> you're</w:t>
      </w:r>
      <w:r>
        <w:t xml:space="preserve"> not</w:t>
      </w:r>
      <w:r>
        <w:t xml:space="preserve"> telling</w:t>
      </w:r>
      <w:r>
        <w:t xml:space="preserve"> me.</w:t>
        <w:br/>
        <w:t>如果你想着伤害我的杰</w:t>
        <w:br/>
        <w:t>And-</w:t>
      </w:r>
      <w:r>
        <w:t xml:space="preserve"> and</w:t>
      </w:r>
      <w:r>
        <w:t xml:space="preserve"> if</w:t>
      </w:r>
      <w:r>
        <w:t xml:space="preserve"> you're</w:t>
      </w:r>
      <w:r>
        <w:t xml:space="preserve"> doing</w:t>
      </w:r>
      <w:r>
        <w:t xml:space="preserve"> something</w:t>
      </w:r>
      <w:r>
        <w:t xml:space="preserve"> to</w:t>
      </w:r>
      <w:r>
        <w:t xml:space="preserve"> hurt</w:t>
      </w:r>
      <w:r>
        <w:t xml:space="preserve"> my</w:t>
      </w:r>
      <w:r>
        <w:t xml:space="preserve"> Jay</w:t>
        <w:br/>
        <w:t>你闭嘴吧好吗</w:t>
      </w:r>
      <w:r>
        <w:t xml:space="preserve"> 声音小点</w:t>
        <w:br/>
        <w:t>Would</w:t>
      </w:r>
      <w:r>
        <w:t xml:space="preserve"> you</w:t>
      </w:r>
      <w:r>
        <w:t xml:space="preserve"> stop?</w:t>
      </w:r>
      <w:r>
        <w:t xml:space="preserve"> Keep</w:t>
      </w:r>
      <w:r>
        <w:t xml:space="preserve"> your</w:t>
      </w:r>
      <w:r>
        <w:t xml:space="preserve"> voice</w:t>
      </w:r>
      <w:r>
        <w:t xml:space="preserve"> down,</w:t>
      </w:r>
      <w:r>
        <w:t xml:space="preserve"> okay?</w:t>
        <w:br/>
        <w:t>我不是要伤害杰</w:t>
      </w:r>
      <w:r>
        <w:t xml:space="preserve"> 听我说</w:t>
        <w:br/>
        <w:t>I'm</w:t>
      </w:r>
      <w:r>
        <w:t xml:space="preserve"> not</w:t>
      </w:r>
      <w:r>
        <w:t xml:space="preserve"> hurting</w:t>
      </w:r>
      <w:r>
        <w:t xml:space="preserve"> Jay.</w:t>
      </w:r>
      <w:r>
        <w:t xml:space="preserve"> Just</w:t>
      </w:r>
      <w:r>
        <w:t xml:space="preserve"> listen.</w:t>
        <w:br/>
        <w:t>这是我的鬼鬼超能力</w:t>
        <w:br/>
        <w:t>It's</w:t>
      </w:r>
      <w:r>
        <w:t xml:space="preserve"> my</w:t>
      </w:r>
      <w:r>
        <w:t xml:space="preserve"> ghost</w:t>
      </w:r>
      <w:r>
        <w:t xml:space="preserve"> power.</w:t>
        <w:br/>
        <w:t>我可以进入到活人的梦里</w:t>
        <w:br/>
        <w:t>Okay?</w:t>
      </w:r>
      <w:r>
        <w:t xml:space="preserve"> I</w:t>
      </w:r>
      <w:r>
        <w:t xml:space="preserve"> can</w:t>
      </w:r>
      <w:r>
        <w:t xml:space="preserve"> subtly</w:t>
      </w:r>
      <w:r>
        <w:t xml:space="preserve"> influence</w:t>
      </w:r>
      <w:r>
        <w:t xml:space="preserve"> Livings</w:t>
        <w:br/>
        <w:t>潜移默化的影响他们的想法</w:t>
      </w:r>
      <w:r>
        <w:t xml:space="preserve"> 别告诉别人</w:t>
        <w:br/>
        <w:t>by</w:t>
      </w:r>
      <w:r>
        <w:t xml:space="preserve"> going</w:t>
      </w:r>
      <w:r>
        <w:t xml:space="preserve"> into</w:t>
      </w:r>
      <w:r>
        <w:t xml:space="preserve"> their</w:t>
      </w:r>
      <w:r>
        <w:t xml:space="preserve"> dreams.</w:t>
      </w:r>
      <w:r>
        <w:t xml:space="preserve"> Just</w:t>
      </w:r>
      <w:r>
        <w:t xml:space="preserve"> don't</w:t>
      </w:r>
      <w:r>
        <w:t xml:space="preserve"> tell</w:t>
      </w:r>
      <w:r>
        <w:t xml:space="preserve"> anyone.</w:t>
        <w:br/>
        <w:t>我的老天爷啊</w:t>
      </w:r>
      <w:r>
        <w:t xml:space="preserve"> 这超能力太强大了</w:t>
        <w:br/>
        <w:t>Cheese</w:t>
      </w:r>
      <w:r>
        <w:t xml:space="preserve"> and</w:t>
      </w:r>
      <w:r>
        <w:t xml:space="preserve"> crackers.</w:t>
      </w:r>
      <w:r>
        <w:t xml:space="preserve"> That's</w:t>
      </w:r>
      <w:r>
        <w:t xml:space="preserve"> incredible.</w:t>
        <w:br/>
        <w:t>我滴个老天鹅</w:t>
        <w:br/>
        <w:t>Holy</w:t>
      </w:r>
      <w:r>
        <w:t xml:space="preserve"> guacamole.</w:t>
        <w:br/>
        <w:t>别再感叹了</w:t>
      </w:r>
      <w:r>
        <w:t xml:space="preserve"> 真的很烦人</w:t>
        <w:br/>
        <w:t>Would</w:t>
      </w:r>
      <w:r>
        <w:t xml:space="preserve"> you</w:t>
      </w:r>
      <w:r>
        <w:t xml:space="preserve"> please</w:t>
      </w:r>
      <w:r>
        <w:t xml:space="preserve"> stop</w:t>
      </w:r>
      <w:r>
        <w:t xml:space="preserve"> swearing</w:t>
      </w:r>
      <w:r>
        <w:t xml:space="preserve"> cleanly?</w:t>
      </w:r>
      <w:r>
        <w:t xml:space="preserve"> It's</w:t>
      </w:r>
      <w:r>
        <w:t xml:space="preserve"> very</w:t>
      </w:r>
      <w:r>
        <w:t xml:space="preserve"> annoying.</w:t>
        <w:br/>
        <w:t>只是</w:t>
      </w:r>
      <w:r>
        <w:t xml:space="preserve"> 这超能力也太强大了</w:t>
      </w:r>
      <w:r>
        <w:t xml:space="preserve"> 香蕉你个巴拿拿</w:t>
        <w:br/>
        <w:t>PETE:</w:t>
      </w:r>
      <w:r>
        <w:t xml:space="preserve"> It's</w:t>
      </w:r>
      <w:r>
        <w:t xml:space="preserve"> just,</w:t>
      </w:r>
      <w:r>
        <w:t xml:space="preserve"> that's</w:t>
      </w:r>
      <w:r>
        <w:t xml:space="preserve"> one</w:t>
      </w:r>
      <w:r>
        <w:t xml:space="preserve"> heck</w:t>
      </w:r>
      <w:r>
        <w:t xml:space="preserve"> of</w:t>
      </w:r>
      <w:r>
        <w:t xml:space="preserve"> a</w:t>
      </w:r>
      <w:r>
        <w:t xml:space="preserve"> ghost</w:t>
      </w:r>
      <w:r>
        <w:t xml:space="preserve"> power.</w:t>
      </w:r>
      <w:r>
        <w:t xml:space="preserve"> Cookie</w:t>
      </w:r>
      <w:r>
        <w:t xml:space="preserve"> Crisp.</w:t>
        <w:br/>
        <w:t>士多啤犁苹果橙</w:t>
      </w:r>
      <w:r>
        <w:t xml:space="preserve"> 你可以进入到别人的梦里啊</w:t>
        <w:br/>
        <w:t>I</w:t>
      </w:r>
      <w:r>
        <w:t xml:space="preserve"> mean,</w:t>
      </w:r>
      <w:r>
        <w:t xml:space="preserve"> dip</w:t>
      </w:r>
      <w:r>
        <w:t xml:space="preserve"> my</w:t>
      </w:r>
      <w:r>
        <w:t xml:space="preserve"> chip,</w:t>
      </w:r>
      <w:r>
        <w:t xml:space="preserve"> you</w:t>
      </w:r>
      <w:r>
        <w:t xml:space="preserve"> can</w:t>
      </w:r>
      <w:r>
        <w:t xml:space="preserve"> jump</w:t>
      </w:r>
      <w:r>
        <w:t xml:space="preserve"> into</w:t>
      </w:r>
      <w:r>
        <w:t xml:space="preserve"> other</w:t>
      </w:r>
      <w:r>
        <w:t xml:space="preserve"> people's</w:t>
      </w:r>
      <w:r>
        <w:t xml:space="preserve"> dreams?</w:t>
        <w:br/>
        <w:t>是的</w:t>
      </w:r>
      <w:r>
        <w:t xml:space="preserve"> 别问了</w:t>
      </w:r>
      <w:r>
        <w:t xml:space="preserve"> 只有索尔知道</w:t>
        <w:br/>
        <w:t>Shh!</w:t>
      </w:r>
      <w:r>
        <w:t xml:space="preserve"> Yes,</w:t>
      </w:r>
      <w:r>
        <w:t xml:space="preserve"> okay?</w:t>
      </w:r>
      <w:r>
        <w:t xml:space="preserve"> And</w:t>
      </w:r>
      <w:r>
        <w:t xml:space="preserve"> no</w:t>
      </w:r>
      <w:r>
        <w:t xml:space="preserve"> one</w:t>
      </w:r>
      <w:r>
        <w:t xml:space="preserve"> knows</w:t>
      </w:r>
      <w:r>
        <w:t xml:space="preserve"> other</w:t>
      </w:r>
      <w:r>
        <w:t xml:space="preserve"> than</w:t>
      </w:r>
      <w:r>
        <w:t xml:space="preserve"> Thor,</w:t>
        <w:br/>
        <w:t>我只能告诉他</w:t>
      </w:r>
      <w:r>
        <w:t xml:space="preserve"> 做那么多年来</w:t>
        <w:br/>
        <w:t>who</w:t>
      </w:r>
      <w:r>
        <w:t xml:space="preserve"> I</w:t>
      </w:r>
      <w:r>
        <w:t xml:space="preserve"> had</w:t>
      </w:r>
      <w:r>
        <w:t xml:space="preserve"> to</w:t>
      </w:r>
      <w:r>
        <w:t xml:space="preserve"> tell</w:t>
      </w:r>
      <w:r>
        <w:t xml:space="preserve"> because</w:t>
      </w:r>
      <w:r>
        <w:t xml:space="preserve"> we</w:t>
      </w:r>
      <w:r>
        <w:t xml:space="preserve"> were</w:t>
      </w:r>
      <w:r>
        <w:t xml:space="preserve"> alone</w:t>
      </w:r>
      <w:r>
        <w:t xml:space="preserve"> together</w:t>
        <w:br/>
        <w:t>这里只有我们俩</w:t>
      </w:r>
      <w:r>
        <w:t xml:space="preserve"> 那可是无数尴尬对望的瞬间啊</w:t>
        <w:br/>
        <w:t>for</w:t>
      </w:r>
      <w:r>
        <w:t xml:space="preserve"> many</w:t>
      </w:r>
      <w:r>
        <w:t xml:space="preserve"> years,</w:t>
      </w:r>
      <w:r>
        <w:t xml:space="preserve"> and</w:t>
      </w:r>
      <w:r>
        <w:t xml:space="preserve"> there</w:t>
      </w:r>
      <w:r>
        <w:t xml:space="preserve"> were</w:t>
      </w:r>
      <w:r>
        <w:t xml:space="preserve"> a</w:t>
      </w:r>
      <w:r>
        <w:t xml:space="preserve"> lot</w:t>
      </w:r>
      <w:r>
        <w:t xml:space="preserve"> of</w:t>
      </w:r>
      <w:r>
        <w:t xml:space="preserve"> awkward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silences.</w:t>
        <w:br/>
        <w:t>那你可以操纵别人做事咯</w:t>
        <w:br/>
        <w:t>So,</w:t>
      </w:r>
      <w:r>
        <w:t xml:space="preserve"> you</w:t>
      </w:r>
      <w:r>
        <w:t xml:space="preserve"> can</w:t>
      </w:r>
      <w:r>
        <w:t xml:space="preserve"> just</w:t>
      </w:r>
      <w:r>
        <w:t xml:space="preserve"> make</w:t>
      </w:r>
      <w:r>
        <w:t xml:space="preserve"> people</w:t>
      </w:r>
      <w:r>
        <w:t xml:space="preserve"> do</w:t>
      </w:r>
      <w:r>
        <w:t xml:space="preserve"> whatever</w:t>
      </w:r>
      <w:r>
        <w:t xml:space="preserve"> you</w:t>
      </w:r>
      <w:r>
        <w:t xml:space="preserve"> want?</w:t>
        <w:br/>
        <w:t>没那么简单</w:t>
      </w:r>
      <w:r>
        <w:t xml:space="preserve"> 我得获得他们的信任</w:t>
        <w:br/>
        <w:t>Well,</w:t>
      </w:r>
      <w:r>
        <w:t xml:space="preserve"> it's</w:t>
      </w:r>
      <w:r>
        <w:t xml:space="preserve"> not</w:t>
      </w:r>
      <w:r>
        <w:t xml:space="preserve"> that</w:t>
      </w:r>
      <w:r>
        <w:t xml:space="preserve"> simple.</w:t>
      </w:r>
      <w:r>
        <w:t xml:space="preserve"> I</w:t>
      </w:r>
      <w:r>
        <w:t xml:space="preserve"> have</w:t>
      </w:r>
      <w:r>
        <w:t xml:space="preserve"> to</w:t>
      </w:r>
      <w:r>
        <w:t xml:space="preserve"> gain</w:t>
      </w:r>
      <w:r>
        <w:t xml:space="preserve"> their</w:t>
      </w:r>
      <w:r>
        <w:t xml:space="preserve"> trust,</w:t>
        <w:br/>
        <w:t>时不时的出现在他们的梦里</w:t>
        <w:br/>
        <w:t>repeatedly</w:t>
      </w:r>
      <w:r>
        <w:t xml:space="preserve"> show</w:t>
      </w:r>
      <w:r>
        <w:t xml:space="preserve"> up</w:t>
      </w:r>
      <w:r>
        <w:t xml:space="preserve"> in</w:t>
      </w:r>
      <w:r>
        <w:t xml:space="preserve"> their</w:t>
      </w:r>
      <w:r>
        <w:t xml:space="preserve"> dreams,</w:t>
        <w:br/>
        <w:t>这人还得意志不那么坚定</w:t>
        <w:br/>
        <w:t>and</w:t>
      </w:r>
      <w:r>
        <w:t xml:space="preserve"> the</w:t>
      </w:r>
      <w:r>
        <w:t xml:space="preserve"> person</w:t>
      </w:r>
      <w:r>
        <w:t xml:space="preserve"> has</w:t>
      </w:r>
      <w:r>
        <w:t xml:space="preserve"> to</w:t>
      </w:r>
      <w:r>
        <w:t xml:space="preserve"> be</w:t>
      </w:r>
      <w:r>
        <w:t xml:space="preserve"> susceptible.</w:t>
        <w:br/>
        <w:t>还好</w:t>
      </w:r>
      <w:r>
        <w:t xml:space="preserve"> 杰的思维就像墙头草</w:t>
        <w:br/>
        <w:t>Luckily,</w:t>
      </w:r>
      <w:r>
        <w:t xml:space="preserve"> Jay's</w:t>
      </w:r>
      <w:r>
        <w:t xml:space="preserve"> mind</w:t>
      </w:r>
      <w:r>
        <w:t xml:space="preserve"> is</w:t>
      </w:r>
      <w:r>
        <w:t xml:space="preserve"> like</w:t>
      </w:r>
      <w:r>
        <w:t xml:space="preserve"> taffy.</w:t>
        <w:br/>
        <w:t>那你经常去杰梦里和他玩咯</w:t>
        <w:br/>
        <w:t>Wait,</w:t>
      </w:r>
      <w:r>
        <w:t xml:space="preserve"> so-</w:t>
      </w:r>
      <w:r>
        <w:t xml:space="preserve"> so</w:t>
      </w:r>
      <w:r>
        <w:t xml:space="preserve"> you're,</w:t>
      </w:r>
      <w:r>
        <w:t xml:space="preserve"> like,</w:t>
      </w:r>
      <w:r>
        <w:t xml:space="preserve"> always</w:t>
      </w:r>
      <w:r>
        <w:t xml:space="preserve"> hanging</w:t>
      </w:r>
      <w:r>
        <w:t xml:space="preserve"> out</w:t>
      </w:r>
      <w:r>
        <w:t xml:space="preserve"> with</w:t>
      </w:r>
      <w:r>
        <w:t xml:space="preserve"> Jay,</w:t>
      </w:r>
      <w:r>
        <w:t xml:space="preserve"> huh?</w:t>
        <w:br/>
        <w:t>他会梦到些什么</w:t>
        <w:br/>
        <w:t>Yeah.</w:t>
      </w:r>
      <w:r>
        <w:t xml:space="preserve"> What-</w:t>
      </w:r>
      <w:r>
        <w:t xml:space="preserve"> what</w:t>
      </w:r>
      <w:r>
        <w:t xml:space="preserve"> does</w:t>
      </w:r>
      <w:r>
        <w:t xml:space="preserve"> he</w:t>
      </w:r>
      <w:r>
        <w:t xml:space="preserve"> dream</w:t>
      </w:r>
      <w:r>
        <w:t xml:space="preserve"> about?</w:t>
        <w:br/>
        <w:t>基本上都是打篮球</w:t>
      </w:r>
      <w:r>
        <w:t xml:space="preserve"> </w:t>
      </w:r>
      <w:r>
        <w:t xml:space="preserve"> -好吧</w:t>
        <w:br/>
        <w:t>Uh,</w:t>
      </w:r>
      <w:r>
        <w:t xml:space="preserve"> mostly</w:t>
      </w:r>
      <w:r>
        <w:t xml:space="preserve"> basketball...Cool.</w:t>
        <w:br/>
        <w:t>太空旅行</w:t>
      </w:r>
      <w:r>
        <w:t xml:space="preserve"> </w:t>
      </w:r>
      <w:r>
        <w:t xml:space="preserve"> -有趣</w:t>
        <w:br/>
        <w:t>and</w:t>
      </w:r>
      <w:r>
        <w:t xml:space="preserve"> space</w:t>
      </w:r>
      <w:r>
        <w:t xml:space="preserve"> travel.</w:t>
      </w:r>
      <w:r>
        <w:t xml:space="preserve"> Love</w:t>
      </w:r>
      <w:r>
        <w:t xml:space="preserve"> that.</w:t>
        <w:br/>
        <w:t>有时候会梦到萨曼</w:t>
        <w:br/>
        <w:t>And,</w:t>
      </w:r>
      <w:r>
        <w:t xml:space="preserve"> sometimes,</w:t>
      </w:r>
      <w:r>
        <w:t xml:space="preserve"> he</w:t>
      </w:r>
      <w:r>
        <w:t xml:space="preserve"> has</w:t>
      </w:r>
      <w:r>
        <w:t xml:space="preserve"> a</w:t>
      </w:r>
      <w:r>
        <w:t xml:space="preserve"> dream</w:t>
      </w:r>
      <w:r>
        <w:t xml:space="preserve"> about</w:t>
      </w:r>
      <w:r>
        <w:t xml:space="preserve"> Sam</w:t>
        <w:br/>
        <w:t>穿着莉亚公主的比基尼</w:t>
      </w:r>
      <w:r>
        <w:t xml:space="preserve"> </w:t>
      </w:r>
      <w:r>
        <w:t xml:space="preserve"> -我就知道</w:t>
        <w:br/>
        <w:t>in</w:t>
      </w:r>
      <w:r>
        <w:t xml:space="preserve"> that,</w:t>
      </w:r>
      <w:r>
        <w:t xml:space="preserve"> uh,</w:t>
      </w:r>
      <w:r>
        <w:t xml:space="preserve"> Princess</w:t>
      </w:r>
      <w:r>
        <w:t xml:space="preserve"> Leia</w:t>
      </w:r>
      <w:r>
        <w:t xml:space="preserve"> bikini.</w:t>
      </w:r>
      <w:r>
        <w:t xml:space="preserve"> Of</w:t>
      </w:r>
      <w:r>
        <w:t xml:space="preserve"> course</w:t>
      </w:r>
      <w:r>
        <w:t xml:space="preserve"> he</w:t>
      </w:r>
      <w:r>
        <w:t xml:space="preserve"> does</w:t>
        <w:br/>
        <w:t>老婆就是杰的天</w:t>
        <w:br/>
        <w:t>Jay's</w:t>
      </w:r>
      <w:r>
        <w:t xml:space="preserve"> a</w:t>
      </w:r>
      <w:r>
        <w:t xml:space="preserve"> real</w:t>
      </w:r>
      <w:r>
        <w:t xml:space="preserve"> wife</w:t>
      </w:r>
      <w:r>
        <w:t xml:space="preserve"> guy.</w:t>
        <w:br/>
        <w:t>但我得说一句</w:t>
        <w:br/>
        <w:t>Hmm.</w:t>
      </w:r>
      <w:r>
        <w:t xml:space="preserve"> But</w:t>
      </w:r>
      <w:r>
        <w:t xml:space="preserve"> I</w:t>
      </w:r>
      <w:r>
        <w:t xml:space="preserve"> got</w:t>
      </w:r>
      <w:r>
        <w:t xml:space="preserve"> to</w:t>
      </w:r>
      <w:r>
        <w:t xml:space="preserve"> say,</w:t>
      </w:r>
      <w:r>
        <w:t xml:space="preserve"> I</w:t>
      </w:r>
      <w:r>
        <w:t xml:space="preserve"> mean,</w:t>
        <w:br/>
        <w:t>这感觉不太道德吧</w:t>
      </w:r>
      <w:r>
        <w:t xml:space="preserve"> 萨斯</w:t>
      </w:r>
      <w:r>
        <w:t xml:space="preserve"> 这不是意念控制吗</w:t>
        <w:br/>
        <w:t>this</w:t>
      </w:r>
      <w:r>
        <w:t xml:space="preserve"> doesn't</w:t>
      </w:r>
      <w:r>
        <w:t xml:space="preserve"> seem</w:t>
      </w:r>
      <w:r>
        <w:t xml:space="preserve"> ethical,</w:t>
      </w:r>
      <w:r>
        <w:t xml:space="preserve"> Sass.</w:t>
      </w:r>
      <w:r>
        <w:t xml:space="preserve"> I</w:t>
      </w:r>
      <w:r>
        <w:t xml:space="preserve"> mean,</w:t>
      </w:r>
      <w:r>
        <w:t xml:space="preserve"> mind</w:t>
      </w:r>
      <w:r>
        <w:t xml:space="preserve"> controlling</w:t>
      </w:r>
      <w:r>
        <w:t xml:space="preserve"> people?</w:t>
        <w:br/>
        <w:t>你什么都不许说</w:t>
      </w:r>
      <w:r>
        <w:t xml:space="preserve"> 皮特</w:t>
        <w:br/>
        <w:t>Don't</w:t>
      </w:r>
      <w:r>
        <w:t xml:space="preserve"> you</w:t>
      </w:r>
      <w:r>
        <w:t xml:space="preserve"> dare</w:t>
      </w:r>
      <w:r>
        <w:t xml:space="preserve"> say</w:t>
      </w:r>
      <w:r>
        <w:t xml:space="preserve"> anything,</w:t>
      </w:r>
      <w:r>
        <w:t xml:space="preserve"> Pete.</w:t>
        <w:br/>
        <w:t>我们是室友</w:t>
      </w:r>
      <w:r>
        <w:t xml:space="preserve"> 要为彼此保守秘密</w:t>
        <w:br/>
        <w:t>Okay?</w:t>
      </w:r>
      <w:r>
        <w:t xml:space="preserve"> We're</w:t>
      </w:r>
      <w:r>
        <w:t xml:space="preserve"> roommates,</w:t>
      </w:r>
      <w:r>
        <w:t xml:space="preserve"> right?</w:t>
      </w:r>
      <w:r>
        <w:t xml:space="preserve"> We</w:t>
      </w:r>
      <w:r>
        <w:t xml:space="preserve"> keep</w:t>
      </w:r>
      <w:r>
        <w:t xml:space="preserve"> each</w:t>
      </w:r>
      <w:r>
        <w:t xml:space="preserve"> other's</w:t>
      </w:r>
      <w:r>
        <w:t xml:space="preserve"> secrets.</w:t>
        <w:br/>
        <w:t>但这个关系到其他人</w:t>
        <w:br/>
        <w:t>But</w:t>
      </w:r>
      <w:r>
        <w:t xml:space="preserve"> this</w:t>
      </w:r>
      <w:r>
        <w:t xml:space="preserve"> affects</w:t>
      </w:r>
      <w:r>
        <w:t xml:space="preserve"> other</w:t>
      </w:r>
      <w:r>
        <w:t xml:space="preserve"> people.</w:t>
        <w:br/>
        <w:t>我觉得萨曼和杰</w:t>
        <w:br/>
        <w:t>I</w:t>
      </w:r>
      <w:r>
        <w:t xml:space="preserve"> mean,</w:t>
      </w:r>
      <w:r>
        <w:t xml:space="preserve"> I-</w:t>
      </w:r>
      <w:r>
        <w:t xml:space="preserve"> I</w:t>
      </w:r>
      <w:r>
        <w:t xml:space="preserve"> don't</w:t>
      </w:r>
      <w:r>
        <w:t xml:space="preserve"> think</w:t>
      </w:r>
      <w:r>
        <w:t xml:space="preserve"> Sam</w:t>
      </w:r>
      <w:r>
        <w:t xml:space="preserve"> and</w:t>
      </w:r>
      <w:r>
        <w:t xml:space="preserve"> Jay</w:t>
        <w:br/>
        <w:t>不会喜欢你的所作所为</w:t>
        <w:br/>
        <w:t>would</w:t>
      </w:r>
      <w:r>
        <w:t xml:space="preserve"> appreciate</w:t>
      </w:r>
      <w:r>
        <w:t xml:space="preserve"> what</w:t>
      </w:r>
      <w:r>
        <w:t xml:space="preserve"> you're</w:t>
      </w:r>
      <w:r>
        <w:t xml:space="preserve"> doing.</w:t>
        <w:br/>
        <w:t>但我知道会有谁喜欢</w:t>
        <w:br/>
        <w:t>Well,</w:t>
      </w:r>
      <w:r>
        <w:t xml:space="preserve"> I</w:t>
      </w:r>
      <w:r>
        <w:t xml:space="preserve"> know</w:t>
      </w:r>
      <w:r>
        <w:t xml:space="preserve"> someone</w:t>
      </w:r>
      <w:r>
        <w:t xml:space="preserve"> who</w:t>
      </w:r>
      <w:r>
        <w:t xml:space="preserve"> would</w:t>
      </w:r>
      <w:r>
        <w:t xml:space="preserve"> appreciate</w:t>
      </w:r>
      <w:r>
        <w:t xml:space="preserve"> it.</w:t>
        <w:br/>
        <w:t>如果杰把你最爱的露营食物</w:t>
        <w:br/>
        <w:t>When</w:t>
      </w:r>
      <w:r>
        <w:t xml:space="preserve"> Jay</w:t>
      </w:r>
      <w:r>
        <w:t xml:space="preserve"> puts</w:t>
      </w:r>
      <w:r>
        <w:t xml:space="preserve"> your</w:t>
      </w:r>
      <w:r>
        <w:t xml:space="preserve"> favorite</w:t>
      </w:r>
      <w:r>
        <w:t xml:space="preserve"> camping</w:t>
      </w:r>
      <w:r>
        <w:t xml:space="preserve"> treat-</w:t>
      </w:r>
    </w:p>
    <w:p>
      <w:r>
        <w:t xml:space="preserve"> -</w:t>
        <w:br/>
        <w:t>棉花糖夹心饼干</w:t>
      </w:r>
      <w:r>
        <w:t xml:space="preserve"> 放进餐厅菜单里</w:t>
        <w:br/>
        <w:t>s'mores-</w:t>
      </w:r>
      <w:r>
        <w:t xml:space="preserve"> -</w:t>
      </w:r>
      <w:r>
        <w:t xml:space="preserve"> on</w:t>
      </w:r>
      <w:r>
        <w:t xml:space="preserve"> his</w:t>
      </w:r>
      <w:r>
        <w:t xml:space="preserve"> restaurant</w:t>
      </w:r>
      <w:r>
        <w:t xml:space="preserve"> menu.</w:t>
        <w:br/>
        <w:t>我可以帮你实现</w:t>
        <w:br/>
        <w:t>I</w:t>
      </w:r>
      <w:r>
        <w:t xml:space="preserve"> can</w:t>
      </w:r>
      <w:r>
        <w:t xml:space="preserve"> make</w:t>
      </w:r>
      <w:r>
        <w:t xml:space="preserve"> that</w:t>
      </w:r>
      <w:r>
        <w:t xml:space="preserve"> happen,</w:t>
        <w:br/>
        <w:t>只要你配合我</w:t>
        <w:br/>
        <w:t>if</w:t>
      </w:r>
      <w:r>
        <w:t xml:space="preserve"> you</w:t>
      </w:r>
      <w:r>
        <w:t xml:space="preserve"> play</w:t>
      </w:r>
      <w:r>
        <w:t xml:space="preserve"> ball.</w:t>
        <w:br/>
        <w:t>考虑下吧</w:t>
        <w:br/>
        <w:t>Just</w:t>
      </w:r>
      <w:r>
        <w:t xml:space="preserve"> think</w:t>
      </w:r>
      <w:r>
        <w:t xml:space="preserve"> about</w:t>
      </w:r>
      <w:r>
        <w:t xml:space="preserve"> it.</w:t>
        <w:br/>
        <w:t>全麦酥饼</w:t>
        <w:br/>
        <w:t>Graham</w:t>
      </w:r>
      <w:r>
        <w:t xml:space="preserve"> cracker,</w:t>
        <w:br/>
        <w:t>巧克力</w:t>
      </w:r>
      <w:r>
        <w:t xml:space="preserve"> 还有中间夹的白白软软的</w:t>
        <w:br/>
        <w:t>chocolate,</w:t>
      </w:r>
      <w:r>
        <w:t xml:space="preserve"> and</w:t>
      </w:r>
      <w:r>
        <w:t xml:space="preserve"> that</w:t>
      </w:r>
      <w:r>
        <w:t xml:space="preserve"> white</w:t>
      </w:r>
      <w:r>
        <w:t xml:space="preserve"> stuff</w:t>
        <w:br/>
        <w:t>一百年前出现的美味</w:t>
        <w:br/>
        <w:t>that</w:t>
      </w:r>
      <w:r>
        <w:t xml:space="preserve"> showed</w:t>
      </w:r>
      <w:r>
        <w:t xml:space="preserve"> up,</w:t>
      </w:r>
      <w:r>
        <w:t xml:space="preserve"> like,</w:t>
      </w:r>
      <w:r>
        <w:t xml:space="preserve"> 100</w:t>
      </w:r>
      <w:r>
        <w:t xml:space="preserve"> years</w:t>
      </w:r>
      <w:r>
        <w:t xml:space="preserve"> ago.</w:t>
        <w:br/>
        <w:t>棉花糖</w:t>
      </w:r>
      <w:r>
        <w:t xml:space="preserve"> </w:t>
      </w:r>
      <w:r>
        <w:t xml:space="preserve"> -棉花糖</w:t>
        <w:br/>
        <w:t>Marshmallow.</w:t>
      </w:r>
      <w:r>
        <w:t xml:space="preserve"> Marshmallow.</w:t>
        <w:br/>
        <w:t>不</w:t>
      </w:r>
      <w:r>
        <w:t xml:space="preserve"> 不行</w:t>
        <w:br/>
        <w:t>No!</w:t>
      </w:r>
      <w:r>
        <w:t xml:space="preserve"> I</w:t>
      </w:r>
      <w:r>
        <w:t xml:space="preserve"> can't.</w:t>
        <w:br/>
        <w:t>我唯一想要的夹心</w:t>
        <w:br/>
        <w:t>Look,</w:t>
      </w:r>
      <w:r>
        <w:t xml:space="preserve"> the</w:t>
      </w:r>
      <w:r>
        <w:t xml:space="preserve"> only</w:t>
      </w:r>
      <w:r>
        <w:t xml:space="preserve"> s'more</w:t>
      </w:r>
      <w:r>
        <w:t xml:space="preserve"> I'm</w:t>
      </w:r>
      <w:r>
        <w:t xml:space="preserve"> interested</w:t>
      </w:r>
      <w:r>
        <w:t xml:space="preserve"> in</w:t>
        <w:br/>
        <w:t>就是你正直的心</w:t>
        <w:br/>
        <w:t>is</w:t>
      </w:r>
      <w:r>
        <w:t xml:space="preserve"> s'more</w:t>
      </w:r>
      <w:r>
        <w:t xml:space="preserve"> integrity</w:t>
      </w:r>
      <w:r>
        <w:t xml:space="preserve"> around</w:t>
      </w:r>
      <w:r>
        <w:t xml:space="preserve"> here.</w:t>
        <w:br/>
        <w:t>你这人真没劲</w:t>
        <w:br/>
        <w:t>Ugh.</w:t>
      </w:r>
      <w:r>
        <w:t xml:space="preserve"> You're</w:t>
      </w:r>
      <w:r>
        <w:t xml:space="preserve"> so</w:t>
      </w:r>
      <w:r>
        <w:t xml:space="preserve"> lame.</w:t>
      </w:r>
      <w:r>
        <w:t xml:space="preserve"> Yeah,</w:t>
        <w:br/>
        <w:t>或许你说的对</w:t>
      </w:r>
      <w:r>
        <w:t xml:space="preserve"> 但至少我夜晚能够安眠</w:t>
        <w:br/>
        <w:t>that</w:t>
      </w:r>
      <w:r>
        <w:t xml:space="preserve"> may</w:t>
      </w:r>
      <w:r>
        <w:t xml:space="preserve"> be</w:t>
      </w:r>
      <w:r>
        <w:t xml:space="preserve"> true,</w:t>
      </w:r>
      <w:r>
        <w:t xml:space="preserve"> but</w:t>
      </w:r>
      <w:r>
        <w:t xml:space="preserve"> at</w:t>
      </w:r>
      <w:r>
        <w:t xml:space="preserve"> least</w:t>
      </w:r>
      <w:r>
        <w:t xml:space="preserve"> I</w:t>
      </w:r>
      <w:r>
        <w:t xml:space="preserve"> can</w:t>
      </w:r>
      <w:r>
        <w:t xml:space="preserve"> sleep</w:t>
      </w:r>
      <w:r>
        <w:t xml:space="preserve"> at</w:t>
      </w:r>
      <w:r>
        <w:t xml:space="preserve"> night.</w:t>
        <w:br/>
        <w:t>我是说</w:t>
      </w:r>
      <w:r>
        <w:t xml:space="preserve"> 如果没有呼吸暂停病的话</w:t>
        <w:br/>
        <w:t>Well,</w:t>
      </w:r>
      <w:r>
        <w:t xml:space="preserve"> I</w:t>
      </w:r>
      <w:r>
        <w:t xml:space="preserve"> mean,</w:t>
      </w:r>
      <w:r>
        <w:t xml:space="preserve"> if</w:t>
      </w:r>
      <w:r>
        <w:t xml:space="preserve"> it</w:t>
      </w:r>
      <w:r>
        <w:t xml:space="preserve"> weren't</w:t>
      </w:r>
      <w:r>
        <w:t xml:space="preserve"> for</w:t>
      </w:r>
      <w:r>
        <w:t xml:space="preserve"> the</w:t>
      </w:r>
      <w:r>
        <w:t xml:space="preserve"> apnea,</w:t>
        <w:br/>
        <w:t>这病死了以后还有可真是太奇怪了</w:t>
        <w:br/>
        <w:t>which,</w:t>
      </w:r>
      <w:r>
        <w:t xml:space="preserve"> again,</w:t>
      </w:r>
      <w:r>
        <w:t xml:space="preserve"> is</w:t>
      </w:r>
      <w:r>
        <w:t xml:space="preserve"> so</w:t>
      </w:r>
      <w:r>
        <w:t xml:space="preserve"> weird</w:t>
      </w:r>
      <w:r>
        <w:t xml:space="preserve"> that</w:t>
      </w:r>
      <w:r>
        <w:t xml:space="preserve"> that</w:t>
      </w:r>
      <w:r>
        <w:t xml:space="preserve"> exists</w:t>
      </w:r>
      <w:r>
        <w:t xml:space="preserve"> in</w:t>
      </w:r>
      <w:r>
        <w:t xml:space="preserve"> the</w:t>
      </w:r>
      <w:r>
        <w:t xml:space="preserve"> afterlife.</w:t>
        <w:br/>
        <w:t>你没事吧</w:t>
      </w:r>
      <w:r>
        <w:t xml:space="preserve"> 特雷弗</w:t>
        <w:br/>
        <w:t>Hey.</w:t>
      </w:r>
      <w:r>
        <w:t xml:space="preserve"> You</w:t>
      </w:r>
      <w:r>
        <w:t xml:space="preserve"> doing</w:t>
      </w:r>
      <w:r>
        <w:t xml:space="preserve"> okay,</w:t>
      </w:r>
      <w:r>
        <w:t xml:space="preserve"> Trevor?</w:t>
        <w:br/>
        <w:t>你看上去像是</w:t>
        <w:br/>
        <w:t>You</w:t>
      </w:r>
      <w:r>
        <w:t xml:space="preserve"> look</w:t>
      </w:r>
      <w:r>
        <w:t xml:space="preserve"> like</w:t>
      </w:r>
      <w:r>
        <w:t xml:space="preserve"> when</w:t>
      </w:r>
      <w:r>
        <w:t xml:space="preserve"> Sam</w:t>
      </w:r>
      <w:r>
        <w:t xml:space="preserve"> and</w:t>
      </w:r>
      <w:r>
        <w:t xml:space="preserve"> Jay</w:t>
        <w:br/>
        <w:t>被萨曼和杰设置了上网时长管控</w:t>
        <w:br/>
        <w:t>put</w:t>
      </w:r>
      <w:r>
        <w:t xml:space="preserve"> parental</w:t>
      </w:r>
      <w:r>
        <w:t xml:space="preserve"> controls</w:t>
      </w:r>
      <w:r>
        <w:t xml:space="preserve"> on</w:t>
      </w:r>
      <w:r>
        <w:t xml:space="preserve"> the</w:t>
      </w:r>
      <w:r>
        <w:t xml:space="preserve"> Internet.</w:t>
        <w:br/>
        <w:t>我觉得我和海蒂或许没办法继续了</w:t>
        <w:br/>
        <w:t>I</w:t>
      </w:r>
      <w:r>
        <w:t xml:space="preserve"> don't</w:t>
      </w:r>
      <w:r>
        <w:t xml:space="preserve"> think</w:t>
      </w:r>
      <w:r>
        <w:t xml:space="preserve"> things</w:t>
      </w:r>
      <w:r>
        <w:t xml:space="preserve"> are</w:t>
      </w:r>
      <w:r>
        <w:t xml:space="preserve"> working</w:t>
      </w:r>
      <w:r>
        <w:t xml:space="preserve"> out</w:t>
      </w:r>
      <w:r>
        <w:t xml:space="preserve"> with</w:t>
      </w:r>
      <w:r>
        <w:t xml:space="preserve"> me</w:t>
      </w:r>
      <w:r>
        <w:t xml:space="preserve"> and</w:t>
      </w:r>
      <w:r>
        <w:t xml:space="preserve"> Hetty.</w:t>
        <w:br/>
        <w:t>你俩不是分手了吗</w:t>
        <w:br/>
        <w:t>Didn't</w:t>
      </w:r>
      <w:r>
        <w:t xml:space="preserve"> you</w:t>
      </w:r>
      <w:r>
        <w:t xml:space="preserve"> two</w:t>
      </w:r>
      <w:r>
        <w:t xml:space="preserve"> break</w:t>
      </w:r>
      <w:r>
        <w:t xml:space="preserve"> up?</w:t>
        <w:br/>
        <w:t>哦</w:t>
      </w:r>
      <w:r>
        <w:t xml:space="preserve"> 没有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https://d.book118.com/218137114061006040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1813711406100604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