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教师学期工作总结</w:t>
      </w:r>
    </w:p>
    <w:p>
      <w:pPr>
        <w:spacing w:before="100" w:after="200" w:line="360" w:lineRule="auto"/>
        <w:ind w:firstLine="576"/>
        <w:jc w:val="left"/>
      </w:pPr>
      <w:r>
        <w:rPr>
          <w:rFonts w:ascii="宋体" w:eastAsia="宋体" w:hAnsi="宋体"/>
          <w:sz w:val="28"/>
        </w:rPr>
        <w:t>在过去的一学期，教师发展处紧紧围绕学校中心工作，以进一步提升教育科研的管理水平和教师专业发展水平为重点。主要做了以下工作：</w:t>
      </w:r>
    </w:p>
    <w:p>
      <w:pPr>
        <w:spacing w:before="100" w:after="200" w:line="360" w:lineRule="auto"/>
        <w:jc w:val="left"/>
      </w:pPr>
      <w:r>
        <w:rPr>
          <w:rFonts w:ascii="宋体 (中文正文)" w:eastAsia="宋体" w:hAnsi="宋体 (中文正文)"/>
          <w:b/>
          <w:sz w:val="28"/>
        </w:rPr>
        <w:t>一、搭建教师专业发展平台，促进教师成长，做好以下四个方面的工作：</w:t>
      </w:r>
    </w:p>
    <w:p>
      <w:pPr>
        <w:spacing w:before="100" w:after="200" w:line="360" w:lineRule="auto"/>
        <w:ind w:firstLine="576"/>
        <w:jc w:val="left"/>
      </w:pPr>
      <w:r>
        <w:rPr>
          <w:rFonts w:ascii="宋体" w:eastAsia="宋体" w:hAnsi="宋体"/>
          <w:sz w:val="28"/>
        </w:rPr>
        <w:t>1、坚持专家指导教师专业发展。期初邀请河北开栾一中校长张丽钧校作作了题为《追求美的教育》讲座，讲座结束后张老师又和部分老师在教师书吧进行了沙龙交流，她盘点丑的教育，阐述美的教育，给全体老师带了很大的教育启迪。组织教师参加市“骨干教师”培训活动及每周组织教师参加市教研室组织的市“名师讲堂”专家讲座，期间还两次邀请梁丰初中朱军校长校给班主任作讲座，邀请实验小说陆群超老师给老师们作了师德师风的讲座。讲座拓宽了教师们的视野，激发了教师们的教育教学积极性、主动性。</w:t>
      </w:r>
    </w:p>
    <w:p>
      <w:pPr>
        <w:spacing w:before="100" w:after="200" w:line="360" w:lineRule="auto"/>
        <w:ind w:firstLine="576"/>
        <w:jc w:val="left"/>
      </w:pPr>
      <w:r>
        <w:rPr>
          <w:rFonts w:ascii="宋体" w:eastAsia="宋体" w:hAnsi="宋体"/>
          <w:sz w:val="28"/>
        </w:rPr>
        <w:t>2、坚持理论引导教师专业成长。开学备班期间让老师集体观看了教育影片《弦动我心》，结合学校下发到每个教研组的教育教学理论《张家港教育科研》、《xx教育研究》等杂志不断督促教师认真学习等有关专业发展的。学期末学校又斥资为老师购买了大量有关教育教学书籍放在书吧供教师阅读，为每位老师征订一本教育教学杂志，满足了广大教师对教科研的信息需求。向班主任和教师赠送李镇西的《我这样做班主作》，张丽钧的《做老师真好》，提出读书要求，进行评比，并辅以奖励激励措施，最大程度上促进教师进行阅读积累。</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3、坚持自我反思促进教师专业成长。期初结合教师暑假读书情况，开展读书心得体会评比活动，通过适当奖励激发教师的阅读热情。坚持倡导4周岁以下教师每月撰写教育教学随笔、教学案例与反思，坚持原创，期末发展处对教师的读书心得汇总，并进行考核，择优发表在相关网站，以此推动教师的阅读积极性。利用每次例会时间，推荐教师开展“听老师讲责任教育故事”交流活动，并积累教师的教育小故事，准备下学期汇编成册，做好成果推广工作。</w:t>
      </w:r>
    </w:p>
    <w:p>
      <w:pPr>
        <w:spacing w:before="100" w:after="200" w:line="360" w:lineRule="auto"/>
        <w:ind w:firstLine="576"/>
        <w:jc w:val="left"/>
      </w:pPr>
      <w:r>
        <w:rPr>
          <w:rFonts w:ascii="宋体" w:eastAsia="宋体" w:hAnsi="宋体"/>
          <w:sz w:val="28"/>
        </w:rPr>
        <w:t>4、坚持落实各项培训活动促进教师专业成长。上学期组织安排了14位教师参加了远程培训，19位老师参加了半脱产培训，另外还组织了部分教师参加电教馆开办的“教育技术培训”活动，市“骨干教师”培训等活动。在20xx年市级骨干教师评选活动中，发动19位教师参加了评选，最终有6位教师通过评选成为了市级骨干教师。另外及时制定了学校校本培训方案，能按照期初“学校教师校本培训计划”，认真督促教师自觉参加各项校本培训项目，在期末的继续教育验证中让每一位教师都能顺利通过校本培训时的验证。</w:t>
      </w:r>
    </w:p>
    <w:p>
      <w:pPr>
        <w:spacing w:before="100" w:after="200" w:line="360" w:lineRule="auto"/>
        <w:jc w:val="left"/>
      </w:pPr>
      <w:r>
        <w:rPr>
          <w:rFonts w:ascii="宋体 (中文正文)" w:eastAsia="宋体" w:hAnsi="宋体 (中文正文)"/>
          <w:b/>
          <w:sz w:val="28"/>
        </w:rPr>
        <w:t>二、落实教科工作，提高研究实效，认真做好了以下五个方面的工作。</w:t>
      </w:r>
    </w:p>
    <w:p>
      <w:pPr>
        <w:spacing w:before="100" w:after="200" w:line="360" w:lineRule="auto"/>
        <w:ind w:firstLine="576"/>
        <w:jc w:val="left"/>
      </w:pPr>
      <w:r>
        <w:rPr>
          <w:rFonts w:ascii="宋体" w:eastAsia="宋体" w:hAnsi="宋体"/>
          <w:sz w:val="28"/>
        </w:rPr>
        <w:t>１．抓好校本教研活动。认真研读我市有关校本培训的考核要求，做好开学备班讲座活动，教育教学随笔的撰写，学校微型题的研究工作等。做到活动设计有方案，过程有记录，实施有研讨，有总结。行动促进了教师业务能力的提高。</w:t>
      </w:r>
    </w:p>
    <w:p>
      <w:pPr>
        <w:spacing w:before="100" w:after="200" w:line="360" w:lineRule="auto"/>
        <w:ind w:firstLine="576"/>
        <w:jc w:val="left"/>
      </w:pPr>
      <w:r>
        <w:rPr>
          <w:rFonts w:ascii="宋体" w:eastAsia="宋体" w:hAnsi="宋体"/>
          <w:sz w:val="28"/>
        </w:rPr>
        <w:t>2．做好题学期汇报工作。上学期，开展了省级和苏州市教育科学“十二五”规划题《初中学校的“责任教育”研究》、《基于责任化背景的“责任教育”实践研究》研究工作，并做好了学期汇报工作。在专家汪霞教授团队的指导下，12月份完成了苏州市《校外专家助推程》项目中期交流汇报材料。又利用寒假修改制定了学校程草案。</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3．做好已有题研究工作。围绕我校“新教育”实验题，着力做好教师专业成长研究，及时参加相关会议，研讨活动，上交各种材料，写好各类总结报告，本人代表学校题组于12月日在乐余小学举办的“市题研讨交流”会上进行了交流发言，获得了一致好评。另外协助市教研室完成了“苏州市题调查问卷”工作。为更好地进行题研究，本人先后去阜宁、连云港参加了题研讨活动，为学校题的研究获取了丰富的经验。</w:t>
      </w:r>
    </w:p>
    <w:p>
      <w:pPr>
        <w:spacing w:before="100" w:after="200" w:line="360" w:lineRule="auto"/>
        <w:ind w:firstLine="576"/>
        <w:jc w:val="left"/>
      </w:pPr>
      <w:r>
        <w:rPr>
          <w:rFonts w:ascii="宋体" w:eastAsia="宋体" w:hAnsi="宋体"/>
          <w:sz w:val="28"/>
        </w:rPr>
        <w:t>4．继续开展好微型题研究。继续指导老师做好校级微型题研究工作，成功推荐柳剑、徐亚萍、勇继红老师的三个微型题成功市级微型结题。继续对学校其它8个微型题进行研究指导，进行过程管理，从而有效促进学校主题的研究。</w:t>
      </w:r>
    </w:p>
    <w:p>
      <w:pPr>
        <w:spacing w:before="100" w:after="200" w:line="360" w:lineRule="auto"/>
        <w:ind w:firstLine="576"/>
        <w:jc w:val="left"/>
      </w:pPr>
      <w:r>
        <w:rPr>
          <w:rFonts w:ascii="宋体" w:eastAsia="宋体" w:hAnsi="宋体"/>
          <w:sz w:val="28"/>
        </w:rPr>
        <w:t>5．注重题网络管理。及时上传题研究动态资料，提高科研的实效性，并加强成果推广。上学期紧紧围绕新立项的两个题，进一步丰富学校网站教育科研内容，注重研究资料积累。</w:t>
      </w:r>
    </w:p>
    <w:p>
      <w:pPr>
        <w:spacing w:before="100" w:after="200" w:line="360" w:lineRule="auto"/>
        <w:jc w:val="left"/>
      </w:pPr>
      <w:r>
        <w:rPr>
          <w:rFonts w:ascii="宋体 (中文正文)" w:eastAsia="宋体" w:hAnsi="宋体 (中文正文)"/>
          <w:b/>
          <w:sz w:val="28"/>
        </w:rPr>
        <w:t>三、做好其它常规工作，提高服务水平</w:t>
      </w:r>
    </w:p>
    <w:p>
      <w:pPr>
        <w:spacing w:before="100" w:after="200" w:line="360" w:lineRule="auto"/>
        <w:ind w:firstLine="576"/>
        <w:jc w:val="left"/>
      </w:pPr>
      <w:r>
        <w:rPr>
          <w:rFonts w:ascii="宋体" w:eastAsia="宋体" w:hAnsi="宋体"/>
          <w:sz w:val="28"/>
        </w:rPr>
        <w:t>1．资料建设。收集学校、教师个人教育教学成功做法，经验，汇编了一期《责任教育》校刊。</w:t>
      </w:r>
    </w:p>
    <w:p>
      <w:pPr>
        <w:spacing w:before="100" w:after="200" w:line="360" w:lineRule="auto"/>
        <w:ind w:firstLine="576"/>
        <w:jc w:val="left"/>
      </w:pPr>
      <w:r>
        <w:rPr>
          <w:rFonts w:ascii="宋体" w:eastAsia="宋体" w:hAnsi="宋体"/>
          <w:sz w:val="28"/>
        </w:rPr>
        <w:t>2．数据统计。根据市教科室工作要求，及时做好学校、教师教科研成果数据统计工作，本年度组织教师参加了上级教育部门组织的征比赛十多次，有12人次在市级以上论发表或获奖。</w:t>
      </w:r>
    </w:p>
    <w:p>
      <w:pPr>
        <w:spacing w:before="100" w:after="200" w:line="360" w:lineRule="auto"/>
        <w:jc w:val="left"/>
      </w:pPr>
      <w:r>
        <w:rPr>
          <w:rFonts w:ascii="宋体 (中文正文)" w:eastAsia="宋体" w:hAnsi="宋体 (中文正文)"/>
          <w:b/>
          <w:sz w:val="28"/>
        </w:rPr>
        <w:t>四、思考及存在问题及下阶段措施</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1．教科研是每个教师身体力行的事，只有教研相结合才能有效地提高自己的业务水平，才有可能使自己成为专家型教师，那么如何才能最大限度地调动广大教师的教科研热情，是下学期教师发展处工作的落脚点。下学期我们拟将行动研究的方式引入题研究过程，围绕“责任教育”这一“十二五”省级规划题，组织教师实实在在地参加题研究，充分发挥市级骨干教师和题组等为主力的学校科研队伍的核心作用和骨干作用，进一步完善学校教科研校级主题管理制度，完善了题组考核机制，按照要求对题组实行任务划块，责任到人。组织题组人员认真学习，落实题研究，题组成员围绕题，举行研讨活动。不断丰富题研究的内涵。</w:t>
      </w:r>
    </w:p>
    <w:p>
      <w:pPr>
        <w:spacing w:before="100" w:after="200" w:line="360" w:lineRule="auto"/>
        <w:ind w:firstLine="576"/>
        <w:jc w:val="left"/>
      </w:pPr>
      <w:r>
        <w:rPr>
          <w:rFonts w:ascii="宋体" w:eastAsia="宋体" w:hAnsi="宋体"/>
          <w:sz w:val="28"/>
        </w:rPr>
        <w:t>2多数教师已经意识到个人发展的重要性，但落实到行动还有不足，参与培训，参与研修的积极性不高，进修、读书的主动性不强，还没有形成良好地比教师素养、比工作能力的氛围。为推动教师成长，下学期将在全体老师制定了三年专业发展规划的基础上加大教师发展力度，通过开展各种活动促进教师专业发展。</w:t>
      </w:r>
    </w:p>
    <w:p>
      <w:pPr>
        <w:spacing w:before="100" w:after="200" w:line="360" w:lineRule="auto"/>
        <w:ind w:firstLine="576"/>
        <w:jc w:val="left"/>
      </w:pPr>
      <w:r>
        <w:rPr>
          <w:rFonts w:ascii="宋体" w:eastAsia="宋体" w:hAnsi="宋体"/>
          <w:sz w:val="28"/>
        </w:rPr>
        <w:t>3．教师专业发展上的不均衡，从整体看，虽然有进步，但教职工全员参与教科研工作的目标还相距深远，有的教师评到高级后已经多年没有论发表或获奖，论也从末参与题研究。下学期拟开展各种读书和各种层次的教师基本功比赛等活动。</w:t>
      </w:r>
    </w:p>
    <w:p>
      <w:pPr>
        <w:spacing w:before="100" w:after="200" w:line="360" w:lineRule="auto"/>
        <w:ind w:firstLine="576"/>
        <w:jc w:val="left"/>
      </w:pPr>
      <w:r>
        <w:rPr>
          <w:rFonts w:ascii="宋体" w:eastAsia="宋体" w:hAnsi="宋体"/>
          <w:sz w:val="28"/>
        </w:rPr>
        <w:t>在新的学期里，发展处将以人为本，求真务实，一如既往为教师、学校服务，积极推动我校教科研的发展与创新，更好地推动全校教师的发展。</w:t>
      </w:r>
    </w:p>
    <w:p>
      <w:pPr>
        <w:spacing w:before="100" w:after="200" w:line="360" w:lineRule="auto"/>
        <w:ind w:firstLine="576"/>
        <w:jc w:val="left"/>
      </w:pPr>
      <w:r>
        <w:rPr>
          <w:rFonts w:ascii="宋体" w:eastAsia="宋体" w:hAnsi="宋体"/>
          <w:sz w:val="28"/>
        </w:rPr>
        <w:t>时间如眨眼，xx年年末在即。这是一个辞旧迎新的时刻，也是一个总结过去、展望未来的时刻。为了以后更好的工作，我总结一下这半年来的学习和工作。</w:t>
      </w:r>
    </w:p>
    <w:p>
      <w:pPr>
        <w:spacing w:before="100" w:after="200" w:line="360" w:lineRule="auto"/>
        <w:jc w:val="left"/>
      </w:pPr>
      <w:r>
        <w:rPr>
          <w:rFonts w:ascii="宋体 (中文正文)" w:eastAsia="宋体" w:hAnsi="宋体 (中文正文)"/>
          <w:b/>
          <w:sz w:val="28"/>
        </w:rPr>
        <w:t>一、思想政治方面</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作为一名大学教师和一名共产党员，我非常重视思想政治水平和道德修养的提高，在各方面都严格要求自己。热爱祖国，热爱教育事业，积极拥护党的领导，认真学习贯彻党的教育方针，时刻以教师的责任和党员的标准鞭策自己。作为一名教师，师德很重要。“如果你是对的，你就不能随心所欲。”它的身体不直，虽然它不服从。“教师的一言一行对学生的思想、行为、素质都有潜移默化的影响。今年是襄樊学院的师德建设年。我积极浏览学校的师德建设专用网，研究学校文件和优秀教师的典型事迹，积极参加学校的师德建设活动(如学校的师德论坛、学院的师生论坛)。通过这些学习，我深深体会到了教师的重大责任。公认的是，为了培养人才，必须以学生为本，形成高度的责任感和爱心。同时，要不断学习和研究先进的教学理念、教学方法和学科前沿，努力提高自己的专业素质。</w:t>
      </w:r>
    </w:p>
    <w:p>
      <w:pPr>
        <w:spacing w:before="100" w:after="200" w:line="360" w:lineRule="auto"/>
        <w:ind w:firstLine="576"/>
        <w:jc w:val="left"/>
      </w:pPr>
      <w:r>
        <w:rPr>
          <w:rFonts w:ascii="宋体" w:eastAsia="宋体" w:hAnsi="宋体"/>
          <w:sz w:val="28"/>
        </w:rPr>
        <w:t>第二，工作</w:t>
      </w:r>
    </w:p>
    <w:p>
      <w:pPr>
        <w:spacing w:before="100" w:after="200" w:line="360" w:lineRule="auto"/>
        <w:ind w:firstLine="576"/>
        <w:jc w:val="left"/>
      </w:pPr>
      <w:r>
        <w:rPr>
          <w:rFonts w:ascii="宋体" w:eastAsia="宋体" w:hAnsi="宋体"/>
          <w:sz w:val="28"/>
        </w:rPr>
        <w:t>由于报到较晚，这半学年没有上课。学院领导研究后给我安排了行政轮班，主要协助市场教研室和教务处的一些事务(以前者为主)。虽然没有走上讲台，参加教学实践的锻炼，但是我多次听同行的讲座，学习他们好的教学方法，教学语言，肢体语言表达，结合自己以前的教学经验，找出自己的不足，以此来提高自己的课后教学。同时，通过多种途径学习教案、教学大纲的编写方法和精品课程的建设，如整理市场营销专业教学评估三大纲、在评估中的专家论坛上听取专家对教案的意见、参与刘雪林老师学校的精品课程建设以及在网上学习其他的精品课程等，通过这些接触，我深深体会到，一门好的课程需要全方位的布局和准备，这对我以后教学过程的发展和提高大有裨益。</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在协助市场营销教研室及教育处工作中，每天按时上下班(特殊情况除外，如博士答辩)，负责按时完成教研室及教育处布置的任务。具体来说，主要工作如下:</w:t>
      </w:r>
    </w:p>
    <w:p>
      <w:pPr>
        <w:spacing w:before="100" w:after="200" w:line="360" w:lineRule="auto"/>
        <w:ind w:firstLine="576"/>
        <w:jc w:val="left"/>
      </w:pPr>
      <w:r>
        <w:rPr>
          <w:rFonts w:ascii="宋体" w:eastAsia="宋体" w:hAnsi="宋体"/>
          <w:sz w:val="28"/>
        </w:rPr>
        <w:t>①参与市场营销专业评估的资料准备(如自评报告、技能培训、三纲汇编)，整理评估过程中的会议记录(专家座谈会、评估反馈会)，撰写评估教学简报。</w:t>
      </w:r>
    </w:p>
    <w:p>
      <w:pPr>
        <w:spacing w:before="100" w:after="200" w:line="360" w:lineRule="auto"/>
        <w:ind w:firstLine="576"/>
        <w:jc w:val="left"/>
      </w:pPr>
      <w:r>
        <w:rPr>
          <w:rFonts w:ascii="宋体" w:eastAsia="宋体" w:hAnsi="宋体"/>
          <w:sz w:val="28"/>
        </w:rPr>
        <w:t>②修订物流专业培养计划。通过对其他高校物流专业课程设置的研究，以及对物流教材、相关课程大纲和实验大纲的查找，对物流专业的课程设置、学时、学分、实验课程和学期安排进行了认真修订。</w:t>
      </w:r>
    </w:p>
    <w:p>
      <w:pPr>
        <w:spacing w:before="100" w:after="200" w:line="360" w:lineRule="auto"/>
        <w:ind w:firstLine="576"/>
        <w:jc w:val="left"/>
      </w:pPr>
      <w:r>
        <w:rPr>
          <w:rFonts w:ascii="宋体" w:eastAsia="宋体" w:hAnsi="宋体"/>
          <w:sz w:val="28"/>
        </w:rPr>
        <w:t>③建立学术论文、优秀毕业论文、开题报告、任务书模型库。此外，系里还处理了一些其他事务，比如帮系里整理新生的课程表等等。这些事情虽然很小很琐碎，但我都认真负责的去做了，学会了一些待人处事的方式方法。</w:t>
      </w:r>
    </w:p>
    <w:p>
      <w:pPr>
        <w:spacing w:before="100" w:after="200" w:line="360" w:lineRule="auto"/>
        <w:ind w:firstLine="576"/>
        <w:jc w:val="left"/>
      </w:pPr>
      <w:r>
        <w:rPr>
          <w:rFonts w:ascii="宋体" w:eastAsia="宋体" w:hAnsi="宋体"/>
          <w:sz w:val="28"/>
        </w:rPr>
        <w:t>在建立学术论文模型库时，我从各种文献库中挑选了一百多篇质量较好的管理类论文，并进行分类。在这个过程中，我进一步学习了管理学论文写作和研究方法，为《科研方法与论文写作》这门课程积累了大量的资料，并在阅读管理学研究方法相关书籍的基础上形成了这门课程的教学思路。</w:t>
      </w:r>
    </w:p>
    <w:p>
      <w:pPr>
        <w:spacing w:before="100" w:after="200" w:line="360" w:lineRule="auto"/>
        <w:ind w:firstLine="576"/>
        <w:jc w:val="left"/>
      </w:pPr>
      <w:r>
        <w:rPr>
          <w:rFonts w:ascii="宋体" w:eastAsia="宋体" w:hAnsi="宋体"/>
          <w:sz w:val="28"/>
        </w:rPr>
        <w:t>三，存在的不足和展望</w:t>
      </w:r>
    </w:p>
    <w:p>
      <w:pPr>
        <w:spacing w:before="100" w:after="200" w:line="360" w:lineRule="auto"/>
        <w:ind w:firstLine="576"/>
        <w:jc w:val="left"/>
      </w:pPr>
      <w:r>
        <w:rPr>
          <w:rFonts w:ascii="宋体" w:eastAsia="宋体" w:hAnsi="宋体"/>
          <w:sz w:val="28"/>
        </w:rPr>
        <w:t>在这半年的工作中，我最大的缺点就是没有写出一篇有一定水平的科研论文并发表。我反思一下。造成这个结果的原因有两个:一是写了一年的博士论文，有点贪图安逸和懈怠；二是学习管理研究方法，特别是定量分析和实证方法，积累素材和研究课题，为以后写有一定水平的管理论文打下基础。</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新的一年，我一定要抓紧时间，积极搞科研，争取明年在核心期刊和国际会议上发表学术论文(纳入三大索引工具)，积极申报科研项目，不辜负学校和学院的期望。另外，在工作中要更加严格要求自己，谦虚谨慎，戒骄戒躁，虚心学习同事们先进的教学经验，更加全心全意地投入到教学和科研中去。</w:t>
      </w:r>
    </w:p>
    <w:p>
      <w:pPr>
        <w:spacing w:before="100" w:after="200" w:line="360" w:lineRule="auto"/>
        <w:jc w:val="left"/>
      </w:pPr>
      <w:r>
        <w:rPr>
          <w:rFonts w:ascii="宋体 (中文正文)" w:eastAsia="宋体" w:hAnsi="宋体 (中文正文)"/>
          <w:b/>
          <w:sz w:val="28"/>
        </w:rPr>
        <w:t>一、高二地理备课组工作</w:t>
      </w:r>
    </w:p>
    <w:p>
      <w:pPr>
        <w:spacing w:before="100" w:after="200" w:line="360" w:lineRule="auto"/>
        <w:ind w:firstLine="576"/>
        <w:jc w:val="left"/>
      </w:pPr>
      <w:r>
        <w:rPr>
          <w:rFonts w:ascii="宋体" w:eastAsia="宋体" w:hAnsi="宋体"/>
          <w:sz w:val="28"/>
        </w:rPr>
        <w:t>高二上学期，地理教学定位于为学业水平考试服务。因为，我们这一届的文科地理学考定在高二上学期考。所以，整个学期，无论是课堂教学还是各种考试，我们都是遵循是否有利于学考而展开的。这样的定位和开展教学，确确实实夯实了学生的地理基础，取得了漂亮的成绩，也为将来的高考奠定了坚实的基础。</w:t>
      </w:r>
    </w:p>
    <w:p>
      <w:pPr>
        <w:spacing w:before="100" w:after="200" w:line="360" w:lineRule="auto"/>
        <w:ind w:firstLine="576"/>
        <w:jc w:val="left"/>
      </w:pPr>
      <w:r>
        <w:rPr>
          <w:rFonts w:ascii="宋体" w:eastAsia="宋体" w:hAnsi="宋体"/>
          <w:sz w:val="28"/>
        </w:rPr>
        <w:t>期末考试，全级9个班505名文科生参考，平均77分。其中，培优班平均86.8分，及格率100%，优秀率90%;一层次班平均80.9分，及格率100%，优秀率62%;二层次班平均69.2分，及格率83.1%，优秀率15.3%。这样的成绩，超过了我们的预期，感谢我们备课组5个老师和全级文科生的努力!</w:t>
      </w:r>
    </w:p>
    <w:p>
      <w:pPr>
        <w:spacing w:before="100" w:after="200" w:line="360" w:lineRule="auto"/>
        <w:ind w:firstLine="576"/>
        <w:jc w:val="left"/>
      </w:pPr>
      <w:r>
        <w:rPr>
          <w:rFonts w:ascii="宋体" w:eastAsia="宋体" w:hAnsi="宋体"/>
          <w:sz w:val="28"/>
        </w:rPr>
        <w:t>省学业水平考试，全级505名文科生参考，过关率100%。其中，A级(优秀)考生399人，占比为79%，位居我校此次所有参考学科第一名;B级(良好)考生101人，占比为20%;C级(及格)考生5人，占比为1%。这样的成绩，也超过了我们的预期，感谢我们备课组5个老师和全级文科生的努力!</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通过期末考试和省学业水平考试的成绩证明，我们这一届文科生的地理基础还算不错，高中一年半的努力算是有些成果了。但是，如何让学生从学业水平考试的应试思维向高考的应试思维过渡，是一个坎。我相信，我们高二地理备课组5个老师在年级的统一领导下，将一如既往，精诚团结，统一备课，资源共享，充分利用好高二下学期几个月的时间，一定会带领学生过渡好，成为准高三的学生，并顺利进入高三一轮复习。</w:t>
      </w:r>
    </w:p>
    <w:p>
      <w:pPr>
        <w:spacing w:before="100" w:after="200" w:line="360" w:lineRule="auto"/>
        <w:jc w:val="left"/>
      </w:pPr>
      <w:r>
        <w:rPr>
          <w:rFonts w:ascii="宋体 (中文正文)" w:eastAsia="宋体" w:hAnsi="宋体 (中文正文)"/>
          <w:b/>
          <w:sz w:val="28"/>
        </w:rPr>
        <w:t>二、高二地理教学工作</w:t>
      </w:r>
    </w:p>
    <w:p>
      <w:pPr>
        <w:spacing w:before="100" w:after="200" w:line="360" w:lineRule="auto"/>
        <w:ind w:firstLine="576"/>
        <w:jc w:val="left"/>
      </w:pPr>
      <w:r>
        <w:rPr>
          <w:rFonts w:ascii="宋体" w:eastAsia="宋体" w:hAnsi="宋体"/>
          <w:sz w:val="28"/>
        </w:rPr>
        <w:t>上学期，我任教447班(文科培优班)、453班(文科二层次班)两个班。在备课组成员的帮助和集体智慧的熏陶下，我取得了一定的成绩，虽然教学成绩与其他教师有一定差距，但是我很开心，因为全级整体成绩好。</w:t>
      </w:r>
    </w:p>
    <w:p>
      <w:pPr>
        <w:spacing w:before="100" w:after="200" w:line="360" w:lineRule="auto"/>
        <w:ind w:firstLine="576"/>
        <w:jc w:val="left"/>
      </w:pPr>
      <w:r>
        <w:rPr>
          <w:rFonts w:ascii="宋体" w:eastAsia="宋体" w:hAnsi="宋体"/>
          <w:sz w:val="28"/>
        </w:rPr>
        <w:t>期末考试，所任教两个班的成绩情况：447班参考60人，平均分85.7，及格率100%，优秀率81.7%，最高96分，最低65分;453班参考51人，平均分67，及格率76.5%，优秀率5.9%，最高82分，最低50分。</w:t>
      </w:r>
    </w:p>
    <w:p>
      <w:pPr>
        <w:spacing w:before="100" w:after="200" w:line="360" w:lineRule="auto"/>
        <w:ind w:firstLine="576"/>
        <w:jc w:val="left"/>
      </w:pPr>
      <w:r>
        <w:rPr>
          <w:rFonts w:ascii="宋体" w:eastAsia="宋体" w:hAnsi="宋体"/>
          <w:sz w:val="28"/>
        </w:rPr>
        <w:t>省学业水平考试，所任教两个班的成绩情况：447班参考60人，A级(优秀)59人，B级(良好)1人，A级(优秀)率98.3%，过关率100%;453班参考51人，A级(优秀)27人，B级(良好)23人，C级(及格)1人，A级(优秀)率52.9%，过关率100%。</w:t>
      </w:r>
    </w:p>
    <w:p>
      <w:pPr>
        <w:spacing w:before="100" w:after="200" w:line="360" w:lineRule="auto"/>
        <w:ind w:firstLine="576"/>
        <w:jc w:val="left"/>
      </w:pPr>
      <w:r>
        <w:rPr>
          <w:rFonts w:ascii="宋体" w:eastAsia="宋体" w:hAnsi="宋体"/>
          <w:sz w:val="28"/>
        </w:rPr>
        <w:t>和全级的情况一样，所教两个班的基础整体过关，计划充分利用好下学期的时间，让所有学生都能正常过渡到高三，从而圆满完成高二阶段的地理教学任务。</w:t>
      </w:r>
    </w:p>
    <w:p>
      <w:pPr>
        <w:spacing w:before="100" w:after="200" w:line="360" w:lineRule="auto"/>
        <w:jc w:val="left"/>
      </w:pPr>
      <w:r>
        <w:rPr>
          <w:rFonts w:ascii="宋体 (中文正文)" w:eastAsia="宋体" w:hAnsi="宋体 (中文正文)"/>
          <w:b/>
          <w:sz w:val="28"/>
        </w:rPr>
        <w:t>三、教学处工作</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上学期，除了繁忙的备课组工作和教学工作外，我还承担了教学处的部分工作。非常感谢学校领导的肯定和信任，给了我这样一个很好的学习和锻炼的平台!虽然很辛苦，经常加班，但在工作的过程中丰富了自己的职业生涯，充实了自己的人生阅历，收获很多。</w:t>
      </w:r>
    </w:p>
    <w:p>
      <w:pPr>
        <w:spacing w:before="100" w:after="200" w:line="360" w:lineRule="auto"/>
        <w:ind w:firstLine="576"/>
        <w:jc w:val="left"/>
      </w:pPr>
      <w:r>
        <w:rPr>
          <w:rFonts w:ascii="宋体" w:eastAsia="宋体" w:hAnsi="宋体"/>
          <w:sz w:val="28"/>
        </w:rPr>
        <w:t>上学期，我首先参与了对高中部三个年级20xx学年教学实绩的考核。整个考核过程，非常复杂，通过无数次的加班，无数次的校对，最终才定稿，完美地向学校上交了一份答卷。</w:t>
      </w:r>
    </w:p>
    <w:p>
      <w:pPr>
        <w:spacing w:before="100" w:after="200" w:line="360" w:lineRule="auto"/>
        <w:ind w:firstLine="576"/>
        <w:jc w:val="left"/>
      </w:pPr>
      <w:r>
        <w:rPr>
          <w:rFonts w:ascii="宋体" w:eastAsia="宋体" w:hAnsi="宋体"/>
          <w:sz w:val="28"/>
        </w:rPr>
        <w:t>除了教学实绩考核外，我还参与了20xx年高中招生的考核，工作量虽然没有教学实绩考核大，但依然复杂，一不小心就会出错。所以，我也不敢掉以轻心，最终还是圆满地完成了任务。</w:t>
      </w:r>
    </w:p>
    <w:p>
      <w:pPr>
        <w:spacing w:before="100" w:after="200" w:line="360" w:lineRule="auto"/>
        <w:ind w:firstLine="576"/>
        <w:jc w:val="left"/>
      </w:pPr>
      <w:r>
        <w:rPr>
          <w:rFonts w:ascii="宋体" w:eastAsia="宋体" w:hAnsi="宋体"/>
          <w:sz w:val="28"/>
        </w:rPr>
        <w:t>在“控辍保学”方面，我也积极参与工作。多次参与在校学生的统计和上报工作，多次和其他教师一起入户家访，鼓励厌学生在校继续完成学业，并且取得了较好的效果。同时，协助团委，做好对学生的精准资助工作。</w:t>
      </w:r>
    </w:p>
    <w:p>
      <w:pPr>
        <w:spacing w:before="100" w:after="200" w:line="360" w:lineRule="auto"/>
        <w:ind w:firstLine="576"/>
        <w:jc w:val="left"/>
      </w:pPr>
      <w:r>
        <w:rPr>
          <w:rFonts w:ascii="宋体" w:eastAsia="宋体" w:hAnsi="宋体"/>
          <w:sz w:val="28"/>
        </w:rPr>
        <w:t>在期中和期末两次全校教学常规检查过程中，我都全程参与，并对两次常规检查进行了文字总结，将一些情况向学校反映，圆满完成任务。</w:t>
      </w:r>
    </w:p>
    <w:p>
      <w:pPr>
        <w:spacing w:before="100" w:after="200" w:line="360" w:lineRule="auto"/>
        <w:ind w:firstLine="576"/>
        <w:jc w:val="left"/>
      </w:pPr>
      <w:r>
        <w:rPr>
          <w:rFonts w:ascii="宋体" w:eastAsia="宋体" w:hAnsi="宋体"/>
          <w:sz w:val="28"/>
        </w:rPr>
        <w:t>在县教育局的组织下，我参加了录课比赛活动，第一次将自己的授课过程刻录成光盘，虽最终未能到市上参赛，但收获很多，对我而言也是一种特别的尝试和感受。</w:t>
      </w:r>
    </w:p>
    <w:p>
      <w:pPr>
        <w:spacing w:before="100" w:after="200" w:line="360" w:lineRule="auto"/>
        <w:ind w:firstLine="576"/>
        <w:jc w:val="left"/>
      </w:pPr>
      <w:r>
        <w:rPr>
          <w:rFonts w:ascii="宋体" w:eastAsia="宋体" w:hAnsi="宋体"/>
          <w:sz w:val="28"/>
        </w:rPr>
        <w:t>为了适应新高考，在临沧市教育局的组织下，凤庆县9名教师远赴河北石家庄一中、衡水二中、衡水中学(衡水一中)、二中、实验高级中学交流学习，作为带队教师的我，圆满完成了县教育安排的带队任务，同时也学到了很多东西，非常感谢市教育局、县教育局、学校领导提供的学习平台!</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上学期，我参与了全校期中考试、期末考试、各种县统测、各种市统测、省学业水平考试、高考英语听力和口语考试等所有校级及以上考试的考务工作，圆满完成任务。</w:t>
      </w:r>
    </w:p>
    <w:p>
      <w:pPr>
        <w:spacing w:before="100" w:after="200" w:line="360" w:lineRule="auto"/>
        <w:ind w:firstLine="576"/>
        <w:jc w:val="left"/>
      </w:pPr>
      <w:r>
        <w:rPr>
          <w:rFonts w:ascii="宋体" w:eastAsia="宋体" w:hAnsi="宋体"/>
          <w:sz w:val="28"/>
        </w:rPr>
        <w:t>上学期，部分高等院校陆续发布招生信息，先后有空军招飞、民航招飞、空中安保、空中乘务、地勤、专科单招几方面的招生。因为涉及到学生的前途和学校的发展，我都将县招办传来的相应文件以最快的速度传达高三年级，没有失误。而且，今年我校在以上特殊类型招生中，取得了不错的成绩。在空军招飞中，我校的11名高三男生由我带队到下关一中初选，过关了4人，为我校有史以来初选过关人数最多的一次;在民航招飞中，我校学生通过了东航招飞初选1人，通过昆工招飞初选3人，也创造了我校新的记录。</w:t>
      </w:r>
    </w:p>
    <w:p>
      <w:pPr>
        <w:spacing w:before="100" w:after="200" w:line="360" w:lineRule="auto"/>
        <w:ind w:firstLine="576"/>
        <w:jc w:val="left"/>
      </w:pPr>
      <w:r>
        <w:rPr>
          <w:rFonts w:ascii="宋体" w:eastAsia="宋体" w:hAnsi="宋体"/>
          <w:sz w:val="28"/>
        </w:rPr>
        <w:t>不知不觉，拉拉杂杂写了很多，但还是写不完，但不能再写了，就到此吧，以此作为上学期工作总结。</w:t>
      </w:r>
    </w:p>
    <w:p>
      <w:pPr>
        <w:spacing w:before="100" w:after="200" w:line="360" w:lineRule="auto"/>
        <w:ind w:firstLine="576"/>
        <w:jc w:val="left"/>
      </w:pPr>
      <w:r>
        <w:rPr>
          <w:rFonts w:ascii="宋体" w:eastAsia="宋体" w:hAnsi="宋体"/>
          <w:sz w:val="28"/>
        </w:rPr>
        <w:t>本学年，我担任初三一班、四班化学和七一班化学学科。以学生基础实际出发，注重全体学生在原有的基础上向前提高，努力提高合格率，争取提高优秀率。为了能进一步提高教学质量，取得更好的教学效果，我们总结了几条经验：</w:t>
      </w:r>
    </w:p>
    <w:p>
      <w:pPr>
        <w:spacing w:before="100" w:after="200" w:line="360" w:lineRule="auto"/>
        <w:jc w:val="left"/>
      </w:pPr>
      <w:r>
        <w:rPr>
          <w:rFonts w:ascii="宋体 (中文正文)" w:eastAsia="宋体" w:hAnsi="宋体 (中文正文)"/>
          <w:b/>
          <w:sz w:val="28"/>
        </w:rPr>
        <w:t>一、扎扎实实打好基础，拼命赶进度不可取。</w:t>
      </w:r>
    </w:p>
    <w:p>
      <w:pPr>
        <w:spacing w:before="100" w:after="200" w:line="360" w:lineRule="auto"/>
        <w:ind w:firstLine="576"/>
        <w:jc w:val="left"/>
      </w:pPr>
      <w:r>
        <w:rPr>
          <w:rFonts w:ascii="宋体" w:eastAsia="宋体" w:hAnsi="宋体"/>
          <w:sz w:val="28"/>
        </w:rPr>
        <w:t>考生答题中存在的问题，与他们平时没有准确地理解和掌握初中化学的基础知识和技能有很大的关系，因而重视和加强基础知识和基本技能的学习仍然是首要的。</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抓基础知识，就是要抓化学课本知识，教学中力求每章节过关。由于各学生之间的智力差异和学习基础不同，学生对化学的知识的掌握能力不同，教师应针对学生实际情况因材施教，尽量降低落后面。那种为了留更多的复习时间而在平时教学中拼命赶进度的做法，必然造成学生对知识的“消化不良”，甚至使部分学习跟不上的学生对化学失去兴趣。</w:t>
      </w:r>
    </w:p>
    <w:p>
      <w:pPr>
        <w:spacing w:before="100" w:after="200" w:line="360" w:lineRule="auto"/>
        <w:ind w:firstLine="576"/>
        <w:jc w:val="left"/>
      </w:pPr>
      <w:r>
        <w:rPr>
          <w:rFonts w:ascii="宋体" w:eastAsia="宋体" w:hAnsi="宋体"/>
          <w:sz w:val="28"/>
        </w:rPr>
        <w:t>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spacing w:before="100" w:after="200" w:line="360" w:lineRule="auto"/>
        <w:ind w:firstLine="576"/>
        <w:jc w:val="left"/>
      </w:pPr>
      <w:r>
        <w:rPr>
          <w:rFonts w:ascii="宋体" w:eastAsia="宋体" w:hAnsi="宋体"/>
          <w:sz w:val="28"/>
        </w:rPr>
        <w:t>重视获取知识的过程和科学探究能力的培养。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w:t>
      </w:r>
    </w:p>
    <w:p>
      <w:pPr>
        <w:spacing w:before="100" w:after="200" w:line="360" w:lineRule="auto"/>
        <w:ind w:firstLine="576"/>
        <w:jc w:val="left"/>
      </w:pPr>
      <w:r>
        <w:rPr>
          <w:rFonts w:ascii="宋体" w:eastAsia="宋体" w:hAnsi="宋体"/>
          <w:sz w:val="28"/>
        </w:rPr>
        <w:t>今年化学试题中出现科学探究内容，对初中化学教学提出了更高的要求。我们应该准确把握课程方向，以课本知识为基本探究内容，以周围环境为参照对象，让学生亲身经历和体验科学探究活动，主动学习，逐步形成科学探究能力。</w:t>
      </w:r>
    </w:p>
    <w:p>
      <w:pPr>
        <w:spacing w:before="100" w:after="200" w:line="360" w:lineRule="auto"/>
        <w:ind w:firstLine="576"/>
        <w:jc w:val="left"/>
      </w:pPr>
      <w:r>
        <w:rPr>
          <w:rFonts w:ascii="宋体" w:eastAsia="宋体" w:hAnsi="宋体"/>
          <w:sz w:val="28"/>
        </w:rPr>
        <w:t>今年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spacing w:before="100" w:after="200" w:line="360" w:lineRule="auto"/>
        <w:ind w:firstLine="576"/>
        <w:jc w:val="left"/>
      </w:pPr>
      <w:r>
        <w:rPr>
          <w:rFonts w:ascii="宋体" w:eastAsia="宋体" w:hAnsi="宋体"/>
          <w:sz w:val="28"/>
        </w:rPr>
        <w:t>深化课堂教学，钻研教学大纲(化学课程标准)。</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基础教育课程是教育战线一件非常重要的工作，我们学校虽然还么有实施化学新课程标准，但老师们都已开始研究新课程的特点，因此，除了要用新的教学理念武装自己以外，要提前在初三化学的教学中参考和渗透“新课标”的要求。</w:t>
      </w:r>
    </w:p>
    <w:p>
      <w:pPr>
        <w:spacing w:before="100" w:after="200" w:line="360" w:lineRule="auto"/>
        <w:ind w:firstLine="576"/>
        <w:jc w:val="left"/>
      </w:pPr>
      <w:r>
        <w:rPr>
          <w:rFonts w:ascii="宋体" w:eastAsia="宋体" w:hAnsi="宋体"/>
          <w:sz w:val="28"/>
        </w:rPr>
        <w:t>强化教学过程的相互学习、研讨。听完课后能与上课老师及时进行交流，提出不足之处，以求达到更好的课堂效果。</w:t>
      </w:r>
    </w:p>
    <w:p>
      <w:pPr>
        <w:spacing w:before="100" w:after="200" w:line="360" w:lineRule="auto"/>
        <w:ind w:firstLine="576"/>
        <w:jc w:val="left"/>
      </w:pPr>
      <w:r>
        <w:rPr>
          <w:rFonts w:ascii="宋体" w:eastAsia="宋体" w:hAnsi="宋体"/>
          <w:sz w:val="28"/>
        </w:rPr>
        <w:t>加强实验教学，中考试题中，实验题所占的比例越来越大，引起了我们老师的高度重视。在教学及复习中加强了这一部分的力度，因而这一部分相对得分较高。</w:t>
      </w:r>
    </w:p>
    <w:p>
      <w:pPr>
        <w:spacing w:before="100" w:after="200" w:line="360" w:lineRule="auto"/>
        <w:ind w:firstLine="576"/>
        <w:jc w:val="left"/>
      </w:pPr>
      <w:r>
        <w:rPr>
          <w:rFonts w:ascii="宋体" w:eastAsia="宋体" w:hAnsi="宋体"/>
          <w:sz w:val="28"/>
        </w:rPr>
        <w:t>理直气壮抓好学有余力、有特长的学生参加学科竞赛活动，给有特长的学生创造发展个性的氛围，鼓励他们冒尖，脱颖而出，为将来培养专门人才打下良好的基础。</w:t>
      </w:r>
    </w:p>
    <w:p>
      <w:pPr>
        <w:spacing w:before="100" w:after="200" w:line="360" w:lineRule="auto"/>
        <w:ind w:firstLine="576"/>
        <w:jc w:val="left"/>
      </w:pPr>
      <w:r>
        <w:rPr>
          <w:rFonts w:ascii="宋体" w:eastAsia="宋体" w:hAnsi="宋体"/>
          <w:sz w:val="28"/>
        </w:rPr>
        <w:t>孩提时就非常崇拜父亲，希望长大后当一名像父亲一样的老师。xx年高中毕业后成了黄小的一名代课教师，孩子们的一声声老师好，叫的我心里甜甜的，使我更加坚信自己的选择，没想到一干就是xx年。</w:t>
      </w:r>
    </w:p>
    <w:p>
      <w:pPr>
        <w:spacing w:before="100" w:after="200" w:line="360" w:lineRule="auto"/>
        <w:ind w:firstLine="576"/>
        <w:jc w:val="left"/>
      </w:pPr>
      <w:r>
        <w:rPr>
          <w:rFonts w:ascii="宋体" w:eastAsia="宋体" w:hAnsi="宋体"/>
          <w:sz w:val="28"/>
        </w:rPr>
        <w:t>长期以来，我一直奋斗在教学一线。担任班主任，凭着一颗执着的赤子之心，恪尽职守。所任学科统考成绩始终在全镇之首。我刻苦钻研业务，不断积累经验，积极撰写教学论文，曾有多篇教学论文分别在县、市、国家级获奖，《走进孩子心理与孩子共同成长》一文在华师大培训简讯上发表，《教学工作四字经》在县优秀中学论文集上发表，我爱好广泛，指导文艺节目获县中专、高中、初中综合组舞蹈大赛第二名。</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正当我工作得心应手之时，代课教师遭遇一刀切，我身不由己地离开了心爱的三尺讲台。与机遇失之交臂，擦肩而过的我，没有放弃教师专业知识的学习，我坚信教育之门会为我敞开，果真同年通过招聘，我再次回到教育战线，成了幼儿园的一名代课教师。生活的磨砺使我更增添了几分成熟。同时也使我更加珍惜这来之不易的一切。</w:t>
      </w:r>
    </w:p>
    <w:p>
      <w:pPr>
        <w:spacing w:before="100" w:after="200" w:line="360" w:lineRule="auto"/>
        <w:ind w:firstLine="576"/>
        <w:jc w:val="left"/>
      </w:pPr>
      <w:r>
        <w:rPr>
          <w:rFonts w:ascii="宋体" w:eastAsia="宋体" w:hAnsi="宋体"/>
          <w:sz w:val="28"/>
        </w:rPr>
        <w:t>一直以来，我以饱满的工作热情、积极的工作态度认真做好每一件事。我时刻以教师标准来严格要求自己，几十年如一日。我带病坚持满出勤，每天早到园，晚离园，白天绷紧一根弦，一天下来腰酸背痛，但我乐此不疲。与同事一道，以幼儿为重心，以家长为上帝抓好班级管理工作。</w:t>
      </w:r>
    </w:p>
    <w:p>
      <w:pPr>
        <w:spacing w:before="100" w:after="200" w:line="360" w:lineRule="auto"/>
        <w:ind w:firstLine="576"/>
        <w:jc w:val="left"/>
      </w:pPr>
      <w:r>
        <w:rPr>
          <w:rFonts w:ascii="宋体" w:eastAsia="宋体" w:hAnsi="宋体"/>
          <w:sz w:val="28"/>
        </w:rPr>
        <w:t>经过不断学习、不断积累，我具备了比较丰富的工作经验，有一套自己独特的班级管理体系，无论是协调办事能力和文字言语表达能力都有了很大的提高。工作虽不是“春色满园来”，但“处处桃李香”；工作中，率先垂范，我主动帮助青年教师提高业务水平，多次在园内上公开课和示范课。20xx年经全园推荐参加兴山县优质课大赛，荣获第三名，20xx年在全县青年教师技能大赛中，我经过层层选拔，激烈角逐，最后以第二名的成绩为幼儿园赢回了荣誉。同时，我积极撰写论文、教育叙事、通讯报道，分别在《兴山教学研训》《宜昌教育网》上发表。苦心人天不负，我的工作终于赢得了领导和家长们的一致好评。</w:t>
      </w:r>
    </w:p>
    <w:p>
      <w:pPr>
        <w:spacing w:before="100" w:after="200" w:line="360" w:lineRule="auto"/>
        <w:ind w:firstLine="576"/>
        <w:jc w:val="left"/>
      </w:pPr>
      <w:r>
        <w:rPr>
          <w:rFonts w:ascii="宋体" w:eastAsia="宋体" w:hAnsi="宋体"/>
          <w:sz w:val="28"/>
        </w:rPr>
        <w:t>我爱孩子，孩子也爱我。和孩子在一起的点点滴滴，似春风细雨，滋润着我干涸的心，我将以“老骥伏枥志在千里”的精神激励我坚定地走下去。在幼教这片沃土上，我将倾心倾力，献出应有的光和热。</w:t>
      </w:r>
    </w:p>
    <w:p>
      <w:pPr>
        <w:spacing w:before="100" w:after="200" w:line="360" w:lineRule="auto"/>
        <w:ind w:firstLine="576"/>
        <w:jc w:val="left"/>
      </w:pPr>
      <w:r>
        <w:rPr>
          <w:rFonts w:ascii="宋体" w:eastAsia="宋体" w:hAnsi="宋体"/>
          <w:sz w:val="28"/>
        </w:rPr>
        <w:t>这一学期来，在学校各位领导的正确领导和同事的热心帮助下，我努力工作，认真做好教育教学工作,积极完成学校布置的各项任务，让我收获多多。下面我把这一学期的主要工作和收获做简要的汇报总结。</w:t>
      </w:r>
    </w:p>
    <w:p>
      <w:pPr>
        <w:spacing w:before="100" w:after="200" w:line="360" w:lineRule="auto"/>
        <w:jc w:val="left"/>
      </w:pPr>
      <w:r>
        <w:rPr>
          <w:rFonts w:ascii="宋体 (中文正文)" w:eastAsia="宋体" w:hAnsi="宋体 (中文正文)"/>
          <w:b/>
          <w:sz w:val="28"/>
        </w:rPr>
        <w:t>一、师德表现</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“德高为师身正为范”，我牢牢地记在心中！教师不光是教书更是教人！看一老师的水平先看那老师的师德！在教学的过程我加强了自己的师德和修养！</w:t>
      </w:r>
    </w:p>
    <w:p>
      <w:pPr>
        <w:spacing w:before="100" w:after="200" w:line="360" w:lineRule="auto"/>
        <w:ind w:firstLine="576"/>
        <w:jc w:val="left"/>
      </w:pPr>
      <w:r>
        <w:rPr>
          <w:rFonts w:ascii="宋体" w:eastAsia="宋体" w:hAnsi="宋体"/>
          <w:sz w:val="28"/>
        </w:rPr>
        <w:t>1：平时积极参加全校教职工大会,关心国内大事。</w:t>
      </w:r>
    </w:p>
    <w:p>
      <w:pPr>
        <w:spacing w:before="100" w:after="200" w:line="360" w:lineRule="auto"/>
        <w:ind w:firstLine="576"/>
        <w:jc w:val="left"/>
      </w:pPr>
      <w:r>
        <w:rPr>
          <w:rFonts w:ascii="宋体" w:eastAsia="宋体" w:hAnsi="宋体"/>
          <w:sz w:val="28"/>
        </w:rPr>
        <w:t>2：每周按时参加晨会仪式，下午严格坐班，不缺勤。</w:t>
      </w:r>
    </w:p>
    <w:p>
      <w:pPr>
        <w:spacing w:before="100" w:after="200" w:line="360" w:lineRule="auto"/>
        <w:ind w:firstLine="576"/>
        <w:jc w:val="left"/>
      </w:pPr>
      <w:r>
        <w:rPr>
          <w:rFonts w:ascii="宋体" w:eastAsia="宋体" w:hAnsi="宋体"/>
          <w:sz w:val="28"/>
        </w:rPr>
        <w:t>3：服从安排，人际关系非常融洽。</w:t>
      </w:r>
    </w:p>
    <w:p>
      <w:pPr>
        <w:spacing w:before="100" w:after="200" w:line="360" w:lineRule="auto"/>
        <w:ind w:firstLine="576"/>
        <w:jc w:val="left"/>
      </w:pPr>
      <w:r>
        <w:rPr>
          <w:rFonts w:ascii="宋体" w:eastAsia="宋体" w:hAnsi="宋体"/>
          <w:sz w:val="28"/>
        </w:rPr>
        <w:t>4：积极主动关心学生成绩及生活各方面。</w:t>
      </w:r>
    </w:p>
    <w:p>
      <w:pPr>
        <w:spacing w:before="100" w:after="200" w:line="360" w:lineRule="auto"/>
        <w:jc w:val="left"/>
      </w:pPr>
      <w:r>
        <w:rPr>
          <w:rFonts w:ascii="宋体 (中文正文)" w:eastAsia="宋体" w:hAnsi="宋体 (中文正文)"/>
          <w:b/>
          <w:sz w:val="28"/>
        </w:rPr>
        <w:t>二、教育教学情况</w:t>
      </w:r>
    </w:p>
    <w:p>
      <w:pPr>
        <w:spacing w:before="100" w:after="200" w:line="360" w:lineRule="auto"/>
        <w:ind w:firstLine="576"/>
        <w:jc w:val="left"/>
      </w:pPr>
      <w:r>
        <w:rPr>
          <w:rFonts w:ascii="宋体" w:eastAsia="宋体" w:hAnsi="宋体"/>
          <w:sz w:val="28"/>
        </w:rPr>
        <w:t>本人认真备课、上课，及时批改作业、讲评作业，做好课后辅导工作，严格要求学生，尊重学生；积极参与本学校各种教学活动和学校外的各种教研活动及公开日活动；从各个方面不断提高自己的教学水平和思想觉悟，并顺利完成教育教学任务。</w:t>
      </w:r>
    </w:p>
    <w:p>
      <w:pPr>
        <w:spacing w:before="100" w:after="200" w:line="360" w:lineRule="auto"/>
        <w:ind w:firstLine="576"/>
        <w:jc w:val="left"/>
      </w:pPr>
      <w:r>
        <w:rPr>
          <w:rFonts w:ascii="宋体" w:eastAsia="宋体" w:hAnsi="宋体"/>
          <w:sz w:val="28"/>
        </w:rPr>
        <w:t>在教学工作中，我特别注重以下几点：</w:t>
      </w:r>
    </w:p>
    <w:p>
      <w:pPr>
        <w:spacing w:before="100" w:after="200" w:line="360" w:lineRule="auto"/>
        <w:ind w:firstLine="576"/>
        <w:jc w:val="left"/>
      </w:pPr>
      <w:r>
        <w:rPr>
          <w:rFonts w:ascii="宋体" w:eastAsia="宋体" w:hAnsi="宋体"/>
          <w:sz w:val="28"/>
        </w:rPr>
        <w:t>1、注重每节课的课程标准。随着新课程的，怎样教物理,成了广大教师共同思考的一个问题。《国家物理课程标准》对物理的教学内容，教学方式，教学评估教育价值观等多方面都提出了许多新的要求。</w:t>
      </w:r>
    </w:p>
    <w:p>
      <w:pPr>
        <w:spacing w:before="100" w:after="200" w:line="360" w:lineRule="auto"/>
        <w:ind w:firstLine="576"/>
        <w:jc w:val="left"/>
      </w:pPr>
      <w:r>
        <w:rPr>
          <w:rFonts w:ascii="宋体" w:eastAsia="宋体" w:hAnsi="宋体"/>
          <w:sz w:val="28"/>
        </w:rPr>
        <w:t>2、注重每节课的备课情况。深入细致的备好每一节课，在备课中,我认真研究教材，力求准确把握难重点，难点。教案编写认真，并不断归纳总结提高教学水平.</w:t>
      </w:r>
    </w:p>
    <w:p>
      <w:pPr>
        <w:spacing w:before="100" w:after="200" w:line="360" w:lineRule="auto"/>
        <w:ind w:firstLine="576"/>
        <w:jc w:val="left"/>
      </w:pPr>
      <w:r>
        <w:rPr>
          <w:rFonts w:ascii="宋体" w:eastAsia="宋体" w:hAnsi="宋体"/>
          <w:sz w:val="28"/>
        </w:rPr>
        <w:t>3、注重每节课的课堂效果。我深深体会到每位物理教师都是课堂教学的实践者，上课时注重学生主动性的发挥,发散学生的思维,注重综合能力的培养；加强了师生之间学生之间交往互动，共同发展。</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4、注重每节课的课后反思。一堂课上的好，不代表下节课就一定好！好的课堂是经过不断反思从而不断改进的结果！课后我常常将思考自己的不足之处和本节课的优点所在，为自己将来的教学生涯多添一砖一瓦！</w:t>
      </w:r>
    </w:p>
    <w:p>
      <w:pPr>
        <w:spacing w:before="100" w:after="200" w:line="360" w:lineRule="auto"/>
        <w:ind w:firstLine="576"/>
        <w:jc w:val="left"/>
      </w:pPr>
      <w:r>
        <w:rPr>
          <w:rFonts w:ascii="宋体" w:eastAsia="宋体" w:hAnsi="宋体"/>
          <w:sz w:val="28"/>
        </w:rPr>
        <w:t>5、注重每节课的课后作业。给学生布置作业，不过量也不少量，争取做到给学生最少的作业让学生取得最好的效果，作业及时批改及讲解并注意听取学生的意见,及时了解学生的学习情况，并有目的的对学生进行辅导。</w:t>
      </w:r>
    </w:p>
    <w:p>
      <w:pPr>
        <w:spacing w:before="100" w:after="200" w:line="360" w:lineRule="auto"/>
        <w:ind w:firstLine="576"/>
        <w:jc w:val="left"/>
      </w:pPr>
      <w:r>
        <w:rPr>
          <w:rFonts w:ascii="宋体" w:eastAsia="宋体" w:hAnsi="宋体"/>
          <w:sz w:val="28"/>
        </w:rPr>
        <w:t>6、注重坚持校内校外听课。注意学习本学校各老师的教学经验,汲取他们的优点；注意常听校外其他物理老师的课堂，努力探索适合自己的教学模式。本学期学校举行的两次公开课活动让我受益匪浅。</w:t>
      </w:r>
    </w:p>
    <w:p>
      <w:pPr>
        <w:spacing w:before="100" w:after="200" w:line="360" w:lineRule="auto"/>
        <w:ind w:firstLine="576"/>
        <w:jc w:val="left"/>
      </w:pPr>
      <w:r>
        <w:rPr>
          <w:rFonts w:ascii="宋体" w:eastAsia="宋体" w:hAnsi="宋体"/>
          <w:sz w:val="28"/>
        </w:rPr>
        <w:t>这个学期已经结束了，虽然学到了很多，但当中我还有很多不足之处，在将来的日子里我一定会更加严格地要求自己，让自己做得更好！</w:t>
      </w:r>
    </w:p>
    <w:p>
      <w:pPr>
        <w:spacing w:before="100" w:after="200" w:line="360" w:lineRule="auto"/>
        <w:ind w:firstLine="576"/>
        <w:jc w:val="left"/>
      </w:pPr>
      <w:r>
        <w:rPr>
          <w:rFonts w:ascii="宋体" w:eastAsia="宋体" w:hAnsi="宋体"/>
          <w:sz w:val="28"/>
        </w:rPr>
        <w:t>经常写下自己的工作总结，有利于工作质量的提高！现在来看看这位的工作总结吧</w:t>
      </w:r>
    </w:p>
    <w:p>
      <w:pPr>
        <w:spacing w:before="100" w:after="200" w:line="360" w:lineRule="auto"/>
        <w:ind w:firstLine="576"/>
        <w:jc w:val="left"/>
      </w:pPr>
      <w:r>
        <w:rPr>
          <w:rFonts w:ascii="宋体" w:eastAsia="宋体" w:hAnsi="宋体"/>
          <w:sz w:val="28"/>
        </w:rPr>
        <w:t>转眼间，一学期已过半，时间不长、也不短，却有很多令人折服、值得一提、需大家效仿的人和事。现对前半学期的工作做如下小结。</w:t>
      </w:r>
    </w:p>
    <w:p>
      <w:pPr>
        <w:spacing w:before="100" w:after="200" w:line="360" w:lineRule="auto"/>
        <w:ind w:firstLine="576"/>
        <w:jc w:val="left"/>
      </w:pPr>
      <w:r>
        <w:rPr>
          <w:rFonts w:ascii="宋体" w:eastAsia="宋体" w:hAnsi="宋体"/>
          <w:sz w:val="28"/>
        </w:rPr>
        <w:t>开学至此，各项工作都在按期初计划，力求扎实、有效地进行中。</w:t>
      </w:r>
    </w:p>
    <w:p>
      <w:pPr>
        <w:spacing w:before="100" w:after="200" w:line="360" w:lineRule="auto"/>
        <w:ind w:firstLine="576"/>
        <w:jc w:val="left"/>
      </w:pPr>
      <w:r>
        <w:rPr>
          <w:rFonts w:ascii="宋体" w:eastAsia="宋体" w:hAnsi="宋体"/>
          <w:sz w:val="28"/>
        </w:rPr>
        <w:t>首先，在抓实、抓细教学常规流程管理的同时，结合绩效考核细则，重新落实了“教师的岗位职责”。实践中，大家做到了分工明确、各负其责。</w:t>
      </w:r>
    </w:p>
    <w:p>
      <w:pPr>
        <w:spacing w:before="100" w:after="200" w:line="360" w:lineRule="auto"/>
        <w:ind w:firstLine="576"/>
        <w:jc w:val="left"/>
      </w:pPr>
      <w:r>
        <w:rPr>
          <w:rFonts w:ascii="宋体" w:eastAsia="宋体" w:hAnsi="宋体"/>
          <w:sz w:val="28"/>
        </w:rPr>
        <w:t>第一、常规工作</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p>
    <w:p>
      <w:pPr>
        <w:spacing w:before="100" w:after="200" w:line="360" w:lineRule="auto"/>
        <w:ind w:firstLine="576"/>
        <w:jc w:val="left"/>
      </w:pPr>
      <w:r>
        <w:rPr>
          <w:rFonts w:ascii="宋体" w:eastAsia="宋体" w:hAnsi="宋体"/>
          <w:sz w:val="28"/>
        </w:rPr>
        <w:t>1、教案书写、作业的布置与批改能够按期初的要求去完成。发现的点滴不足，教导主任在平时检查中已及时反馈给个别老师，不再重复。只需说明的，就是为了提高你的课堂教学，在完成提纲式教案书写的基础上，详实的书头案较实用，有的科任教师也正在实践着。还有根据现在教材的特点，课前作业布置，已与你的新课实效性密不可分，所以在以后的课堂中，“作业布置”这一环节必不可少。</w:t>
      </w:r>
    </w:p>
    <w:p>
      <w:pPr>
        <w:spacing w:before="100" w:after="200" w:line="360" w:lineRule="auto"/>
        <w:ind w:firstLine="576"/>
        <w:jc w:val="left"/>
      </w:pPr>
      <w:r>
        <w:rPr>
          <w:rFonts w:ascii="宋体" w:eastAsia="宋体" w:hAnsi="宋体"/>
          <w:sz w:val="28"/>
        </w:rPr>
        <w:t>2、课堂教学。通过听课（坐班课、研讨课及调研课计59节），加之平时领导对课堂教学的集中检查及随机抽查，综合感受是：本学期，我们的老师与自己比，都有不同程度的进步，极少数原地踏步的就算是差的了。尽管“绩效”这件事在一些时间段、其中一种程度上困扰了我们的思绪，但在实际工作中，大家却表现出君子风范（不差钱、更不差事）。不单是课堂教学，还表现在平时的临时性工作中。比如期中考试的考务安排；4月7日的20节调研课的安排等。正是老师们积极、端正的态度不但让我们感动，也赢得了师校领导及教研员的好评，对每节课都给予充分的肯定。尤其是第三节上的10节课，是纯粹的常态课，没有时间准备，然而，我们的老师上的非常平实，受到了好评。更让人惊叹的是，苏俊玲老师的一节英语课被教研员选中，临时更改他们的计划，推到全市的教研活动中。</w:t>
      </w:r>
    </w:p>
    <w:p>
      <w:pPr>
        <w:spacing w:before="100" w:after="200" w:line="360" w:lineRule="auto"/>
        <w:ind w:firstLine="576"/>
        <w:jc w:val="left"/>
      </w:pPr>
      <w:r>
        <w:rPr>
          <w:rFonts w:ascii="宋体" w:eastAsia="宋体" w:hAnsi="宋体"/>
          <w:sz w:val="28"/>
        </w:rPr>
        <w:t>我校有30位科任教师，只有40%是专职的（即所教学科与本人的专业对应），剩下的就是教学多面手。从年龄上看老的和年轻的居多，中坚力量相对较弱。但从实际工作上看，这个队伍很优秀。本学期工作中，“懈怠”的现象逐渐减少，老教师们虽然年过半百，可无论什么时候检查从没发现纰漏，不说是兢兢业业，起码也是尽职尽责地完成本职工作，实实在在战斗在教学第一线，这是有目共睹的事实。</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吴亚杰老师，综合实践课唯一的专职教师，每次关键时刻都同其他年轻教师一样被推到前台，而每次她都能认真准备，出色地交差。我和教研员都感叹，这个老师若再倒退十年，一定选她为学科带头人，此情此景，作为领导真的很感动。</w:t>
      </w:r>
    </w:p>
    <w:p>
      <w:pPr>
        <w:spacing w:before="100" w:after="200" w:line="360" w:lineRule="auto"/>
        <w:ind w:firstLine="576"/>
        <w:jc w:val="left"/>
      </w:pPr>
      <w:r>
        <w:rPr>
          <w:rFonts w:ascii="宋体" w:eastAsia="宋体" w:hAnsi="宋体"/>
          <w:sz w:val="28"/>
        </w:rPr>
        <w:t>谢凤娥老师，因五年二班老师外出学习，而带班一周，她的工作得到所有领导的肯定。特别是在学校“交通安全知识讲座”这次大型的活动中，班级组织的非常好，学生表现胜过一些有班主任在的班级。她不仅带班这样尽职尽责，在学前班领导小朋友更是出色，单就领孩子上厕所，每次都是站着整齐的队伍、喊着口号。就是她刚上班时，学校分配她为工勤，她拖走廊真是没的说，有的老师慨叹：“比我家都干净！”</w:t>
      </w:r>
    </w:p>
    <w:p>
      <w:pPr>
        <w:spacing w:before="100" w:after="200" w:line="360" w:lineRule="auto"/>
        <w:ind w:firstLine="576"/>
        <w:jc w:val="left"/>
      </w:pPr>
      <w:r>
        <w:rPr>
          <w:rFonts w:ascii="宋体" w:eastAsia="宋体" w:hAnsi="宋体"/>
          <w:sz w:val="28"/>
        </w:rPr>
        <w:t>中年教师，班主任居多，他们实实在在、脚踏实地、默默耕耘，工作中都能让领导放心。朱兰清、柳成栢、李敏、张宏岩、佟润辉等几位老师能够以身示范，把工作做实、做细、做到位。如四月份，学校对班级分担区进行了重新调整，他们对值日生值日工作从：分担区位置、任务完成的标准、什么时间来完成，怎么完成，需要多长时间完成任务，谁来完成，谁负责检查等等，都做了一一布置与现场指导。</w:t>
      </w:r>
    </w:p>
    <w:p>
      <w:pPr>
        <w:spacing w:before="100" w:after="200" w:line="360" w:lineRule="auto"/>
        <w:ind w:firstLine="576"/>
        <w:jc w:val="left"/>
      </w:pPr>
      <w:r>
        <w:rPr>
          <w:rFonts w:ascii="宋体" w:eastAsia="宋体" w:hAnsi="宋体"/>
          <w:sz w:val="28"/>
        </w:rPr>
        <w:t>二年组，他们的班级人数最多，平均每班67人，但班级管理最为优秀。表现在：室内外卫生清彻；桌椅、备品摆放整齐、有序，且全年组统一；学生上、下楼梯行走规范、且自己有人监督；放学路队整齐，护队到点等等。这个年组从一年级开始至今，始终如一日，已形成了年组的管理特色，是经得住考验的年组。</w:t>
      </w:r>
    </w:p>
    <w:p>
      <w:pPr>
        <w:spacing w:before="100" w:after="200" w:line="360" w:lineRule="auto"/>
        <w:ind w:firstLine="576"/>
        <w:jc w:val="left"/>
      </w:pPr>
      <w:r>
        <w:rPr>
          <w:rFonts w:ascii="宋体" w:eastAsia="宋体" w:hAnsi="宋体"/>
          <w:sz w:val="28"/>
        </w:rPr>
        <w:t>周红、布晓红、赵翠清三位老师，既管理着本班，又要辅导被监测的学生。他们肩负着身心双重的压力，努力地工作着，尤其是对“多国部队”的管理的确很难，但是他们表现出了较强的驾驭本职的能力。</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p>
    <w:p>
      <w:pPr>
        <w:spacing w:before="100" w:after="200" w:line="360" w:lineRule="auto"/>
        <w:ind w:firstLine="576"/>
        <w:jc w:val="left"/>
      </w:pPr>
      <w:r>
        <w:rPr>
          <w:rFonts w:ascii="宋体" w:eastAsia="宋体" w:hAnsi="宋体"/>
          <w:sz w:val="28"/>
        </w:rPr>
        <w:t>青年教师大多很虚心、上进，非常注重自己能力的提高。让领导们公认的苏俊玲老师，从转到我校，始终如一日，非常敬业，她的课堂教学（无论是教研课、调研课还是日常课），表现都非常优秀。如果说是专业素质高、驾驭课堂能力强，倒不如说是她有一颗较强的责任心。她的每一节课都能做到心中有数，她的课用“扎实、平实、丰实、充实、真实“来概括最恰当不过。用教研员的话说：听了苏老师的课，感觉是荣幸的。那么，我说：能做苏老师的学生乃是今生的幸福。</w:t>
      </w:r>
    </w:p>
    <w:p>
      <w:pPr>
        <w:spacing w:before="100" w:after="200" w:line="360" w:lineRule="auto"/>
        <w:ind w:firstLine="576"/>
        <w:jc w:val="left"/>
      </w:pPr>
      <w:r>
        <w:rPr>
          <w:rFonts w:ascii="宋体" w:eastAsia="宋体" w:hAnsi="宋体"/>
          <w:sz w:val="28"/>
        </w:rPr>
        <w:t>刘国栋老师，他的专业素质与能力毋容置疑，可赞的是他在认识上的提高。他把“责任“摆在自己工作的首位。本学期，如果不是因为极特殊天气，都是在室外上。记得4月8日那次特大风，他在后院的小操场上的。我过去，看着他满面尘土的脸，苦笑着说：“这天儿还在室外，真难为我们国栋了！”他笑了：“学生不怕，愿意在外边上，那就上吧。”当时，我真的又感动又心疼。(工作总结</w:t>
      </w:r>
    </w:p>
    <w:p>
      <w:pPr>
        <w:spacing w:before="100" w:after="200" w:line="360" w:lineRule="auto"/>
        <w:ind w:firstLine="576"/>
        <w:jc w:val="left"/>
      </w:pPr>
      <w:r>
        <w:rPr>
          <w:rFonts w:ascii="宋体" w:eastAsia="宋体" w:hAnsi="宋体"/>
          <w:sz w:val="28"/>
        </w:rPr>
        <w:t>)一次，我们检查发现，他的室内课也不是让学生自习或自由活动。而是组织做游戏。那次是“画鼻子”，他和学生一样专注，我们检查过去了他都没有发现。我们也没舍得打扰他，只做短暂停留。</w:t>
      </w:r>
    </w:p>
    <w:p>
      <w:pPr>
        <w:spacing w:before="100" w:after="200" w:line="360" w:lineRule="auto"/>
        <w:ind w:firstLine="576"/>
        <w:jc w:val="left"/>
      </w:pPr>
      <w:r>
        <w:rPr>
          <w:rFonts w:ascii="宋体" w:eastAsia="宋体" w:hAnsi="宋体"/>
          <w:sz w:val="28"/>
        </w:rPr>
        <w:t>苗晶晶，教龄不浅，但对于现在所教的学科还是一名新兵。还尚未达到那种所谓的职业成熟度，但她入辙很快，既虚心又努力，尤其对学生管理很严格，能积极主动求得班主任的配合，确保了她的课堂教学效果。</w:t>
      </w:r>
    </w:p>
    <w:p>
      <w:pPr>
        <w:spacing w:before="100" w:after="200" w:line="360" w:lineRule="auto"/>
        <w:ind w:firstLine="576"/>
        <w:jc w:val="left"/>
      </w:pPr>
      <w:r>
        <w:rPr>
          <w:rFonts w:ascii="宋体" w:eastAsia="宋体" w:hAnsi="宋体"/>
          <w:sz w:val="28"/>
        </w:rPr>
        <w:t>如果说老师有差距，我觉得不是知识内涵的深浅，也不是能力问题，而是对“责任心”三个字理解与实践。这样的老师就用行动诠释了：认真比聪明重要，责任比能力重要</w:t>
      </w:r>
    </w:p>
    <w:p>
      <w:pPr>
        <w:spacing w:before="100" w:after="200" w:line="360" w:lineRule="auto"/>
        <w:ind w:firstLine="576"/>
        <w:jc w:val="left"/>
      </w:pPr>
      <w:r>
        <w:rPr>
          <w:rFonts w:ascii="宋体" w:eastAsia="宋体" w:hAnsi="宋体"/>
          <w:sz w:val="28"/>
        </w:rPr>
        <w:t>第二、“共研一堂课”教研活动</w:t>
      </w:r>
    </w:p>
    <w:p>
      <w:pPr>
        <w:spacing w:before="100" w:after="200" w:line="360" w:lineRule="auto"/>
        <w:ind w:firstLine="576"/>
        <w:jc w:val="left"/>
      </w:pPr>
      <w:r>
        <w:rPr>
          <w:rFonts w:ascii="宋体" w:eastAsia="宋体" w:hAnsi="宋体"/>
          <w:sz w:val="28"/>
        </w:rPr>
        <w:t>历时五周，完成13节研讨课。按照方案，我们的备课准备、活动开展及反思研讨（评价）三个阶段都如期进行了。纵观每节课，比以往的研讨课意义更大。活动中能够发挥群体优势，充分准备，效果突出。</w:t>
      </w:r>
    </w:p>
    <w:p>
      <w:pPr>
        <w:spacing w:before="100" w:after="200" w:line="360" w:lineRule="auto"/>
        <w:jc w:val="left"/>
        <w:sectPr w:rsidSect="00034616">
          <w:type w:val="nextPage"/>
          <w:pgSz w:w="11906" w:h="16838"/>
          <w:pgMar w:top="1440" w:right="1440" w:bottom="1440" w:left="1440" w:header="720" w:footer="720" w:gutter="0"/>
          <w:pgNumType w:start="18"/>
          <w:cols w:space="720"/>
          <w:titlePg w:val="0"/>
          <w:docGrid w:linePitch="360"/>
        </w:sectPr>
      </w:pPr>
      <w:r>
        <w:rPr>
          <w:rFonts w:ascii="宋体 (中文正文)" w:eastAsia="宋体" w:hAnsi="宋体 (中文正文)"/>
          <w:sz w:val="28"/>
        </w:rPr>
        <w:t>突出的亮点是：</w:t>
      </w:r>
    </w:p>
    <w:p>
      <w:pPr>
        <w:spacing w:before="100" w:after="200" w:line="360" w:lineRule="auto"/>
        <w:ind w:firstLine="576"/>
        <w:jc w:val="left"/>
      </w:pPr>
      <w:r>
        <w:rPr>
          <w:rFonts w:ascii="宋体" w:eastAsia="宋体" w:hAnsi="宋体"/>
          <w:sz w:val="28"/>
        </w:rPr>
        <w:t>1、教研课堂大多以新课标为依据，以教材为依托，组织学生学习，课堂中充分体现了：教学内容以教材为中心，教学过程以教师为中心，教学形式以课堂为中心，学习方式以学生为中心，体现了教师的主导作用，注重了课堂结构的优化，教学目标的“三维性”得到了落实。</w:t>
      </w:r>
    </w:p>
    <w:p>
      <w:pPr>
        <w:spacing w:before="100" w:after="200" w:line="360" w:lineRule="auto"/>
        <w:ind w:firstLine="576"/>
        <w:jc w:val="left"/>
      </w:pPr>
      <w:r>
        <w:rPr>
          <w:rFonts w:ascii="宋体" w:eastAsia="宋体" w:hAnsi="宋体"/>
          <w:sz w:val="28"/>
        </w:rPr>
        <w:t>2、都恰当地使用了多媒体教学手段，通过精美的课件，化抽象为形象，增加了课堂容量，增强了课堂效果。这次教研基本达到了：“寻求真实课堂，探究教学本真，发挥群体优势，培养团队精神，促进教师共研、共享、共成长，增强课堂效果，提高教学质量”的目的。</w:t>
      </w:r>
    </w:p>
    <w:p>
      <w:pPr>
        <w:spacing w:before="100" w:after="200" w:line="360" w:lineRule="auto"/>
        <w:ind w:firstLine="576"/>
        <w:jc w:val="left"/>
      </w:pPr>
      <w:r>
        <w:rPr>
          <w:rFonts w:ascii="宋体" w:eastAsia="宋体" w:hAnsi="宋体"/>
          <w:sz w:val="28"/>
        </w:rPr>
        <w:t>在活动中，语、数、英学科较好于其他学科。有些科任产生了误解，认为我们教的同学科但不同年级，又不是同一节课，就没有什么可研可议的共同话题。按照计划，也是采纳教研员的建议：为了使你对你所教的学科有一个系统的完整的了解，那么非但不换学科，且人随年级走，大轮回。如果教材不变，你终会有教到同一课的时候，既然是同学科，就该有可研的共同话题。况且，共研的不单单是教材中的知识，还有知识传授的方式、方法，还有许多教学智慧。这次活动，尽管有的学科与预期效果还有许多差距，但我觉得还是开了个好头（万事开头难）。起码看出，这种教研的方向是对的，相信我们会沿着这个方向逐渐走向成熟。</w:t>
      </w:r>
    </w:p>
    <w:p>
      <w:pPr>
        <w:spacing w:before="100" w:after="200" w:line="360" w:lineRule="auto"/>
        <w:ind w:firstLine="576"/>
        <w:jc w:val="left"/>
      </w:pPr>
      <w:r>
        <w:rPr>
          <w:rFonts w:ascii="宋体" w:eastAsia="宋体" w:hAnsi="宋体"/>
          <w:sz w:val="28"/>
        </w:rPr>
        <w:t>第三、关于期中考试</w:t>
      </w:r>
    </w:p>
    <w:p>
      <w:pPr>
        <w:spacing w:before="100" w:after="200" w:line="360" w:lineRule="auto"/>
        <w:ind w:firstLine="576"/>
        <w:jc w:val="left"/>
      </w:pPr>
      <w:r>
        <w:rPr>
          <w:rFonts w:ascii="宋体" w:eastAsia="宋体" w:hAnsi="宋体"/>
          <w:sz w:val="28"/>
        </w:rPr>
        <w:t>每位参考科的教师都很重视这个期中考试，因为大家把功夫下到了平时，所以才取得了这样好的成绩。“两率”基本达到要求，并对取得的成绩能够客观、认真地分析、总结，达到了查漏补缺的目的。</w:t>
      </w:r>
    </w:p>
    <w:p>
      <w:pPr>
        <w:spacing w:before="100" w:after="200" w:line="360" w:lineRule="auto"/>
        <w:ind w:firstLine="576"/>
        <w:jc w:val="left"/>
        <w:sectPr w:rsidSect="00034616">
          <w:type w:val="nextPage"/>
          <w:pgSz w:w="11906" w:h="16838"/>
          <w:pgMar w:top="1440" w:right="1440" w:bottom="1440" w:left="1440" w:header="720" w:footer="720" w:gutter="0"/>
          <w:pgNumType w:start="19"/>
          <w:cols w:space="720"/>
          <w:titlePg w:val="0"/>
          <w:docGrid w:linePitch="360"/>
        </w:sectPr>
      </w:pPr>
    </w:p>
    <w:p>
      <w:pPr>
        <w:spacing w:before="100" w:after="200" w:line="360" w:lineRule="auto"/>
        <w:ind w:firstLine="576"/>
        <w:jc w:val="left"/>
      </w:pPr>
      <w:r>
        <w:rPr>
          <w:rFonts w:ascii="宋体" w:eastAsia="宋体" w:hAnsi="宋体"/>
          <w:sz w:val="28"/>
        </w:rPr>
        <w:t>为了使成绩稳定以至进步，需我们共同思考两个问题：①同是一个班的学生，不同学科的成绩不同是正常，但为什么差距会这么大？②同是一个年级，（且有的学科又是同一个老师，）为什么有的班级成绩那么好，有的班级却那么不尽人意呢？</w:t>
      </w:r>
    </w:p>
    <w:p>
      <w:pPr>
        <w:spacing w:before="100" w:after="200" w:line="360" w:lineRule="auto"/>
        <w:ind w:firstLine="576"/>
        <w:jc w:val="left"/>
      </w:pPr>
      <w:r>
        <w:rPr>
          <w:rFonts w:ascii="宋体" w:eastAsia="宋体" w:hAnsi="宋体"/>
          <w:sz w:val="28"/>
        </w:rPr>
        <w:t>作为我们每位任课教师，首先要重视自己所教的科，还要正确对待每一科，凡开科设节的就没有轻重之分，这样才是培养优秀人才的保证。其实，我在坐班听课的时候，切身体会到有的班真的很好，每节课都好，为什么？是因为有的班主任工作做得到位。一年组、六年五班班主任刘铁军老师经常协助科任组织学生上室外课。周红、孙玉燕、钱启文等老师，当自己的课结束了，总是问问下一节是什么课，看这节课谁表现得最好......有的老师在课中也会悄悄的站在后门看几眼，发现不好的现象，给个眼神、、、、、就像这样一句不打稿的话，一个不经意的动作，却帮了科任老师很大的忙，更是对你的班风及学生良好习惯的形成又是双赢。</w:t>
      </w:r>
    </w:p>
    <w:p>
      <w:pPr>
        <w:spacing w:before="100" w:after="200" w:line="360" w:lineRule="auto"/>
        <w:ind w:firstLine="576"/>
        <w:jc w:val="left"/>
      </w:pPr>
      <w:r>
        <w:rPr>
          <w:rFonts w:ascii="宋体" w:eastAsia="宋体" w:hAnsi="宋体"/>
          <w:sz w:val="28"/>
        </w:rPr>
        <w:t>第四、活动开展</w:t>
      </w:r>
    </w:p>
    <w:p>
      <w:pPr>
        <w:spacing w:before="100" w:after="200" w:line="360" w:lineRule="auto"/>
        <w:ind w:firstLine="576"/>
        <w:jc w:val="left"/>
      </w:pPr>
      <w:r>
        <w:rPr>
          <w:rFonts w:ascii="宋体" w:eastAsia="宋体" w:hAnsi="宋体"/>
          <w:sz w:val="28"/>
        </w:rPr>
        <w:t>英语组的几位老师利用课余时间积极组织与辅导学生参加：20xx年国家级“奥林匹克英语竞赛”活动，通过初赛有10名学生获得复赛资格，将在5月6日参加复赛。之后又组织辅导“敏特英语”网上答题竞赛活动。</w:t>
      </w:r>
    </w:p>
    <w:p>
      <w:pPr>
        <w:spacing w:before="100" w:after="200" w:line="360" w:lineRule="auto"/>
        <w:ind w:firstLine="576"/>
        <w:jc w:val="left"/>
      </w:pPr>
      <w:r>
        <w:rPr>
          <w:rFonts w:ascii="宋体" w:eastAsia="宋体" w:hAnsi="宋体"/>
          <w:sz w:val="28"/>
        </w:rPr>
        <w:t>音、美组的常馨元、张晓娜、苗晶晶、刘媛媛四位老师教学之外，还肩负着“沈阳市级艺术特色校六项基本功大赛”活动，目前，已经按要求较好的完成了“以‘红诗朗诵’为主题的文艺作品、美术和书法作品”三项活动任务。经教育系统相关部门的评选，“红诗朗诵”节目将在“六·一”期间参加展演。</w:t>
      </w:r>
    </w:p>
    <w:p>
      <w:pPr>
        <w:spacing w:before="100" w:after="200" w:line="360" w:lineRule="auto"/>
        <w:ind w:firstLine="576"/>
        <w:jc w:val="left"/>
      </w:pPr>
      <w:r>
        <w:rPr>
          <w:rFonts w:ascii="宋体" w:eastAsia="宋体" w:hAnsi="宋体"/>
          <w:sz w:val="28"/>
        </w:rPr>
        <w:t>第五、其他工作</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https://d.book118.com/225220104244011123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20"/>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25220104244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