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2024年安全生产月活动周总结（34篇）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2024年安全生产月活动周总结（精选34篇）</w:t>
      </w:r>
      <w:r>
        <w:rPr>
          <w:lang w:eastAsia="zh-CN"/>
        </w:rPr>
        <w:br/>
      </w:r>
      <w:r>
        <w:rPr>
          <w:lang w:eastAsia="zh-CN"/>
        </w:rPr>
        <w:t xml:space="preserve">    2024年安全生产月活动周总结 篇1 </w:t>
      </w:r>
      <w:r>
        <w:rPr>
          <w:lang w:eastAsia="zh-CN"/>
        </w:rPr>
        <w:br/>
      </w:r>
      <w:r>
        <w:rPr>
          <w:lang w:eastAsia="zh-CN"/>
        </w:rPr>
        <w:t>　　从6月1日起，我镇根据区安全生产委员会办公室《关于开展20__年“安全生产月”活动的通知)(__安办〔20__〕__7号)的通知要求，镇党委、镇政府高度重视“安全生产月”各项工作，成立领导小组，狠抓落实，通过全镇上下共同努力，我镇安全生产形势得到明显改善，在本次活动中充分体现了“加强安全法治，保障安全生产”的安全月活动主题，达到了预防为主，积极消除各类事故隐患的目的，取得了一定的成绩。现将开展“安全生产月”活动有关情况汇报如下：</w:t>
      </w:r>
      <w:r>
        <w:rPr>
          <w:lang w:eastAsia="zh-CN"/>
        </w:rPr>
        <w:br/>
      </w:r>
      <w:r>
        <w:rPr>
          <w:lang w:eastAsia="zh-CN"/>
        </w:rPr>
        <w:t>　　一、强化领导，落实责任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了切实加强目前全镇安全生产管理，强化领导责任和工作责任，我镇成立了“安全生产月”宣传教育活动领导小组。组长由镇党委书记担任，副组长由镇长及镇政府分管安全工作的副镇长担任，成员由安监所、派出所、食药站、工商所、运管站、电管所、卫生院、供销社、林业站、水利站、农技站、石桥中学、列宁街小学、中心校等单位负责同志组成。领导小组下设办公室，对安全生产月活动作了具体地分工，明确了责任。形成了镇、村、社区、企业安全生产监督管理的组织网络。</w:t>
      </w:r>
      <w:r>
        <w:rPr>
          <w:lang w:eastAsia="zh-CN"/>
        </w:rPr>
        <w:br/>
      </w:r>
      <w:r>
        <w:rPr>
          <w:lang w:eastAsia="zh-CN"/>
        </w:rPr>
        <w:t>　　二、强化宣传，注重教育</w:t>
      </w:r>
      <w:r>
        <w:rPr>
          <w:lang w:eastAsia="zh-CN"/>
        </w:rPr>
        <w:br/>
      </w:r>
      <w:r>
        <w:rPr>
          <w:lang w:eastAsia="zh-CN"/>
        </w:rPr>
        <w:t>　　我镇紧紧围绕“加强安全法治，保障安全生产”这一主题，深入开展“安全生产月”活动，在活动中认真开展安全生产“大讲堂”活动、安全生产宣传咨询日活动、“安全生产天府行—新《安全生产法》执法亮剑行”、安全文化和安全法治进基层、重点企业谈心对话、安全文化传播、安全事故警示教育等活动，同时，在活动中大力宣传党和国家的安全生产方针、政策、法律、法规等知识，强化全民安全意识，有效地防范安全事故的发生，自安全生产月活动启动以来，我们组织广大干部、职工利用板报、专栏、标语、横幅、会议等多种形式，多渠道进行宣传教育活动，确保了全镇安全生产工作有计划有步骤的推进，同时还组织工会、共青团、妇联及教育行政部门积极开展了“安康杯”竞赛、“青年安全生产示范岗”以及创建“五好文明家庭”、“平安校园”等专题活动，我镇还组织了镇辖单位、村委会、企业负责人集中收看了安全生产警示教育片。通过这一系列宣传教育、培训，使全镇广大群众安全意识进一步增强，安全生产形势实现了进一步好转。</w:t>
      </w:r>
      <w:r>
        <w:rPr>
          <w:lang w:eastAsia="zh-CN"/>
        </w:rPr>
        <w:br/>
      </w:r>
      <w:r>
        <w:rPr>
          <w:lang w:eastAsia="zh-CN"/>
        </w:rPr>
        <w:t>　　三、精心组织，确保效果</w:t>
      </w:r>
      <w:r>
        <w:rPr>
          <w:lang w:eastAsia="zh-CN"/>
        </w:rPr>
        <w:br/>
      </w:r>
      <w:r>
        <w:rPr>
          <w:lang w:eastAsia="zh-CN"/>
        </w:rPr>
        <w:t>　　(一)积极开展安全生产咨询日活动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6月16日，我镇在石桥镇汽车站街道由副镇长赵相贵带领安监所、派出所、食药站、工商所、运管站、电管所、卫生院、供销社、林业站、水利站、农技站、石桥中学、列宁街小学、中心校等单位人员设立咨询台，活动月期间，全镇共张贴标语120条，悬挂横幅60副，张贴宣传画__0套，出黑板报3期，发放宣传资料13000余份。</w:t>
      </w:r>
      <w:r>
        <w:rPr>
          <w:lang w:eastAsia="zh-CN"/>
        </w:rPr>
        <w:br/>
      </w:r>
      <w:r>
        <w:rPr>
          <w:lang w:eastAsia="zh-CN"/>
        </w:rPr>
        <w:t>　　(二)加强安全生产大检查工作</w:t>
      </w:r>
      <w:r>
        <w:rPr>
          <w:lang w:eastAsia="zh-CN"/>
        </w:rPr>
        <w:br/>
      </w:r>
      <w:r>
        <w:rPr>
          <w:lang w:eastAsia="zh-CN"/>
        </w:rPr>
        <w:t>　　一个月来，我镇组织20个行政村、4个社区及安监所、派出所、工商所、电管所、运管站、规建办、交管办、食药站等部门在全镇范围内深入开展安全生产大检查，对全镇的重大事故隐患做到心中有数，对查出的每一条隐患都要求记录在案，明确整改责任人、整改措施和整改期限，对检查发现的事故隐患整改情况，及时开展“回头看”行动，督促整改责任单位严格按照落实好隐患整改和防患措施，及时消除安全隐患。</w:t>
      </w:r>
      <w:r>
        <w:rPr>
          <w:lang w:eastAsia="zh-CN"/>
        </w:rPr>
        <w:br/>
      </w:r>
      <w:r>
        <w:rPr>
          <w:lang w:eastAsia="zh-CN"/>
        </w:rPr>
        <w:t>　　1、企业安全生产方面：一是针对小企业以临时工棚作为厂房存在的消防安全隐患，责令企业限期整改。二是重点检查企业用电安全，对存在用电安全隐患的企业，限期整改，并责令供电单位停止向其供电，直至整改符合要求为止。安监所、派出所、电管所等单位对全镇小作坊、电线电缆、农药销售、棉花加工企业进行了重点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危险化学品、液化气和烟花爆竹方面：镇政府高度重视，依据《危险化学品安全管理条例》和深化专项整治的要求，对烟花爆竹、天然气、加油站及危险化学品的生产、经营、储存、运输、使用和废弃处置各环节进行了全面检查，做到不留盲点，不留死角。同时对民爆物品经营单位进行严格检查，杜绝民爆物品爆炸事故的发生。</w:t>
      </w:r>
      <w:r>
        <w:rPr>
          <w:lang w:eastAsia="zh-CN"/>
        </w:rPr>
        <w:br/>
      </w:r>
      <w:r>
        <w:rPr>
          <w:lang w:eastAsia="zh-CN"/>
        </w:rPr>
        <w:t>　　3、公众聚集场所的消防安全方面：组织派出所、安监所、工商所、文化站等部门对学校、超市、网吧、饭店等人群密集场所的安全状况进行全面检查。安全责任制和安全设施不健全的，要求立即整改，存在重大事故隐患的要求立即停产停业进行整顿，防止群死群伤事故的发生。</w:t>
      </w:r>
      <w:r>
        <w:rPr>
          <w:lang w:eastAsia="zh-CN"/>
        </w:rPr>
        <w:br/>
      </w:r>
      <w:r>
        <w:rPr>
          <w:lang w:eastAsia="zh-CN"/>
        </w:rPr>
        <w:t>　　4、道路交通安全：由交管办、派出所、运管站、农技站等部门参加。重点检查道路交通安全目标管理责任制的落实情况，加大对事故多发区路段的监控力度，严把“三关”，严守“三门”，坚决的纠正了车辆超载、超限、超速、客货混装、驾驶员的疲劳驾驶、带病车辆上路、酒后驾车、非客运车辆载客等违规行为;依法取缔了沿路摆摊设点，特别是交通要道占道经营、以路为市的不良行为，从源头上消除了事故隐患。</w:t>
      </w:r>
      <w:r>
        <w:rPr>
          <w:lang w:eastAsia="zh-CN"/>
        </w:rPr>
        <w:br/>
      </w:r>
      <w:r>
        <w:rPr>
          <w:lang w:eastAsia="zh-CN"/>
        </w:rPr>
        <w:t>　　5在建工程方面：根据《达州市__区安全生产委员会办公室关于开展建设工程落实施工方案专项行动的通知》(__安办〔20__〕42号)文件要求，组织全镇各行政村、各社区对辖区所有在建工程进行了逐一排查，对发现的安全隐患进行了及时整治，对一时无法整治的，落实监管措施和责任人员，力争把各类事故隐患消除在萌芽状态。</w:t>
      </w:r>
      <w:r>
        <w:rPr>
          <w:lang w:eastAsia="zh-CN"/>
        </w:rPr>
        <w:br/>
      </w:r>
      <w:r>
        <w:rPr>
          <w:lang w:eastAsia="zh-CN"/>
        </w:rPr>
        <w:t>　　一个月来，我镇共查处大小事故隐患132件，涉及企业单位30家，强制停业整顿的3家，责令整改的27家，现已整改的129项，其他还在进一步整改中。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镇自开展“安全生产月”活动以来，通过系列宣传教育、培训，使全镇广大群众安全意识进一步增强，安全生产形势实现了进一步好转。同时，还解决了一些多年存在的安全隐患，集中处理了一批违法、违规事件，纠正了部分违规操作企业，取得了一定的成果。我们将进一步努力，切实加强安全生产的宣传及监督管理工作，力争使我镇的安全生产形势实现持续好转。</w:t>
      </w:r>
      <w:r>
        <w:rPr>
          <w:lang w:eastAsia="zh-CN"/>
        </w:rPr>
        <w:br/>
      </w:r>
      <w:r>
        <w:rPr>
          <w:lang w:eastAsia="zh-CN"/>
        </w:rPr>
        <w:t xml:space="preserve">    2024年安全生产月活动周总结 篇2 </w:t>
      </w:r>
      <w:r>
        <w:rPr>
          <w:lang w:eastAsia="zh-CN"/>
        </w:rPr>
        <w:br/>
      </w:r>
      <w:r>
        <w:rPr>
          <w:lang w:eastAsia="zh-CN"/>
        </w:rPr>
        <w:t>　　为深入贯彻党的十八届四中全会精神和、关于安全生产工作的一系列指示精神，宣传贯彻新修改的《安全生产法》，强化安全生产社会宣传，普及安全知识，弘扬安全文化，确保全镇安全生产形势稳定，根据市安委会办公室《关于印发20__年__市安全生产月活动方案的通知》(__安〔20__〕4号)文件精神，镇安委会在镇党委政府的指导下，结合实际，及时制定实施方案，并按月初计划圆满完成了安全生产月的工作任务，现将本月活动工作总结如下：</w:t>
      </w:r>
      <w:r>
        <w:rPr>
          <w:lang w:eastAsia="zh-CN"/>
        </w:rPr>
        <w:br/>
      </w:r>
      <w:r>
        <w:rPr>
          <w:lang w:eastAsia="zh-CN"/>
        </w:rPr>
        <w:t>　　一、统一思想，强化意识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安全第一，重在预防，要搞好安全工作就必须提高安全意识，要提高安全意识就必须提高安全素质，要提高安全素质就必须提高安全生产知识水平。加强安全生产知识以及相关法律法规的学习，总结安全生产管理经验，加强事故警示教育，积极研究讨论，科学的掌握安全事故发生的规律是搞好安全生产工作不变的客观规律，我镇在接到上级文件后及时成立安全领导工作小组，制定活动方案，并于6月1日召开安全生产月活动动员大会，统一部署安排我镇安全生产月任务，在会议中充分强调安全生产法律法规的学习，体现出本次活动的主题---加强安全法治、保障安全生产，利用各种手段大力宣传，营造安全生产月活动氛围。</w:t>
      </w:r>
      <w:r>
        <w:rPr>
          <w:lang w:eastAsia="zh-CN"/>
        </w:rPr>
        <w:br/>
      </w:r>
      <w:r>
        <w:rPr>
          <w:lang w:eastAsia="zh-CN"/>
        </w:rPr>
        <w:t>　　二、明确职责，狠抓落实</w:t>
      </w:r>
      <w:r>
        <w:rPr>
          <w:lang w:eastAsia="zh-CN"/>
        </w:rPr>
        <w:br/>
      </w:r>
      <w:r>
        <w:rPr>
          <w:lang w:eastAsia="zh-CN"/>
        </w:rPr>
        <w:t>　　在会议中明确各职能部门的职责，做到以镇安委会为中心的网格式工作模式，确保活动覆盖全镇的各个角落。</w:t>
      </w:r>
      <w:r>
        <w:rPr>
          <w:lang w:eastAsia="zh-CN"/>
        </w:rPr>
        <w:br/>
      </w:r>
      <w:r>
        <w:rPr>
          <w:lang w:eastAsia="zh-CN"/>
        </w:rPr>
        <w:t>　　我镇在月初会议及实施方案中明确各时段的工作内容，要求各村(居)委会及企业相关职能部门在要求的时段内按时完成工作任务，镇政府成立以镇长为组长的督查领导小组，时时督促各职能部门及时完成各时段的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第一时段是宣传学习教育阶段(6。1-6。10)，要求各安全生产参与单位积极开展事故警示教育，以教育单位和纺织、渔网企业为重点。各学校、企业都能响应号召，及时开展各种形式的警示教育活动。第二时段是安全自查阶段(6。10-6。20)，镇政府在6月19日如期完成了单位自查自纠任务。湖北蓝发纺织有限公司、湖北鑫渔网渔具有限公司等企业及时排查厂区安全隐患，并限期整改。学校、卫生院、各站(所)组织专班对单位内部进行安全大检查，发现隐患及时开展消除工作并上报镇安委会备案。第三时段是总结整治阶段(6。20-6。30)，结合村(居)委会及各企业的自检自查结果，镇安委会在镇长的带领下进行了非法违法施工领域、交通(水上)安全领域、纺织及渔网企业领域、汛期安全领域的综合整治，整治效果明显，使一些不具备安全生产条件的行为得以及时的整治。对前期隐患整改落实情况开展回头看，保证隐患切实消除。</w:t>
      </w:r>
      <w:r>
        <w:rPr>
          <w:lang w:eastAsia="zh-CN"/>
        </w:rPr>
        <w:br/>
      </w:r>
      <w:r>
        <w:rPr>
          <w:lang w:eastAsia="zh-CN"/>
        </w:rPr>
        <w:t>　　三、内容丰富，形式多样</w:t>
      </w:r>
      <w:r>
        <w:rPr>
          <w:lang w:eastAsia="zh-CN"/>
        </w:rPr>
        <w:br/>
      </w:r>
      <w:r>
        <w:rPr>
          <w:lang w:eastAsia="zh-CN"/>
        </w:rPr>
        <w:t>　　(1)宣传教育活动。我镇在6月份共举行了2场较为大型的宣传教育活动，分别是6月11日的滨江景晟小区安全宣传活动，主要进行安全生产疑难问题解答，法律法规宣传，同时号召各单位积极参加20__年全省安全生产知识网络竞赛，参与单位有镇安委会、彭市中学、卫生院、湖北蓝发纺织有限公司及各村(居)民代表。6月19日的各村(居)、企业代表会议，会议中主要宣传了安全生产基础知识、消防安全知识、安全应急措施等安全知识，参与单位有镇安委会、各渔网企业、镇综治办、派出所。除此之外各村(居)委会、企业结合召开例会的契机，进行安全生产知识宣传，积极推进安全整治工作和打非治违专项治理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综合整治活动。结合安全生产月实施方案的要求，我镇及时地组织了安全生产专项督查和执法检查、打非治违专项整治。于6月9日对辖区内的渡口、水闸站的汛期安全进行了专项整治，参与的单位有安委会、派出所、水管站、国土所，在整治过程中，安委会做出了现场检查记录3份。并与三个渡口管理村负责人签订了汛期地质灾害防治责任状。于6月11日，安委会联合派出所对辖区内的纺织、渔网企业进行了安全生产大检查，对企业的消防设施、职工安全操作情况，安全应急方案等进行了细致全面的排查，共查出安全隐患6处，下发整改通知书6份，并现场对职工的不规范操作行为进行了纠正与指导。于6月18日，安委会联合交警、农机各执法部门在彭市镇交通大道开展了交通安全整治，共处罚教育了5位驾驶员。于6月19日对辖区内的燃气站、加油站、烟花爆竹经营户进行了专项整治，参与单位有安委会、派出所，主要对各单位的管理业务、现场安全等方面进行了检查，在检查中发现的隐患要求其立即整改，且制作了4份检查记录。</w:t>
      </w:r>
      <w:r>
        <w:rPr>
          <w:lang w:eastAsia="zh-CN"/>
        </w:rPr>
        <w:br/>
      </w:r>
      <w:r>
        <w:rPr>
          <w:lang w:eastAsia="zh-CN"/>
        </w:rPr>
        <w:t>　　(3)专项整治活动。为了最大限度的遏制重特大安全事故的发生，我镇在六月份加大了对交通安全的整治力度，重点加大对摩托车的整治力度，全面排查辖区内的三无车辆，及时更新车辆台帐，大型机动车辆的排查活动已基本完成，在排查中共投入人力23人，耗时半个月，现在排查活动已基本完成，共排查出三无车辆32辆。对相关责任人进行了安全知识教育，提高广大驾驶员的安全意识，减少交通事故的发生。</w:t>
      </w:r>
      <w:r>
        <w:rPr>
          <w:lang w:eastAsia="zh-CN"/>
        </w:rPr>
        <w:br/>
      </w:r>
      <w:r>
        <w:rPr>
          <w:lang w:eastAsia="zh-CN"/>
        </w:rPr>
        <w:t>　　四、认真总结，常抓不懈</w:t>
      </w:r>
      <w:r>
        <w:rPr>
          <w:lang w:eastAsia="zh-CN"/>
        </w:rPr>
        <w:br/>
      </w:r>
      <w:r>
        <w:rPr>
          <w:lang w:eastAsia="zh-CN"/>
        </w:rPr>
        <w:t>　　在过去的一个月，我镇结合实际开展了大量的安全生产宣传教育和检查活动，及时消除了隐患的滋长势头，但我镇的安全生产工作仍然面临着巨大的挑战。企业安全设施不齐、交通基础设施差、交通违法整治工作量大、小企业难以规范化经营、安监人力物力不足、个别职能部门安全管理经验不足，村(居)委会安全协管员的工作能力和态度参差不齐等等因素的存在，给我镇的安全生产监督管理工作带来了很大的压力，致使在不同的领域还存在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虽然，安全生产工作形势严峻、工作压力大，但是，我镇安委会也会尽最大努力，利用现有资源、大力宣传安全生产法律法规和安全知识，提高广大人民群众的安全意识，加强安全法治，打造平安彭市、和谐彭市。</w:t>
      </w:r>
      <w:r>
        <w:rPr>
          <w:lang w:eastAsia="zh-CN"/>
        </w:rPr>
        <w:br/>
      </w:r>
      <w:r>
        <w:rPr>
          <w:lang w:eastAsia="zh-CN"/>
        </w:rPr>
        <w:t xml:space="preserve">    2024年安全生产月活动周总结 篇3 </w:t>
      </w:r>
      <w:r>
        <w:rPr>
          <w:lang w:eastAsia="zh-CN"/>
        </w:rPr>
        <w:br/>
      </w:r>
      <w:r>
        <w:rPr>
          <w:lang w:eastAsia="zh-CN"/>
        </w:rPr>
        <w:t>　　从6月1日起，我镇根据区安全生产委员会办公室《关于开展20__年安全生产月活动的通知)(安办〔20__〕__7号)的通知要求，镇党委、镇政府高度重视安全生产月各项工作，成立领导小组，狠抓落实，通过全镇上下共同努力，我镇安全生产形势得到明显改善，在本次活动中充分体现了加强安全法治，保障安全生产的安全月活动主题，达到了预防为主，积极消除各类事故隐患的目的，取得了一定的成绩。现将开展安全生产月活动有关情况汇报如下：</w:t>
      </w:r>
      <w:r>
        <w:rPr>
          <w:lang w:eastAsia="zh-CN"/>
        </w:rPr>
        <w:br/>
      </w:r>
      <w:r>
        <w:rPr>
          <w:lang w:eastAsia="zh-CN"/>
        </w:rPr>
        <w:t>　　一、强化领导，落实责任</w:t>
      </w:r>
      <w:r>
        <w:rPr>
          <w:lang w:eastAsia="zh-CN"/>
        </w:rPr>
        <w:br/>
      </w:r>
      <w:r>
        <w:rPr>
          <w:lang w:eastAsia="zh-CN"/>
        </w:rPr>
        <w:t>　　为了切实加强目前全镇安全生产管理，强化领导责任和工作责任，我镇成立了安全生产月宣传教育活动领导小组。组长由镇党委书记担任，副组长由镇长及镇政府分管安全工作的副镇长担任，成员由安监所、派出所、食药站、工商所、运管站、电管所、卫生院、供销社、林业站、水利站、农技站、石桥中学、列宁街小学、中心校等单位负责同志组成。领导小组下设办公室，对安全生产月活动作了具体地分工，明确了责任。形成了镇、村、社区、企业安全生产监督管理的组织网络。</w:t>
      </w:r>
      <w:r>
        <w:rPr>
          <w:lang w:eastAsia="zh-CN"/>
        </w:rPr>
        <w:br/>
      </w:r>
      <w:r>
        <w:rPr>
          <w:lang w:eastAsia="zh-CN"/>
        </w:rPr>
        <w:t>　　二、强化宣传，注重教育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镇紧紧围绕加强安全法治，保障安全生产这一主题，深入开展安全生产月活动，在活动中认真开展安全生产大讲堂活动、安全生产宣传咨询日活动、安全生产天府行&amp;新《安全生产法》执法亮剑行、安全文化和安全法治进基层、重点企业谈心对话、安全文化传播、安全事故警示教育等活动，同时，在活动中大力宣传党和国家的安全生产方针、政策、法律、法规等知识，强化全民安全意识，有效地防范安全事故的发生，自安全生产月活动启动以来，我们组织广大干部、职工利用板报、专栏、标语、横幅、会议等多种形式，多渠道进行宣传教育活动，确保了全镇安全生产工作有计划有步骤的推进，同时还组织工会、共青团、妇联及教育行政部门积极开展了安康杯竞赛、青年安全生产示范岗以及创建五好文明家庭、平安校园等专题活动，我镇还组织了镇辖单位、村委会、企业负责人集中收看了安全生产警示教育片。通过这一系列宣传教育、培训，使全镇广大群众安全意识进一步增强，安全生产形势实现了进一步好转。</w:t>
      </w:r>
      <w:r>
        <w:rPr>
          <w:lang w:eastAsia="zh-CN"/>
        </w:rPr>
        <w:br/>
      </w:r>
      <w:r>
        <w:rPr>
          <w:lang w:eastAsia="zh-CN"/>
        </w:rPr>
        <w:t>　　三、精心组织，确保效果</w:t>
      </w:r>
      <w:r>
        <w:rPr>
          <w:lang w:eastAsia="zh-CN"/>
        </w:rPr>
        <w:br/>
      </w:r>
      <w:r>
        <w:rPr>
          <w:lang w:eastAsia="zh-CN"/>
        </w:rPr>
        <w:t>　　(一)积极开展安全生产咨询日活动</w:t>
      </w:r>
      <w:r>
        <w:rPr>
          <w:lang w:eastAsia="zh-CN"/>
        </w:rPr>
        <w:br/>
      </w:r>
      <w:r>
        <w:rPr>
          <w:lang w:eastAsia="zh-CN"/>
        </w:rPr>
        <w:t>　　6月16日，我镇在石桥镇汽车站街道由副镇长赵相贵带领安监所、派出所、食药站、工商所、运管站、电管所、卫生院、供销社、林业站、水利站、农技站、石桥中学、列宁街小学、中心校等单位人员设立咨询台，活动月期间，全镇共张贴标语120条，悬挂横幅60副，张贴宣传画__0套，出黑板报3期，发放宣传资料13000余份。</w:t>
      </w:r>
      <w:r>
        <w:rPr>
          <w:lang w:eastAsia="zh-CN"/>
        </w:rPr>
        <w:br/>
      </w:r>
      <w:r>
        <w:rPr>
          <w:lang w:eastAsia="zh-CN"/>
        </w:rPr>
        <w:t>　　(二)加强安全生产大检查工作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个月来，我镇组织20个行政村、4个社区及安监所、派出所、工商所、电管所、运管站、规建办、交管办、食药站等部门在全镇范围内深入开展安全生产大检查，对全镇的重大事故隐患做到心中有数，对查出的每一条隐患都要求记录在案，明确整改责任人、整改措施和整改期限，对检查发现的事故隐患整改情况，及时开展回头看行动，督促整改责任单位严格按照落实好隐患整改和防患措施，及时消除安全隐患。</w:t>
      </w:r>
      <w:r>
        <w:rPr>
          <w:lang w:eastAsia="zh-CN"/>
        </w:rPr>
        <w:br/>
      </w:r>
      <w:r>
        <w:rPr>
          <w:lang w:eastAsia="zh-CN"/>
        </w:rPr>
        <w:t>　　1、企业安全生产方面：一是针对小企业以临时工棚作为厂房存在的消防安全隐患，责令企业限期整改。二是重点检查企业用电安全，对存在用电安全隐患的企业，限期整改，并责令供电单位停止向其供电，直至整改符合要求为止。安监所、派出所、电管所等单位对全镇小作坊、电线电缆、农药销售、棉花加工企业进行了重点检查。</w:t>
      </w:r>
      <w:r>
        <w:rPr>
          <w:lang w:eastAsia="zh-CN"/>
        </w:rPr>
        <w:br/>
      </w:r>
      <w:r>
        <w:rPr>
          <w:lang w:eastAsia="zh-CN"/>
        </w:rPr>
        <w:t>　　2、危险化学品、液化气和烟花爆竹方面：镇政府高度重视，依据《危险化学品安全管理条例》和深化专项整治的要求，对烟花爆竹、天然气、加油站及危险化学品的生产、经营、储存、运输、使用和废弃处置各环节进行了全面检查，做到不留盲点，不留死角。同时对民爆物品经营单位进行严格检查，杜绝民爆物品爆炸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公众聚集场所的消防安全方面：组织派出所、安监所、工商所、文化站等部门对学校、超市、网吧、饭店等人群密集场所的安全状况进行全面检查。安全责任制和安全设施不健全的，要求立即整改，存在重大事故隐患的要求立即停产停业进行整顿，防止群死群伤事故的发生。</w:t>
      </w:r>
      <w:r>
        <w:rPr>
          <w:lang w:eastAsia="zh-CN"/>
        </w:rPr>
        <w:br/>
      </w:r>
      <w:r>
        <w:rPr>
          <w:lang w:eastAsia="zh-CN"/>
        </w:rPr>
        <w:t>　　4、道路交通安全：由交管办、派出所、运管站、农技站等部门参加。重点检查道路交通安全目标管理责任制的落实情况，加大对事故多发区路段的监控力度，严把三关，严守三门，坚决的纠正了车辆超载、超限、超速、客货混装、驾驶员的疲劳驾驶、带病车辆上路、酒后驾车、非客运车辆载客等违规行为;依法取缔了沿路摆摊设点，特别是交通要道占道经营、以路为市的不良行为，从源头上消除了事故隐患。</w:t>
      </w:r>
      <w:r>
        <w:rPr>
          <w:lang w:eastAsia="zh-CN"/>
        </w:rPr>
        <w:br/>
      </w:r>
      <w:r>
        <w:rPr>
          <w:lang w:eastAsia="zh-CN"/>
        </w:rPr>
        <w:t>　　5在建工程方面：根据《达州市__区安全生产委员会办公室关于开展建设工程落实施工方案专项行动的通知》(安办〔20__〕42号)文件要求，组织全镇各行政村、各社区对辖区所有在建工程进行了逐一排查，对发现的安全隐患进行了及时整治，对一时无法整治的，落实监管措施和责任人员，力争把各类事故隐患消除在萌芽状态。</w:t>
      </w:r>
      <w:r>
        <w:rPr>
          <w:lang w:eastAsia="zh-CN"/>
        </w:rPr>
        <w:br/>
      </w:r>
      <w:r>
        <w:rPr>
          <w:lang w:eastAsia="zh-CN"/>
        </w:rPr>
        <w:t>　　一个月来，我镇共查处大小事故隐患132件，涉及企业单位30家，强制停业整顿的3家，责令整改的27家，现已整改的129项，其他还在进一步整改中。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镇自开展安全生产月活动以来，通过系列宣传教育、培训，使全镇广大群众安全意识进一步增强，安全生产形势实现了进一步好转。同时，还解决了一些多年存在的安全隐患，集中处理了一批违法、违规事件，纠正了部分违规操作企业，取得了一定的成果。我们将进一步努力，切实加强安全生产的宣传及监督管理工作，力争使我镇的安全生产形势实现持续好转。</w:t>
      </w:r>
      <w:r>
        <w:rPr>
          <w:lang w:eastAsia="zh-CN"/>
        </w:rPr>
        <w:br/>
      </w:r>
      <w:r>
        <w:rPr>
          <w:lang w:eastAsia="zh-CN"/>
        </w:rPr>
        <w:t xml:space="preserve">    2024年安全生产月活动周总结 篇4 </w:t>
      </w:r>
      <w:r>
        <w:rPr>
          <w:lang w:eastAsia="zh-CN"/>
        </w:rPr>
        <w:br/>
      </w:r>
      <w:r>
        <w:rPr>
          <w:lang w:eastAsia="zh-CN"/>
        </w:rPr>
        <w:t>　　为深入贯彻党的__届四中全会精神和、关于安全生产工作的一系列指示精神，宣传贯彻新修改的《安全生产法》，强化安全生产社会宣传，普及安全知识，弘扬安全文化，确保全镇安全生产形势稳定，根据市安委会办公室《关于印发20__年__市安全生产月活动方案的通知》(安〔20__〕4号)文件精神，镇安委会在镇党委政府的指导下，结合实际，及时制定实施方案，并按月初计划圆满完成了安全生产月的工作任务，现将本月活动工作总结如下：</w:t>
      </w:r>
      <w:r>
        <w:rPr>
          <w:lang w:eastAsia="zh-CN"/>
        </w:rPr>
        <w:br/>
      </w:r>
      <w:r>
        <w:rPr>
          <w:lang w:eastAsia="zh-CN"/>
        </w:rPr>
        <w:t>　　一、统一思想，强化意识</w:t>
      </w:r>
      <w:r>
        <w:rPr>
          <w:lang w:eastAsia="zh-CN"/>
        </w:rPr>
        <w:br/>
      </w:r>
      <w:r>
        <w:rPr>
          <w:lang w:eastAsia="zh-CN"/>
        </w:rPr>
        <w:t>　　安全第一，重在预防，要搞好安全工作就必须提高安全意识，要提高安全意识就必须提高安全素质，要提高安全素质就必须提高安全生产知识水平。加强安全生产知识以及相关法律法规的学习，总结安全生产管理经验，加强事故警示教育，积极研究讨论，科学的掌握安全事故发生的规律是搞好安全生产工作不变的客观规律，我镇在接到上级文件后及时成立安全领导工作小组，制定活动方案，并于6月1日召开安全生产月活动动员大会，统一部署安排我镇安全生产月任务，在会议中充分强调安全生产法律法规的学习，体现出本次活动的主题---加强安全法治、保障安全生产，利用各种手段大力宣传，营造安全生产月活动氛围。</w:t>
      </w:r>
      <w:r>
        <w:rPr>
          <w:lang w:eastAsia="zh-CN"/>
        </w:rPr>
        <w:br/>
      </w:r>
      <w:r>
        <w:rPr>
          <w:lang w:eastAsia="zh-CN"/>
        </w:rPr>
        <w:t>　　二、明确职责，狠抓落实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在会议中明确各职能部门的职责，做到以镇安委会为中心的网格式工作模式，确保活动覆盖全镇的各个角落。</w:t>
      </w:r>
      <w:r>
        <w:rPr>
          <w:lang w:eastAsia="zh-CN"/>
        </w:rPr>
        <w:br/>
      </w:r>
      <w:r>
        <w:rPr>
          <w:lang w:eastAsia="zh-CN"/>
        </w:rPr>
        <w:t>　　我镇在月初会议及实施方案中明确各时段的工作内容，要求各村(居)委会及企业相关职能部门在要求的时段内按时完成工作任务，镇政府成立以镇长为组长的督查领导小组，时时督促各职能部门及时完成各时段的工作任务。</w:t>
      </w:r>
      <w:r>
        <w:rPr>
          <w:lang w:eastAsia="zh-CN"/>
        </w:rPr>
        <w:br/>
      </w:r>
      <w:r>
        <w:rPr>
          <w:lang w:eastAsia="zh-CN"/>
        </w:rPr>
        <w:t>　　第一时段是宣传学习教育阶段(6。1-6。10)，要求各安全生产参与单位积极开展事故警示教育，以教育单位和纺织、渔网企业为重点。各学校、企业都能响应号召，及时开展各种形式的警示教育活动。第二时段是安全自查阶段(6。10-6。20)，镇政府在6月19日如期完成了单位自查自纠任务。湖北蓝发纺织有限公司、湖北鑫渔网渔具有限公司等企业及时排查厂区安全隐患，并限期整改。学校、卫生院、各站(所)组织专班对单位内部进行安全大检查，发现隐患及时开展消除工作并上报镇安委会备案。第三时段是总结整治阶段(6。20-6。30)，结合村(居)委会及各企业的自检自查结果，镇安委会在镇长的带领下进行了非法违法施工领域、交通(水上)安全领域、纺织及渔网企业领域、汛期安全领域的综合整治，整治效果明显，使一些不具备安全生产条件的行为得以及时的整治。对前期隐患整改落实情况开展回头看，保证隐患切实消除。</w:t>
      </w:r>
      <w:r>
        <w:rPr>
          <w:lang w:eastAsia="zh-CN"/>
        </w:rPr>
        <w:br/>
      </w:r>
      <w:r>
        <w:rPr>
          <w:lang w:eastAsia="zh-CN"/>
        </w:rPr>
        <w:t>　　三、内容丰富，形式多样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宣传教育活动。我镇在6月份共举行了2场较为大型的宣传教育活动，分别是6月11日的滨江景晟小区安全宣传活动，主要进行安全生产疑难问题解答，法律法规宣传，同时号召各单位积极参加20__年全省安全生产知识网络竞赛，参与单位有镇安委会、彭市中学、卫生院、湖北蓝发纺织有限公司及各村(居)民代表。6月19日的各村(居)、企业代表会议，会议中主要宣传了安全生产基础知识、消防安全知识、安全应急措施等安全知识，参与单位有镇安委会、各渔网企业、镇综治办、派出所。除此之外各村(居)委会、企业结合召开例会的契机，进行安全生产知识宣传，积极推进安全整治工作和打非治违专项治理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综合整治活动。结合安全生产月实施方案的要求，我镇及时地组织了安全生产专项督查和执法检查、打非治违专项整治。于6月9日对辖区内的渡口、水闸站的汛期安全进行了专项整治，参与的单位有安委会、派出所、水管站、国土所，在整治过程中，安委会做出了现场检查记录3份。并与三个渡口管理村负责人签订了汛期地质灾害防治责任状。于6月11日，安委会联合派出所对辖区内的纺织、渔网企业进行了安全生产大检查，对企业的消防设施、职工安全操作情况，安全应急方案等进行了细致全面的排查，共查出安全隐患6处，下发整改通知书6份，并现场对职工的不规范操作行为进行了纠正与指导。于6月18日，安委会联合交警、农机各执法部门在彭市镇交通大道开展了交通安全整治，共处罚教育了5位驾驶员。于6月19日对辖区内的燃气站、加油站、烟花爆竹经营户进行了专项整治，参与单位有安委会、派出所，主要对各单位的管理业务、现场安全等方面进行了检查，在检查中发现的隐患要求其立即整改，且制作了4份检查记录。</w:t>
      </w:r>
      <w:r>
        <w:rPr>
          <w:lang w:eastAsia="zh-CN"/>
        </w:rPr>
        <w:br/>
      </w:r>
      <w:r>
        <w:rPr>
          <w:lang w:eastAsia="zh-CN"/>
        </w:rPr>
        <w:t>　　(3)专项整治活动。为了最大限度的遏制重特大安全事故的发生，我镇在六月份加大了对交通安全的整治力度，重点加大对摩托车的整治力度，全面排查辖区内的三无车辆，及时更新车辆台帐，大型机动车辆的排查活动已基本完成，在排查中共投入人力23人，耗时半个月，现在排查活动已基本完成，共排查出三无车辆32辆。对相关责任人进行了安全知识教育，提高广大驾驶员的安全意识，减少交通事故的发生。</w:t>
      </w:r>
      <w:r>
        <w:rPr>
          <w:lang w:eastAsia="zh-CN"/>
        </w:rPr>
        <w:br/>
      </w:r>
      <w:r>
        <w:rPr>
          <w:lang w:eastAsia="zh-CN"/>
        </w:rPr>
        <w:t>　　四、认真总结，常抓不懈</w:t>
      </w:r>
      <w:r>
        <w:rPr>
          <w:lang w:eastAsia="zh-CN"/>
        </w:rPr>
        <w:br/>
      </w:r>
      <w:r>
        <w:rPr>
          <w:lang w:eastAsia="zh-CN"/>
        </w:rPr>
        <w:t>　　在过去的一个月，我镇结合实际开展了大量的安全生产宣传教育和检查活动，及时消除了隐患的滋长势头，但我镇的安全生产工作仍然面临着巨大的挑战。企业安全设施不齐、交通基础设施差、交通违法整治工作量大、小企业难以规范化经营、安监人力物力不足、个别职能部门安全管理经验不足，村(居)委会安全协管员的工作能力和态度参差不齐等等因素的存在，给我镇的安全生产监督管理工作带来了很大的压力，致使在不同的领域还存在安全隐患。</w:t>
      </w:r>
      <w:r>
        <w:rPr>
          <w:lang w:eastAsia="zh-CN"/>
        </w:rPr>
        <w:br/>
      </w:r>
      <w:r>
        <w:rPr>
          <w:lang w:eastAsia="zh-CN"/>
        </w:rPr>
        <w:t>　　虽然，安全生产工作形势严峻、工作压力大，但是，我镇安委会也会尽最大努力，利用现有资源、大力宣传安全生产法律法规和安全知识，提高广大人民群众的安全意识，加强安全法治，打造平安彭市、和谐彭市。</w:t>
      </w:r>
      <w:r>
        <w:rPr>
          <w:lang w:eastAsia="zh-CN"/>
        </w:rPr>
        <w:br/>
      </w:r>
      <w:r>
        <w:rPr>
          <w:lang w:eastAsia="zh-CN"/>
        </w:rPr>
        <w:t xml:space="preserve">    2024年安全生产月活动周总结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今年六月是全国第_个“安全生产月”，活动主题为“关爱生命，安全发展”。为持续、深入地宣传党和国家安全生产政策、法律法规，唱响“关爱生命，安全发展”的主旋律，加强安全文化建设，提高全民安全意识，强化主体责任落实，进一步抓好各类事故防范和控制工作，我校将开展“安全生产月”活动。本活动本着注重实效与本质安全的工作原则，按照安全生产齐抓共管的工作方针，将组织实施一系列活动，提高学校师生的安全意识，消除校园安全生产隐患，实现“平安校园”目标。现对我校本周的活动进行小结：</w:t>
      </w:r>
      <w:r>
        <w:rPr>
          <w:lang w:eastAsia="zh-CN"/>
        </w:rPr>
        <w:br/>
      </w:r>
      <w:r>
        <w:rPr>
          <w:lang w:eastAsia="zh-CN"/>
        </w:rPr>
        <w:t>　　1、选用周一早上升旗上，孙玲玲校长对全体学生进行了一次安全教育;</w:t>
      </w:r>
      <w:r>
        <w:rPr>
          <w:lang w:eastAsia="zh-CN"/>
        </w:rPr>
        <w:br/>
      </w:r>
      <w:r>
        <w:rPr>
          <w:lang w:eastAsia="zh-CN"/>
        </w:rPr>
        <w:t>　　2、消防安全课，我校于6月15日下午，以同一教研组为一个群体，集体准备了一节消防安全教育课，并写出详细的教案，经过教导处的审查后，于当日下午第三节课{周会时间}，以班级为单位，由各个班主任为同学们上了一堂精心准备的消防安全教育课。通过这一节课，使全体学生深刻地了解了火灾的可怕，让我们的学生懂得了如何有效地预防火灾，并且知道如果发生了火灾，应该怎样进行有效地自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安全教育讲座，学校教师作为学校的管理者，要承担起保证学生安全的重任。于是在6月16日下午由孙素平校长为全体教师做了一次题目为《安全管理，重在预防》的讲座，通过对一些典型案例的分析，使我们每位教师都深刻地认识到“预防”二字的重要性，让我们了解到哪些不安全的因素会影响到学生们的安全，并教会了我们如何预防这些这些事的发生，从而保证学生的安全，使我们的教育教学工作不受影响。</w:t>
      </w:r>
      <w:r>
        <w:rPr>
          <w:lang w:eastAsia="zh-CN"/>
        </w:rPr>
        <w:br/>
      </w:r>
      <w:r>
        <w:rPr>
          <w:lang w:eastAsia="zh-CN"/>
        </w:rPr>
        <w:t>　　4、在学校显著、醒目位置，悬挂安全教育标语;在楼梯出入口，张贴“靠右慢行”等警示标志。</w:t>
      </w:r>
      <w:r>
        <w:rPr>
          <w:lang w:eastAsia="zh-CN"/>
        </w:rPr>
        <w:br/>
      </w:r>
      <w:r>
        <w:rPr>
          <w:lang w:eastAsia="zh-CN"/>
        </w:rPr>
        <w:t xml:space="preserve">    2024年安全生产月活动周总结 篇6 </w:t>
      </w:r>
      <w:r>
        <w:rPr>
          <w:lang w:eastAsia="zh-CN"/>
        </w:rPr>
        <w:br/>
      </w:r>
      <w:r>
        <w:rPr>
          <w:lang w:eastAsia="zh-CN"/>
        </w:rPr>
        <w:t>　　为了进一步加强校园及周边治安管，维护校园治安秩序，围护广大师生生命财产安全，创造一个安全稳定的学习生活环境。我校认真贯彻落实上级有关部门的工作部署。高度认识学校安全工作的重要性，广泛深入地组织开展了“安全生产月”活动，取得了显著成效，现将“安全生产月”活动情况总结如下：</w:t>
      </w:r>
      <w:r>
        <w:rPr>
          <w:lang w:eastAsia="zh-CN"/>
        </w:rPr>
        <w:br/>
      </w:r>
      <w:r>
        <w:rPr>
          <w:lang w:eastAsia="zh-CN"/>
        </w:rPr>
        <w:t>　　一、成立“--小学安全生产月”活动小组成员，安排我校“安全生产月”活动的有关事项，组织、协调、指导学校活动的具体开展。</w:t>
      </w:r>
      <w:r>
        <w:rPr>
          <w:lang w:eastAsia="zh-CN"/>
        </w:rPr>
        <w:br/>
      </w:r>
      <w:r>
        <w:rPr>
          <w:lang w:eastAsia="zh-CN"/>
        </w:rPr>
        <w:t>　　组长：</w:t>
      </w:r>
      <w:r>
        <w:rPr>
          <w:lang w:eastAsia="zh-CN"/>
        </w:rPr>
        <w:br/>
      </w:r>
      <w:r>
        <w:rPr>
          <w:lang w:eastAsia="zh-CN"/>
        </w:rPr>
        <w:t>　　副组长：</w:t>
      </w:r>
      <w:r>
        <w:rPr>
          <w:lang w:eastAsia="zh-CN"/>
        </w:rPr>
        <w:br/>
      </w:r>
      <w:r>
        <w:rPr>
          <w:lang w:eastAsia="zh-CN"/>
        </w:rPr>
        <w:t>　　记录员：</w:t>
      </w:r>
      <w:r>
        <w:rPr>
          <w:lang w:eastAsia="zh-CN"/>
        </w:rPr>
        <w:br/>
      </w:r>
      <w:r>
        <w:rPr>
          <w:lang w:eastAsia="zh-CN"/>
        </w:rPr>
        <w:t>　　组员：各班班主任</w:t>
      </w:r>
      <w:r>
        <w:rPr>
          <w:lang w:eastAsia="zh-CN"/>
        </w:rPr>
        <w:br/>
      </w:r>
      <w:r>
        <w:rPr>
          <w:lang w:eastAsia="zh-CN"/>
        </w:rPr>
        <w:t>　　参与人员：全校师生</w:t>
      </w:r>
      <w:r>
        <w:rPr>
          <w:lang w:eastAsia="zh-CN"/>
        </w:rPr>
        <w:br/>
      </w:r>
      <w:r>
        <w:rPr>
          <w:lang w:eastAsia="zh-CN"/>
        </w:rPr>
        <w:t>　　二、注重宣传教育及安全演练</w:t>
      </w:r>
      <w:r>
        <w:rPr>
          <w:lang w:eastAsia="zh-CN"/>
        </w:rPr>
        <w:br/>
      </w:r>
      <w:r>
        <w:rPr>
          <w:lang w:eastAsia="zh-CN"/>
        </w:rPr>
        <w:t>　　校门口是安全的第一道防火墙，通过防暴演练，加强保安人员对突然事件采取的应变能力。</w:t>
      </w:r>
      <w:r>
        <w:rPr>
          <w:lang w:eastAsia="zh-CN"/>
        </w:rPr>
        <w:br/>
      </w:r>
      <w:r>
        <w:rPr>
          <w:lang w:eastAsia="zh-CN"/>
        </w:rPr>
        <w:t>　　学校区域片警进入校园，协助安全小组对校园全面性的安全隐患排查，发现隐患，立即整改。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各班开展了以“交通、防溺水、防火灾、防诈骗、防暴、校园欺凌”等为内容的主题班会。</w:t>
      </w:r>
      <w:r>
        <w:rPr>
          <w:lang w:eastAsia="zh-CN"/>
        </w:rPr>
        <w:br/>
      </w:r>
      <w:r>
        <w:rPr>
          <w:lang w:eastAsia="zh-CN"/>
        </w:rPr>
        <w:t>　　此外，我们还利用每周一升旗仪式，每次的集会，每天放学前安全教育等时机，对全体学生进行安全教育，每天在校门口安排值班老师，接送学生，引导保护学生进出校园安全。</w:t>
      </w:r>
      <w:r>
        <w:rPr>
          <w:lang w:eastAsia="zh-CN"/>
        </w:rPr>
        <w:br/>
      </w:r>
      <w:r>
        <w:rPr>
          <w:lang w:eastAsia="zh-CN"/>
        </w:rPr>
        <w:t>　　以“防校园欺凌”为主题，展开了手抄报竞赛，将“安全”二字植入每个学生心中。</w:t>
      </w:r>
      <w:r>
        <w:rPr>
          <w:lang w:eastAsia="zh-CN"/>
        </w:rPr>
        <w:br/>
      </w:r>
      <w:r>
        <w:rPr>
          <w:lang w:eastAsia="zh-CN"/>
        </w:rPr>
        <w:t>　　通过开展“安全生产月”活动，进一步增强了广大师生对安全生产工作重要性的认识，提高了安全意识和安全素质，强化了责任感、责任心、责任制、责任人的四种责任意识，促进了全校安全形势的稳定，为快速发展创造了一个安全、健康、稳定的环境。</w:t>
      </w:r>
      <w:r>
        <w:rPr>
          <w:lang w:eastAsia="zh-CN"/>
        </w:rPr>
        <w:br/>
      </w:r>
      <w:r>
        <w:rPr>
          <w:lang w:eastAsia="zh-CN"/>
        </w:rPr>
        <w:t xml:space="preserve">    2024年安全生产月活动周总结 篇7 </w:t>
      </w:r>
      <w:r>
        <w:rPr>
          <w:lang w:eastAsia="zh-CN"/>
        </w:rPr>
        <w:br/>
      </w:r>
      <w:r>
        <w:rPr>
          <w:lang w:eastAsia="zh-CN"/>
        </w:rPr>
        <w:t>　　街道开展安全生产宣传月活动总结20__年6月是全国第十九个“安全生产月”， 今年的活动主题是“消除事故隐患，筑牢安全防线”。为进一步树立安全发展理念，防范化解重大风险。__街道精心部署，多措并举，扎实开展“安全生产月”宣传活动。</w:t>
      </w:r>
      <w:r>
        <w:rPr>
          <w:lang w:eastAsia="zh-CN"/>
        </w:rPr>
        <w:br/>
      </w:r>
      <w:r>
        <w:rPr>
          <w:lang w:eastAsia="zh-CN"/>
        </w:rPr>
        <w:t>　　加强组织，严密领导。街道领导高度重视，召开安全生产月部署会议，调整了“安全生产月”活动领导小组。明确了责任领导和责任人，将工作任务全面细化、量化，形成领导主要抓，成员具体抓的责任机制，做到安全生产工作有人抓、有人负责，确保安全生产月活动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突出主题，强化宣传。一是督促辖区企业通过悬挂横幅、LED屏滚动播放宣传标语等方式，宣传安全生产知识，增强辖区单位和群众的消防安全意识，营造浓厚的安全生产氛围。二是街道应急办联合区消防中队计划于6月16日在塞纳绿洲小区举行应急救援演练和观摩活动。同时开展安全生产月咨询日宣传活动，宣传日常生活常识、普及火灾逃生和紧急救护知识，做到居安思危，有思则有备，有备则无患。</w:t>
      </w:r>
      <w:r>
        <w:rPr>
          <w:lang w:eastAsia="zh-CN"/>
        </w:rPr>
        <w:br/>
      </w:r>
      <w:r>
        <w:rPr>
          <w:lang w:eastAsia="zh-CN"/>
        </w:rPr>
        <w:t>　　深化整治，排除隐患。街道应急办、各社区对辖区内企业、公共聚集场所、酒店、网吧等场所持续进行安全隐患排查。重点对消防通道是否通畅、灭火器等消防器材是否完好、是否规范经营及安全用电用气等情况进行检查。排查中发现的安全隐患，能现场整改的现场整改到位，现场无法立即整改的限期整改，并做好“回头看”工作。</w:t>
      </w:r>
      <w:r>
        <w:rPr>
          <w:lang w:eastAsia="zh-CN"/>
        </w:rPr>
        <w:br/>
      </w:r>
      <w:r>
        <w:rPr>
          <w:lang w:eastAsia="zh-CN"/>
        </w:rPr>
        <w:t>　　安全生产任重道远，下一步，__街道将以“安全生产月”活动为契机，把安全生产宣传工作向辖区群众传播开来，增强辖区居民的安全意识，提高群众安全防范能力，形成“人人重视安全生产、人人维护安全生产”的良好氛围。</w:t>
      </w:r>
      <w:r>
        <w:rPr>
          <w:lang w:eastAsia="zh-CN"/>
        </w:rPr>
        <w:br/>
      </w:r>
      <w:r>
        <w:rPr>
          <w:lang w:eastAsia="zh-CN"/>
        </w:rPr>
        <w:t xml:space="preserve">    2024年安全生产月活动周总结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__年全国安全生产月活动启动以来，我镇认真按照广汉市委宣传部、广汉市安监局、广汉市公安局等部门的要求和指示，切实加强对我镇20__年全国安全生产月活动的组织领导，精心策划安全生产月各项活动内容，严格贯彻安全责任，重在落实的活动主题，坚持安全第一，预防为主，综合治理的方针，以宣传贯彻国务院《通知》精神为核心，唱响安全发展主旋律，推动安全文化、安全法律、安全科技、安全知识进厂矿、进工地、进社区、进校园，让以人为本、安全发展的理念更加深入人心，有效防范和坚决遏制各类事故的发生，促进了我镇安全生产形势持续稳定。现将我镇20__年全国安全生产月活动开展情况总结如下：</w:t>
      </w:r>
      <w:r>
        <w:rPr>
          <w:lang w:eastAsia="zh-CN"/>
        </w:rPr>
        <w:br/>
      </w:r>
      <w:r>
        <w:rPr>
          <w:lang w:eastAsia="zh-CN"/>
        </w:rPr>
        <w:t>　　一、加强组织领导，精心制定活动方案</w:t>
      </w:r>
      <w:r>
        <w:rPr>
          <w:lang w:eastAsia="zh-CN"/>
        </w:rPr>
        <w:br/>
      </w:r>
      <w:r>
        <w:rPr>
          <w:lang w:eastAsia="zh-CN"/>
        </w:rPr>
        <w:t>　　我镇党委、政府对安全生产工作高度重视，为深入搞好20__年全国安全生产月活动，成立了由镇长吕波任组长，党委副书记陈卫任副组长的连山镇安全生产月活动领导小组，领导小组成员由镇党政办、镇安办、镇派出所、广播站、镇工会、团委、妇联等单位和部门负责人组成，负责研究决定安全生产月活动有关重大事项。领导小组办公室设在镇安办，具体负责指导、协调和督促辖区各企事业单位安全生产月活动的开展。同时，精心制定了连山镇20__年全国安全生产月活动方案，并及时下发辖区各企事业单位，要求其严格按照方案的各项要求，认真贯彻落实，确保活动出实效，切实提升安全生产管理水平。</w:t>
      </w:r>
      <w:r>
        <w:rPr>
          <w:lang w:eastAsia="zh-CN"/>
        </w:rPr>
        <w:br/>
      </w:r>
      <w:r>
        <w:rPr>
          <w:lang w:eastAsia="zh-CN"/>
        </w:rPr>
        <w:t>　　二、积极营造安全生产月活动氛围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为广泛宣传安全生产的重要意义，切实提升辖区工矿企业、人民群众的安全意识，我镇辖区各部门、各企事业单位在机关、社区、学校、厂矿、车间等人员集中场所悬挂张贴安全生产月活动宣传挂图150余幅、标语30余条，同时于集镇主要街道悬挂以安全生产为主题的宣传横幅8幅，并利用电子屏等载体，滚动播放安全生产宣传广告，从而为安全生产月活动营造了良好氛围，起到了重要的宣传教育作用。</w:t>
      </w:r>
      <w:r>
        <w:rPr>
          <w:lang w:eastAsia="zh-CN"/>
        </w:rPr>
        <w:br/>
      </w:r>
      <w:r>
        <w:rPr>
          <w:lang w:eastAsia="zh-CN"/>
        </w:rPr>
        <w:t>　　三、组织开展安全生产事故警示教育周活动</w:t>
      </w:r>
      <w:r>
        <w:rPr>
          <w:lang w:eastAsia="zh-CN"/>
        </w:rPr>
        <w:br/>
      </w:r>
      <w:r>
        <w:rPr>
          <w:lang w:eastAsia="zh-CN"/>
        </w:rPr>
        <w:t>　　我镇于5月30日至6月5日，在辖区各企事业单位组织开展了安全生产事故警示教育周活动。通过举办安全事故图片展、印发警示案例资料、号召各企事业单位组织本单位员工观看市电视台播放的《安全责任、重在落实》系列安全生产事故警示教育片等形式对近年来全国范围内发生的典型事故和身边事故案例进行剖析，防范同类事故的发生。同时，组织开展了辖区隐患大排查活动，对辖区企事业单位进行隐患自查、安全大检查，在大排查活动中，自查检查安全生产隐患132条，已督促整改128条，整改完成率达97%，其它未整改完成的安全隐患目前正在整改之中。警示教育周活动切实提高了警示教育的针对性、实效性，增强了警示教育的感染力、影响力和渗透力，增强了企业的自我防范意识和自主保安能力。</w:t>
      </w:r>
      <w:r>
        <w:rPr>
          <w:lang w:eastAsia="zh-CN"/>
        </w:rPr>
        <w:br/>
      </w:r>
      <w:r>
        <w:rPr>
          <w:lang w:eastAsia="zh-CN"/>
        </w:rPr>
        <w:t>　　四、组织开展安全生产咨询日活动</w:t>
      </w:r>
      <w:r>
        <w:rPr>
          <w:lang w:eastAsia="zh-CN"/>
        </w:rPr>
        <w:br/>
      </w:r>
      <w:r>
        <w:rPr>
          <w:lang w:eastAsia="zh-CN"/>
        </w:rPr>
        <w:t>　　6月10日，我镇在政府大门外设置安全生产宣传咨询点，组织辖区企事业单位集中开展安全生产咨询日活动，开展安全生产法律法规咨询服务活动。咨询日活动中，突出了安全责任、重在落实的活动主题，向群众大力宣传安全发展理念、安全生产法律法规和安全生产应急救援知识，发放安全宣传资料1000余份，接待咨询群众、企业职工120余人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五、辖区各高危行业企业（_企业、非煤矿山企业等）自行组织开展了安全生产事故应急救援演练活动。</w:t>
      </w:r>
      <w:r>
        <w:rPr>
          <w:lang w:eastAsia="zh-CN"/>
        </w:rPr>
        <w:br/>
      </w:r>
      <w:r>
        <w:rPr>
          <w:lang w:eastAsia="zh-CN"/>
        </w:rPr>
        <w:t>　　六、全国安全生产月活动期间，国家安监总局人事司李永红处长一行在省、市各级安监部门领导的陪同下，于6月14日赴我镇四川广汉金雁花炮有限责任公司进行调研，召开农民工安全生产和职业病政策措施座谈会。会议中李永红处长对广汉市和我镇辖区企业的职业健康监督管理和防治工作取得的成绩予以了充分肯定。</w:t>
      </w:r>
      <w:r>
        <w:rPr>
          <w:lang w:eastAsia="zh-CN"/>
        </w:rPr>
        <w:br/>
      </w:r>
      <w:r>
        <w:rPr>
          <w:lang w:eastAsia="zh-CN"/>
        </w:rPr>
        <w:t>　　在今后的安全生产监督管理工作中，我镇还将继续以此次全国安全生产月活动为基础，大力加强安全生产的宣传教育工作，切实提高各企事业单位和企业职工的安全意识和安全事故防范能力，为构建和谐连山，平安连山而努力。</w:t>
      </w:r>
      <w:r>
        <w:rPr>
          <w:lang w:eastAsia="zh-CN"/>
        </w:rPr>
        <w:br/>
      </w:r>
      <w:r>
        <w:rPr>
          <w:lang w:eastAsia="zh-CN"/>
        </w:rPr>
        <w:t xml:space="preserve">    2024年安全生产月活动周总结 篇9 </w:t>
      </w:r>
      <w:r>
        <w:rPr>
          <w:lang w:eastAsia="zh-CN"/>
        </w:rPr>
        <w:br/>
      </w:r>
      <w:r>
        <w:rPr>
          <w:lang w:eastAsia="zh-CN"/>
        </w:rPr>
        <w:t>　　近日，工务段在全段干部职工中以学习《安全生产法》原文、安全生产守法自查、深入一线进行警示教育、全面总结落实安全生产法效果的“四项行动”，扎实开展首个《安全生产法》宣传周活动，不断增强干部职工遵法、学法、守法、用法的思想和行为自觉，为深入推进“强基达标、提质增效”营造健康稳定的安全生产法治环境，提供有力安全生产法制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多样学习营氛围。该段利用党委中心组、干部职工政治学习、周交班会、车间班前学习会等形式，组织干部职工原原本本学习《安全生产法》；会后组织干部职工进行专题学习讨论，促进干部职工牢固树立敬畏法律法规意识。同时，利用段报《赤工之声》、小电视台、两微一端等媒介形式，及时发布和推送与铁路运输生产相关的安全生产法律法规知识，大力宣传安全生产法定职责，营造浓厚宣传氛围。</w:t>
      </w:r>
      <w:r>
        <w:rPr>
          <w:lang w:eastAsia="zh-CN"/>
        </w:rPr>
        <w:br/>
      </w:r>
      <w:r>
        <w:rPr>
          <w:lang w:eastAsia="zh-CN"/>
        </w:rPr>
        <w:t>　　结合实际严自查。该段结合安全生产工作实际，对照严在明责落责、严在规矩规范、严在过程控制、严在结果考核的“四严”工作要求，围绕遵守《安全生产法》等相关法律法规落实主体责任情况、负责人员安全生产法律法规自学践行情况、职工和作业人员安全生产法遵守守法情况等重点内容组织科室、车间、工区开展全面自查自纠。针对自查发现的问题，以落实主体责任，践行安全生产法律法规为出发点，全面梳理职工作业陋习，建立问题清单，逐一制定措施，明确整改责任，强化现场两纪管控，推动安全生产法律措施要求落到实处。</w:t>
      </w:r>
      <w:r>
        <w:rPr>
          <w:lang w:eastAsia="zh-CN"/>
        </w:rPr>
        <w:br/>
      </w:r>
      <w:r>
        <w:rPr>
          <w:lang w:eastAsia="zh-CN"/>
        </w:rPr>
        <w:t>　　警示教育强意识。该段强化《安全生产法》警示教育，坚持以案说法、以案释法的方式，段安全科收集整理了近年来发生的典型事故案例，由段领导带领包保干部在管内的16个车间巡回展示事故案例，解读事故中安全生产法律法规知识，强化事故案例警示教育。段党委充分利用宣传橱窗、办公网等媒介，通过文字图片、视频短片等形式，开展事故警示教育；组织干部职工集中观看典型事故警示教育片，撰写观后感，引导干部职工汲取事故教训，提高防范意识和能力，增强遵法守法、按章作业的自觉性和主动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全面总结奠基础。该段把这次《安全生产法》宣传周活动作为抓好岁末年初安全生产工作的一项重要举措和有力契机，全面总结科室、车间、工区在宣传周活动中的经验和创新做法、剖析存在的不足，对存在问题进行整改补强。同时，提前做好谋划明年安全工作，为长期开展好《安全生产法》宣传周活动奠定良好基础。</w:t>
      </w:r>
      <w:r>
        <w:rPr>
          <w:lang w:eastAsia="zh-CN"/>
        </w:rPr>
        <w:br/>
      </w:r>
      <w:r>
        <w:rPr>
          <w:lang w:eastAsia="zh-CN"/>
        </w:rPr>
        <w:t xml:space="preserve">    2024年安全生产月活动周总结 篇10 </w:t>
      </w:r>
      <w:r>
        <w:rPr>
          <w:lang w:eastAsia="zh-CN"/>
        </w:rPr>
        <w:br/>
      </w:r>
      <w:r>
        <w:rPr>
          <w:lang w:eastAsia="zh-CN"/>
        </w:rPr>
        <w:t>　　自学校确定6月份安全月活动月后，我部门认真贯彻学校_年安全月活动方案精神，提高认识，加强领导，周密部署，精心组织了“安全月”活动。现将我部门安全月活动总结如下：</w:t>
      </w:r>
      <w:r>
        <w:rPr>
          <w:lang w:eastAsia="zh-CN"/>
        </w:rPr>
        <w:br/>
      </w:r>
      <w:r>
        <w:rPr>
          <w:lang w:eastAsia="zh-CN"/>
        </w:rPr>
        <w:t>　　一、领导重视，组织措施到位。</w:t>
      </w:r>
      <w:r>
        <w:rPr>
          <w:lang w:eastAsia="zh-CN"/>
        </w:rPr>
        <w:br/>
      </w:r>
      <w:r>
        <w:rPr>
          <w:lang w:eastAsia="zh-CN"/>
        </w:rPr>
        <w:t>　　为加强本次安全月活动的组织领导，确保安全月活动的有效落实，我部门成立了由傅凯书记为组长，办公室行政人员和各校级学生组织主席团成员组成的安全月活动领导小组。负责本次安全月活动的组织实施。并在第一时间召开了领导小组工作会议，分配和布置了我部门的工作任务。</w:t>
      </w:r>
      <w:r>
        <w:rPr>
          <w:lang w:eastAsia="zh-CN"/>
        </w:rPr>
        <w:br/>
      </w:r>
      <w:r>
        <w:rPr>
          <w:lang w:eastAsia="zh-CN"/>
        </w:rPr>
        <w:t>　　二、积极组织，加强宣传，多方配合，以有效载体落实安全工作。</w:t>
      </w:r>
      <w:r>
        <w:rPr>
          <w:lang w:eastAsia="zh-CN"/>
        </w:rPr>
        <w:br/>
      </w:r>
      <w:r>
        <w:rPr>
          <w:lang w:eastAsia="zh-CN"/>
        </w:rPr>
        <w:t>　　1、活动期间我部门结合自身工作特点，组织并配合学校保卫部门开展了学校消防知识竞赛以及消防演习;</w:t>
      </w:r>
      <w:r>
        <w:rPr>
          <w:lang w:eastAsia="zh-CN"/>
        </w:rPr>
        <w:br/>
      </w:r>
      <w:r>
        <w:rPr>
          <w:lang w:eastAsia="zh-CN"/>
        </w:rPr>
        <w:t>　　2、充分利用校园广播，宣传栏等宣传媒体广泛宣传各类安全知识，潜移默化的影响广大青年培养科学、正确的安全意识，掌握一定的安全常识。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指导校学生会生活治保部，在全校在校生中开展“我为和谐校园献言献策”活动。有的同学说：安全问题是当前首要解决的问题，同时也是构建和谐校园的重要保证。在校园中，安全问题更是保证同学们正常的学习生活的必要条件。还有的同学谈到：安全事故的发生主要是由于管理者的监管力度不够。但是，避免由于管理疏忽所导致的重大事故发生，只靠管理是远远不够的。最主要的还是要使广大的生产者提高安全的责任意识，只有这样才能避免重大事故的发生。</w:t>
      </w:r>
      <w:r>
        <w:rPr>
          <w:lang w:eastAsia="zh-CN"/>
        </w:rPr>
        <w:br/>
      </w:r>
      <w:r>
        <w:rPr>
          <w:lang w:eastAsia="zh-CN"/>
        </w:rPr>
        <w:t>　　4、结合学校“毕业生离校安全稳定工作”和“安全月”的工作要求，组织各系团总支在毕业生中开展倡导文明离校，并积极发动在校学生干部，在毕业生离校期间的校园维稳工作发挥作用。</w:t>
      </w:r>
      <w:r>
        <w:rPr>
          <w:lang w:eastAsia="zh-CN"/>
        </w:rPr>
        <w:br/>
      </w:r>
      <w:r>
        <w:rPr>
          <w:lang w:eastAsia="zh-CN"/>
        </w:rPr>
        <w:t xml:space="preserve">    2024年安全生产月活动周总结 篇11 </w:t>
      </w:r>
      <w:r>
        <w:rPr>
          <w:lang w:eastAsia="zh-CN"/>
        </w:rPr>
        <w:br/>
      </w:r>
      <w:r>
        <w:rPr>
          <w:lang w:eastAsia="zh-CN"/>
        </w:rPr>
        <w:t>　　根据《国务院安委会办公室关于开展20__年全国“安全生产月”和“安全生产万里行”活动的通知》和《国家铁路局综合司关于转发国务院安委会办公室开展20__年全国“安全生产月”和“安全生产万里行”活动的通知》要求，中国铁路物资股份有限公司(以下简称“中国铁物”)围绕“强化安全发展理念、提升全民安全素质”活动主题，制定了活动方案，精心组织了相关活动。</w:t>
      </w:r>
      <w:r>
        <w:rPr>
          <w:lang w:eastAsia="zh-CN"/>
        </w:rPr>
        <w:br/>
      </w:r>
      <w:r>
        <w:rPr>
          <w:lang w:eastAsia="zh-CN"/>
        </w:rPr>
        <w:t>　　一、高度重视，加强组织领导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中国铁物高度重视20__年“安全生产月”和“安全生产万里行”活动，成立了以公司领导为组长的活动领导小组，精心策划，认真组织，进行了全面动员部署，并下发通知要求下属各单位要认真学习领会文件精神，结合各自生产特点及安全防控重点，制定具有各自特点的活动方案。同时，要求各单位按照活动方案认真组织好各项专题活动，借助多种渠道，开展形式多样，内容生动的系列宣传活动，以“安全生产月”和“安全生产万里行”活动为契机，开展安全隐患大排查和安全应急救援演练活动，确保活动取得实效。</w:t>
      </w:r>
      <w:r>
        <w:rPr>
          <w:lang w:eastAsia="zh-CN"/>
        </w:rPr>
        <w:br/>
      </w:r>
      <w:r>
        <w:rPr>
          <w:lang w:eastAsia="zh-CN"/>
        </w:rPr>
        <w:t>　　二、主题明确</w:t>
      </w:r>
      <w:r>
        <w:rPr>
          <w:lang w:eastAsia="zh-CN"/>
        </w:rPr>
        <w:br/>
      </w:r>
      <w:r>
        <w:rPr>
          <w:lang w:eastAsia="zh-CN"/>
        </w:rPr>
        <w:t>　　本次“安全生产月”和“安全生产万里行”活动主题是“强化安全发展观念，提升全民安全素质”。根据我公司的具体情况，明确了本次活动的主要内容：一是抓好宣传，增强全员安全意识。二是在开展安全检查和安全隐患排查。三是开展应急预案演练，提高应对突发事件的能力。</w:t>
      </w:r>
      <w:r>
        <w:rPr>
          <w:lang w:eastAsia="zh-CN"/>
        </w:rPr>
        <w:br/>
      </w:r>
      <w:r>
        <w:rPr>
          <w:lang w:eastAsia="zh-CN"/>
        </w:rPr>
        <w:t>　　三、采取多种形式，扎实开展工作</w:t>
      </w:r>
      <w:r>
        <w:rPr>
          <w:lang w:eastAsia="zh-CN"/>
        </w:rPr>
        <w:br/>
      </w:r>
      <w:r>
        <w:rPr>
          <w:lang w:eastAsia="zh-CN"/>
        </w:rPr>
        <w:t>　　1.开展安全宣传教育活动</w:t>
      </w:r>
      <w:r>
        <w:rPr>
          <w:lang w:eastAsia="zh-CN"/>
        </w:rPr>
        <w:br/>
      </w:r>
      <w:r>
        <w:rPr>
          <w:lang w:eastAsia="zh-CN"/>
        </w:rPr>
        <w:t>　　中国铁物总部及所属单位利用宣传栏、板报、横幅、公司内网、安全警示图片、安全征文等媒介，开展了形式多样的宣传教育活动，组织员工观看了《红线之殇》、《生死之门》、《生产安全事故典型案例盘点》等安全生产宣传教育片。提高了广大干部职工的安全生产意识。营造了安全生产的良好氛围，达到了上下齐抓共管、安全责任意识空前提高的预期效果。</w:t>
      </w:r>
      <w:r>
        <w:rPr>
          <w:lang w:eastAsia="zh-CN"/>
        </w:rPr>
        <w:br/>
      </w:r>
      <w:r>
        <w:rPr>
          <w:lang w:eastAsia="zh-CN"/>
        </w:rPr>
        <w:t>　　2.强化学习培训，提升安全技能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活动期间，中国铁物各单位以集中学习、观看警示片等方式，有针对性的组织了包括《新安全生产法》、《岗位操作规程》、《安全基础管理》、《消防法》、《危化品安全生产知识》等在内的多项安全生产法律、法规、技能的培训学习，宣传了安全生产法律法规，普及了安全生产基础知识，加强了对员工的安全教育和培训，提高了员工的安全责任意识、风险意识、专业技术水平和操作能力，取得了较好的效果。</w:t>
      </w:r>
      <w:r>
        <w:rPr>
          <w:lang w:eastAsia="zh-CN"/>
        </w:rPr>
        <w:br/>
      </w:r>
      <w:r>
        <w:rPr>
          <w:lang w:eastAsia="zh-CN"/>
        </w:rPr>
        <w:t>　　3.自查自纠、消除安全隐患</w:t>
      </w:r>
      <w:r>
        <w:rPr>
          <w:lang w:eastAsia="zh-CN"/>
        </w:rPr>
        <w:br/>
      </w:r>
      <w:r>
        <w:rPr>
          <w:lang w:eastAsia="zh-CN"/>
        </w:rPr>
        <w:t>　　为将活动落到实处，使活动开展有成效、有效果，中国铁物所属各单位结合活动要求，开展了一次全面的安全生产大检查，深入到办公区、作业现场、酒店营业场所等对电器设备、消防设施、配电设备、起重设备、吊夹具、调车作业、车辆装载、劳动纪律等方面进行了细致的检查。对存在的问题及时督促限期整改。通过自查自纠，主动发现安全生产隐患，对安全生产制度建设、责任落实、安全教育、劳动纪律、现场管理等方面存在的薄弱环节进行重点排查，并及时制定整改措施，督促落实。</w:t>
      </w:r>
      <w:r>
        <w:rPr>
          <w:lang w:eastAsia="zh-CN"/>
        </w:rPr>
        <w:br/>
      </w:r>
      <w:r>
        <w:rPr>
          <w:lang w:eastAsia="zh-CN"/>
        </w:rPr>
        <w:t>　　4.主动防范、提升应急能力</w:t>
      </w:r>
      <w:r>
        <w:rPr>
          <w:lang w:eastAsia="zh-CN"/>
        </w:rPr>
        <w:br/>
      </w:r>
      <w:r>
        <w:rPr>
          <w:lang w:eastAsia="zh-CN"/>
        </w:rPr>
        <w:t>　　活动期间，围绕提高员工应急避险和自救互救能力及有效、正确处置各类安全事故和突发事件，中国铁物所属单位开展了涵盖人员应急疏散、地震应急疏散、消防应急、矿山应急、有限空间应急等在内的多项应急救援演练。通过应急演练活动，提高了员工的安全防范意识和应急处置能力，为安全生产各项工作的顺利开展提供了坚实的应急能力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围绕“安全生产月”和“安全生产万里行”活动主题，中国铁物开展了一系列安全生产宣传、教育、培训、检查、整改等活动，提高了员工对安全生产重要性的认识，增强了员工的安全意识和事故防范与处置能力，为开展下半年中国铁物安全生产工作打下了坚实的基础。今后一段时期，中国铁物将以本次活动为契机，持续巩固提高活动成果，不断积累管理经验，创新工作方法，提高全员安全意识，达到以活动促安全，以安全保生产的目的，为企业下一步转型发展提供坚实的安全保障。</w:t>
      </w:r>
      <w:r>
        <w:rPr>
          <w:lang w:eastAsia="zh-CN"/>
        </w:rPr>
        <w:br/>
      </w:r>
      <w:r>
        <w:rPr>
          <w:lang w:eastAsia="zh-CN"/>
        </w:rPr>
        <w:t xml:space="preserve">    2024年安全生产月活动周总结 篇12 </w:t>
      </w:r>
      <w:r>
        <w:rPr>
          <w:lang w:eastAsia="zh-CN"/>
        </w:rPr>
        <w:br/>
      </w:r>
      <w:r>
        <w:rPr>
          <w:lang w:eastAsia="zh-CN"/>
        </w:rPr>
        <w:t>　　为进一步夯实安全基础，消除安全隐患，最大限度减少安全事故的发生，根据建设局下发的文件要求，结合我项目部实际情况，紧紧围绕“强化安全基础、推动安全发展”这一主题，坚持“三贴近”（贴近实际、贴近生活、贴近群众）、“四面向”（面向基层、面向企业、面向职工、面向操作手）原则，开展“安全生产月”活动。</w:t>
      </w:r>
      <w:r>
        <w:rPr>
          <w:lang w:eastAsia="zh-CN"/>
        </w:rPr>
        <w:br/>
      </w:r>
      <w:r>
        <w:rPr>
          <w:lang w:eastAsia="zh-CN"/>
        </w:rPr>
        <w:t>　　加强领导，精心组织，分工负责，分口把关，与有关部门密切配合，狠抓落实。召开会议进行了宣传发动。制定了工作措施，明确了目标、责任和任务。同时成立活动领导小组，由项目经理任组长。活动要讲求实际，注重实效，真抓实干，抓出成效，严禁形式主义，严禁走过场。在活动开展中，做到一级抓一级，一级对一级负责，抓点带面，抓两头带中间，保证安全月活动开展的富有成效。现将本次安全月活动总结如下：</w:t>
      </w:r>
      <w:r>
        <w:rPr>
          <w:lang w:eastAsia="zh-CN"/>
        </w:rPr>
        <w:br/>
      </w:r>
      <w:r>
        <w:rPr>
          <w:lang w:eastAsia="zh-CN"/>
        </w:rPr>
        <w:t>　　一、领导重视，组织措施到位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为加强本次安全月活动的组织领导，确保安全月活动的有效落实，我项目部成立了安全生产月活动领导小组，由项目经理任组长，副经理和技术负责人任副组长，项目经理亲自负责本次安全月活动的组织实施，各个部门积极配合开展。紧紧围绕“强化安全基础、推动安全发展”的主题开展此次活动，对活动进行认真组织，使活动开展得有计划、有布置、有检查、有落实。由于我们准备充分、布置周详，使我项目部“安全生产月”活动一开始就步入有组织、有领导、有计划的正常轨道，确保在本次安全月活动中无任何大小伤害事故发生。</w:t>
      </w:r>
      <w:r>
        <w:rPr>
          <w:lang w:eastAsia="zh-CN"/>
        </w:rPr>
        <w:br/>
      </w:r>
      <w:r>
        <w:rPr>
          <w:lang w:eastAsia="zh-CN"/>
        </w:rPr>
        <w:t>　　二、开展形式多样宣传教育活动</w:t>
      </w:r>
      <w:r>
        <w:rPr>
          <w:lang w:eastAsia="zh-CN"/>
        </w:rPr>
        <w:br/>
      </w:r>
      <w:r>
        <w:rPr>
          <w:lang w:eastAsia="zh-CN"/>
        </w:rPr>
        <w:t>　　“安全生产月”活动过程中，要充分利用施工现场挂设安全生产标语和宣传条幅，以及各种会议大张旗鼓地进行宣传，用舆论导向激发职工的参与热情，让职工牢固树立“安全第一”的思想，把规范自己的行为、注重安全生产变为自觉活动。通过各种形式的宣传，激发了施工人员自觉参与安全月活动的热情，使安全生产真正进入了施工人员心中。</w:t>
      </w:r>
      <w:r>
        <w:rPr>
          <w:lang w:eastAsia="zh-CN"/>
        </w:rPr>
        <w:br/>
      </w:r>
      <w:r>
        <w:rPr>
          <w:lang w:eastAsia="zh-CN"/>
        </w:rPr>
        <w:t>　　用各种教育手段开展形式多样的教育培训及安全活动，从而提高了职工的安全生产水平。6月8日，在施工现场组织召开安全生产月主题讲解及教育活动，使每一名施工人员明确安全月主题，组织人人参与，确保安全生产；6月2日开展安全生产月专题会议，具体安排安全生产月活动部署情况；6月10日开展防暑降温安全教育培训活动；6月8日开展消防安全知识教育培训。</w:t>
      </w:r>
      <w:r>
        <w:rPr>
          <w:lang w:eastAsia="zh-CN"/>
        </w:rPr>
        <w:br/>
      </w:r>
      <w:r>
        <w:rPr>
          <w:lang w:eastAsia="zh-CN"/>
        </w:rPr>
        <w:t>　　通过各种教育培训及安全活动，提高了我项目部各级人员的安全生产水平，为安全工作的开展打下了坚实的基础。</w:t>
      </w:r>
      <w:r>
        <w:rPr>
          <w:lang w:eastAsia="zh-CN"/>
        </w:rPr>
        <w:br/>
      </w:r>
      <w:r>
        <w:rPr>
          <w:lang w:eastAsia="zh-CN"/>
        </w:rPr>
        <w:t>　　三、以安全月为契机，落实隐患整改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注重实际效果为了将本次安全月活动落实到实处，使活动的开展有成效，我项目部各级管理人员经常到基层、现场进行安全检查，针对活动中出现的不良现象，及时指导、督促，并认真落实对所查出隐患的整改工作，保证了活动的正常开展。在安全月活动中，我项目部坚持日常检查及专项检查相结合的检查方式。通过进行有计划、有组织、有目的的定期检查和各级人员的不定期巡查，使我项目部安全月活动变得更加生动、更加全面，有力地推动了安全工作，为我项目部施工生产提供了良好的现场环境。</w:t>
      </w:r>
      <w:r>
        <w:rPr>
          <w:lang w:eastAsia="zh-CN"/>
        </w:rPr>
        <w:br/>
      </w:r>
      <w:r>
        <w:rPr>
          <w:lang w:eastAsia="zh-CN"/>
        </w:rPr>
        <w:t>　　四、安全月活动期间正值六月</w:t>
      </w:r>
      <w:r>
        <w:rPr>
          <w:lang w:eastAsia="zh-CN"/>
        </w:rPr>
        <w:br/>
      </w:r>
      <w:r>
        <w:rPr>
          <w:lang w:eastAsia="zh-CN"/>
        </w:rPr>
        <w:t>　　气温越来越高，给安全生产造成一定影响。为了做好防暑降温工作，合理安排作息时间，避开11：0014：00高温时间段，项目部购买大量的安全防暑降温用品，其中包括绿豆、冰糖、藿香正气液及风油精等安全劳保用品。</w:t>
      </w:r>
      <w:r>
        <w:rPr>
          <w:lang w:eastAsia="zh-CN"/>
        </w:rPr>
        <w:br/>
      </w:r>
      <w:r>
        <w:rPr>
          <w:lang w:eastAsia="zh-CN"/>
        </w:rPr>
        <w:t>　　通过此次“安全月”活动，使我项目部在安全生产管理等方面的工作均上了一个新台阶，进一步增强了各级管理人员的履职责任心，为今后更好地开展安全管理工作打下了坚实的基础。</w:t>
      </w:r>
      <w:r>
        <w:rPr>
          <w:lang w:eastAsia="zh-CN"/>
        </w:rPr>
        <w:br/>
      </w:r>
      <w:r>
        <w:rPr>
          <w:lang w:eastAsia="zh-CN"/>
        </w:rPr>
        <w:t xml:space="preserve">    2024年安全生产月活动周总结 篇13 </w:t>
      </w:r>
      <w:r>
        <w:rPr>
          <w:lang w:eastAsia="zh-CN"/>
        </w:rPr>
        <w:br/>
      </w:r>
      <w:r>
        <w:rPr>
          <w:lang w:eastAsia="zh-CN"/>
        </w:rPr>
        <w:t>　　为深入贯彻落实科学发展观，积极开展“平安校园”</w:t>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建设，使“安全生产月”活动有序进行，根据上级文件通知精神，我校围绕“安全生产月”的活动主题“关爱生命，安全发展”开展活动。我校的“安全生产月”活动本着注重实效与本质安全的工作原则，按照安全生产齐抓共管的工作方针，组织实施一系列活动，提高学校师生的安全意识，消除校园安全生产隐患，推进“平安校园”建设。</w:t>
      </w:r>
      <w:r>
        <w:rPr>
          <w:lang w:eastAsia="zh-CN"/>
        </w:rPr>
        <w:br/>
      </w:r>
      <w:r>
        <w:rPr>
          <w:lang w:eastAsia="zh-CN"/>
        </w:rPr>
        <w:t>　　一、开展防溺水教育</w:t>
      </w:r>
      <w:r>
        <w:rPr>
          <w:lang w:eastAsia="zh-CN"/>
        </w:rPr>
        <w:br/>
      </w:r>
      <w:r>
        <w:rPr>
          <w:lang w:eastAsia="zh-CN"/>
        </w:rPr>
        <w:t>　　利用国旗下讲话，对全校学生发出防溺水倡议。要求学生不私自下水游泳;不擅自与同学结伴游泳;不在无家长或老师带领的情况下游泳;不到无安全设施、无救护人员的水域游泳;不到不熟悉的水域游泳。同时要求各班加强与家庭的联系，共同做好“防溺水”工作，对学生中爱好游泳的重点对象，随时了解其行为动向，并与家长配合，及时告知其不良行为，共同做好孩子游泳安全教育和管理，共筑“安全”防线，严防事故的发生。</w:t>
      </w:r>
      <w:r>
        <w:rPr>
          <w:lang w:eastAsia="zh-CN"/>
        </w:rPr>
        <w:br/>
      </w:r>
      <w:r>
        <w:rPr>
          <w:lang w:eastAsia="zh-CN"/>
        </w:rPr>
        <w:t>　　二、加强预防流感知识宣传</w:t>
      </w:r>
      <w:r>
        <w:rPr>
          <w:lang w:eastAsia="zh-CN"/>
        </w:rPr>
        <w:br/>
      </w:r>
      <w:r>
        <w:rPr>
          <w:lang w:eastAsia="zh-CN"/>
        </w:rPr>
        <w:t>　　现在正值流感高发期，我校利用红领巾广播站、宣传栏、各班早会对如何预防h1n1流感知识进行宣传。加强对全校学生的晨检，每天按时向上级进行汇报。</w:t>
      </w:r>
      <w:r>
        <w:rPr>
          <w:lang w:eastAsia="zh-CN"/>
        </w:rPr>
        <w:br/>
      </w:r>
      <w:r>
        <w:rPr>
          <w:lang w:eastAsia="zh-CN"/>
        </w:rPr>
        <w:t>　　三、对校园进行隐患排查</w:t>
      </w:r>
      <w:r>
        <w:rPr>
          <w:lang w:eastAsia="zh-CN"/>
        </w:rPr>
        <w:br/>
      </w:r>
      <w:r>
        <w:rPr>
          <w:lang w:eastAsia="zh-CN"/>
        </w:rPr>
        <w:t>　　我校已投入使用多年，但上级还没有验收。这让我们忧心。在排查中，发现五楼的墙壁有裂缝，五楼最顶端的瓦片也不时落下来，虽然我校已用网先把它包起来，但问题还是存在。</w:t>
      </w:r>
      <w:r>
        <w:rPr>
          <w:lang w:eastAsia="zh-CN"/>
        </w:rPr>
        <w:br/>
      </w:r>
      <w:r>
        <w:rPr>
          <w:lang w:eastAsia="zh-CN"/>
        </w:rPr>
        <w:t>　　四、加强《禁毒法》的宣传</w:t>
      </w:r>
      <w:r>
        <w:rPr>
          <w:lang w:eastAsia="zh-CN"/>
        </w:rPr>
        <w:br/>
      </w:r>
      <w:r>
        <w:rPr>
          <w:lang w:eastAsia="zh-CN"/>
        </w:rPr>
        <w:t>　　结合6月26日是国际禁毒日，加强对《禁毒法》的宣传、学习。</w:t>
      </w:r>
      <w:r>
        <w:rPr>
          <w:lang w:eastAsia="zh-CN"/>
        </w:rPr>
        <w:br/>
      </w:r>
      <w:r>
        <w:rPr>
          <w:lang w:eastAsia="zh-CN"/>
        </w:rPr>
        <w:t>　　五、开展“关爱生命，安全发展“教育活动</w:t>
      </w:r>
      <w:r>
        <w:rPr>
          <w:lang w:eastAsia="zh-CN"/>
        </w:rPr>
        <w:br/>
      </w:r>
      <w:r>
        <w:rPr>
          <w:lang w:eastAsia="zh-CN"/>
        </w:rPr>
        <w:t>　　各班能上好一次安全班会课;能举行一次安全早会教育讲座;每天上、下午放学能向学生进行安全温馨语提示。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此外，我校在校园里还悬挂安全月宣传标语。还利用红领巾广播站对学生进行交通安全教育、食品卫生教育和消防安全教育。</w:t>
      </w:r>
      <w:r>
        <w:rPr>
          <w:lang w:eastAsia="zh-CN"/>
        </w:rPr>
        <w:br/>
      </w:r>
      <w:r>
        <w:rPr>
          <w:lang w:eastAsia="zh-CN"/>
        </w:rPr>
        <w:t>　　六、存在的主要问题及下步打算</w:t>
      </w:r>
      <w:r>
        <w:rPr>
          <w:lang w:eastAsia="zh-CN"/>
        </w:rPr>
        <w:br/>
      </w:r>
      <w:r>
        <w:rPr>
          <w:lang w:eastAsia="zh-CN"/>
        </w:rPr>
        <w:t>　　我校在安全保卫方面做了一些工作，安全保卫工作得到加强，但是安全保卫工作的难度越来越大，学校安全保卫工作的形势仍然比较严峻。</w:t>
      </w:r>
      <w:r>
        <w:rPr>
          <w:lang w:eastAsia="zh-CN"/>
        </w:rPr>
        <w:br/>
      </w:r>
      <w:r>
        <w:rPr>
          <w:lang w:eastAsia="zh-CN"/>
        </w:rPr>
        <w:t>　　1、社会育人环境存在不利于师生安全的因素。社会上的不安定因素和不良文化对师生安全的影响还比较大，试图干扰学校及学生的社会恶势力和人员还存在，社会上的黄、赌、毒、非法出版的图书、音像及网吧和游戏室对学生的影响还非常大，学校周边的饮食摊和食品店还存在食品安全隐患。</w:t>
      </w:r>
      <w:r>
        <w:rPr>
          <w:lang w:eastAsia="zh-CN"/>
        </w:rPr>
        <w:br/>
      </w:r>
      <w:r>
        <w:rPr>
          <w:lang w:eastAsia="zh-CN"/>
        </w:rPr>
        <w:t>　　2、学校安全工作的难度不断增大。学生中外来生越来越多，外来生的家长忙于工作，对孩子监督不力，导致孩子到外乱跑，特别是双休日。学生作为社会的弱势群体，多数自我保护意识和安全防范能力低，大大增加了学校安全工作的难度。</w:t>
      </w:r>
      <w:r>
        <w:rPr>
          <w:lang w:eastAsia="zh-CN"/>
        </w:rPr>
        <w:br/>
      </w:r>
      <w:r>
        <w:rPr>
          <w:lang w:eastAsia="zh-CN"/>
        </w:rPr>
        <w:t>　　今后，我们将进一步重视安全保卫工作，及时解决安全保卫工作中发现的新问题，不断提高我校安全保卫工作水平。</w:t>
      </w:r>
      <w:r>
        <w:rPr>
          <w:lang w:eastAsia="zh-CN"/>
        </w:rPr>
        <w:br/>
      </w:r>
      <w:r>
        <w:rPr>
          <w:lang w:eastAsia="zh-CN"/>
        </w:rPr>
        <w:t xml:space="preserve">    2024年安全生产月活动周总结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今年6月份，为深入贯彻落实科学发展观，积极开展“平安校园”建设，使“安全生产月”活动有序进行，根据上级文件通知精神，我校围绕“安全生产月”的活动主题“关爱生命，安全发展”开展活动。我校的“安全生产月”活动本着注重实效与本质安全的工作原则，按照安全生产齐抓共管的工作方针，组织实施一系列活动，提高学校师生的安全意识，消除校园安全生产隐患，推进“平安校园”建设。</w:t>
      </w:r>
      <w:r>
        <w:rPr>
          <w:lang w:eastAsia="zh-CN"/>
        </w:rPr>
        <w:br/>
      </w:r>
      <w:r>
        <w:rPr>
          <w:lang w:eastAsia="zh-CN"/>
        </w:rPr>
        <w:t>　　一、开展防溺水教育</w:t>
      </w:r>
      <w:r>
        <w:rPr>
          <w:lang w:eastAsia="zh-CN"/>
        </w:rPr>
        <w:br/>
      </w:r>
      <w:r>
        <w:rPr>
          <w:lang w:eastAsia="zh-CN"/>
        </w:rPr>
        <w:t>　　利用国旗下讲话，对全校学生发出防溺水倡议。要求学生不私自下水游泳；不擅自与同学结伴游泳；不在无家长或老师带领的情况下游泳；不到无安全设施、无救护人员的水域游泳；不到不熟悉的水域游泳。同时要求各班加强与家庭的联系，共同做好“防溺水”工作，对学生中爱好游泳的重点对象，随时了解其行为动向，并与家长配合，及时告知其不良行为，共同做好孩子游泳安全教育和管理，共筑“安全”防线，严防事故的发生。</w:t>
      </w:r>
      <w:r>
        <w:rPr>
          <w:lang w:eastAsia="zh-CN"/>
        </w:rPr>
        <w:br/>
      </w:r>
      <w:r>
        <w:rPr>
          <w:lang w:eastAsia="zh-CN"/>
        </w:rPr>
        <w:t>　　二、加强预防流感知识宣传</w:t>
      </w:r>
      <w:r>
        <w:rPr>
          <w:lang w:eastAsia="zh-CN"/>
        </w:rPr>
        <w:br/>
      </w:r>
      <w:r>
        <w:rPr>
          <w:lang w:eastAsia="zh-CN"/>
        </w:rPr>
        <w:t>　　现在正值流感高发期，我校利用红领巾广播站、宣传栏、各班早会对如何预防h1n1流感知识进行宣传。加强对全校学生的晨检，每天按时向上级进行汇报。</w:t>
      </w:r>
      <w:r>
        <w:rPr>
          <w:lang w:eastAsia="zh-CN"/>
        </w:rPr>
        <w:br/>
      </w:r>
      <w:r>
        <w:rPr>
          <w:lang w:eastAsia="zh-CN"/>
        </w:rPr>
        <w:t>　　三、对校园进行隐患排查</w:t>
      </w:r>
      <w:r>
        <w:rPr>
          <w:lang w:eastAsia="zh-CN"/>
        </w:rPr>
        <w:br/>
      </w:r>
      <w:r>
        <w:rPr>
          <w:lang w:eastAsia="zh-CN"/>
        </w:rPr>
        <w:t>　　我校已投入使用多年，但上级还没有验收。这让我们忧心。在排查中，发现五楼的墙壁有裂缝，五楼最顶端的瓦片也不时落下来，虽然我校已用网先把它包起来，但问题还是存在。</w:t>
      </w:r>
      <w:r>
        <w:rPr>
          <w:lang w:eastAsia="zh-CN"/>
        </w:rPr>
        <w:br/>
      </w:r>
      <w:r>
        <w:rPr>
          <w:lang w:eastAsia="zh-CN"/>
        </w:rPr>
        <w:t>　　四、加强《禁毒法》的宣传</w:t>
      </w:r>
      <w:r>
        <w:rPr>
          <w:lang w:eastAsia="zh-CN"/>
        </w:rPr>
        <w:br/>
      </w:r>
      <w:r>
        <w:rPr>
          <w:lang w:eastAsia="zh-CN"/>
        </w:rPr>
        <w:t>　　结合6月26日是国际禁毒日，加强对《禁毒法》的宣传、学习。</w:t>
      </w:r>
      <w:r>
        <w:rPr>
          <w:lang w:eastAsia="zh-CN"/>
        </w:rPr>
        <w:br/>
      </w:r>
      <w:r>
        <w:rPr>
          <w:lang w:eastAsia="zh-CN"/>
        </w:rPr>
        <w:t>　　五、开展“关爱生命，安全发展“教育活动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各班能上好一次安全班会课；能举行一次安全早会教育讲座；每天上、下午放学能向学生进行安全温馨语提示。</w:t>
      </w:r>
      <w:r>
        <w:rPr>
          <w:lang w:eastAsia="zh-CN"/>
        </w:rPr>
        <w:br/>
      </w:r>
      <w:r>
        <w:rPr>
          <w:lang w:eastAsia="zh-CN"/>
        </w:rPr>
        <w:t>　　此外，我校在校园里还悬挂安全月宣传标语。还利用红领巾广播站对学生进行交通安全教育、食品卫生教育和消防安全教育。</w:t>
      </w:r>
      <w:r>
        <w:rPr>
          <w:lang w:eastAsia="zh-CN"/>
        </w:rPr>
        <w:br/>
      </w:r>
      <w:r>
        <w:rPr>
          <w:lang w:eastAsia="zh-CN"/>
        </w:rPr>
        <w:t>　　六、存在的主要问题及下步打算</w:t>
      </w:r>
      <w:r>
        <w:rPr>
          <w:lang w:eastAsia="zh-CN"/>
        </w:rPr>
        <w:br/>
      </w:r>
      <w:r>
        <w:rPr>
          <w:lang w:eastAsia="zh-CN"/>
        </w:rPr>
        <w:t>　　我校在安全保卫方面做了一些工作，安全保卫工作得到加强，但是安全保卫工作的难度越来越大，学校安全保卫工作的形势仍然比较严峻。</w:t>
      </w:r>
      <w:r>
        <w:rPr>
          <w:lang w:eastAsia="zh-CN"/>
        </w:rPr>
        <w:br/>
      </w:r>
      <w:r>
        <w:rPr>
          <w:lang w:eastAsia="zh-CN"/>
        </w:rPr>
        <w:t>　　1、社会育人环境存在不利于师生安全的因素。社会上的不安定因素和不良文化对师生安全的影响还比较大，试图干扰学校及学生的社会恶势力和人员还存在，社会上的黄、赌、毒、非法出版的图书、音像及网吧和游戏室对学生的影响还非常大，学校周边的饮食摊和食品店还存在食品安全隐患。</w:t>
      </w:r>
      <w:r>
        <w:rPr>
          <w:lang w:eastAsia="zh-CN"/>
        </w:rPr>
        <w:br/>
      </w:r>
      <w:r>
        <w:rPr>
          <w:lang w:eastAsia="zh-CN"/>
        </w:rPr>
        <w:t>　　2、学校安全工作的难度不断增大。学生中外来生越来越多，外来生的家长忙于工作，对孩子监督不力，导致孩子到外乱跑，特别是双休日。学生作为社会的弱势群体，多数自我保护意识和安全防范能力低，大大增加了学校安全工作的难度。</w:t>
      </w:r>
      <w:r>
        <w:rPr>
          <w:lang w:eastAsia="zh-CN"/>
        </w:rPr>
        <w:br/>
      </w:r>
      <w:r>
        <w:rPr>
          <w:lang w:eastAsia="zh-CN"/>
        </w:rPr>
        <w:t>　　今后，我们将进一步重视安全保卫工作，及时解决安全保卫工作中发现的新问题，不断提高我校安全保卫工作水平。</w:t>
      </w:r>
      <w:r>
        <w:rPr>
          <w:lang w:eastAsia="zh-CN"/>
        </w:rPr>
        <w:br/>
      </w:r>
      <w:r>
        <w:rPr>
          <w:lang w:eastAsia="zh-CN"/>
        </w:rPr>
        <w:t xml:space="preserve">    2024年安全生产月活动周总结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为进一步提升全民安全意识，加强安全生产工作，有效防范和坚决遏制各类安全生产事故发生，近日，青年公园街道在槐荫广场组织开展安全生产月的宣传活动。</w:t>
      </w:r>
      <w:r>
        <w:rPr>
          <w:lang w:eastAsia="zh-CN"/>
        </w:rPr>
        <w:br/>
      </w:r>
      <w:r>
        <w:rPr>
          <w:lang w:eastAsia="zh-CN"/>
        </w:rPr>
        <w:t>　　街道应急办、社区工作人员通过悬挂宣传横幅、设置咨询台及发放宣传资料等方式，向过往的居民宣传安全生产知识。面对前来咨询的居民，工作人员结合当前的季节特点、社区的实际情况，提醒居民用火、用气、用电的安全注意事项，普及基本的消防安全知识要点，使广大居民群众掌握和了解防火、灭火及逃生自救技能。针对老旧小区房屋多、间距狭小，老人逃生自救能力弱等特点，对居民进行了安全宣传。</w:t>
      </w:r>
      <w:r>
        <w:rPr>
          <w:lang w:eastAsia="zh-CN"/>
        </w:rPr>
        <w:br/>
      </w:r>
      <w:r>
        <w:rPr>
          <w:lang w:eastAsia="zh-CN"/>
        </w:rPr>
        <w:t>　　通过一系列宣传活动的开展，使辖区的安全生产工作得到了进一步的强化,提高了辖区居民群众安全生产知识,增强了广大居民群众安全生产防范意识与自我保护能力,营造了人人关注安全，时刻注意安全，处处关心安全的良好氛围。</w:t>
      </w:r>
      <w:r>
        <w:rPr>
          <w:lang w:eastAsia="zh-CN"/>
        </w:rPr>
        <w:br/>
      </w:r>
      <w:r>
        <w:rPr>
          <w:lang w:eastAsia="zh-CN"/>
        </w:rPr>
        <w:t>　　下一步，青年公园街道应急办将常态化开展好安全生产隐患排查整治及宣传工作，进一步增强群众的安全意识。</w:t>
      </w:r>
      <w:r>
        <w:rPr>
          <w:lang w:eastAsia="zh-CN"/>
        </w:rPr>
        <w:br/>
      </w:r>
      <w:r>
        <w:rPr>
          <w:lang w:eastAsia="zh-CN"/>
        </w:rPr>
        <w:t xml:space="preserve">    2024年安全生产月活动周总结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根据市旅委下发的《关于开展20_年“全国安全生产月”活动的通知》的文件精神，今年6月份，我酒店积极开展“安全生产，重在落实”为主题的安全生产月活动。酒店办公室研究制定了具体的活动方案，精心组织、全面部署、认真落实，以宣传国家有关安全生产法律法规、安全生产知识、酒店安全生产管理制度，增强全体酒店管理人员及员工的安全意识和防范事故的能力为重点，各部门积极开展各式各样的安全活动，加大隐患排查力度，进一步强化了全体员工对安全生产重要性的认识，完善了安全管理制度，提高了安全生产的质量水平和防范应急处理的能力，有效的控制了各类事故的发生，取得了显著成效，保证了安全生产。现将20_年“安全生产月”活动总结如下：</w:t>
      </w:r>
      <w:r>
        <w:rPr>
          <w:lang w:eastAsia="zh-CN"/>
        </w:rPr>
        <w:br/>
      </w:r>
      <w:r>
        <w:rPr>
          <w:lang w:eastAsia="zh-CN"/>
        </w:rPr>
        <w:t>　　一、加强领导，提高认识，强化管理</w:t>
      </w:r>
      <w:r>
        <w:rPr>
          <w:lang w:eastAsia="zh-CN"/>
        </w:rPr>
        <w:br/>
      </w:r>
      <w:r>
        <w:rPr>
          <w:lang w:eastAsia="zh-CN"/>
        </w:rPr>
        <w:t>　　公司成立了“安全生产月”活动领导小组，由酒店总经理任组长，办公室成员为组员，负责督导活动的开展。酒店各部门也制定了具体的活动方案，成立了活动领导小组，由各部门经理为主要负责人。从上到下建立起了监督、监管体系，对活动真正做到了责任到人、逐级管理，使所有员工从思想上认识到安全生产重要性和必要性，从而自觉地将安全意识融入到日常工作中去，形成服务至上，安全第一的良好氛围。</w:t>
      </w:r>
      <w:r>
        <w:rPr>
          <w:lang w:eastAsia="zh-CN"/>
        </w:rPr>
        <w:br/>
      </w:r>
      <w:r>
        <w:rPr>
          <w:lang w:eastAsia="zh-CN"/>
        </w:rPr>
        <w:t>　　二、采全方位宣传教育培训</w:t>
      </w:r>
      <w:r>
        <w:rPr>
          <w:lang w:eastAsia="zh-CN"/>
        </w:rPr>
        <w:br/>
      </w:r>
      <w:r>
        <w:rPr>
          <w:lang w:eastAsia="zh-CN"/>
        </w:rPr>
        <w:t>　　活动期间，各部门根据实际情况，组织全方位的人员进行培训，广泛利用黑板报、宣传栏等大力宣传各种安全知识、预防事故的方法和自我保护的相关知识，组织消防培训、消防演习等活动。全面提高了全员的安全生产意识，保证了安全生产宣传的针对性和实效性。对特殊岗位、工种、作业人员，进行了专项培训管理。</w:t>
      </w:r>
      <w:r>
        <w:rPr>
          <w:lang w:eastAsia="zh-CN"/>
        </w:rPr>
        <w:br/>
      </w:r>
      <w:r>
        <w:rPr>
          <w:lang w:eastAsia="zh-CN"/>
        </w:rPr>
        <w:t>　　三、以安全月为契机，落实隐患整改，注重实际效果</w:t>
      </w:r>
      <w:r>
        <w:rPr>
          <w:lang w:eastAsia="zh-CN"/>
        </w:rPr>
        <w:br/>
      </w:r>
    </w:p>
    <w:p w:rsidR="001B1F19" w14:textId="27C3F48A">
      <w:pPr>
        <w:rPr>
          <w:rFonts w:hint="eastAsia"/>
          <w:lang w:eastAsia="zh-CN"/>
        </w:rPr>
      </w:pPr>
      <w:r>
        <w:rPr>
          <w:lang w:eastAsia="zh-CN"/>
        </w:rPr>
        <w:t>　　为了将本次安全月活动落实到实处，使活动的开展有成效，公司各级管理人员经常到基层、现场进行安全检查，针对活动中出现的不良现象，及时指导、督促，并认真落实对所查出隐患的整改工作，保证了活动的正常开展。在安全月活动中，酒店坚持日常检查、每周一次安全检查及专业检查相结合的检查方式。6月初，办公室_全部及工程部对酒店的特种设备进行了专项安全检查，对所查出的隐患(问题)已全部要进行了整改(及时办理了使用登记证及安全附件的年检);6月中旬，由酒店办公室组织专项检查小组对各部门现场进行了跟班安全、消防等方面专项检查，对所查出的不符合要求的地方已严格按照酒店安全生产考核办法进行了考核，并要求部门整改;6月下旬，办公室组织小组成员进行了安全卫生专项安全检查，并对各服务现场进行突击检查，对所查出的不合格项已整改。在安全月中，积极开展卫生安全专项检查，并积极配合酒店安全部对餐饮、客房进行检查。据统计，活动期间，各部门共组织班组级以上安全检查16次，共查出隐患65项(次)，已全部进行整改，整改率达100%。通过有计划、有组织、有目的的检查和小组成员的不定期巡查，使我公司安全月活动变得更加生动、更加全面，有力地推动了安全工作，为酒店经营的良好发展提供了优质的服务。</w:t>
      </w:r>
      <w:r>
        <w:rPr>
          <w:lang w:eastAsia="zh-CN"/>
        </w:rPr>
        <w:br/>
      </w:r>
      <w:r>
        <w:rPr>
          <w:lang w:eastAsia="zh-CN"/>
        </w:rPr>
        <w:t xml:space="preserve">    2024年安全生产月活动周总结 篇17 </w:t>
      </w:r>
      <w:r>
        <w:rPr>
          <w:lang w:eastAsia="zh-CN"/>
        </w:rPr>
        <w:br/>
      </w:r>
      <w:r>
        <w:rPr>
          <w:lang w:eastAsia="zh-CN"/>
        </w:rPr>
        <w:t>　　根据省政府及各上级部门《关于开展20_年安全生产月活动的通知》文件的要求，为全面普及安全生产法律法规和安全知识，提高广大职工的安全素质，促进我公司安全生产状况持续稳定向前发展，结合?安全基础强化年?竞赛活动及?百日安全生产无事故?竞赛活动，我公司于6月份紧紧围绕?强化安全基础，推动安全发展?的主题，开展了安全生产月活动，现将活动总结如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https://d.book118.com/226145022012010052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26145022012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