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2024幼儿园安全的工作总结（31篇）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2024最新幼儿园安全的工作总结（精选31篇）</w:t>
      </w:r>
      <w:r>
        <w:rPr>
          <w:lang w:eastAsia="zh-CN"/>
        </w:rPr>
        <w:br/>
      </w:r>
      <w:r>
        <w:rPr>
          <w:lang w:eastAsia="zh-CN"/>
        </w:rPr>
        <w:t xml:space="preserve">    2024最新幼儿园安全的工作总结 篇1 </w:t>
      </w:r>
      <w:r>
        <w:rPr>
          <w:lang w:eastAsia="zh-CN"/>
        </w:rPr>
        <w:br/>
      </w:r>
      <w:r>
        <w:rPr>
          <w:lang w:eastAsia="zh-CN"/>
        </w:rPr>
        <w:t>　　我园在总校各级领导的关心支持下，坚持预防为主、防治结合、加强教育的原则，通过安全教育，增强幼儿自我防护能力，通过齐抓共管，营造全园教师关心和支持幼儿园安全工作的局面，从而切实保障师生安全和财产不受损失。</w:t>
      </w:r>
      <w:r>
        <w:rPr>
          <w:lang w:eastAsia="zh-CN"/>
        </w:rPr>
        <w:br/>
      </w:r>
      <w:r>
        <w:rPr>
          <w:lang w:eastAsia="zh-CN"/>
        </w:rPr>
        <w:t>　　转眼间，一个学期即将过去。回顾过去，我园为进一步做好安全教育工作，切实加强对安全教育工作的领导，幼儿园把安全工作列入重要议事日程。现将如下：</w:t>
      </w:r>
      <w:r>
        <w:rPr>
          <w:lang w:eastAsia="zh-CN"/>
        </w:rPr>
        <w:br/>
      </w:r>
      <w:r>
        <w:rPr>
          <w:lang w:eastAsia="zh-CN"/>
        </w:rPr>
        <w:t>　　一、为幼儿提供轻松愉快的安全环境。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幼儿园是幼儿每天生活、学习的环境，为了确保幼儿能够生活在一个健康安全的环境中，我们在开学初就对教室的每个角落进行了全面检查，彻底排除不安全因素：平时用不到的插座的地方尽量用玩具柜、床铺挡住，以免幼儿用手触摸，发生危险;把平时常用的插头、插座告知幼儿，并提醒幼儿不玩它们;把平时常用的尖锐的钉子等物，摆放在幼儿够不到的地方;把幼儿平时经常使用的各种工具(剪刀等)摆放在教师与幼儿都能看到的地方，以便教师观察控制;对教室里物品的摆放，我们都会先考虑到是否安全，做到科学合理地摆放，为幼儿创设了一个温馨安全的生活学习环境。</w:t>
      </w:r>
      <w:r>
        <w:rPr>
          <w:lang w:eastAsia="zh-CN"/>
        </w:rPr>
        <w:br/>
      </w:r>
      <w:r>
        <w:rPr>
          <w:lang w:eastAsia="zh-CN"/>
        </w:rPr>
        <w:t>　　二、领导重视，措施有力</w:t>
      </w:r>
      <w:r>
        <w:rPr>
          <w:lang w:eastAsia="zh-CN"/>
        </w:rPr>
        <w:br/>
      </w:r>
      <w:r>
        <w:rPr>
          <w:lang w:eastAsia="zh-CN"/>
        </w:rPr>
        <w:t>　　为进一步做好安全教育工作，切实加强对安全教育工作的领导，幼儿园把安全工作列入重要议事日程，在园长的领导管理下，幼儿园教职工分工负责、组织实施。</w:t>
      </w:r>
      <w:r>
        <w:rPr>
          <w:lang w:eastAsia="zh-CN"/>
        </w:rPr>
        <w:br/>
      </w:r>
      <w:r>
        <w:rPr>
          <w:lang w:eastAsia="zh-CN"/>
        </w:rPr>
        <w:t>　　三、把安全教育融入幼儿的日常生活中，动之以情，晓之以理。</w:t>
      </w:r>
      <w:r>
        <w:rPr>
          <w:lang w:eastAsia="zh-CN"/>
        </w:rPr>
        <w:br/>
      </w:r>
      <w:r>
        <w:rPr>
          <w:lang w:eastAsia="zh-CN"/>
        </w:rPr>
        <w:t>　　我们面对的是一群三五岁的孩子，年龄小，控制力差，安全意识差，对他们讲大道理有时也不能理解，于是，我们就通过幼儿在实际生活中碰到的、见到的、听到的，并通过各种途径搜集一些有关安全方面的信息、图片资料等，让孩子们观察讨论，谈谈自己的看法，讨论并总结应当注意些什么。幼儿每天都要把小椅子搬上几回，开学初，好多小朋友总会把小椅子倒过来或是顶在头上搬，这样搬椅子很容易把小椅子撞到别的小朋友身上，或是撞到桌上墙上，发生危险，于是，我们就教会孩子正确的搬法，学期将近结束，班上没有一位孩子因为被小椅子撞到而产生不良情绪。午餐时，有的孩子不知不觉会把筷子咬在嘴里，我们在提醒幼儿不把筷子咬在嘴里玩的此文来源于文秘家园，教会孩子正确使用筷子的方法，做到：不咬、不挥、不戳、不敲，确保午餐安全。孩子在生活中，经常会碰上突如其来的事情，除了保证幼儿稳定的情绪外，我们还即时教会孩子紧急处理事情的办法，杜绝安全隐患。</w:t>
      </w:r>
      <w:r>
        <w:rPr>
          <w:lang w:eastAsia="zh-CN"/>
        </w:rPr>
        <w:br/>
      </w:r>
      <w:r>
        <w:rPr>
          <w:lang w:eastAsia="zh-CN"/>
        </w:rPr>
        <w:t>　　四、制度保证，措施到位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1、成立幼儿园安全领导小组。由园长负责，制定严格责任追究制度，对造成重大安全事故的教职工，要严肃追究有关老师及直接责任人的责任。</w:t>
      </w:r>
      <w:r>
        <w:rPr>
          <w:lang w:eastAsia="zh-CN"/>
        </w:rPr>
        <w:br/>
      </w:r>
      <w:r>
        <w:rPr>
          <w:lang w:eastAsia="zh-CN"/>
        </w:rPr>
        <w:t>　　2、签订责任书。幼儿园和老师签订安全责任书，明确各自的职责，贯彻谁主管谁负责的原则，做到职责明确。</w:t>
      </w:r>
      <w:r>
        <w:rPr>
          <w:lang w:eastAsia="zh-CN"/>
        </w:rPr>
        <w:br/>
      </w:r>
      <w:r>
        <w:rPr>
          <w:lang w:eastAsia="zh-CN"/>
        </w:rPr>
        <w:t>　　3、不断完善幼儿园安全保卫工作规章制度。建立幼儿园安全保卫工作的各项规章制度，不定期检查和日常防范相结合的安全管理制度，以及幼儿管理、门卫值班、巡逻值班、防火防灾、健康体检等规章制度。严禁组织幼儿从事危险性工作，严禁教师个人利用假期私自带幼儿外出，做到有章可循、违章必究、不留盲点、不出漏洞。</w:t>
      </w:r>
      <w:r>
        <w:rPr>
          <w:lang w:eastAsia="zh-CN"/>
        </w:rPr>
        <w:br/>
      </w:r>
      <w:r>
        <w:rPr>
          <w:lang w:eastAsia="zh-CN"/>
        </w:rPr>
        <w:t>　　4、建立幼儿园安全意外事故处置预案制度。</w:t>
      </w:r>
      <w:r>
        <w:rPr>
          <w:lang w:eastAsia="zh-CN"/>
        </w:rPr>
        <w:br/>
      </w:r>
      <w:r>
        <w:rPr>
          <w:lang w:eastAsia="zh-CN"/>
        </w:rPr>
        <w:t>　　五、把安全教育融入到教学活动中，牢固树立幼儿的安全意识。</w:t>
      </w:r>
      <w:r>
        <w:rPr>
          <w:lang w:eastAsia="zh-CN"/>
        </w:rPr>
        <w:br/>
      </w:r>
      <w:r>
        <w:rPr>
          <w:lang w:eastAsia="zh-CN"/>
        </w:rPr>
        <w:t>　　我们依据学期安全教育计划，有的放矢，把安全教育融入到主题活动中。在开展小小旅行家主题活动中，我们就会提醒幼儿外出要注意的一些安全，这次幼儿园组织的秋游，正好是给幼儿的一次锻炼，在带领幼儿外出参观前，我们都会树立幼儿的安全意识，遵守外出规则，杜绝安全隐患。在开展帽子主题活动中，我们曾讨论过帽子的用途，不同帽子有不同的做用，幼儿也能说出冬天戴帽子能够保暖，我们也会通过一些实例提醒幼儿，骑摩托车要戴头盔，工地施工要戴安全帽等等，幼儿都会用心的记下来，回去甚至提醒父母及叔叔、阿姨注意，幼儿在轻松、愉快的氛围中树立牢固的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六、齐抓共管，群防群治</w:t>
      </w:r>
      <w:r>
        <w:rPr>
          <w:lang w:eastAsia="zh-CN"/>
        </w:rPr>
        <w:br/>
      </w:r>
      <w:r>
        <w:rPr>
          <w:lang w:eastAsia="zh-CN"/>
        </w:rPr>
        <w:t>　　幼儿园安全教育工作是一项社会性的系统工程，需要社会、幼儿园、家庭的密切配合。为此，幼儿园组织开展一系列道德、法制教育活动，并取得了良好的教育效果。</w:t>
      </w:r>
      <w:r>
        <w:rPr>
          <w:lang w:eastAsia="zh-CN"/>
        </w:rPr>
        <w:br/>
      </w:r>
      <w:r>
        <w:rPr>
          <w:lang w:eastAsia="zh-CN"/>
        </w:rPr>
        <w:t>　　七、加强教育、促进自护</w:t>
      </w:r>
      <w:r>
        <w:rPr>
          <w:lang w:eastAsia="zh-CN"/>
        </w:rPr>
        <w:br/>
      </w:r>
      <w:r>
        <w:rPr>
          <w:lang w:eastAsia="zh-CN"/>
        </w:rPr>
        <w:t>　　要确保安全，根本在于提高安全意识，自我防范和自护自救能力，抓好安全教育，是幼儿园安全工作的基础。幼儿园开展深入全面的大检查，消除隐患，有针对性地进行防护和防范工作。</w:t>
      </w:r>
      <w:r>
        <w:rPr>
          <w:lang w:eastAsia="zh-CN"/>
        </w:rPr>
        <w:br/>
      </w:r>
      <w:r>
        <w:rPr>
          <w:lang w:eastAsia="zh-CN"/>
        </w:rPr>
        <w:t>　　八、家园沟通，确保幼儿园外安全。</w:t>
      </w:r>
      <w:r>
        <w:rPr>
          <w:lang w:eastAsia="zh-CN"/>
        </w:rPr>
        <w:br/>
      </w:r>
      <w:r>
        <w:rPr>
          <w:lang w:eastAsia="zh-CN"/>
        </w:rPr>
        <w:t>　　本学期，我们利用家长园地、家园联系册、通过家访、电访等形式，与家长联系，及时提醒家长确保幼儿在家时、外出时的安全。我们还对每一位幼儿的来园、离园接送车辆、接送家长进行登记并核实，确保幼儿接送安全。</w:t>
      </w:r>
      <w:r>
        <w:rPr>
          <w:lang w:eastAsia="zh-CN"/>
        </w:rPr>
        <w:br/>
      </w:r>
      <w:r>
        <w:rPr>
          <w:lang w:eastAsia="zh-CN"/>
        </w:rPr>
        <w:t>　　九、加强检查、及时整改</w:t>
      </w:r>
      <w:r>
        <w:rPr>
          <w:lang w:eastAsia="zh-CN"/>
        </w:rPr>
        <w:br/>
      </w:r>
      <w:r>
        <w:rPr>
          <w:lang w:eastAsia="zh-CN"/>
        </w:rPr>
        <w:t>　　开展常规检查。每学期开学以后，幼儿园把安全教育工作作为重点检查内容之一。幼儿园对校舍进行全面的安全检查。</w:t>
      </w:r>
      <w:r>
        <w:rPr>
          <w:lang w:eastAsia="zh-CN"/>
        </w:rPr>
        <w:br/>
      </w:r>
      <w:r>
        <w:rPr>
          <w:lang w:eastAsia="zh-CN"/>
        </w:rPr>
        <w:t>　　十、存在的主要问题和下步打算</w:t>
      </w:r>
      <w:r>
        <w:rPr>
          <w:lang w:eastAsia="zh-CN"/>
        </w:rPr>
        <w:br/>
      </w:r>
      <w:r>
        <w:rPr>
          <w:lang w:eastAsia="zh-CN"/>
        </w:rPr>
        <w:t>　　我们在安全保卫方面做了一些工作，安全保卫工作得到加强，但是安全保卫工作的难度越来越大，幼儿园安全保卫工作的开展面临着许多困难。</w:t>
      </w:r>
      <w:r>
        <w:rPr>
          <w:lang w:eastAsia="zh-CN"/>
        </w:rPr>
        <w:br/>
      </w:r>
      <w:r>
        <w:rPr>
          <w:lang w:eastAsia="zh-CN"/>
        </w:rPr>
        <w:t>　　1、社会育人环境存在不利于师生安全的因素。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2、幼儿自我保护意识和安全防范能力低，大大增加了幼儿园安全工作的难度。</w:t>
      </w:r>
      <w:r>
        <w:rPr>
          <w:lang w:eastAsia="zh-CN"/>
        </w:rPr>
        <w:br/>
      </w:r>
      <w:r>
        <w:rPr>
          <w:lang w:eastAsia="zh-CN"/>
        </w:rPr>
        <w:t>　　今后，我们将进一步重视安全保卫工作，及时解决安全保卫工作中发现的新问题，不断提高我园安全保卫工作水平。</w:t>
      </w:r>
      <w:r>
        <w:rPr>
          <w:lang w:eastAsia="zh-CN"/>
        </w:rPr>
        <w:br/>
      </w:r>
      <w:r>
        <w:rPr>
          <w:lang w:eastAsia="zh-CN"/>
        </w:rPr>
        <w:t>　　安全工作是一项长期而艰巨的工作，我们将时刻警记!努力为幼儿提供健康安全的环境，确保每位幼儿健康快乐地成长。</w:t>
      </w:r>
      <w:r>
        <w:rPr>
          <w:lang w:eastAsia="zh-CN"/>
        </w:rPr>
        <w:br/>
      </w:r>
      <w:r>
        <w:rPr>
          <w:lang w:eastAsia="zh-CN"/>
        </w:rPr>
        <w:t xml:space="preserve">    2024最新幼儿园安全的工作总结 篇2 </w:t>
      </w:r>
      <w:r>
        <w:rPr>
          <w:lang w:eastAsia="zh-CN"/>
        </w:rPr>
        <w:br/>
      </w:r>
      <w:r>
        <w:rPr>
          <w:lang w:eastAsia="zh-CN"/>
        </w:rPr>
        <w:t>　　转眼间,一个学期即将过去。回顾这学期,我园为进一步做好安全教育工作,切实加强安全教育工作的领导,我园把安全工作列入重要议事日程，安全教育是幼儿园教育永恒的话题,幼儿园是纵多幼儿集体生活的场所,老师深知安全工作的重要性,不予余力的做好安全工作。现将安全教育工作总结如下：</w:t>
      </w:r>
      <w:r>
        <w:rPr>
          <w:lang w:eastAsia="zh-CN"/>
        </w:rPr>
        <w:br/>
      </w:r>
      <w:r>
        <w:rPr>
          <w:lang w:eastAsia="zh-CN"/>
        </w:rPr>
        <w:t>　　一、树立安全第一的思想,把安全工作放在我园工作的重中之中。</w:t>
      </w:r>
      <w:r>
        <w:rPr>
          <w:lang w:eastAsia="zh-CN"/>
        </w:rPr>
        <w:br/>
      </w:r>
      <w:r>
        <w:rPr>
          <w:lang w:eastAsia="zh-CN"/>
        </w:rPr>
        <w:t>　　我园定期对全体教职工进行安全教育,增强教职工的责任感,并组织全体教职工认真学习上级转发的各种安全教育、安全检查等文件,通过学习,让大家明确到安全工作是人命关天的大事,安全工作人人有责,使教职工的思想上对安全高度重视。</w:t>
      </w:r>
      <w:r>
        <w:rPr>
          <w:lang w:eastAsia="zh-CN"/>
        </w:rPr>
        <w:br/>
      </w:r>
      <w:r>
        <w:rPr>
          <w:lang w:eastAsia="zh-CN"/>
        </w:rPr>
        <w:t>　　二、健全安全管理机制,严格执行安全防范制度。</w:t>
      </w:r>
      <w:r>
        <w:rPr>
          <w:lang w:eastAsia="zh-CN"/>
        </w:rPr>
        <w:br/>
      </w:r>
      <w:r>
        <w:rPr>
          <w:lang w:eastAsia="zh-CN"/>
        </w:rPr>
        <w:t>　　成立安全工作领导小组。为了把安全工作落实到位,我园成立了安全工作领导小组,负责全园各项安全工作,定期对幼儿园设施进行检查,查找园内不安全隐患,发现问题及时采取措施加以消除,确保幼儿园的安全。</w:t>
      </w:r>
      <w:r>
        <w:rPr>
          <w:lang w:eastAsia="zh-CN"/>
        </w:rPr>
        <w:br/>
      </w:r>
      <w:r>
        <w:rPr>
          <w:lang w:eastAsia="zh-CN"/>
        </w:rPr>
        <w:t>　　三、为幼儿提供轻松愉快的安全环境。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1、教室、寝室每日通风换气、保持干净,并闭窗消毒;</w:t>
      </w:r>
      <w:r>
        <w:rPr>
          <w:lang w:eastAsia="zh-CN"/>
        </w:rPr>
        <w:br/>
      </w:r>
      <w:r>
        <w:rPr>
          <w:lang w:eastAsia="zh-CN"/>
        </w:rPr>
        <w:t>　　2、保证桌椅的安全、卫生;</w:t>
      </w:r>
      <w:r>
        <w:rPr>
          <w:lang w:eastAsia="zh-CN"/>
        </w:rPr>
        <w:br/>
      </w:r>
      <w:r>
        <w:rPr>
          <w:lang w:eastAsia="zh-CN"/>
        </w:rPr>
        <w:t>　　3、每周清洗、消毒玩具;</w:t>
      </w:r>
      <w:r>
        <w:rPr>
          <w:lang w:eastAsia="zh-CN"/>
        </w:rPr>
        <w:br/>
      </w:r>
      <w:r>
        <w:rPr>
          <w:lang w:eastAsia="zh-CN"/>
        </w:rPr>
        <w:t>　　4、保证幼儿的水杯进行高温消毒;</w:t>
      </w:r>
      <w:r>
        <w:rPr>
          <w:lang w:eastAsia="zh-CN"/>
        </w:rPr>
        <w:br/>
      </w:r>
      <w:r>
        <w:rPr>
          <w:lang w:eastAsia="zh-CN"/>
        </w:rPr>
        <w:t>　　5、及时预防传染病的发生。</w:t>
      </w:r>
      <w:r>
        <w:rPr>
          <w:lang w:eastAsia="zh-CN"/>
        </w:rPr>
        <w:br/>
      </w:r>
      <w:r>
        <w:rPr>
          <w:lang w:eastAsia="zh-CN"/>
        </w:rPr>
        <w:t>　　6、户外活动时,提醒幼儿活动要求,注意安全。检查活动场地的安全性,及时排除不安全因素,确保幼儿安全,做到及时消除不安全的隐患,保障幼儿安全。</w:t>
      </w:r>
      <w:r>
        <w:rPr>
          <w:lang w:eastAsia="zh-CN"/>
        </w:rPr>
        <w:br/>
      </w:r>
      <w:r>
        <w:rPr>
          <w:lang w:eastAsia="zh-CN"/>
        </w:rPr>
        <w:t>　　7、通过标记,进行潜移默化的教育。制作有电,不要触摸、不摸插头开关、等图标,提示幼儿:小心触电,不玩插头开关,小声说话、保护嗓子。</w:t>
      </w:r>
      <w:r>
        <w:rPr>
          <w:lang w:eastAsia="zh-CN"/>
        </w:rPr>
        <w:br/>
      </w:r>
      <w:r>
        <w:rPr>
          <w:lang w:eastAsia="zh-CN"/>
        </w:rPr>
        <w:t>　　8、注意幼儿的细节,教育幼儿不做有危险的事。不乱往嘴里放东西,以免小物体堵塞气管。也不能将小东西塞到、鼻、耳中。</w:t>
      </w:r>
      <w:r>
        <w:rPr>
          <w:lang w:eastAsia="zh-CN"/>
        </w:rPr>
        <w:br/>
      </w:r>
      <w:r>
        <w:rPr>
          <w:lang w:eastAsia="zh-CN"/>
        </w:rPr>
        <w:t>　　9、加强对食品卫生的管理坚持执行《食品卫生法》等文件规定,严把食品采购关、加工关,不购买腐烂、变质的食品。存放食品有专人专门管理,加强餐具和炊具的消毒工作,严防食物中毒和经食物传达室播疾病 .</w:t>
      </w:r>
      <w:r>
        <w:rPr>
          <w:lang w:eastAsia="zh-CN"/>
        </w:rPr>
        <w:br/>
      </w:r>
      <w:r>
        <w:rPr>
          <w:lang w:eastAsia="zh-CN"/>
        </w:rPr>
        <w:t>　　10、签订责任书幼儿园和老师、家长签订安全责任书,明确各自的职责,做到职责明确</w:t>
      </w:r>
      <w:r>
        <w:rPr>
          <w:lang w:eastAsia="zh-CN"/>
        </w:rPr>
        <w:br/>
      </w:r>
      <w:r>
        <w:rPr>
          <w:lang w:eastAsia="zh-CN"/>
        </w:rPr>
        <w:t>　　四、谈话引导,师幼共同制定规则,遵守规则。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我们开展了一系列的行为规则活动和安全主题活动,并利用日常生活中的突发事件,和幼儿探讨、共同制定行为规则,使行为规则被幼儿接受,养成遵守规则的习惯。</w:t>
      </w:r>
      <w:r>
        <w:rPr>
          <w:lang w:eastAsia="zh-CN"/>
        </w:rPr>
        <w:br/>
      </w:r>
      <w:r>
        <w:rPr>
          <w:lang w:eastAsia="zh-CN"/>
        </w:rPr>
        <w:t>　　五、开展安全教育活动,增强幼儿防范意识。</w:t>
      </w:r>
      <w:r>
        <w:rPr>
          <w:lang w:eastAsia="zh-CN"/>
        </w:rPr>
        <w:br/>
      </w:r>
      <w:r>
        <w:rPr>
          <w:lang w:eastAsia="zh-CN"/>
        </w:rPr>
        <w:t>　　安全知识最终要转化为安全行为才是教育的根本,才是最有现实意义。首先我园在园内过道、楼梯贴上安全标记图,在入园处设有活动看板,以经常提示幼儿。其次是开展一系列安全主题活动,让小朋友认识交通标记,懂得交通规则。给小朋友介绍火灾形成的原因,消防车的作用,灭火器的使用注意事项。最后教给幼儿自救的方法,通过防震、防火演练,让幼儿掌握简单的自救技能,认识地震、水灾、火灾发生时的自救方法,使幼儿的安全意识有了明显的提高,心理素质,应变能力明显加强。</w:t>
      </w:r>
      <w:r>
        <w:rPr>
          <w:lang w:eastAsia="zh-CN"/>
        </w:rPr>
        <w:br/>
      </w:r>
      <w:r>
        <w:rPr>
          <w:lang w:eastAsia="zh-CN"/>
        </w:rPr>
        <w:t>　　把安全教育融入到教学活动中,牢固树立幼儿的安全意识。运用儿歌、故事向幼儿介绍外出游玩安全、乘车安全、交通规则等。学会正确拨打特殊电话号码:110、119、120,学习正确表述困难、得到营救。了解简单的自救技能,通过消防演习,学习自救。能背出父母的电话号码,家庭住址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六、重视传染病的防治工作,措施到位,责任到位在春季传染病高峰,我园能按上级指示要求,认真做好传染病防控工作,对幼儿进行卫生教育,要求幼儿勤洗手、勤洗脸、勤饮水、勤换衣服,保持好个人卫生。用紫外线对教室、寝室消毒,用消毒液擦洗幼儿桌椅、玩具等,地面喷洒来苏,餐具餐餐消毒,坚持一人一杯定时消毒。严格执行晨检制度,晨检做到一摸、二看、三问、四查,及时掌握幼儿健康状态,发现问题及时处理。这学期来,我园严格执行安全制度和检查制度,全园教职工始终把安全放在第一位,在今后的工作中,我园将继续加强幼儿园安全管理工作,不断提高幼儿和教职工的安全意识,努力为幼儿营造一个更安全的幼儿园环境,促进幼儿更健康、更快乐的成长!</w:t>
      </w:r>
      <w:r>
        <w:rPr>
          <w:lang w:eastAsia="zh-CN"/>
        </w:rPr>
        <w:br/>
      </w:r>
      <w:r>
        <w:rPr>
          <w:lang w:eastAsia="zh-CN"/>
        </w:rPr>
        <w:t>　　七、做好家长的安全工作。家长是孩子的第一任老师,也是安全教育的重要指导者。加强幼儿的教育首先就要加强家长的安全意识。为此，我们给家长温馨提示,宣传交通安全、校园安全、饮食安全等知识,配合好幼儿园做好安全防范工作。让家长配合班级安全教育活动的开展,告诉幼儿一些安全知识以及一些防范措施。家园合作,充分利用家园专栏,向家长宣传安全教育,达成家园共识,引起共鸣。</w:t>
      </w:r>
      <w:r>
        <w:rPr>
          <w:lang w:eastAsia="zh-CN"/>
        </w:rPr>
        <w:br/>
      </w:r>
      <w:r>
        <w:rPr>
          <w:lang w:eastAsia="zh-CN"/>
        </w:rPr>
        <w:t xml:space="preserve">    2024最新幼儿园安全的工作总结 篇3 </w:t>
      </w:r>
      <w:r>
        <w:rPr>
          <w:lang w:eastAsia="zh-CN"/>
        </w:rPr>
        <w:br/>
      </w:r>
      <w:r>
        <w:rPr>
          <w:lang w:eastAsia="zh-CN"/>
        </w:rPr>
        <w:t>　　一年时间转眼间就过去了,回顾这一学年的安全工作,我园的安全工作在龚园长的重视和支持下，坚持预防为主、防治结合、加强教育的原则，通过我们的不懈努力,我园的安全工作取得了较好的成效。现将一年来我园的安全工作总结如下:</w:t>
      </w:r>
      <w:r>
        <w:rPr>
          <w:lang w:eastAsia="zh-CN"/>
        </w:rPr>
        <w:br/>
      </w:r>
      <w:r>
        <w:rPr>
          <w:lang w:eastAsia="zh-CN"/>
        </w:rPr>
        <w:t>　　一、指导思想</w:t>
      </w:r>
      <w:r>
        <w:rPr>
          <w:lang w:eastAsia="zh-CN"/>
        </w:rPr>
        <w:br/>
      </w:r>
      <w:r>
        <w:rPr>
          <w:lang w:eastAsia="zh-CN"/>
        </w:rPr>
        <w:t>　　随着我园不断地发展，安全工作更为重要，龚园长对安全工作也提出了更高的要求。因此，作为安全负责人员，不仅要提高政治素养,而且还要注重加强学习，不断提高个人的水平，努力做到，工作中坚持以防为主，巡防巡查，尽心尽力的履行了自己的岗位职责。</w:t>
      </w:r>
      <w:r>
        <w:rPr>
          <w:lang w:eastAsia="zh-CN"/>
        </w:rPr>
        <w:br/>
      </w:r>
      <w:r>
        <w:rPr>
          <w:lang w:eastAsia="zh-CN"/>
        </w:rPr>
        <w:t>　　二、工作目标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认真学习贯彻执行，安全生产月活动，建立各种安全规章制度，按照谁主管，谁负责的原则，层层落实签订安全目标工作，责任书，做到责任到位。经常向教师、幼儿进行安全教育，教育内容要以消防安全和防中毒、防传染病、防侵害、防触电、防突发性事故为重点，加强法制教育。自防自救教育与防火防灾教育，食品卫生与健康教育等，增强全园教职工的防范意识，提前消除事故隐患，提高自我保护和自救能力。</w:t>
      </w:r>
      <w:r>
        <w:rPr>
          <w:lang w:eastAsia="zh-CN"/>
        </w:rPr>
        <w:br/>
      </w:r>
      <w:r>
        <w:rPr>
          <w:lang w:eastAsia="zh-CN"/>
        </w:rPr>
        <w:t>　　三、安全领导小组</w:t>
      </w:r>
      <w:r>
        <w:rPr>
          <w:lang w:eastAsia="zh-CN"/>
        </w:rPr>
        <w:br/>
      </w:r>
      <w:r>
        <w:rPr>
          <w:lang w:eastAsia="zh-CN"/>
        </w:rPr>
        <w:t>　　园长重视，认识到位，建立由龚鸿容为第一责任人的幼儿园安全工作领导小组，把安全工作摆到主要工作议事日程之中，定期召开安全工作会议，做到年初有计划，半年有小结，全年有总结，为全园营造一个安全、健康的学习和工作环境。</w:t>
      </w:r>
      <w:r>
        <w:rPr>
          <w:lang w:eastAsia="zh-CN"/>
        </w:rPr>
        <w:br/>
      </w:r>
      <w:r>
        <w:rPr>
          <w:lang w:eastAsia="zh-CN"/>
        </w:rPr>
        <w:t>　　四、主要工作成效</w:t>
      </w:r>
      <w:r>
        <w:rPr>
          <w:lang w:eastAsia="zh-CN"/>
        </w:rPr>
        <w:br/>
      </w:r>
      <w:r>
        <w:rPr>
          <w:lang w:eastAsia="zh-CN"/>
        </w:rPr>
        <w:t>　　1、贯穿谁主管谁负责的原则，做到职责明确。教师签订安全责任书，责任书上写明各自的职责范围，落实了岗位安全责任制，防止任何意外伤害事故的发生，将责任落到实处。</w:t>
      </w:r>
      <w:r>
        <w:rPr>
          <w:lang w:eastAsia="zh-CN"/>
        </w:rPr>
        <w:br/>
      </w:r>
      <w:r>
        <w:rPr>
          <w:lang w:eastAsia="zh-CN"/>
        </w:rPr>
        <w:t>　　2、严格遵守《食品卫生法》，做好幼儿饮食安全卫生管理工作。向提供幼儿食品供应商索要三证，并查验三证。同时定期或不定期检查定点采购点的状况。并坚持执行每天食物48小时留样制度和厨房饮食卫生、消毒工作等制度。一年来，我园无发生过食物中毒安全责任事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不断完善幼儿园门卫安全工作规章制度。建立幼儿园安全保卫工作的各项规章制度及考核制度，认真的督导门卫人员执行外来人员登记及夜间巡逻制度，并做好外来人员登记及巡逻情况登记，确保幼儿园各项安全工作的实施。同时，我们严格要求门卫工作人员每天穿制服上岗，增强工作责任心，不擅自离岗。并做好安全防范、自身防范的工作，报警器的畅通。为了保证幼儿的安全，我们加强了幼儿来园离园时间段的监护看管工作，以防突发事件发生，也防幼儿走失。同时，我们严格要求家长遵守凭卡接送幼儿制度，门卫人员都能认真履行工作职责。</w:t>
      </w:r>
      <w:r>
        <w:rPr>
          <w:lang w:eastAsia="zh-CN"/>
        </w:rPr>
        <w:br/>
      </w:r>
      <w:r>
        <w:rPr>
          <w:lang w:eastAsia="zh-CN"/>
        </w:rPr>
        <w:t>　　4、加强了卫生保健工作，把好晨检关。值班教师对每天入园的幼儿进行一摸二看三观察四询问的严格检查。同时，我们严格要求保育员认真做好卫生消毒工作，严把消毒关。对幼儿的用品、桌面、门把手、积木、玩具以及幼儿摸得到的地方都进行严格消毒，定期对每个教室和寝室各进行了1个小时的紫外线灯消毒。因此，本学期未发生过一例的传染病继发和服错药的事件。</w:t>
      </w:r>
      <w:r>
        <w:rPr>
          <w:lang w:eastAsia="zh-CN"/>
        </w:rPr>
        <w:br/>
      </w:r>
      <w:r>
        <w:rPr>
          <w:lang w:eastAsia="zh-CN"/>
        </w:rPr>
        <w:t>　　五、加强教育、促进自护</w:t>
      </w:r>
      <w:r>
        <w:rPr>
          <w:lang w:eastAsia="zh-CN"/>
        </w:rPr>
        <w:br/>
      </w:r>
      <w:r>
        <w:rPr>
          <w:lang w:eastAsia="zh-CN"/>
        </w:rPr>
        <w:t>　　1、为了提高幼儿的安全意识，学年初我们制定了完善的突发事件应急预案、幼儿园防范应急疏散预案、防 应急预案、幼儿园大型活动应急预案、等各种安全应急工作预案，并开展不同类型的突发事件紧急预案的逃生演练活动，如：消防疏散演练、地震疏散演练等演练，并及时结合演练情况对预案中存在的问题加以调整、完善，</w:t>
      </w:r>
      <w:r>
        <w:rPr>
          <w:lang w:eastAsia="zh-CN"/>
        </w:rPr>
        <w:br/>
      </w:r>
      <w:r>
        <w:rPr>
          <w:lang w:eastAsia="zh-CN"/>
        </w:rPr>
        <w:t>　　并组织全园教职工及幼儿观看各种安全教育视频，不断增强师幼的安全防范意识、法制意识和自救自护的能力。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幼儿园认真组织全体教职工学习了各种法律法规，增强法律意识，使每一位教职工遵纪守法，为人师表，依法执教。做好安全宣传工作。我们利用园务公开栏、各班级宣传栏等途径进行安全工作宣传。同时，我们还通过分发致家长一封信、张贴标语等形式，提高了家长的安全意识。</w:t>
      </w:r>
      <w:r>
        <w:rPr>
          <w:lang w:eastAsia="zh-CN"/>
        </w:rPr>
        <w:br/>
      </w:r>
      <w:r>
        <w:rPr>
          <w:lang w:eastAsia="zh-CN"/>
        </w:rPr>
        <w:t>　　3、不断加强幼儿的安全常识教育。各班把安全教育贯穿于整个教学之中，常抓不懈。</w:t>
      </w:r>
      <w:r>
        <w:rPr>
          <w:lang w:eastAsia="zh-CN"/>
        </w:rPr>
        <w:br/>
      </w:r>
      <w:r>
        <w:rPr>
          <w:lang w:eastAsia="zh-CN"/>
        </w:rPr>
        <w:t>　　4、创设安全教育环境，营造良好的教育氛围。为了提高幼儿的安全意识，我们在幼儿园的楼梯口、走廊等处都贴上了疏散示意图，让全体教职工及幼儿更明确疏散的途径，避免出现 。</w:t>
      </w:r>
      <w:r>
        <w:rPr>
          <w:lang w:eastAsia="zh-CN"/>
        </w:rPr>
        <w:br/>
      </w:r>
      <w:r>
        <w:rPr>
          <w:lang w:eastAsia="zh-CN"/>
        </w:rPr>
        <w:t>　　5、开展安全生产月安全教育日活动，提高了幼儿的自我保护能力，增强了幼儿防范未然的意识。</w:t>
      </w:r>
      <w:r>
        <w:rPr>
          <w:lang w:eastAsia="zh-CN"/>
        </w:rPr>
        <w:br/>
      </w:r>
      <w:r>
        <w:rPr>
          <w:lang w:eastAsia="zh-CN"/>
        </w:rPr>
        <w:t>　　六、加强检查、及时整改</w:t>
      </w:r>
      <w:r>
        <w:rPr>
          <w:lang w:eastAsia="zh-CN"/>
        </w:rPr>
        <w:br/>
      </w:r>
      <w:r>
        <w:rPr>
          <w:lang w:eastAsia="zh-CN"/>
        </w:rPr>
        <w:t>　　搞好幼儿园设备、房舍、场地、用水、用电等安全防护措施，切实做好幼儿园的防火、防溺水、防盗、防事故等方面的安全工作。并做好一系列的措施。组织安全领导小组定期的对幼儿园安全工作进行检查，发现问题，及时整改。</w:t>
      </w:r>
      <w:r>
        <w:rPr>
          <w:lang w:eastAsia="zh-CN"/>
        </w:rPr>
        <w:br/>
      </w:r>
      <w:r>
        <w:rPr>
          <w:lang w:eastAsia="zh-CN"/>
        </w:rPr>
        <w:t>　　七、加强防范保障安全</w:t>
      </w:r>
      <w:r>
        <w:rPr>
          <w:lang w:eastAsia="zh-CN"/>
        </w:rPr>
        <w:br/>
      </w:r>
      <w:r>
        <w:rPr>
          <w:lang w:eastAsia="zh-CN"/>
        </w:rPr>
        <w:t>　　保障幼儿园各项大型活动的顺利开展，做好一切安全防范工作。如：幼儿园开展庆六一儿童节家长开放日等活动期间，提前制定了大型活动应急预案为了让活动开展的有声有色，我们提前对活动周围的场地、器械等物质进行检查，使得幼儿园的各项活动开展得很顺利，得到家长和社会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八、今后努力的方向</w:t>
      </w:r>
      <w:r>
        <w:rPr>
          <w:lang w:eastAsia="zh-CN"/>
        </w:rPr>
        <w:br/>
      </w:r>
      <w:r>
        <w:rPr>
          <w:lang w:eastAsia="zh-CN"/>
        </w:rPr>
        <w:t>　　我园一年来，积极开展安全活动，维护幼儿园的正常的教学秩序，努力创造一个良好的教育教学环境，取得了很好的成绩。需努力的地方：</w:t>
      </w:r>
      <w:r>
        <w:rPr>
          <w:lang w:eastAsia="zh-CN"/>
        </w:rPr>
        <w:br/>
      </w:r>
      <w:r>
        <w:rPr>
          <w:lang w:eastAsia="zh-CN"/>
        </w:rPr>
        <w:t>　　1、必须继续加强门卫在幼儿来园与离园时间段的高度责任感，全面履行保卫职责，努力做好本职工作。</w:t>
      </w:r>
      <w:r>
        <w:rPr>
          <w:lang w:eastAsia="zh-CN"/>
        </w:rPr>
        <w:br/>
      </w:r>
      <w:r>
        <w:rPr>
          <w:lang w:eastAsia="zh-CN"/>
        </w:rPr>
        <w:t>　　2、继续加强不定期对幼儿园的各项环境、器械的检查和维修工作。</w:t>
      </w:r>
      <w:r>
        <w:rPr>
          <w:lang w:eastAsia="zh-CN"/>
        </w:rPr>
        <w:br/>
      </w:r>
      <w:r>
        <w:rPr>
          <w:lang w:eastAsia="zh-CN"/>
        </w:rPr>
        <w:t>　　3、根据不同时期，要进一步拓展安全教育内容，扩大全园教职工及幼儿的安全视野。</w:t>
      </w:r>
      <w:r>
        <w:rPr>
          <w:lang w:eastAsia="zh-CN"/>
        </w:rPr>
        <w:br/>
      </w:r>
      <w:r>
        <w:rPr>
          <w:lang w:eastAsia="zh-CN"/>
        </w:rPr>
        <w:t>　　今后，我们将继续监督，进一步重视安全工作，及时解决安全保卫工作中发现的新问题，不断提高我园安全工作水平。</w:t>
      </w:r>
      <w:r>
        <w:rPr>
          <w:lang w:eastAsia="zh-CN"/>
        </w:rPr>
        <w:br/>
      </w:r>
      <w:r>
        <w:rPr>
          <w:lang w:eastAsia="zh-CN"/>
        </w:rPr>
        <w:t xml:space="preserve">    2024最新幼儿园安全的工作总结 篇4 </w:t>
      </w:r>
      <w:r>
        <w:rPr>
          <w:lang w:eastAsia="zh-CN"/>
        </w:rPr>
        <w:br/>
      </w:r>
      <w:r>
        <w:rPr>
          <w:lang w:eastAsia="zh-CN"/>
        </w:rPr>
        <w:t>　　安全工作是幼儿园工作的重中之重，在安全工作中，我园牢固树立“安全第一，责任重于泰山”的思想意识，以学习实践科学发展观、创建人民满意的学校为契机，以构建“健康校园、平安校园、和谐校园”为目的，不断探索幼儿园多方面与安全有关的工作途径，使幼儿园工作顺利有序开展。</w:t>
      </w:r>
      <w:r>
        <w:rPr>
          <w:lang w:eastAsia="zh-CN"/>
        </w:rPr>
        <w:br/>
      </w:r>
      <w:r>
        <w:rPr>
          <w:lang w:eastAsia="zh-CN"/>
        </w:rPr>
        <w:t>　　一、成立安全组织，加强领导不放松。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幼儿园安全工作是事关广大师生生命和财产安全的大事，我们始终把幼儿园安全问题放在突出的位置，牢固树立安全工作“责任重于泰山”的重要思想，充分认识安全工作的重要性，在人力和财力上加大对安全工作的投入，切实加强组织领导。幼儿园成立了以园长为组长，分管主任为副组长，相关处室负责人为成员的安全工作领导小组，领导小组的同志针对幼儿园安全工作勤督促、勤检查，加强领导不放松。</w:t>
      </w:r>
      <w:r>
        <w:rPr>
          <w:lang w:eastAsia="zh-CN"/>
        </w:rPr>
        <w:br/>
      </w:r>
      <w:r>
        <w:rPr>
          <w:lang w:eastAsia="zh-CN"/>
        </w:rPr>
        <w:t>　　二、树立安全意识，统一思想不掉队。</w:t>
      </w:r>
      <w:r>
        <w:rPr>
          <w:lang w:eastAsia="zh-CN"/>
        </w:rPr>
        <w:br/>
      </w:r>
      <w:r>
        <w:rPr>
          <w:lang w:eastAsia="zh-CN"/>
        </w:rPr>
        <w:t>　　幼儿园把安全工作纳入幼儿园工作的重要议事日程。按照各级主管部门关于安全工作的要求，每年都制订学年度和学期安全工作计划，有保障措施。幼儿园召开的班子会、教职工大会、班主任会议等各种会议上逢会都必须研究、强调和部署幼儿园安全工作。</w:t>
      </w:r>
      <w:r>
        <w:rPr>
          <w:lang w:eastAsia="zh-CN"/>
        </w:rPr>
        <w:br/>
      </w:r>
      <w:r>
        <w:rPr>
          <w:lang w:eastAsia="zh-CN"/>
        </w:rPr>
        <w:t>　　安全工作的重点是及时消除隐患，以防为主加强全园师生的安全教育，防患于未然，为此我们提出要树立“责任”意识、“忧患”意识、“防范”意识，并要求齐抓共管、全员参与；在预防上狠下功夫，把安全当成服务师生、服务教学的一项服务工作、牢记在心。同时要求班主任，积极宣传“安全第一、预防为主”的安全保护方针，在日常工作中要与上一级领导的思想保持一致，能严格遵守幼儿园各项安全制度的操作规程，共同提高安全防范意识。一旦发现问题能立即上报并采取有效措施、全力解决、妥善处理。</w:t>
      </w:r>
      <w:r>
        <w:rPr>
          <w:lang w:eastAsia="zh-CN"/>
        </w:rPr>
        <w:br/>
      </w:r>
      <w:r>
        <w:rPr>
          <w:lang w:eastAsia="zh-CN"/>
        </w:rPr>
        <w:t>　　1、幼儿园安全教育纳入了教育教学计划，做到了有计划有落实。安全教育成为幼儿园教育教学计划的重要组成部分，做到课程安排、教师、教材三落实，有力地促进了教育教学工作的开展。在3月份和11月份，我们分别组织开展了震灾火灾紧急疏散逃生演练，进一步提高了师生防震、防火安全意识和自救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定期开展有针对性的安全知识宣传和教育活动。有固定的安全宣传阵地，如宣传栏、安全主题班会、安全课、设置安全主题警示标语、标志、安全知识展板等，形成了良好的安全文化氛围。今年6月份，我园特邀八桥卫生院的郭晓辉医生，为我园教职工作了一场常见的急救方法和心肺复苏知识方面的知识培训；11月份又邀请消防大队的肖警官，到我园作了一场消防知识方面的专题讲座，有效地增强了师生的安全防范意识和做好安全工作的自觉性。</w:t>
      </w:r>
      <w:r>
        <w:rPr>
          <w:lang w:eastAsia="zh-CN"/>
        </w:rPr>
        <w:br/>
      </w:r>
      <w:r>
        <w:rPr>
          <w:lang w:eastAsia="zh-CN"/>
        </w:rPr>
        <w:t>　　3、师生的安全意识强，幼儿园安全稳定。通过几年来坚持不懈的强化对师生的安全教育，师生的安全防范意识明显增强，多年未发生安全责任事故，安全工作成绩突出。</w:t>
      </w:r>
      <w:r>
        <w:rPr>
          <w:lang w:eastAsia="zh-CN"/>
        </w:rPr>
        <w:br/>
      </w:r>
      <w:r>
        <w:rPr>
          <w:lang w:eastAsia="zh-CN"/>
        </w:rPr>
        <w:t>　　三、强化安全管理，圆满顺畅不空位。</w:t>
      </w:r>
      <w:r>
        <w:rPr>
          <w:lang w:eastAsia="zh-CN"/>
        </w:rPr>
        <w:br/>
      </w:r>
      <w:r>
        <w:rPr>
          <w:lang w:eastAsia="zh-CN"/>
        </w:rPr>
        <w:t>　　1、学期初利用不同形式对本园师生进行了防盗、防火、防踩塌、防传染性疾病、交通等安全教育，平时认真抓好安全教育，课间有值班领导巡视，严禁幼儿在课间追逐打闹。牢固树立了“安全第一，预防为主”的思想。</w:t>
      </w:r>
      <w:r>
        <w:rPr>
          <w:lang w:eastAsia="zh-CN"/>
        </w:rPr>
        <w:br/>
      </w:r>
      <w:r>
        <w:rPr>
          <w:lang w:eastAsia="zh-CN"/>
        </w:rPr>
        <w:t>　　2、门卫值班室24小时设岗，实行封闭式管理，坚决做到外来车辆谢绝入内，园内秩序井然，确保教育教学工作的顺利开展。节假日值勤期间都有带班领导，负责当班期间安全检查工作。</w:t>
      </w:r>
      <w:r>
        <w:rPr>
          <w:lang w:eastAsia="zh-CN"/>
        </w:rPr>
        <w:br/>
      </w:r>
      <w:r>
        <w:rPr>
          <w:lang w:eastAsia="zh-CN"/>
        </w:rPr>
        <w:t>　　3、定期召开各岗位安全工作会议，强化安全教育，杜绝侥幸心理。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严格执行了接送卡制度。我们还印发了告家长书、通知，把各年段幼儿的放学时间改成了三个时间段，并要求每位家长凭“门禁卡”方可入园接送孩子，没卡决不让家长进大门，严格执行接送卡制度。对外来人员进入校园，要求他们进行实名登记、说明进园事由并填写身份证号码后方可进入园内。</w:t>
      </w:r>
      <w:r>
        <w:rPr>
          <w:lang w:eastAsia="zh-CN"/>
        </w:rPr>
        <w:br/>
      </w:r>
      <w:r>
        <w:rPr>
          <w:lang w:eastAsia="zh-CN"/>
        </w:rPr>
        <w:t>　　5、幼儿园每学年组织幼儿进行体格健康状况检查，有效地防止了幼儿因病引发意外事故发生。</w:t>
      </w:r>
      <w:r>
        <w:rPr>
          <w:lang w:eastAsia="zh-CN"/>
        </w:rPr>
        <w:br/>
      </w:r>
      <w:r>
        <w:rPr>
          <w:lang w:eastAsia="zh-CN"/>
        </w:rPr>
        <w:t>　　6、加强教育教学活动的安全管理，落实相应的责任。执行大型活动报批制度，并且提前做好安全预案。</w:t>
      </w:r>
      <w:r>
        <w:rPr>
          <w:lang w:eastAsia="zh-CN"/>
        </w:rPr>
        <w:br/>
      </w:r>
      <w:r>
        <w:rPr>
          <w:lang w:eastAsia="zh-CN"/>
        </w:rPr>
        <w:t>　　7、开展警园共建，加强对幼儿园交通安全和周边环境的治理，聘请司法所的同志为我园法制副园长，进一步强化幼儿园治安工作。</w:t>
      </w:r>
      <w:r>
        <w:rPr>
          <w:lang w:eastAsia="zh-CN"/>
        </w:rPr>
        <w:br/>
      </w:r>
      <w:r>
        <w:rPr>
          <w:lang w:eastAsia="zh-CN"/>
        </w:rPr>
        <w:t>　　8、加强师德师风建设，教育职工遵守职业道德，严禁体罚和变相体罚幼儿。</w:t>
      </w:r>
      <w:r>
        <w:rPr>
          <w:lang w:eastAsia="zh-CN"/>
        </w:rPr>
        <w:br/>
      </w:r>
      <w:r>
        <w:rPr>
          <w:lang w:eastAsia="zh-CN"/>
        </w:rPr>
        <w:t>　　9、做好校园的卫生防疫工作，定期对校园进行消毒。严把晨检午检关，实行请假幼儿跟踪监测制，严防各种传染病在幼儿园蔓延。</w:t>
      </w:r>
      <w:r>
        <w:rPr>
          <w:lang w:eastAsia="zh-CN"/>
        </w:rPr>
        <w:br/>
      </w:r>
      <w:r>
        <w:rPr>
          <w:lang w:eastAsia="zh-CN"/>
        </w:rPr>
        <w:t>　　10、抓好食品卫生工作，杜绝中毒事件发生。我们要求每个孩子都有健康卡，每个教职工都有健康证及上岗证。并对食堂的管理加大了力度，严格执行了食品采购专人负责，专人负责验收、品尝和采样。杜绝了一切不合格食品的入园、入口。同时，我们除了定期组织他们学习外，还要求保健老师亲自入橱房，指导监督菜的清洗、烹调和品尝工作。老师、保育员通过看、闻观察幼儿食欲断定食品质量，层层把好食品关，确保食品的新鲜、卫生、安全。</w:t>
      </w:r>
      <w:r>
        <w:rPr>
          <w:lang w:eastAsia="zh-CN"/>
        </w:rPr>
        <w:br/>
      </w:r>
      <w:r>
        <w:rPr>
          <w:lang w:eastAsia="zh-CN"/>
        </w:rPr>
        <w:t>　　四、划分责任范围，层层承包不推诿。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落实“安全第一、预防为主”的方针，认真贯彻执行上级有关安全工作的指示，切实加强安全工作、防止各类安全责任事故的发生。我园与各处室、班级、教职工之间签订了层层安全工作目标责任书，园长负总责为第一责任人，各处室主任为分管主要责任人，班主任为具体负责人。组织人员进行定期和不定期的安全排查。发现安全隐患，不推诿，及时上报，及时整改，责任到人。</w:t>
      </w:r>
      <w:r>
        <w:rPr>
          <w:lang w:eastAsia="zh-CN"/>
        </w:rPr>
        <w:br/>
      </w:r>
      <w:r>
        <w:rPr>
          <w:lang w:eastAsia="zh-CN"/>
        </w:rPr>
        <w:t>　　五、定期安全排查，及时上报不隐瞒。</w:t>
      </w:r>
      <w:r>
        <w:rPr>
          <w:lang w:eastAsia="zh-CN"/>
        </w:rPr>
        <w:br/>
      </w:r>
      <w:r>
        <w:rPr>
          <w:lang w:eastAsia="zh-CN"/>
        </w:rPr>
        <w:t>　　为了进一步做好安全工作，我们每月举行一次安全排查，查漏补缺，防微杜渐。排查内容包括校园环境的设施、电路及安排幼儿活动场地、器材等。一年来我们对园内的不安全橱柜进行了维修，对老化的电路进行了更换；对受损的大型玩具进行了维修；对安全通道堆放的`物品进行了转移；对坏的消毒柜进行了维修；对一些已坏且有不安全隐患的玩具进行了清除。无论在校园内的任何地方，发生了幼儿受伤事件在第一现场的教职工都要及时抢救。第一时间上报，并根据病情和伤情以最快的时间送到就近医院。同时通知幼儿家长，不得向家长隐瞒实情。</w:t>
      </w:r>
      <w:r>
        <w:rPr>
          <w:lang w:eastAsia="zh-CN"/>
        </w:rPr>
        <w:br/>
      </w:r>
      <w:r>
        <w:rPr>
          <w:lang w:eastAsia="zh-CN"/>
        </w:rPr>
        <w:t>　　六、落实应急预案，反应迅速不麻痹。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为保障幼儿园教育教学秩序正常开展，维护幼儿园稳定。确保发生安全事故时处理迅速到位，我们制定有各类《安全事故应急预案》。凡发现有安全隐患和安全事故，应急处理指挥领导小组的成员以及事故所在位置的老师及其它的责任人都要在最短的时间内到达事故现场。由安全信息员对安全预警及幼儿安全信息及时通报，保障通讯联络畅通，将相关的安全规定和幼儿在园的情况都能够及时告知其监护人，建立和完善了幼儿家长联系制度，加强了幼儿园和家长的沟通，促进了幼儿园的安全管理水平的提高。</w:t>
      </w:r>
      <w:r>
        <w:rPr>
          <w:lang w:eastAsia="zh-CN"/>
        </w:rPr>
        <w:br/>
      </w:r>
      <w:r>
        <w:rPr>
          <w:lang w:eastAsia="zh-CN"/>
        </w:rPr>
        <w:t>　　七、严格晨检制度，防病措施不放松</w:t>
      </w:r>
      <w:r>
        <w:rPr>
          <w:lang w:eastAsia="zh-CN"/>
        </w:rPr>
        <w:br/>
      </w:r>
      <w:r>
        <w:rPr>
          <w:lang w:eastAsia="zh-CN"/>
        </w:rPr>
        <w:t>　　要求保健医生严格执行晨检制度，晨检时注重"看"、"摸"、"问"，发现问题，及时处理，并做好记录，确保每天出入园的幼儿身体健康。及时掌握生病幼儿的情况，晨检后反馈到班级，使带班教师可以对生病的儿童进行特殊护理，班中老师及时反馈保健医生幼儿的当日情况，以便做好全日观察。</w:t>
      </w:r>
      <w:r>
        <w:rPr>
          <w:lang w:eastAsia="zh-CN"/>
        </w:rPr>
        <w:br/>
      </w:r>
      <w:r>
        <w:rPr>
          <w:lang w:eastAsia="zh-CN"/>
        </w:rPr>
        <w:t>　　今年，我们严格执行卫生保健制度，坚持以预防为主的方针，根据季节的不同，对园内幼儿活动和生活场所、物品进行定期消毒。坚持开窗通风，每日为幼儿提供清洁安全的生活空间。在春季呼吸道疾病高发季节和防流感期间，尤其是在预防手足口和甲型流感工作方面，积极采取有效措施，加强流感疫情预防、控制工作，建立了缺勤监测、报告与管理制度，对缺席幼儿进行家访，了解缺席原因，对患感冒、发热的幼儿作好观察隔离工作，并主动向家长做好解释工作，取得家长的配合，同时增加了预防服药，提高了消毒的密度与强度，同时每天向上级部门坚持报告制度。</w:t>
      </w:r>
      <w:r>
        <w:rPr>
          <w:lang w:eastAsia="zh-CN"/>
        </w:rPr>
        <w:br/>
      </w:r>
      <w:r>
        <w:rPr>
          <w:lang w:eastAsia="zh-CN"/>
        </w:rPr>
        <w:t>　　八、做好档案管理，有案可查不含糊。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严明我园安全工作领导责任制，档案管理制和责任追究制，使幼儿园安全工作做到有章可依，违章必究，不留盲点，不出漏洞，我们有自己的档案管理制度，有档案管理责任人，对我园在何时何处所发现的安全隐患和发生的安全事故及处理方案。我们都做下记录、整理。认真保管，绝不含糊。这样，我园的安全工作才开展有序、落实有案，才能更好地促进我园的全局工作。</w:t>
      </w:r>
      <w:r>
        <w:rPr>
          <w:lang w:eastAsia="zh-CN"/>
        </w:rPr>
        <w:br/>
      </w:r>
      <w:r>
        <w:rPr>
          <w:lang w:eastAsia="zh-CN"/>
        </w:rPr>
        <w:t>　　安全工作只有起点没有终点，必须做到警钟长鸣，这是一项长期的复杂的系统工程，我们必须高度重视以制度为纲、以落实为要，科学分工、各司其职，责任落到实处，工作落到细处，齐抓共管，确保幼儿园和师生生命财产安全，为推动我园健康、平安、和谐发展，我们八桥幼儿园全体师生将一如既往、不懈努力。</w:t>
      </w:r>
      <w:r>
        <w:rPr>
          <w:lang w:eastAsia="zh-CN"/>
        </w:rPr>
        <w:br/>
      </w:r>
      <w:r>
        <w:rPr>
          <w:lang w:eastAsia="zh-CN"/>
        </w:rPr>
        <w:t xml:space="preserve">    2024最新幼儿园安全的工作总结 篇5 </w:t>
      </w:r>
      <w:r>
        <w:rPr>
          <w:lang w:eastAsia="zh-CN"/>
        </w:rPr>
        <w:br/>
      </w:r>
      <w:r>
        <w:rPr>
          <w:lang w:eastAsia="zh-CN"/>
        </w:rPr>
        <w:t>　　“安全”是幼儿园永恒的主题。安全工作重在落实，要落实在每个人的思想上，更要落实在实际行动中。为切实保障全体师生生命及财产安全，维持幼儿园正常教育教学秩序，现将全年工作汇总如下：</w:t>
      </w:r>
      <w:r>
        <w:rPr>
          <w:lang w:eastAsia="zh-CN"/>
        </w:rPr>
        <w:br/>
      </w:r>
      <w:r>
        <w:rPr>
          <w:lang w:eastAsia="zh-CN"/>
        </w:rPr>
        <w:t>　　一、强化制度落实，注重培训实效</w:t>
      </w:r>
      <w:r>
        <w:rPr>
          <w:lang w:eastAsia="zh-CN"/>
        </w:rPr>
        <w:br/>
      </w:r>
      <w:r>
        <w:rPr>
          <w:lang w:eastAsia="zh-CN"/>
        </w:rPr>
        <w:t>　　全面落实安全责任制度，明确责任齐抓共管，与各岗位教职工层层签订安全责任书。定期进行安全应急预案演练，通过实操演练明晰各岗位职责，加强过程管理抓好日常安全防范。本学年安全培训20次，采用外聘专家与园所自培相结合的形式规范教职工行为提高安全意识。今年园所结合实际每半月推出今天我主讲—安全案例，由教职工成为学习主讲嘉宾，用自己身边的实例，为大家筑牢安全之门。</w:t>
      </w:r>
      <w:r>
        <w:rPr>
          <w:lang w:eastAsia="zh-CN"/>
        </w:rPr>
        <w:br/>
      </w:r>
      <w:r>
        <w:rPr>
          <w:lang w:eastAsia="zh-CN"/>
        </w:rPr>
        <w:t>　　二、加大隐患健全三防机制创建平安园所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为安保人员配备新防暴叉、防暴手套。园所实行“封闭式”管理，严格门卫管理制度。冬季家长进院不进楼，春夏秋三季家长不进园，对确需进出园所人员进行严格登记、测量体温，禁止未佩戴口罩、体温异常人员进入园所。幼儿离园后对园所周边、大门、门卫室进行消毒、通风。从开学之日起在原有基础上有效充实护学岗力量，所有行政管理人员早晚接待全部参与其中确保幼儿入园、离园安全。同时与管辖派出所保持密切联系，落实社会治安防范措施。</w:t>
      </w:r>
      <w:r>
        <w:rPr>
          <w:lang w:eastAsia="zh-CN"/>
        </w:rPr>
        <w:br/>
      </w:r>
      <w:r>
        <w:rPr>
          <w:lang w:eastAsia="zh-CN"/>
        </w:rPr>
        <w:t>　　三、消防安全，警钟长鸣</w:t>
      </w:r>
      <w:r>
        <w:rPr>
          <w:lang w:eastAsia="zh-CN"/>
        </w:rPr>
        <w:br/>
      </w:r>
      <w:r>
        <w:rPr>
          <w:lang w:eastAsia="zh-CN"/>
        </w:rPr>
        <w:t>　　消除火灾隐患，杜绝事故发生，确保幼儿园重点部位的消防安全。消防安全宣传教育面达100%，要利用微信、美篇、宣传专栏、安全教育课。消防设施、器材完好率达100%。消防安全检查做到三结合：全园检查与重点部位检查相结合，随时检与节假日大检查相结合，检查与整改相结。本年度组织开展消防演练2次、消防知识讲座1次。做到人人重视消防、人人参与消防、人人学会消防、把安全工作落到实处。</w:t>
      </w:r>
      <w:r>
        <w:rPr>
          <w:lang w:eastAsia="zh-CN"/>
        </w:rPr>
        <w:br/>
      </w:r>
      <w:r>
        <w:rPr>
          <w:lang w:eastAsia="zh-CN"/>
        </w:rPr>
        <w:t>　　四、食品安全长抓不懈</w:t>
      </w:r>
      <w:r>
        <w:rPr>
          <w:lang w:eastAsia="zh-CN"/>
        </w:rPr>
        <w:br/>
      </w:r>
      <w:r>
        <w:rPr>
          <w:lang w:eastAsia="zh-CN"/>
        </w:rPr>
        <w:t>　　1、4D厨房管理目视化标准化。厨房案板、刀具彩色管理一目了然，配备标准留样冰箱，不锈钢置物容器，固化了厨房定置定位。保证幼儿舌尖上的安全，把好幼儿食品“入口关”，做好食品验收、制作加工环节，食品外包装严格消毒，建立健全消毒记录，严把冷冻产品关，严格冷冻食品存放，分类并明确标识。</w:t>
      </w:r>
      <w:r>
        <w:rPr>
          <w:lang w:eastAsia="zh-CN"/>
        </w:rPr>
        <w:br/>
      </w:r>
      <w:r>
        <w:rPr>
          <w:lang w:eastAsia="zh-CN"/>
        </w:rPr>
        <w:t>　　五、全面实施防控落实卫生防病制度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疫情防控严细实。把关严：做好晨检和二级晨检及全日观察工作、定时巡检、按时做好信息报告；防控细：师生日四次体温监测、幼儿及家长日入园前健康状况接龙、教职工幼儿家长健康情况、传染病接触史情况报告等，做好台账加强排查、管控，保证师幼健康入园。落地实：加强健康宣教，组织教师开展传染病预防知识学习，幼儿健康日主题课程：咳嗽、洗手等正确方法。</w:t>
      </w:r>
      <w:r>
        <w:rPr>
          <w:lang w:eastAsia="zh-CN"/>
        </w:rPr>
        <w:br/>
      </w:r>
      <w:r>
        <w:rPr>
          <w:lang w:eastAsia="zh-CN"/>
        </w:rPr>
        <w:t>　　2、消毒规范彻底。依据托儿所幼儿园卫生保健工作规范以及幼教处传染病三级防控消毒标准做好日常消毒工作。制作了：《疫情期间卫生消毒记录》、《包钢蒙古族幼儿园卫生消毒手册》、《传染病防控手册》规范消毒记录、消毒方法、明确消毒要求、注意事项。同时对全体教师进行传染病防控知识培训，使全体教师能够分区域、分方法进行全方位、无死角彻底消毒。</w:t>
      </w:r>
      <w:r>
        <w:rPr>
          <w:lang w:eastAsia="zh-CN"/>
        </w:rPr>
        <w:br/>
      </w:r>
      <w:r>
        <w:rPr>
          <w:lang w:eastAsia="zh-CN"/>
        </w:rPr>
        <w:t>　　3、传染病防控针对性强。我园针对幼儿因病缺勤情况做好因病缺勤追查，及时对幼儿患病情况进行分析，做好消毒工作和健康管理。我园针对幼儿患病情况，及时向家长做好宣教，让家长有针对性的对宝贝进行疾病预防，家园配合提高幼儿身体自身抵抗力，养成良好的.卫生习惯，掌握科学的育儿方法。</w:t>
      </w:r>
      <w:r>
        <w:rPr>
          <w:lang w:eastAsia="zh-CN"/>
        </w:rPr>
        <w:br/>
      </w:r>
      <w:r>
        <w:rPr>
          <w:lang w:eastAsia="zh-CN"/>
        </w:rPr>
        <w:t>　　六、安全齐抓共管，隐患排查全覆盖</w:t>
      </w:r>
      <w:r>
        <w:rPr>
          <w:lang w:eastAsia="zh-CN"/>
        </w:rPr>
        <w:br/>
      </w:r>
      <w:r>
        <w:rPr>
          <w:lang w:eastAsia="zh-CN"/>
        </w:rPr>
        <w:t>　　房屋、设施设备的使用、维护管理安全常态化。</w:t>
      </w:r>
      <w:r>
        <w:rPr>
          <w:lang w:eastAsia="zh-CN"/>
        </w:rPr>
        <w:br/>
      </w:r>
      <w:r>
        <w:rPr>
          <w:lang w:eastAsia="zh-CN"/>
        </w:rPr>
        <w:t>　　七、抓实常规管理安全教育重落实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园将幼儿一日安全管理工作放在首位，扎实推进各项培训，每半月主题性安全案例分析学习，每月幼儿安全教育活动丰富多彩，着力开展疫情防控、消防安全、应对自然灾害、防范校园伤害、生活安全小常识等安全教育活动。</w:t>
      </w:r>
      <w:r>
        <w:rPr>
          <w:lang w:eastAsia="zh-CN"/>
        </w:rPr>
        <w:br/>
      </w:r>
      <w:r>
        <w:rPr>
          <w:lang w:eastAsia="zh-CN"/>
        </w:rPr>
        <w:t>　　安全工作无小事，我们只有立足防范齐抓共管，牢固树立‘安全第一’的理念，始终保持高度的警觉，做到警钟长鸣，才能做好幼儿园的安全工作，为各项工作奠定基础。</w:t>
      </w:r>
      <w:r>
        <w:rPr>
          <w:lang w:eastAsia="zh-CN"/>
        </w:rPr>
        <w:br/>
      </w:r>
      <w:r>
        <w:rPr>
          <w:lang w:eastAsia="zh-CN"/>
        </w:rPr>
        <w:t xml:space="preserve">    2024最新幼儿园安全的工作总结 篇6 </w:t>
      </w:r>
      <w:r>
        <w:rPr>
          <w:lang w:eastAsia="zh-CN"/>
        </w:rPr>
        <w:br/>
      </w:r>
      <w:r>
        <w:rPr>
          <w:lang w:eastAsia="zh-CN"/>
        </w:rPr>
        <w:t>　　《幼儿园教育指导纲要》明确指出：“幼儿园必须把保护幼儿的生命和促进幼儿的健康放在工作的首位。”“要为幼儿提供健康、丰富的学习和生活活动，满足幼儿各方面发展的需要；要让幼儿知道必要的安全保健知识，学习保护自己。”可见安全工作的重要性。本学期在镇领导的关心、指导下，由园长统一布暑、后勤主任带领全园教职工共同努力，本学期我园的安全工作取得了较好的成效。现将本学期我园的安全工作总结如下：</w:t>
      </w:r>
      <w:r>
        <w:rPr>
          <w:lang w:eastAsia="zh-CN"/>
        </w:rPr>
        <w:br/>
      </w:r>
      <w:r>
        <w:rPr>
          <w:lang w:eastAsia="zh-CN"/>
        </w:rPr>
        <w:t>　　一、加强学习，更新观念，强化安全意识。 每周例会组织教职工学习相关的安全知识，认真学习上级转发的各种安全教育、安全检查等文件，通过学习，明确到安全工作是人命关天的大事，安全工作人人有责，在思想上对安全工作有一个高度重视。同时，在每周例会安全会上认真学习一些事故案例分析，与其他老师一起分析讨论、查找原因，在意识上为自己敲响警钟，以免幼儿发生安全事故。取得了全年无安全事故发生的好成绩。</w:t>
      </w:r>
      <w:r>
        <w:rPr>
          <w:lang w:eastAsia="zh-CN"/>
        </w:rPr>
        <w:br/>
      </w:r>
      <w:r>
        <w:rPr>
          <w:lang w:eastAsia="zh-CN"/>
        </w:rPr>
        <w:t>　　二、健全安全管理机制，严格执行安全防范制度。</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认真学习贯彻执行，教育局颁发的安全工作指示精神，建立各种安全规章制度，健全各层之间的安全工作组织机构，按照“谁主管，谁负责”的原则，层层落实签订安全目标工作，责任书，做到各项到位，责任到位。</w:t>
      </w:r>
      <w:r>
        <w:rPr>
          <w:lang w:eastAsia="zh-CN"/>
        </w:rPr>
        <w:br/>
      </w:r>
      <w:r>
        <w:rPr>
          <w:lang w:eastAsia="zh-CN"/>
        </w:rPr>
        <w:t>　　1、严格遵守《食品卫生法》，做好幼儿饮食安全卫生管理工作。</w:t>
      </w:r>
      <w:r>
        <w:rPr>
          <w:lang w:eastAsia="zh-CN"/>
        </w:rPr>
        <w:br/>
      </w:r>
      <w:r>
        <w:rPr>
          <w:lang w:eastAsia="zh-CN"/>
        </w:rPr>
        <w:t>　　向提供幼儿食品供应商索要“三证”，并查验“三证”。同时定期或不定期检查定点采购点的状况。采购人员、验收人员等严格把好食品关：严格执行食品卫生管理办法和遵守食品卫生制度，并坚持执行每天食物48小时留样制度和厨房饮食卫生、消毒工作等制度。一年来，我园无发生过食物中毒安全责任事故。</w:t>
      </w:r>
      <w:r>
        <w:rPr>
          <w:lang w:eastAsia="zh-CN"/>
        </w:rPr>
        <w:br/>
      </w:r>
      <w:r>
        <w:rPr>
          <w:lang w:eastAsia="zh-CN"/>
        </w:rPr>
        <w:t>　　2、不断完善幼儿园门卫安全工作规章制度。</w:t>
      </w:r>
      <w:r>
        <w:rPr>
          <w:lang w:eastAsia="zh-CN"/>
        </w:rPr>
        <w:br/>
      </w:r>
      <w:r>
        <w:rPr>
          <w:lang w:eastAsia="zh-CN"/>
        </w:rPr>
        <w:t>　　建立幼儿园安全保卫工作的各项规章制度及考核制度，认真的检查督导门卫人员执行外来人员登记及夜间巡逻制度，并做好外来人员登记及巡逻情况登记，确保幼儿园各项安全工作的实施。同时，我们严格要求门卫工作人员每天穿上制服，衣着整齐的上岗，增强工作责任心，不擅自离岗。并做好技术防范、自身防范的工作，保证电话、报警器的畅通。为了保证幼儿的安全，我们加强了幼儿来园离园时间段的监护看管工作，以防突发事件发生，也防幼儿走失。同时，我们严格要求家长遵守凭卡接送幼儿制度，门卫为第一道防线，督促家长凭卡接送方可入园，如无带卡者，一律经老师沟通确认方可离园。两名门卫人员都能认真履行工作职责。</w:t>
      </w:r>
      <w:r>
        <w:rPr>
          <w:lang w:eastAsia="zh-CN"/>
        </w:rPr>
        <w:br/>
      </w:r>
      <w:r>
        <w:rPr>
          <w:lang w:eastAsia="zh-CN"/>
        </w:rPr>
        <w:t>　　三、开展安全教育活动，增强幼儿防范意识。</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本学期注重安全教育在一日活动中的重要性，培养幼儿良好的活动常规、自身安全和自我保护，以避开危险、避免自身伤害。本学期开展了安全疏散演练，组织幼儿快速上下楼梯，教育幼儿一些相关的逃生自救本领。今年3月31日－4月5是第七个福建省学校安全教育日，主题为“强化安全意识，提升安全素养”。根据本园实际情况，制定活动方案，有针对性地开展安全宣传教育，开展“安全周”等安全教育活动，通过一系列内容丰富、形式多样的活动：一次安全教育（观看视频），一次安全大检查、一次幼儿安全绘画比赛。教师每周的安全教育活动如：交通安全、防地震、减震、防火等一系列活动，向幼儿介绍有关危险时如何保护自己的能力。加强幼儿安全意识。夏季来临，儿童溺水死亡的机率提高了，我园开展了防溺水专项活动，具体内容有：组织幼儿观看安全防溺水视频、分发告家长一封信等，不断丰富师生的安全知识，增强师生的安全意识，提高师生的防范能力，进一步强化校园安全工作。</w:t>
      </w:r>
      <w:r>
        <w:rPr>
          <w:lang w:eastAsia="zh-CN"/>
        </w:rPr>
        <w:br/>
      </w:r>
      <w:r>
        <w:rPr>
          <w:lang w:eastAsia="zh-CN"/>
        </w:rPr>
        <w:t>　　四、存在的不足及努力的方向：</w:t>
      </w:r>
      <w:r>
        <w:rPr>
          <w:lang w:eastAsia="zh-CN"/>
        </w:rPr>
        <w:br/>
      </w:r>
      <w:r>
        <w:rPr>
          <w:lang w:eastAsia="zh-CN"/>
        </w:rPr>
        <w:t>　　1、继续加强门卫来园与离园时间段的高度责任感，全面履行保卫职责，努力做好本职工作。</w:t>
      </w:r>
      <w:r>
        <w:rPr>
          <w:lang w:eastAsia="zh-CN"/>
        </w:rPr>
        <w:br/>
      </w:r>
      <w:r>
        <w:rPr>
          <w:lang w:eastAsia="zh-CN"/>
        </w:rPr>
        <w:t>　　2、继续加强不定期对幼儿园的各项环境、器械的检查和维修工作。</w:t>
      </w:r>
      <w:r>
        <w:rPr>
          <w:lang w:eastAsia="zh-CN"/>
        </w:rPr>
        <w:br/>
      </w:r>
      <w:r>
        <w:rPr>
          <w:lang w:eastAsia="zh-CN"/>
        </w:rPr>
        <w:t>　　3、根据不同时期，要进一步拓展安全教育内容，扩大全园教职工及幼儿的安全视野。</w:t>
      </w:r>
      <w:r>
        <w:rPr>
          <w:lang w:eastAsia="zh-CN"/>
        </w:rPr>
        <w:br/>
      </w:r>
      <w:r>
        <w:rPr>
          <w:lang w:eastAsia="zh-CN"/>
        </w:rPr>
        <w:t>　　今后，我们将进一步重视安全保卫工作，及时解决安全保卫工作中发现的新问题，不断提高我园安全保卫工作水平。</w:t>
      </w:r>
      <w:r>
        <w:rPr>
          <w:lang w:eastAsia="zh-CN"/>
        </w:rPr>
        <w:br/>
      </w:r>
      <w:r>
        <w:rPr>
          <w:lang w:eastAsia="zh-CN"/>
        </w:rPr>
        <w:t xml:space="preserve">    2024最新幼儿园安全的工作总结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本学年，我园在上级的正确领导和亲切关怀指导下，全体教职工齐心协力，团结合作，坚持“预防为主、防治结合、加强教育”的原则，通过安全教育，增强了幼儿自我防护能力。通过齐抓共管，营造了全园教职工关心和支持幼儿园安全工作的局面。这学期，我们在安全管理上求真，在安全教育上务实，为了使幼儿身心得到更好的发展，确保幼儿的安全，使幼儿形成初步的安全意识，对安全工作总结如下：</w:t>
      </w:r>
      <w:r>
        <w:rPr>
          <w:lang w:eastAsia="zh-CN"/>
        </w:rPr>
        <w:br/>
      </w:r>
      <w:r>
        <w:rPr>
          <w:lang w:eastAsia="zh-CN"/>
        </w:rPr>
        <w:t>　　一、加强领导，严格管理，明确责任，抓好幼儿园安全工作。</w:t>
      </w:r>
      <w:r>
        <w:rPr>
          <w:lang w:eastAsia="zh-CN"/>
        </w:rPr>
        <w:br/>
      </w:r>
      <w:r>
        <w:rPr>
          <w:lang w:eastAsia="zh-CN"/>
        </w:rPr>
        <w:t>　　1.“安全”是幼儿园永恒的主题。</w:t>
      </w:r>
      <w:r>
        <w:rPr>
          <w:lang w:eastAsia="zh-CN"/>
        </w:rPr>
        <w:br/>
      </w:r>
      <w:r>
        <w:rPr>
          <w:lang w:eastAsia="zh-CN"/>
        </w:rPr>
        <w:t>　　抓安全是幼儿园领导的头等大事，安全工作重在落实，要落实在每个人的思想上，更要落实在实际行动中。为此，幼儿园实行了网格化管理，安全工作人人齐抓共管的局面，园长具体负责安全工作。要求各岗位教职工在上班下班前必须将所自己管辖的区域进行安全检查，待每一环节确认安全无误后方可上岗或离岗。每天安全小组人员进行安全巡视，发现问题及时整改上报，并认真做好安全检查记录，切实将安全工作做扎实。</w:t>
      </w:r>
      <w:r>
        <w:rPr>
          <w:lang w:eastAsia="zh-CN"/>
        </w:rPr>
        <w:br/>
      </w:r>
      <w:r>
        <w:rPr>
          <w:lang w:eastAsia="zh-CN"/>
        </w:rPr>
        <w:t>　　2. 幼儿园始终坚持“安全第一，预防为主”的方针。</w:t>
      </w:r>
      <w:r>
        <w:rPr>
          <w:lang w:eastAsia="zh-CN"/>
        </w:rPr>
        <w:br/>
      </w:r>
      <w:r>
        <w:rPr>
          <w:lang w:eastAsia="zh-CN"/>
        </w:rPr>
        <w:t>　　这学年，我们主要在安全管理中突出重点，坚持开展安全教育和培训工作，通过有计划、有组织的多种形式的安全教育，使全体教职工认识到“安全”的重要性，没有安全保障，就谈不上任何工作。从而在思想上、行动上形成共识。通过培训、学习和实际演练、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使全体教职工在掌握安全知识、提高安全意识的同时增强了对安全设备、设施的感性认识，强化了安全意识，真正做到了“临场不乱，报警不慌”，提高了全体教职工对突发事故的应急能力，为幼儿园保教工作的开展提供了安全保证。</w:t>
      </w:r>
      <w:r>
        <w:rPr>
          <w:lang w:eastAsia="zh-CN"/>
        </w:rPr>
        <w:br/>
      </w:r>
      <w:r>
        <w:rPr>
          <w:lang w:eastAsia="zh-CN"/>
        </w:rPr>
        <w:t>　　3.不断建立健全、修改、完善幼儿园各项安全制度，增强安全防范，注重安全管理制度化。</w:t>
      </w:r>
      <w:r>
        <w:rPr>
          <w:lang w:eastAsia="zh-CN"/>
        </w:rPr>
        <w:br/>
      </w:r>
      <w:r>
        <w:rPr>
          <w:lang w:eastAsia="zh-CN"/>
        </w:rPr>
        <w:t>　　搞好幼儿园安全工作主要是做好日常生活中的安全防范问题，建立健全检查和管理制度。成立安全管理小组，由园长亲自担任组长，各班主任为成员，各成员分清职责，层层签订安全目标责任书，明确安全责任，强化安全责任心。每月按时进行例会，并对安全情况总结分析，每月召开安全工作专题研讨会，发现隐 患及时处理，使安全工作做到万无一失。</w:t>
      </w:r>
      <w:r>
        <w:rPr>
          <w:lang w:eastAsia="zh-CN"/>
        </w:rPr>
        <w:br/>
      </w:r>
      <w:r>
        <w:rPr>
          <w:lang w:eastAsia="zh-CN"/>
        </w:rPr>
        <w:t>　　4.坚持定期不定期进行安全排查工作：</w:t>
      </w:r>
      <w:r>
        <w:rPr>
          <w:lang w:eastAsia="zh-CN"/>
        </w:rPr>
        <w:br/>
      </w:r>
      <w:r>
        <w:rPr>
          <w:lang w:eastAsia="zh-CN"/>
        </w:rPr>
        <w:t>　　每月，安全管理小组都会在园长的带领下，排查幼儿园的安全隐患，安全小组人员每天排查园内各种设施、设备、活动场地、大型玩教具、器械、护栏、门窗、电源、开关、燃气灶等的安全状态，排查灭火设施（灭火器是否过期）及报警装置及安全情况和放置位置及完好使用状态情况，排查应急通道是否畅通等，以确保出现紧急情况时，可及时获得外来援助等，从而确保安全工作顺利进行。</w:t>
      </w:r>
      <w:r>
        <w:rPr>
          <w:lang w:eastAsia="zh-CN"/>
        </w:rPr>
        <w:br/>
      </w:r>
      <w:r>
        <w:rPr>
          <w:lang w:eastAsia="zh-CN"/>
        </w:rPr>
        <w:t>　　二、高度重视安全工作，提高教职工和幼儿的安全意识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园高度重视安全工作，定期对全体教职工进行安全教育，增强教职工的责任感。并组织全体教职工认真学习上级转发的各种安全教育、安全检查等文件，通过学习，让大家明确到安全工作是人命关天的大事，安全工作人人有责，使教职工在思想上对安全工作高度重视。组织教职工学习报刊、杂志、媒体报道的各类事故、案例，分析产生事故的原因，进行讨论评述，除了少数不可预测的突发事件外，幼儿园很多事故主要还是当事者责任心不强造成的，让大家认识到自己肩负的责任重大，要引以为戒，加强责任心才能杜绝事故的发生。本学期，我们共进行了一次防外来侵害演练，一次消防安全演练，一次地震应急演练，通过演练大大的提高了教职工和幼儿的安全意识。</w:t>
      </w:r>
      <w:r>
        <w:rPr>
          <w:lang w:eastAsia="zh-CN"/>
        </w:rPr>
        <w:br/>
      </w:r>
      <w:r>
        <w:rPr>
          <w:lang w:eastAsia="zh-CN"/>
        </w:rPr>
        <w:t>　　三、加强幼儿园食品卫生工作的规范管理</w:t>
      </w:r>
      <w:r>
        <w:rPr>
          <w:lang w:eastAsia="zh-CN"/>
        </w:rPr>
        <w:br/>
      </w:r>
      <w:r>
        <w:rPr>
          <w:lang w:eastAsia="zh-CN"/>
        </w:rPr>
        <w:t>　　食品卫生工作是幼儿园安全工作的一项重点工作，为了保证幼儿 的食品安全，我园建立健全了卫生防疫与食品卫生安全工作责任制，将幼儿园卫生防疫、食品卫生安全工作的责任分解落实到具体负责人，做到职责到岗，责任到人。食堂分管人员对食品卫生加大监管力度，保证食堂各项设施、设备、物品和食物的采购符合安全要求，严格把好食品安全质量关，严防出现幼儿园食物中毒事故发生，强化广大教职工的食品卫生安全意识和健康知识，自觉抵制不干净食品，增强防病能力和公共卫生责任感，从而，保证广大教师和幼儿健康和生命安全，并坚持定期不定期进行食品卫生检查，切实有效地加强食品卫生安全管理，及时排查食品卫生安全隐患，要求库房严把出入库关，坚持发票索要制度，不进过期、腐烂、变质食物，做好消毒记录、物品采购和食品留样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四、加强保安管理制度</w:t>
      </w:r>
      <w:r>
        <w:rPr>
          <w:lang w:eastAsia="zh-CN"/>
        </w:rPr>
        <w:br/>
      </w:r>
      <w:r>
        <w:rPr>
          <w:lang w:eastAsia="zh-CN"/>
        </w:rPr>
        <w:t>　　为加强安全管理，保证幼儿安全，幼儿园加强了幼儿园接送管理制度。家长中途有事需要接孩子离园，先要给本班老师打电话，由老师将孩子安全送到家长手中。并规定凡不认识的人或未成年人来接孩子，一律不准放行，以确保孩子安全。严格执行外来人员登记制度，禁止外人入内。</w:t>
      </w:r>
      <w:r>
        <w:rPr>
          <w:lang w:eastAsia="zh-CN"/>
        </w:rPr>
        <w:br/>
      </w:r>
      <w:r>
        <w:rPr>
          <w:lang w:eastAsia="zh-CN"/>
        </w:rPr>
        <w:t>　　五、做好卫生保健工作，为幼儿创设安全、健康的保教环境</w:t>
      </w:r>
      <w:r>
        <w:rPr>
          <w:lang w:eastAsia="zh-CN"/>
        </w:rPr>
        <w:br/>
      </w:r>
      <w:r>
        <w:rPr>
          <w:lang w:eastAsia="zh-CN"/>
        </w:rPr>
        <w:t>　　1.值班老师坚持每天晨检，保证幼儿不带危险物品入园，如发现情况及时处理，并教育幼儿，并与其家长沟通</w:t>
      </w:r>
      <w:r>
        <w:rPr>
          <w:lang w:eastAsia="zh-CN"/>
        </w:rPr>
        <w:br/>
      </w:r>
      <w:r>
        <w:rPr>
          <w:lang w:eastAsia="zh-CN"/>
        </w:rPr>
        <w:t>　　2.平时注意预防烫伤幼儿。把开水、热汤和热饭等晾温后再提供给幼儿，并提醒幼儿注意别烫着。</w:t>
      </w:r>
      <w:r>
        <w:rPr>
          <w:lang w:eastAsia="zh-CN"/>
        </w:rPr>
        <w:br/>
      </w:r>
      <w:r>
        <w:rPr>
          <w:lang w:eastAsia="zh-CN"/>
        </w:rPr>
        <w:t>　　3.坚持每天午检，防止幼儿带异物上床，防止异物进入耳、鼻、口的现象发生。中午值班，加倍照看好幼儿，不忽视午休的幼儿，尤体弱幼儿。巡视幼儿是否有不良的睡眠习惯、是否生病等等，有异常情况告知家长并及时给予妥善处理。</w:t>
      </w:r>
      <w:r>
        <w:rPr>
          <w:lang w:eastAsia="zh-CN"/>
        </w:rPr>
        <w:br/>
      </w:r>
      <w:r>
        <w:rPr>
          <w:lang w:eastAsia="zh-CN"/>
        </w:rPr>
        <w:t>　　4.把好幼儿入园、离园关。每天，在孩子入园离园的时段，都有值班行政和值班老师在幼儿园大门口维持接送秩序。防止幼儿走失、不法分子侵害和拐骗幼儿的现象发生。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严格执行卫生安全消毒制度。要求班级老师保证教室每天开窗通风、保持干净；保证桌椅的安全、卫生；定期消毒玩具，保证幼儿的水杯和毛巾每天清洗消毒，保证寝室干净、并按时消毒。每月，提醒家长把被子拿回家，清洗晾晒，及时预防传染病的发生。严格填写消毒记录、因病缺勤记录和一日观察记录，确保幼儿在园的安全。</w:t>
      </w:r>
      <w:r>
        <w:rPr>
          <w:lang w:eastAsia="zh-CN"/>
        </w:rPr>
        <w:br/>
      </w:r>
      <w:r>
        <w:rPr>
          <w:lang w:eastAsia="zh-CN"/>
        </w:rPr>
        <w:t>　　通过本学年的努力，我园安全工作取得了一定实效，没有出现重大安全事故，我们将继续努力，开拓创新，积极营造安宁、稳定、和谐的幼儿园环境，确保每位幼儿健康平安成长。</w:t>
      </w:r>
      <w:r>
        <w:rPr>
          <w:lang w:eastAsia="zh-CN"/>
        </w:rPr>
        <w:br/>
      </w:r>
      <w:r>
        <w:rPr>
          <w:lang w:eastAsia="zh-CN"/>
        </w:rPr>
        <w:t>　　垦利县第三实验幼儿园</w:t>
      </w:r>
      <w:r>
        <w:rPr>
          <w:lang w:eastAsia="zh-CN"/>
        </w:rPr>
        <w:br/>
      </w:r>
      <w:r>
        <w:rPr>
          <w:lang w:eastAsia="zh-CN"/>
        </w:rPr>
        <w:t>　　20__年1月</w:t>
      </w:r>
      <w:r>
        <w:rPr>
          <w:lang w:eastAsia="zh-CN"/>
        </w:rPr>
        <w:br/>
      </w:r>
      <w:r>
        <w:rPr>
          <w:lang w:eastAsia="zh-CN"/>
        </w:rPr>
        <w:t xml:space="preserve">    2024最新幼儿园安全的工作总结 篇8 </w:t>
      </w:r>
      <w:r>
        <w:rPr>
          <w:lang w:eastAsia="zh-CN"/>
        </w:rPr>
        <w:br/>
      </w:r>
      <w:r>
        <w:rPr>
          <w:lang w:eastAsia="zh-CN"/>
        </w:rPr>
        <w:t>　　为了努力营造全校师生和谐平安的工作、学习环境，我校坚持预防为主、防治结合、加强教育、群防群治的原则，通过安全教育，增强学生的安全意识和自我防护能力;通过齐抓共管，营造全校教职员工关心和支持学校安全工作的局面，从而切实保障师生安全和财产不受损失，维护学校正常的教育教学秩序。</w:t>
      </w:r>
      <w:r>
        <w:rPr>
          <w:lang w:eastAsia="zh-CN"/>
        </w:rPr>
        <w:br/>
      </w:r>
      <w:r>
        <w:rPr>
          <w:lang w:eastAsia="zh-CN"/>
        </w:rPr>
        <w:t>　　一、建立组织，明确责任</w:t>
      </w:r>
      <w:r>
        <w:rPr>
          <w:lang w:eastAsia="zh-CN"/>
        </w:rPr>
        <w:br/>
      </w:r>
      <w:r>
        <w:rPr>
          <w:lang w:eastAsia="zh-CN"/>
        </w:rPr>
        <w:t>　　为进一步做好安全教育工作，切实加强对安全教育工作的领导，学校把安全工作列入重要议事日程，学校安全工作领导小组通力合作，分工明确。学校首先成立了中心校安保处。学校德育处、教导处、后勤处具体分工负责组织实施。</w:t>
      </w:r>
      <w:r>
        <w:rPr>
          <w:lang w:eastAsia="zh-CN"/>
        </w:rPr>
        <w:br/>
      </w:r>
      <w:r>
        <w:rPr>
          <w:lang w:eastAsia="zh-CN"/>
        </w:rPr>
        <w:t>　　学校与班主任签订安全责任书、学校与学生家长签订了安全责任书，明确了家长应做的工作和应负的责任。将安全教育工作作为对教职员工年度考核的重要内容，做到职责明确，责任到人。</w:t>
      </w:r>
      <w:r>
        <w:rPr>
          <w:lang w:eastAsia="zh-CN"/>
        </w:rPr>
        <w:br/>
      </w:r>
      <w:r>
        <w:rPr>
          <w:lang w:eastAsia="zh-CN"/>
        </w:rPr>
        <w:t>　　二、制度保障，措施到位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不断完善学校安全保卫工作规章制度。建立健全定期检查和日常防范相结合的安全管理制度，以及学生管理、防火、防灾、防暴等规章制度。对涉及学校安全保卫的各项工作，都要做到有章可循，违章必究，不留盲点，不出漏洞。</w:t>
      </w:r>
      <w:r>
        <w:rPr>
          <w:lang w:eastAsia="zh-CN"/>
        </w:rPr>
        <w:br/>
      </w:r>
      <w:r>
        <w:rPr>
          <w:lang w:eastAsia="zh-CN"/>
        </w:rPr>
        <w:t>　　学校采取“人防、物防、技防、门防、心防”并重的方针，确保安全工作的实施。为了确保学生的交通安全，我校加大了护送学生放学路队的力度，学校领导班子成员和值日老师每天上下午放学都要组织路队，保证学生安安全全、平平安安回家。现在，我校学生的放学路队统一整队，秩序井然，学校领导坚守岗位，尽职尽责。</w:t>
      </w:r>
      <w:r>
        <w:rPr>
          <w:lang w:eastAsia="zh-CN"/>
        </w:rPr>
        <w:br/>
      </w:r>
      <w:r>
        <w:rPr>
          <w:lang w:eastAsia="zh-CN"/>
        </w:rPr>
        <w:t>　　小海子镇中心校本学期组织学生进行了防震模拟演练和食物中毒模拟演练，取得了良好的效果，在每次演练前都要邀请专业人员对学生进行相关的知识讲座和实际培训，是学生对学校的安全隐患有了深层次的认识，增长了必要的安全防范知识。</w:t>
      </w:r>
      <w:r>
        <w:rPr>
          <w:lang w:eastAsia="zh-CN"/>
        </w:rPr>
        <w:br/>
      </w:r>
      <w:r>
        <w:rPr>
          <w:lang w:eastAsia="zh-CN"/>
        </w:rPr>
        <w:t>　　三、加强教育，注重实效</w:t>
      </w:r>
      <w:r>
        <w:rPr>
          <w:lang w:eastAsia="zh-CN"/>
        </w:rPr>
        <w:br/>
      </w:r>
      <w:r>
        <w:rPr>
          <w:lang w:eastAsia="zh-CN"/>
        </w:rPr>
        <w:t>　　学期初，学校充分利用安全教育课、班会、队会、晨会、板报等多种途径，通过讲解、演示和训练，对学生开展安全预防教育，使学生接受比较系统的防溺水、防交通事故、防触电、防食物中毒、防病、防体育运动伤害、防火、防盗、防震、防骗、防煤气中毒等安全知识和技能教育。还利用学校广播站、黑板报等宣传工具及举行主题班会、讲座、安全征文与知识竞赛等形式开展丰富多彩的安全教育。</w:t>
      </w:r>
      <w:r>
        <w:rPr>
          <w:lang w:eastAsia="zh-CN"/>
        </w:rPr>
        <w:br/>
      </w:r>
      <w:r>
        <w:rPr>
          <w:lang w:eastAsia="zh-CN"/>
        </w:rPr>
        <w:t>　　四、加强检查，及时整改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俗话说，防重于治。我校经常开展常规检查，做好学校安全工作，关键是要防范于未然。每学期开学以后，学校把安全教育工作作为重点检查内容之一。我校实行定期检查和日常防范相结合的安全管理制度，每月对学校每个角落进行地毯式的大检查，发现隐患，及时整改，特别是教室的门窗、学校围墙、电路的布置、学校重点部位等检查和整改，对较旧的电气设备、电线、灭火设施等进行更换，杜绝隐患。</w:t>
      </w:r>
      <w:r>
        <w:rPr>
          <w:lang w:eastAsia="zh-CN"/>
        </w:rPr>
        <w:br/>
      </w:r>
      <w:r>
        <w:rPr>
          <w:lang w:eastAsia="zh-CN"/>
        </w:rPr>
        <w:t>　　五、齐抓共管，群防群治</w:t>
      </w:r>
      <w:r>
        <w:rPr>
          <w:lang w:eastAsia="zh-CN"/>
        </w:rPr>
        <w:br/>
      </w:r>
      <w:r>
        <w:rPr>
          <w:lang w:eastAsia="zh-CN"/>
        </w:rPr>
        <w:t>　　提高教师和学生对学校安全工作工作的认识。提升师生的安全防护意识，为师生人身安全提供了有力保障。</w:t>
      </w:r>
      <w:r>
        <w:rPr>
          <w:lang w:eastAsia="zh-CN"/>
        </w:rPr>
        <w:br/>
      </w:r>
      <w:r>
        <w:rPr>
          <w:lang w:eastAsia="zh-CN"/>
        </w:rPr>
        <w:t>　　六、存在问题</w:t>
      </w:r>
      <w:r>
        <w:rPr>
          <w:lang w:eastAsia="zh-CN"/>
        </w:rPr>
        <w:br/>
      </w:r>
      <w:r>
        <w:rPr>
          <w:lang w:eastAsia="zh-CN"/>
        </w:rPr>
        <w:t>　　一年来，我校安全工作在领导的重视下，在师生的共同努力下得到进一步加强，总体情况平稳，但是我们感觉学校安全工作的难度越来越大，压力越来越大，形势比较严峻。</w:t>
      </w:r>
      <w:r>
        <w:rPr>
          <w:lang w:eastAsia="zh-CN"/>
        </w:rPr>
        <w:br/>
      </w:r>
      <w:r>
        <w:rPr>
          <w:lang w:eastAsia="zh-CN"/>
        </w:rPr>
        <w:t>　　1、通过集中综合整治，学校周边环境有明显的好转。但是，社会上的不安定因素和不良文化对师生安全的影响还比较大，试图干扰学校及学生的社会闲杂人员还存在，社会上的黄、赌、毒、非法出版的图书、音像及网吧和游戏室等对学生的影响还非常大，学校周边的饮食摊点还存在食品安全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学校安全工作的难度、压力不断增大。学生中独生子女和留守学生越来越多，独生子女在家庭中往往受保护较多，而缺乏生活经验，抗挫折能力弱，意志不够坚强。留守学生缺乏家长监管给学校安全工作带来一定</w:t>
      </w:r>
      <w:r>
        <w:rPr>
          <w:lang w:eastAsia="zh-CN"/>
        </w:rPr>
        <w:br/>
      </w:r>
      <w:r>
        <w:rPr>
          <w:lang w:eastAsia="zh-CN"/>
        </w:rPr>
        <w:t>　　困难。学生作为社会的弱势群体，多数自我保护意识和安全防范能力低，大大增加了学校安全工作的难度。现在安全工作的担子全部压在学校身上，稍有不慎，出现安全事故，学校便成了众矢之的，出现责任一边倒的怪象。</w:t>
      </w:r>
      <w:r>
        <w:rPr>
          <w:lang w:eastAsia="zh-CN"/>
        </w:rPr>
        <w:br/>
      </w:r>
      <w:r>
        <w:rPr>
          <w:lang w:eastAsia="zh-CN"/>
        </w:rPr>
        <w:t>　　今后，我们一定更加重视安全工作，尽最大的努力把安全工作做好，及时排除学校存在的安全隐患，不断提高我校安全工作水平。同时期盼上级主管部门多给予我们指导、支持和帮助，确保校园安全万无一失。</w:t>
      </w:r>
      <w:r>
        <w:rPr>
          <w:lang w:eastAsia="zh-CN"/>
        </w:rPr>
        <w:br/>
      </w:r>
      <w:r>
        <w:rPr>
          <w:lang w:eastAsia="zh-CN"/>
        </w:rPr>
        <w:t xml:space="preserve">    2024最新幼儿园安全的工作总结 篇9 </w:t>
      </w:r>
      <w:r>
        <w:rPr>
          <w:lang w:eastAsia="zh-CN"/>
        </w:rPr>
        <w:br/>
      </w:r>
      <w:r>
        <w:rPr>
          <w:lang w:eastAsia="zh-CN"/>
        </w:rPr>
        <w:t>　　为落实“__市人民政府安委会办公室关于报送安全生产大检查信息材料的通知”精神，进一步加强我园安全隐患排查和整治，预防安全事故的发生，广饶街道中心幼幼儿园收到上级通知后认真组织实施，成立专项整治工作领导小组，制订了工作方案，进一步明确责任，现将本次安全隐患排查及整治工作情况汇报如下。</w:t>
      </w:r>
      <w:r>
        <w:rPr>
          <w:lang w:eastAsia="zh-CN"/>
        </w:rPr>
        <w:br/>
      </w:r>
      <w:r>
        <w:rPr>
          <w:lang w:eastAsia="zh-CN"/>
        </w:rPr>
        <w:t>　　一、安全隐患排查情况。</w:t>
      </w:r>
      <w:r>
        <w:rPr>
          <w:lang w:eastAsia="zh-CN"/>
        </w:rPr>
        <w:br/>
      </w:r>
      <w:r>
        <w:rPr>
          <w:lang w:eastAsia="zh-CN"/>
        </w:rPr>
        <w:t>　　__月__日广饶街道中心幼儿园开展安全工作专项检查和整治行动，全面排查幼儿园安全隐患，重点检查园舍、室内设施和户外活动场地、食堂饮食安全、校园安保技防和物防设施设备、门卫值班、保安巡逻及幼儿园周边治安环境等安全情况：</w:t>
      </w:r>
      <w:r>
        <w:rPr>
          <w:lang w:eastAsia="zh-CN"/>
        </w:rPr>
        <w:br/>
      </w:r>
      <w:r>
        <w:rPr>
          <w:lang w:eastAsia="zh-CN"/>
        </w:rPr>
        <w:t>　　1、消防设施有待验收。</w:t>
      </w:r>
      <w:r>
        <w:rPr>
          <w:lang w:eastAsia="zh-CN"/>
        </w:rPr>
        <w:br/>
      </w:r>
      <w:r>
        <w:rPr>
          <w:lang w:eastAsia="zh-CN"/>
        </w:rPr>
        <w:t>　　2、中三班、中四班盥洗室台阶较高有待改造。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3、中四班衣帽间里面的吊扇坏了需维修。</w:t>
      </w:r>
      <w:r>
        <w:rPr>
          <w:lang w:eastAsia="zh-CN"/>
        </w:rPr>
        <w:br/>
      </w:r>
      <w:r>
        <w:rPr>
          <w:lang w:eastAsia="zh-CN"/>
        </w:rPr>
        <w:t>　　4、户外玩具摆放不整齐，楼道内玩具堆放致使安全通道不够畅通。</w:t>
      </w:r>
      <w:r>
        <w:rPr>
          <w:lang w:eastAsia="zh-CN"/>
        </w:rPr>
        <w:br/>
      </w:r>
      <w:r>
        <w:rPr>
          <w:lang w:eastAsia="zh-CN"/>
        </w:rPr>
        <w:t>　　5、盥洗室窗户台棱角锋利，需作防护角。</w:t>
      </w:r>
      <w:r>
        <w:rPr>
          <w:lang w:eastAsia="zh-CN"/>
        </w:rPr>
        <w:br/>
      </w:r>
      <w:r>
        <w:rPr>
          <w:lang w:eastAsia="zh-CN"/>
        </w:rPr>
        <w:t>　　6、三楼楼道拐角扶手处，栏杆高度不够，幼儿攀爬容易跌落。 针对以上相关情况，我们做了大量的工作。</w:t>
      </w:r>
      <w:r>
        <w:rPr>
          <w:lang w:eastAsia="zh-CN"/>
        </w:rPr>
        <w:br/>
      </w:r>
      <w:r>
        <w:rPr>
          <w:lang w:eastAsia="zh-CN"/>
        </w:rPr>
        <w:t>　　二、对检查中发现存在安全隐患的及时采取措施进行整改：</w:t>
      </w:r>
      <w:r>
        <w:rPr>
          <w:lang w:eastAsia="zh-CN"/>
        </w:rPr>
        <w:br/>
      </w:r>
      <w:r>
        <w:rPr>
          <w:lang w:eastAsia="zh-CN"/>
        </w:rPr>
        <w:t>　　1、积极上报上级主管部门，落实消防系统验收工作。</w:t>
      </w:r>
      <w:r>
        <w:rPr>
          <w:lang w:eastAsia="zh-CN"/>
        </w:rPr>
        <w:br/>
      </w:r>
      <w:r>
        <w:rPr>
          <w:lang w:eastAsia="zh-CN"/>
        </w:rPr>
        <w:t>　　2、联系工人改造中三班、中四班盥洗室台阶。</w:t>
      </w:r>
      <w:r>
        <w:rPr>
          <w:lang w:eastAsia="zh-CN"/>
        </w:rPr>
        <w:br/>
      </w:r>
      <w:r>
        <w:rPr>
          <w:lang w:eastAsia="zh-CN"/>
        </w:rPr>
        <w:t>　　3、联系建筑商，维修中四班衣帽间里面的吊扇。</w:t>
      </w:r>
      <w:r>
        <w:rPr>
          <w:lang w:eastAsia="zh-CN"/>
        </w:rPr>
        <w:br/>
      </w:r>
      <w:r>
        <w:rPr>
          <w:lang w:eastAsia="zh-CN"/>
        </w:rPr>
        <w:t>　　4、搭建板房做为户外器械屋，各种器械归类摆放到屋内。</w:t>
      </w:r>
      <w:r>
        <w:rPr>
          <w:lang w:eastAsia="zh-CN"/>
        </w:rPr>
        <w:br/>
      </w:r>
      <w:r>
        <w:rPr>
          <w:lang w:eastAsia="zh-CN"/>
        </w:rPr>
        <w:t>　　5、购买防护角，安装到盥洗室窗户台起到防护作用。</w:t>
      </w:r>
      <w:r>
        <w:rPr>
          <w:lang w:eastAsia="zh-CN"/>
        </w:rPr>
        <w:br/>
      </w:r>
      <w:r>
        <w:rPr>
          <w:lang w:eastAsia="zh-CN"/>
        </w:rPr>
        <w:t>　　6、在三楼楼道拐角扶手处，加设竹子增加扶手高度，以防幼儿攀爬跌落。</w:t>
      </w:r>
      <w:r>
        <w:rPr>
          <w:lang w:eastAsia="zh-CN"/>
        </w:rPr>
        <w:br/>
      </w:r>
      <w:r>
        <w:rPr>
          <w:lang w:eastAsia="zh-CN"/>
        </w:rPr>
        <w:t>　　7、加强食堂管理，严格落实进货验收、索证索票制度。</w:t>
      </w:r>
      <w:r>
        <w:rPr>
          <w:lang w:eastAsia="zh-CN"/>
        </w:rPr>
        <w:br/>
      </w:r>
      <w:r>
        <w:rPr>
          <w:lang w:eastAsia="zh-CN"/>
        </w:rPr>
        <w:t>　　8、严格晨午检、卫生消毒等各项制度。</w:t>
      </w:r>
      <w:r>
        <w:rPr>
          <w:lang w:eastAsia="zh-CN"/>
        </w:rPr>
        <w:br/>
      </w:r>
      <w:r>
        <w:rPr>
          <w:lang w:eastAsia="zh-CN"/>
        </w:rPr>
        <w:t>　　9、做好幼儿园封闭工作，严格外来人员入校登记工作，严禁社会闲杂人员进入幼儿园。</w:t>
      </w:r>
      <w:r>
        <w:rPr>
          <w:lang w:eastAsia="zh-CN"/>
        </w:rPr>
        <w:br/>
      </w:r>
      <w:r>
        <w:rPr>
          <w:lang w:eastAsia="zh-CN"/>
        </w:rPr>
        <w:t>　　三、今后的工作。</w:t>
      </w:r>
      <w:r>
        <w:rPr>
          <w:lang w:eastAsia="zh-CN"/>
        </w:rPr>
        <w:br/>
      </w:r>
      <w:r>
        <w:rPr>
          <w:lang w:eastAsia="zh-CN"/>
        </w:rPr>
        <w:t>　　我园在安全管理中，严格执行上级的有关要求和精神，为幼儿创造健康成长的良好条件和环境。今后我们将采取强有力措施，进一步深化专项安全整治，搞好幼儿园安全和治安工作。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2024最新幼儿园安全的工作总结 篇10 </w:t>
      </w:r>
      <w:r>
        <w:rPr>
          <w:lang w:eastAsia="zh-CN"/>
        </w:rPr>
        <w:br/>
      </w:r>
      <w:r>
        <w:rPr>
          <w:lang w:eastAsia="zh-CN"/>
        </w:rPr>
        <w:t>　　转眼间，一个学期即将过去。回顾这学期，我园为进一步做好安全教育工作，切实加强安全教育工作的领导，我园把安全工作列入重要议事日程，将幼儿园安全工作总结如下：</w:t>
      </w:r>
      <w:r>
        <w:rPr>
          <w:lang w:eastAsia="zh-CN"/>
        </w:rPr>
        <w:br/>
      </w:r>
      <w:r>
        <w:rPr>
          <w:lang w:eastAsia="zh-CN"/>
        </w:rPr>
        <w:t>　　一、树立安全，第一的思想</w:t>
      </w:r>
      <w:r>
        <w:rPr>
          <w:lang w:eastAsia="zh-CN"/>
        </w:rPr>
        <w:br/>
      </w:r>
      <w:r>
        <w:rPr>
          <w:lang w:eastAsia="zh-CN"/>
        </w:rPr>
        <w:t>　　把安全工作放在我园工作的重中之中我园定期对全体教职工进行安全教育，增强教职工的职责感，并组织全体教职工认真学习上级转发的各种安全教育、安全检查等文件，透过学习，让大家明确到安全工作是人命关天的大事，安全工作人人有责，使教职工的思想上对安全高度重视。</w:t>
      </w:r>
      <w:r>
        <w:rPr>
          <w:lang w:eastAsia="zh-CN"/>
        </w:rPr>
        <w:br/>
      </w:r>
      <w:r>
        <w:rPr>
          <w:lang w:eastAsia="zh-CN"/>
        </w:rPr>
        <w:t>　　二、健全安全管理机制，严格执行安全防范制度</w:t>
      </w:r>
      <w:r>
        <w:rPr>
          <w:lang w:eastAsia="zh-CN"/>
        </w:rPr>
        <w:br/>
      </w:r>
      <w:r>
        <w:rPr>
          <w:lang w:eastAsia="zh-CN"/>
        </w:rPr>
        <w:t>　　1、成立安全工作领导小组。</w:t>
      </w:r>
      <w:r>
        <w:rPr>
          <w:lang w:eastAsia="zh-CN"/>
        </w:rPr>
        <w:br/>
      </w:r>
      <w:r>
        <w:rPr>
          <w:lang w:eastAsia="zh-CN"/>
        </w:rPr>
        <w:t>　　为了把安全工作落实到位，我园成立了安全工作领导小组，负责全园各项安全工作，定期对幼儿园设施进行检查，查找园内不安全隐患，发现问题及时采取措施加以消除，确保幼儿园的安全。</w:t>
      </w:r>
      <w:r>
        <w:rPr>
          <w:lang w:eastAsia="zh-CN"/>
        </w:rPr>
        <w:br/>
      </w:r>
      <w:r>
        <w:rPr>
          <w:lang w:eastAsia="zh-CN"/>
        </w:rPr>
        <w:t>　　2、严格执行接送及出入园制度</w:t>
      </w:r>
      <w:r>
        <w:rPr>
          <w:lang w:eastAsia="zh-CN"/>
        </w:rPr>
        <w:br/>
      </w:r>
      <w:r>
        <w:rPr>
          <w:lang w:eastAsia="zh-CN"/>
        </w:rPr>
        <w:t>　　我园严格执行出入园制度，在入园处设有刷卡机，家长接送幼儿务必持有接送卡，经刷卡后方可入园，如有特殊状况必需由家长事前说明并带给足信凭证。</w:t>
      </w:r>
      <w:r>
        <w:rPr>
          <w:lang w:eastAsia="zh-CN"/>
        </w:rPr>
        <w:br/>
      </w:r>
      <w:r>
        <w:rPr>
          <w:lang w:eastAsia="zh-CN"/>
        </w:rPr>
        <w:t>　　3、加强对卫生药品的管理对保健室内的药品、消毒物品、治疗器具等分类摆放，定期检查，及时更换，妥善保管，严禁无关人员进入卫生保健室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4、加强对食品卫生的管理坚持执行《食品卫生法》等文件规定，严把食品采购关、加工关，不购买腐烂、变质的食品。存放食品有专人专门管理，加强餐具和炊具的消毒工作，严防食物中毒和经食物传达室播疾病</w:t>
      </w:r>
      <w:r>
        <w:rPr>
          <w:lang w:eastAsia="zh-CN"/>
        </w:rPr>
        <w:br/>
      </w:r>
      <w:r>
        <w:rPr>
          <w:lang w:eastAsia="zh-CN"/>
        </w:rPr>
        <w:t>　　5、签订职责书幼儿园和老师、家长签订安全职责书，明确各自的职责，做到职责明确</w:t>
      </w:r>
      <w:r>
        <w:rPr>
          <w:lang w:eastAsia="zh-CN"/>
        </w:rPr>
        <w:br/>
      </w:r>
      <w:r>
        <w:rPr>
          <w:lang w:eastAsia="zh-CN"/>
        </w:rPr>
        <w:t>　　三、开展安全教育活动，增强幼儿防范意识</w:t>
      </w:r>
      <w:r>
        <w:rPr>
          <w:lang w:eastAsia="zh-CN"/>
        </w:rPr>
        <w:br/>
      </w:r>
      <w:r>
        <w:rPr>
          <w:lang w:eastAsia="zh-CN"/>
        </w:rPr>
        <w:t>　　安全知识最终要转化为安全行为才是教育的根本，才是最有现实好处。首先我园在园内过道、楼梯贴上安全标记图，在入园处设有活动看板，以经常提示幼儿。其次是开展一系列安全主题活动，让小朋友认识交通标记，懂得交通规则。给小朋友说火灾构成的原因，消防车的作用，灭火器的使用注意事项。最后教给幼儿自救的方法，透过防震、防火演练，让幼儿掌握简单的自救技能，认识地震、水灾、火灾发生时的自救方法，使幼儿的安全意识有了明显的提高，心理素质，应变潜质明显加强。</w:t>
      </w:r>
      <w:r>
        <w:rPr>
          <w:lang w:eastAsia="zh-CN"/>
        </w:rPr>
        <w:br/>
      </w:r>
      <w:r>
        <w:rPr>
          <w:lang w:eastAsia="zh-CN"/>
        </w:rPr>
        <w:t>　　四、重视传染病的防治工作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措施到位，职责到位在春季传染病高峰，我园能按上级指示要求，认真做好传染病防控工作，对幼儿进行卫生教育，要求幼儿勤洗手、勤洗脸、勤饮水、勤换衣服，持续好个人卫生。每一天定时用紫外线对教室、寝室消毒，用消毒液擦洗幼儿桌椅、玩具等，地面喷洒来苏，餐具餐餐消毒，坚持一人一杯，人手两巾并定时消毒。严格执行晨检制度，晨检做到一摸、二看、三问、四查，及时掌握幼儿健康状态，发现问题及时处理。</w:t>
      </w:r>
      <w:r>
        <w:rPr>
          <w:lang w:eastAsia="zh-CN"/>
        </w:rPr>
        <w:br/>
      </w:r>
      <w:r>
        <w:rPr>
          <w:lang w:eastAsia="zh-CN"/>
        </w:rPr>
        <w:t>　　这学期来，我园严格执行安全制度和检查制度，全园教职工始终把安全放在第一位，在今后的工作中，我园将继续加强幼儿园安全管理工作，不断提高幼儿和教职工的安全意识，发奋为幼儿营造一个更安全的幼儿园环境，促进幼儿更健康、更快乐的成长！</w:t>
      </w:r>
      <w:r>
        <w:rPr>
          <w:lang w:eastAsia="zh-CN"/>
        </w:rPr>
        <w:br/>
      </w:r>
      <w:r>
        <w:rPr>
          <w:lang w:eastAsia="zh-CN"/>
        </w:rPr>
        <w:t xml:space="preserve">    2024最新幼儿园安全的工作总结 篇11 </w:t>
      </w:r>
      <w:r>
        <w:rPr>
          <w:lang w:eastAsia="zh-CN"/>
        </w:rPr>
        <w:br/>
      </w:r>
      <w:r>
        <w:rPr>
          <w:lang w:eastAsia="zh-CN"/>
        </w:rPr>
        <w:t>　　本学期我和___教师共同负责小(二)班幼儿的教育保育工作，我班们对班级安全工作具有强烈的责任心，我们清楚地知道我们必须对班里孩子的安全切实地负起责任。</w:t>
      </w:r>
      <w:r>
        <w:rPr>
          <w:lang w:eastAsia="zh-CN"/>
        </w:rPr>
        <w:br/>
      </w:r>
      <w:r>
        <w:rPr>
          <w:lang w:eastAsia="zh-CN"/>
        </w:rPr>
        <w:t>　　开学初，我班共计28人，大多数孩子基本都有一到两们的集体生活经验，幼儿年龄为3至5岁，幼儿有初步的自我保护意识，只是随着孩子年龄的增长，他们的冒险精神也越来越强，又经过一个假期，幼儿的安全意识也有所降低，因此本学期的安全工作的任务仍然很重。为了确保幼儿的安全，使幼儿形成初步的安全意识，本学期我们依据《纲要》，以《规程》为指导思想，在幼儿园健安全工作的基础上，依据本班幼儿的年龄特点和实际情况，制订切实可行的安全工作计划，对幼儿实施系统的安全教育，为确保目标达到，还制定了具体的内容和措施。</w:t>
      </w:r>
      <w:r>
        <w:rPr>
          <w:lang w:eastAsia="zh-CN"/>
        </w:rPr>
        <w:br/>
      </w:r>
      <w:r>
        <w:rPr>
          <w:lang w:eastAsia="zh-CN"/>
        </w:rPr>
        <w:t>　　四位老师总能相互配合，在户外活动时确保有两位教师在场，即使在室内活动时发现不安全因素教师也能及时制止。</w:t>
      </w:r>
      <w:r>
        <w:rPr>
          <w:lang w:eastAsia="zh-CN"/>
        </w:rPr>
        <w:br/>
      </w:r>
    </w:p>
    <w:p w:rsidR="001B1F19" w14:textId="27C3F48A">
      <w:pPr>
        <w:rPr>
          <w:rFonts w:hint="eastAsia"/>
          <w:lang w:eastAsia="zh-CN"/>
        </w:rPr>
      </w:pPr>
      <w:r>
        <w:rPr>
          <w:lang w:eastAsia="zh-CN"/>
        </w:rPr>
        <w:t>　　对于班里个别特殊的的孩子我们也能给予特殊的照顾。如郭世杰小朋友，由于眼睛不是很好，很容易跌倒，还特别容易尿床，每天出去都将他搀扶着，午睡后要定时提醒他入厕。另一方面，我们叫他小心一点，这样平时他就会好一点了。</w:t>
      </w:r>
      <w:r>
        <w:rPr>
          <w:lang w:eastAsia="zh-CN"/>
        </w:rPr>
        <w:br/>
      </w:r>
      <w:r>
        <w:rPr>
          <w:lang w:eastAsia="zh-CN"/>
        </w:rPr>
        <w:t>　　每月我班都有重点地开展安全教育活动，如九月是进行幼儿入园和离园的安全教育和指导，同时进行常规培训。十月是进行户外活动和使用大型器械的安全教育。十一月进行进行咳嗽、打喷嚏的卫生卫生教育，同时培养幼儿饭前便后及手脏时洗手的良好卫生习惯。十二月结合季节变化，引导幼儿知道天气冷时要注意适量运动，冬季防寒具体措施。对幼儿进行幼儿健康和个人卫生教育。如此有计划地进行，逐渐提高孩子们的安全认识。此外我们对日常的常规工作抓得也很紧，包括幼儿上下楼梯、入厕、午睡、进餐等各环节，教师们都作出了统一的要求，并坚持按统一的要求来教导幼儿，使幼儿形成一定的日常行为习惯，这也是保证我班幼儿安全的重要条件。</w:t>
      </w:r>
      <w:r>
        <w:rPr>
          <w:lang w:eastAsia="zh-CN"/>
        </w:rPr>
        <w:br/>
      </w:r>
      <w:r>
        <w:rPr>
          <w:lang w:eastAsia="zh-CN"/>
        </w:rPr>
        <w:t>　　安全工作是幼儿园工作的重中之重，只有在确保幼儿健康成长的条件下我们才可以顺利地开展教学活动，我班教师始终保持高度的安全责任意识，认真细致地开展安全工作，使我班幼儿在本学期未出任何一件安全事故，安全工作圆满结束。</w:t>
      </w:r>
      <w:r>
        <w:rPr>
          <w:lang w:eastAsia="zh-CN"/>
        </w:rPr>
        <w:br/>
      </w:r>
      <w:r>
        <w:rPr>
          <w:lang w:eastAsia="zh-CN"/>
        </w:rPr>
        <w:t xml:space="preserve">    2024最新幼儿园安全的工作总结 篇12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https://d.book118.com/228022006111006033</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28022006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