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数字追凶</w:t>
      </w:r>
      <w:r>
        <w:t xml:space="preserve"> 第2季</w:t>
      </w:r>
      <w:r>
        <w:t xml:space="preserve"> 第24集</w:t>
        <w:br/>
        <w:t>进去么?</w:t>
        <w:br/>
        <w:t>you</w:t>
      </w:r>
      <w:r>
        <w:t xml:space="preserve"> coming</w:t>
      </w:r>
      <w:r>
        <w:t xml:space="preserve"> in?</w:t>
        <w:br/>
        <w:t>我想我还是呆在车里吧</w:t>
        <w:br/>
        <w:t>I</w:t>
      </w:r>
      <w:r>
        <w:t xml:space="preserve"> think</w:t>
      </w:r>
      <w:r>
        <w:t xml:space="preserve"> I'm</w:t>
      </w:r>
      <w:r>
        <w:t xml:space="preserve"> going</w:t>
      </w:r>
      <w:r>
        <w:t xml:space="preserve"> to</w:t>
      </w:r>
      <w:r>
        <w:t xml:space="preserve"> stay</w:t>
      </w:r>
      <w:r>
        <w:t xml:space="preserve"> in</w:t>
      </w:r>
      <w:r>
        <w:t xml:space="preserve"> the</w:t>
      </w:r>
      <w:r>
        <w:t xml:space="preserve"> car.</w:t>
        <w:br/>
        <w:t>Charlie,</w:t>
      </w:r>
      <w:r>
        <w:t xml:space="preserve"> 那你就等一下吧</w:t>
        <w:br/>
        <w:t>Charlie,</w:t>
      </w:r>
      <w:r>
        <w:t xml:space="preserve"> you'll</w:t>
      </w:r>
      <w:r>
        <w:t xml:space="preserve"> get</w:t>
      </w:r>
      <w:r>
        <w:t xml:space="preserve"> them</w:t>
      </w:r>
      <w:r>
        <w:t xml:space="preserve"> later.</w:t>
        <w:br/>
        <w:t>最近还好吧,</w:t>
      </w:r>
      <w:r>
        <w:t xml:space="preserve"> Eppes?</w:t>
        <w:br/>
        <w:t>how're</w:t>
      </w:r>
      <w:r>
        <w:t xml:space="preserve"> you</w:t>
      </w:r>
      <w:r>
        <w:t xml:space="preserve"> doing,</w:t>
      </w:r>
      <w:r>
        <w:t xml:space="preserve"> mr.</w:t>
      </w:r>
      <w:r>
        <w:t xml:space="preserve"> Eppes?</w:t>
        <w:br/>
        <w:t>很好,</w:t>
      </w:r>
      <w:r>
        <w:t xml:space="preserve"> victor</w:t>
        <w:br/>
        <w:t>good,</w:t>
      </w:r>
      <w:r>
        <w:t xml:space="preserve"> victor.</w:t>
        <w:br/>
        <w:t>你呢?</w:t>
        <w:br/>
        <w:t>And</w:t>
      </w:r>
      <w:r>
        <w:t xml:space="preserve"> you?</w:t>
        <w:br/>
        <w:t>不错,</w:t>
      </w:r>
      <w:r>
        <w:t xml:space="preserve"> 孩子们还好吧?</w:t>
        <w:br/>
        <w:t>Great.</w:t>
      </w:r>
      <w:r>
        <w:t xml:space="preserve"> How's</w:t>
      </w:r>
      <w:r>
        <w:t xml:space="preserve"> your</w:t>
      </w:r>
      <w:r>
        <w:t xml:space="preserve"> boys?</w:t>
        <w:br/>
        <w:t>事实上,</w:t>
      </w:r>
      <w:r>
        <w:t xml:space="preserve"> Charlie正在车里</w:t>
        <w:br/>
        <w:t>actually,charlie's</w:t>
      </w:r>
      <w:r>
        <w:t xml:space="preserve"> in</w:t>
      </w:r>
      <w:r>
        <w:t xml:space="preserve"> the</w:t>
      </w:r>
      <w:r>
        <w:t xml:space="preserve"> car.</w:t>
        <w:br/>
        <w:t>怎么了,</w:t>
      </w:r>
      <w:r>
        <w:t xml:space="preserve"> 他不想进来?</w:t>
        <w:br/>
        <w:t>What,</w:t>
      </w:r>
      <w:r>
        <w:t xml:space="preserve"> he</w:t>
      </w:r>
      <w:r>
        <w:t xml:space="preserve"> doesn't</w:t>
      </w:r>
      <w:r>
        <w:t xml:space="preserve"> want</w:t>
      </w:r>
      <w:r>
        <w:t xml:space="preserve"> to</w:t>
      </w:r>
      <w:r>
        <w:t xml:space="preserve"> come</w:t>
      </w:r>
      <w:r>
        <w:t xml:space="preserve"> in?</w:t>
        <w:br/>
        <w:t>他今天打出了双杀</w:t>
        <w:br/>
        <w:t>He</w:t>
      </w:r>
      <w:r>
        <w:t xml:space="preserve"> hit</w:t>
      </w:r>
      <w:r>
        <w:t xml:space="preserve"> into</w:t>
      </w:r>
      <w:r>
        <w:t xml:space="preserve"> a</w:t>
      </w:r>
      <w:r>
        <w:t xml:space="preserve"> double-play</w:t>
      </w:r>
      <w:r>
        <w:t xml:space="preserve"> today.</w:t>
        <w:br/>
        <w:t>告诉Charlie,</w:t>
      </w:r>
      <w:r>
        <w:t xml:space="preserve"> 是他的智慧</w:t>
      </w:r>
      <w:r>
        <w:t xml:space="preserve"> 让他实现今天这样的成绩</w:t>
        <w:br/>
        <w:t>You</w:t>
      </w:r>
      <w:r>
        <w:t xml:space="preserve"> tell</w:t>
      </w:r>
      <w:r>
        <w:t xml:space="preserve"> charlie</w:t>
      </w:r>
      <w:r>
        <w:t xml:space="preserve"> it's</w:t>
      </w:r>
      <w:r>
        <w:t xml:space="preserve"> his</w:t>
      </w:r>
      <w:r>
        <w:t xml:space="preserve"> brains</w:t>
      </w:r>
      <w:r>
        <w:t xml:space="preserve"> that</w:t>
      </w:r>
      <w:r>
        <w:t xml:space="preserve"> got</w:t>
      </w:r>
      <w:r>
        <w:t xml:space="preserve"> him</w:t>
      </w:r>
      <w:r>
        <w:t xml:space="preserve"> where</w:t>
      </w:r>
      <w:r>
        <w:t xml:space="preserve"> he</w:t>
      </w:r>
      <w:r>
        <w:t xml:space="preserve"> is</w:t>
      </w:r>
      <w:r>
        <w:t xml:space="preserve"> today.</w:t>
        <w:br/>
        <w:t>而不是棒球</w:t>
        <w:br/>
        <w:t>Not</w:t>
      </w:r>
      <w:r>
        <w:t xml:space="preserve"> baseball.</w:t>
        <w:br/>
        <w:t>好的</w:t>
        <w:br/>
        <w:t>Right.</w:t>
        <w:br/>
        <w:t>我想要,</w:t>
      </w:r>
      <w:r>
        <w:t xml:space="preserve"> 嗯...</w:t>
        <w:br/>
        <w:t>Um,</w:t>
      </w:r>
      <w:r>
        <w:t xml:space="preserve"> I'll</w:t>
      </w:r>
      <w:r>
        <w:t xml:space="preserve"> take,</w:t>
      </w:r>
      <w:r>
        <w:t xml:space="preserve"> uh...</w:t>
        <w:br/>
        <w:t>一打弗兰克香肠,</w:t>
      </w:r>
      <w:r>
        <w:t xml:space="preserve"> 还有...</w:t>
        <w:br/>
        <w:t>a</w:t>
      </w:r>
      <w:r>
        <w:t xml:space="preserve"> dozen</w:t>
      </w:r>
      <w:r>
        <w:t xml:space="preserve"> franks</w:t>
      </w:r>
      <w:r>
        <w:t xml:space="preserve"> and,</w:t>
        <w:br/>
        <w:t>我不知道</w:t>
        <w:br/>
        <w:t>um,</w:t>
      </w:r>
      <w:r>
        <w:t xml:space="preserve"> I</w:t>
      </w:r>
      <w:r>
        <w:t xml:space="preserve"> don't</w:t>
      </w:r>
      <w:r>
        <w:t xml:space="preserve"> know,</w:t>
        <w:br/>
        <w:t>两块牛里脊肉</w:t>
        <w:br/>
        <w:t>a</w:t>
      </w:r>
      <w:r>
        <w:t xml:space="preserve"> couple</w:t>
      </w:r>
      <w:r>
        <w:t xml:space="preserve"> of</w:t>
      </w:r>
      <w:r>
        <w:t xml:space="preserve"> rib-eye.</w:t>
        <w:br/>
        <w:t>把钱给我</w:t>
        <w:br/>
        <w:t>Give</w:t>
      </w:r>
      <w:r>
        <w:t xml:space="preserve"> me</w:t>
      </w:r>
      <w:r>
        <w:t xml:space="preserve"> the</w:t>
      </w:r>
      <w:r>
        <w:t xml:space="preserve"> money.</w:t>
        <w:br/>
        <w:t>快,</w:t>
      </w:r>
      <w:r>
        <w:t xml:space="preserve"> 快点!</w:t>
        <w:br/>
        <w:t>come</w:t>
      </w:r>
      <w:r>
        <w:t xml:space="preserve"> on,</w:t>
      </w:r>
      <w:r>
        <w:t xml:space="preserve"> hurry</w:t>
      </w:r>
      <w:r>
        <w:t xml:space="preserve"> up!</w:t>
        <w:br/>
        <w:t>好的,</w:t>
      </w:r>
      <w:r>
        <w:t xml:space="preserve"> 好的</w:t>
        <w:br/>
        <w:t>Okay,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okay.</w:t>
        <w:br/>
        <w:t>我说了,</w:t>
      </w:r>
      <w:r>
        <w:t xml:space="preserve"> 快点!</w:t>
        <w:br/>
        <w:t>I</w:t>
      </w:r>
      <w:r>
        <w:t xml:space="preserve"> said,</w:t>
      </w:r>
      <w:r>
        <w:t xml:space="preserve"> hurry</w:t>
      </w:r>
      <w:r>
        <w:t xml:space="preserve"> up!</w:t>
        <w:br/>
        <w:t>好的,</w:t>
      </w:r>
      <w:r>
        <w:t xml:space="preserve"> 好的</w:t>
        <w:br/>
        <w:t>Okay.</w:t>
      </w:r>
      <w:r>
        <w:t xml:space="preserve"> Okay.</w:t>
        <w:br/>
        <w:t>你想干什么?</w:t>
      </w:r>
      <w:r>
        <w:t xml:space="preserve"> -</w:t>
      </w:r>
      <w:r>
        <w:t xml:space="preserve"> 没什么</w:t>
        <w:br/>
        <w:t>What</w:t>
      </w:r>
      <w:r>
        <w:t xml:space="preserve"> do</w:t>
      </w:r>
      <w:r>
        <w:t xml:space="preserve"> you</w:t>
      </w:r>
      <w:r>
        <w:t xml:space="preserve"> want?</w:t>
      </w:r>
      <w:r>
        <w:t xml:space="preserve"> -Nothing.</w:t>
        <w:br/>
        <w:t>别紧张</w:t>
        <w:br/>
        <w:t>Just</w:t>
      </w:r>
      <w:r>
        <w:t xml:space="preserve"> take</w:t>
      </w:r>
      <w:r>
        <w:t xml:space="preserve"> it</w:t>
      </w:r>
      <w:r>
        <w:t xml:space="preserve"> easy.</w:t>
        <w:br/>
        <w:t>快,</w:t>
      </w:r>
      <w:r>
        <w:t xml:space="preserve"> 都拿出来</w:t>
        <w:br/>
        <w:t>Come</w:t>
      </w:r>
      <w:r>
        <w:t xml:space="preserve"> on,</w:t>
      </w:r>
      <w:r>
        <w:t xml:space="preserve"> all</w:t>
      </w:r>
      <w:r>
        <w:t xml:space="preserve"> of</w:t>
      </w:r>
      <w:r>
        <w:t xml:space="preserve"> it.</w:t>
        <w:br/>
        <w:t>Theresa</w:t>
        <w:br/>
        <w:t>Theresa.</w:t>
        <w:br/>
        <w:t>Dad!</w:t>
        <w:br/>
        <w:t>Daddy!</w:t>
        <w:br/>
        <w:t>呆在原地!</w:t>
        <w:br/>
        <w:t>Stay</w:t>
      </w:r>
      <w:r>
        <w:t xml:space="preserve"> where</w:t>
      </w:r>
      <w:r>
        <w:t xml:space="preserve"> you</w:t>
      </w:r>
      <w:r>
        <w:t xml:space="preserve"> are!</w:t>
        <w:br/>
        <w:t>别过来,</w:t>
      </w:r>
      <w:r>
        <w:t xml:space="preserve"> 要不然我杀了她</w:t>
        <w:br/>
        <w:t>Stay</w:t>
      </w:r>
      <w:r>
        <w:t xml:space="preserve"> there</w:t>
      </w:r>
      <w:r>
        <w:t xml:space="preserve"> or</w:t>
      </w:r>
      <w:r>
        <w:t xml:space="preserve"> I'll</w:t>
      </w:r>
      <w:r>
        <w:t xml:space="preserve"> kill</w:t>
      </w:r>
      <w:r>
        <w:t xml:space="preserve"> her.</w:t>
        <w:br/>
        <w:t>我对天发誓</w:t>
        <w:br/>
        <w:t>I</w:t>
      </w:r>
      <w:r>
        <w:t xml:space="preserve"> swear</w:t>
      </w:r>
      <w:r>
        <w:t xml:space="preserve"> to</w:t>
      </w:r>
      <w:r>
        <w:t xml:space="preserve"> god.</w:t>
        <w:br/>
        <w:t>Charlie!</w:t>
        <w:br/>
        <w:t>Charlie!</w:t>
        <w:br/>
        <w:t>Dad!</w:t>
        <w:br/>
        <w:t>Dad!</w:t>
        <w:br/>
        <w:t>Charlie,</w:t>
      </w:r>
      <w:r>
        <w:t xml:space="preserve"> 快出去!</w:t>
        <w:br/>
        <w:t>Charlie,</w:t>
      </w:r>
      <w:r>
        <w:t xml:space="preserve"> get</w:t>
      </w:r>
      <w:r>
        <w:t xml:space="preserve"> out</w:t>
      </w:r>
      <w:r>
        <w:t xml:space="preserve"> of</w:t>
      </w:r>
      <w:r>
        <w:t xml:space="preserve"> here!</w:t>
        <w:br/>
        <w:t>Dad!</w:t>
        <w:br/>
        <w:t>dad!</w:t>
        <w:br/>
        <w:t>Dad!</w:t>
        <w:br/>
        <w:t>Dad!</w:t>
        <w:br/>
        <w:t>Dad!</w:t>
        <w:br/>
        <w:t>Dad!</w:t>
        <w:br/>
        <w:t>Dad!</w:t>
        <w:br/>
        <w:t>dad!</w:t>
        <w:br/>
        <w:t>Dad!</w:t>
        <w:br/>
        <w:t>Dad!</w:t>
        <w:br/>
        <w:t>我没事</w:t>
        <w:br/>
        <w:t>I'm</w:t>
      </w:r>
      <w:r>
        <w:t xml:space="preserve"> all</w:t>
      </w:r>
      <w:r>
        <w:t xml:space="preserve"> right.</w:t>
        <w:br/>
        <w:t>没事</w:t>
        <w:br/>
        <w:t>I'm</w:t>
      </w:r>
      <w:r>
        <w:t xml:space="preserve"> fine,</w:t>
        <w:br/>
        <w:t>刚才吓了我一大跳</w:t>
        <w:br/>
        <w:t>I</w:t>
      </w:r>
      <w:r>
        <w:t xml:space="preserve"> just</w:t>
      </w:r>
      <w:r>
        <w:t xml:space="preserve"> have</w:t>
      </w:r>
      <w:r>
        <w:t xml:space="preserve"> to</w:t>
      </w:r>
      <w:r>
        <w:t xml:space="preserve"> catch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breath.</w:t>
        <w:br/>
        <w:t>快叫救护车!</w:t>
        <w:br/>
        <w:t>Call</w:t>
      </w:r>
      <w:r>
        <w:t xml:space="preserve"> an</w:t>
      </w:r>
      <w:r>
        <w:t xml:space="preserve"> ambulance!</w:t>
        <w:br/>
        <w:t>你妈妈在哪?</w:t>
        <w:br/>
        <w:t>Where</w:t>
      </w:r>
      <w:r>
        <w:t xml:space="preserve"> is</w:t>
      </w:r>
      <w:r>
        <w:t xml:space="preserve"> your</w:t>
      </w:r>
      <w:r>
        <w:t xml:space="preserve"> mother?</w:t>
        <w:br/>
        <w:t>我,</w:t>
      </w:r>
      <w:r>
        <w:t xml:space="preserve"> 我需要你妈妈...</w:t>
        <w:br/>
        <w:t>I-I</w:t>
      </w:r>
      <w:r>
        <w:t xml:space="preserve"> need</w:t>
      </w:r>
      <w:r>
        <w:t xml:space="preserve"> your</w:t>
      </w:r>
      <w:r>
        <w:t xml:space="preserve"> mother...</w:t>
        <w:br/>
        <w:t>Dad...</w:t>
        <w:br/>
        <w:t>dad...</w:t>
        <w:br/>
        <w:t>Charlie...?</w:t>
        <w:br/>
        <w:t>charlie...?</w:t>
        <w:br/>
        <w:t>Charlie...</w:t>
        <w:br/>
        <w:t>Charlie...</w:t>
        <w:br/>
        <w:t>Charlie</w:t>
        <w:br/>
        <w:t>Charlie.</w:t>
        <w:br/>
        <w:t>Charlie</w:t>
        <w:br/>
        <w:t>Charlie.</w:t>
        <w:br/>
        <w:t>Charlie,</w:t>
      </w:r>
      <w:r>
        <w:t xml:space="preserve"> 快点,</w:t>
      </w:r>
      <w:r>
        <w:t xml:space="preserve"> 醒醒</w:t>
        <w:br/>
        <w:t>Charlie,</w:t>
      </w:r>
      <w:r>
        <w:t xml:space="preserve"> come</w:t>
      </w:r>
      <w:r>
        <w:t xml:space="preserve"> on,</w:t>
      </w:r>
      <w:r>
        <w:t xml:space="preserve"> wake</w:t>
      </w:r>
      <w:r>
        <w:t xml:space="preserve"> up.</w:t>
        <w:br/>
        <w:t>你上课要迟到了</w:t>
        <w:br/>
        <w:t>You're</w:t>
      </w:r>
      <w:r>
        <w:t xml:space="preserve"> gonna</w:t>
      </w:r>
      <w:r>
        <w:t xml:space="preserve"> be</w:t>
      </w:r>
      <w:r>
        <w:t xml:space="preserve"> late</w:t>
      </w:r>
      <w:r>
        <w:t xml:space="preserve"> for</w:t>
      </w:r>
      <w:r>
        <w:t xml:space="preserve"> class.</w:t>
        <w:br/>
        <w:t>Mom?</w:t>
        <w:br/>
        <w:t>Mom?</w:t>
        <w:br/>
        <w:t>哦,</w:t>
      </w:r>
      <w:r>
        <w:t xml:space="preserve"> 起来了</w:t>
        <w:br/>
        <w:t>Oh,</w:t>
      </w:r>
      <w:r>
        <w:t xml:space="preserve"> there</w:t>
      </w:r>
      <w:r>
        <w:t xml:space="preserve"> you</w:t>
      </w:r>
      <w:r>
        <w:t xml:space="preserve"> are.</w:t>
        <w:br/>
        <w:t>快点,</w:t>
      </w:r>
      <w:r>
        <w:t xml:space="preserve"> 都快凉了</w:t>
        <w:br/>
        <w:t>Hurry</w:t>
      </w:r>
      <w:r>
        <w:t xml:space="preserve"> up,everything's</w:t>
      </w:r>
      <w:r>
        <w:t xml:space="preserve"> getting</w:t>
      </w:r>
      <w:r>
        <w:t xml:space="preserve"> cold.</w:t>
        <w:br/>
        <w:t>真的是你?</w:t>
        <w:br/>
        <w:t>Is</w:t>
      </w:r>
      <w:r>
        <w:t xml:space="preserve"> it</w:t>
      </w:r>
      <w:r>
        <w:t xml:space="preserve"> really</w:t>
      </w:r>
      <w:r>
        <w:t xml:space="preserve"> you?</w:t>
        <w:br/>
        <w:t>当然是我,</w:t>
      </w:r>
      <w:r>
        <w:t xml:space="preserve"> 傻瓜</w:t>
        <w:br/>
        <w:t>Of</w:t>
      </w:r>
      <w:r>
        <w:t xml:space="preserve"> course</w:t>
      </w:r>
      <w:r>
        <w:t xml:space="preserve"> it's</w:t>
      </w:r>
      <w:r>
        <w:t xml:space="preserve"> me,</w:t>
      </w:r>
      <w:r>
        <w:t xml:space="preserve"> silly.</w:t>
        <w:br/>
        <w:t>你做的薄烤饼</w:t>
        <w:br/>
        <w:t>You</w:t>
      </w:r>
      <w:r>
        <w:t xml:space="preserve"> made</w:t>
      </w:r>
      <w:r>
        <w:t xml:space="preserve"> pancakes.</w:t>
        <w:br/>
        <w:t>坐吧</w:t>
        <w:br/>
        <w:t>Sit.</w:t>
        <w:br/>
        <w:t>时间不多了</w:t>
        <w:br/>
        <w:t>We</w:t>
      </w:r>
      <w:r>
        <w:t xml:space="preserve"> don't</w:t>
      </w:r>
      <w:r>
        <w:t xml:space="preserve"> have</w:t>
      </w:r>
      <w:r>
        <w:t xml:space="preserve"> a</w:t>
      </w:r>
      <w:r>
        <w:t xml:space="preserve"> lot</w:t>
      </w:r>
      <w:r>
        <w:t xml:space="preserve"> of</w:t>
      </w:r>
      <w:r>
        <w:t xml:space="preserve"> time.</w:t>
        <w:br/>
        <w:t>吃吧</w:t>
        <w:br/>
        <w:t>Here</w:t>
      </w:r>
      <w:r>
        <w:t xml:space="preserve"> you</w:t>
      </w:r>
      <w:r>
        <w:t xml:space="preserve"> go.</w:t>
        <w:br/>
        <w:t>Mom,</w:t>
      </w:r>
      <w:r>
        <w:t xml:space="preserve"> 你在这儿做什么?</w:t>
        <w:br/>
        <w:t>Mom,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here?</w:t>
        <w:br/>
        <w:t>给你做早餐啊</w:t>
        <w:br/>
        <w:t>I</w:t>
      </w:r>
      <w:r>
        <w:t xml:space="preserve"> made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breakfast.</w:t>
        <w:br/>
        <w:t>可我是说这里...</w:t>
        <w:br/>
        <w:t>But</w:t>
      </w:r>
      <w:r>
        <w:t xml:space="preserve"> I</w:t>
      </w:r>
      <w:r>
        <w:t xml:space="preserve"> meant</w:t>
      </w:r>
      <w:r>
        <w:t xml:space="preserve"> here...</w:t>
        <w:br/>
        <w:t>这里</w:t>
        <w:br/>
        <w:t>here.</w:t>
        <w:br/>
        <w:t>你知道,</w:t>
      </w:r>
      <w:r>
        <w:t xml:space="preserve"> 我不能跟你说,</w:t>
      </w:r>
      <w:r>
        <w:t xml:space="preserve"> Charlie</w:t>
        <w:br/>
        <w:t>You</w:t>
      </w:r>
      <w:r>
        <w:t xml:space="preserve"> know</w:t>
      </w:r>
      <w:r>
        <w:t xml:space="preserve"> I</w:t>
      </w:r>
      <w:r>
        <w:t xml:space="preserve"> can't</w:t>
      </w:r>
      <w:r>
        <w:t xml:space="preserve"> tell</w:t>
      </w:r>
      <w:r>
        <w:t xml:space="preserve"> you</w:t>
      </w:r>
      <w:r>
        <w:t xml:space="preserve"> that,charlie.</w:t>
        <w:br/>
        <w:t>好吧,</w:t>
      </w:r>
      <w:r>
        <w:t xml:space="preserve"> 过去你在哪里?</w:t>
        <w:br/>
        <w:t>Well,</w:t>
      </w:r>
      <w:r>
        <w:t xml:space="preserve"> where</w:t>
      </w:r>
      <w:r>
        <w:t xml:space="preserve"> have</w:t>
      </w:r>
      <w:r>
        <w:t xml:space="preserve"> you</w:t>
      </w:r>
      <w:r>
        <w:t xml:space="preserve"> been?</w:t>
        <w:br/>
        <w:t>我认为这只是时间问题,</w:t>
      </w:r>
      <w:r>
        <w:t xml:space="preserve"> 就这些</w:t>
        <w:br/>
        <w:t>I</w:t>
      </w:r>
      <w:r>
        <w:t xml:space="preserve"> just</w:t>
      </w:r>
      <w:r>
        <w:t xml:space="preserve"> thought</w:t>
      </w:r>
      <w:r>
        <w:t xml:space="preserve"> it</w:t>
      </w:r>
      <w:r>
        <w:t xml:space="preserve"> was</w:t>
      </w:r>
      <w:r>
        <w:t xml:space="preserve"> time,</w:t>
      </w:r>
      <w:r>
        <w:t xml:space="preserve"> that's</w:t>
      </w:r>
      <w:r>
        <w:t xml:space="preserve"> all.</w:t>
        <w:br/>
        <w:t>什么时间?</w:t>
        <w:br/>
        <w:t>Time</w:t>
      </w:r>
      <w:r>
        <w:t xml:space="preserve"> for</w:t>
      </w:r>
      <w:r>
        <w:t xml:space="preserve"> what?</w:t>
        <w:br/>
        <w:t>你需要见我</w:t>
        <w:br/>
        <w:t>You</w:t>
      </w:r>
      <w:r>
        <w:t xml:space="preserve"> needed</w:t>
      </w:r>
      <w:r>
        <w:t xml:space="preserve"> to</w:t>
      </w:r>
      <w:r>
        <w:t xml:space="preserve"> see</w:t>
      </w:r>
      <w:r>
        <w:t xml:space="preserve"> me.</w:t>
        <w:br/>
        <w:t>是么?</w:t>
        <w:br/>
        <w:t>I</w:t>
      </w:r>
      <w:r>
        <w:t xml:space="preserve"> did?</w:t>
        <w:br/>
        <w:t>你一直都有个问题想要问我</w:t>
        <w:br/>
        <w:t>There's</w:t>
      </w:r>
      <w:r>
        <w:t xml:space="preserve"> a</w:t>
      </w:r>
      <w:r>
        <w:t xml:space="preserve"> question</w:t>
      </w:r>
      <w:r>
        <w:t xml:space="preserve"> that</w:t>
      </w:r>
      <w:r>
        <w:t xml:space="preserve"> you've</w:t>
      </w:r>
      <w:r>
        <w:t xml:space="preserve"> been</w:t>
      </w:r>
      <w:r>
        <w:t xml:space="preserve"> wanting</w:t>
      </w:r>
      <w:r>
        <w:t xml:space="preserve"> to</w:t>
      </w:r>
      <w:r>
        <w:t xml:space="preserve"> ask</w:t>
      </w:r>
      <w:r>
        <w:t xml:space="preserve"> me.</w:t>
        <w:br/>
        <w:t>问题?</w:t>
        <w:br/>
        <w:t>A</w:t>
      </w:r>
      <w:r>
        <w:t xml:space="preserve"> question?</w:t>
        <w:br/>
        <w:t>最好快点,</w:t>
      </w:r>
      <w:r>
        <w:t xml:space="preserve"> 甜心</w:t>
        <w:br/>
        <w:t>Better</w:t>
      </w:r>
      <w:r>
        <w:t xml:space="preserve"> hurry,</w:t>
      </w:r>
      <w:r>
        <w:t xml:space="preserve"> sweets.</w:t>
        <w:br/>
        <w:t>我马上就要走了</w:t>
        <w:br/>
        <w:t>I</w:t>
      </w:r>
      <w:r>
        <w:t xml:space="preserve"> have</w:t>
      </w:r>
      <w:r>
        <w:t xml:space="preserve"> to</w:t>
      </w:r>
      <w:r>
        <w:t xml:space="preserve"> go</w:t>
      </w:r>
      <w:r>
        <w:t xml:space="preserve"> soon.</w:t>
        <w:br/>
        <w:t>等等</w:t>
        <w:br/>
        <w:t>Wait.</w:t>
        <w:br/>
        <w:t>我把这放到冰箱中去</w:t>
        <w:br/>
        <w:t>I'll</w:t>
      </w:r>
      <w:r>
        <w:t xml:space="preserve"> just</w:t>
      </w:r>
      <w:r>
        <w:t xml:space="preserve"> put</w:t>
      </w:r>
      <w:r>
        <w:t xml:space="preserve"> this</w:t>
      </w:r>
      <w:r>
        <w:t xml:space="preserve"> in</w:t>
      </w:r>
      <w:r>
        <w:t xml:space="preserve"> the</w:t>
      </w:r>
      <w:r>
        <w:t xml:space="preserve"> fridge.</w:t>
        <w:br/>
        <w:t>什么问题?</w:t>
        <w:br/>
        <w:t>What</w:t>
      </w:r>
      <w:r>
        <w:t xml:space="preserve"> question?</w:t>
        <w:br/>
        <w:t>你会想起来的</w:t>
        <w:br/>
        <w:t>It'll</w:t>
      </w:r>
      <w:r>
        <w:t xml:space="preserve"> come</w:t>
      </w:r>
      <w:r>
        <w:t xml:space="preserve"> to</w:t>
      </w:r>
      <w:r>
        <w:t xml:space="preserve"> you.</w:t>
        <w:br/>
        <w:t>什么问题?</w:t>
        <w:br/>
        <w:t>What</w:t>
      </w:r>
      <w:r>
        <w:t xml:space="preserve"> question?</w:t>
        <w:br/>
        <w:t>想起来没有,</w:t>
      </w:r>
      <w:r>
        <w:t xml:space="preserve"> Charlie?</w:t>
        <w:br/>
        <w:t>Did</w:t>
      </w:r>
      <w:r>
        <w:t xml:space="preserve"> you</w:t>
      </w:r>
      <w:r>
        <w:t xml:space="preserve"> figure</w:t>
      </w:r>
      <w:r>
        <w:t xml:space="preserve"> it</w:t>
      </w:r>
      <w:r>
        <w:t xml:space="preserve"> out</w:t>
      </w:r>
      <w:r>
        <w:t xml:space="preserve"> yet,</w:t>
      </w:r>
      <w:r>
        <w:t xml:space="preserve"> charlie?</w:t>
        <w:br/>
        <w:t>Charlie?</w:t>
        <w:br/>
        <w:t>Charlie?</w:t>
        <w:br/>
        <w:t>Charlie</w:t>
        <w:br/>
        <w:t>Charlie.</w:t>
        <w:br/>
        <w:t>Charlie,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起床了</w:t>
        <w:br/>
        <w:t>Charlie,</w:t>
      </w:r>
      <w:r>
        <w:t xml:space="preserve"> get</w:t>
      </w:r>
      <w:r>
        <w:t xml:space="preserve"> up.</w:t>
        <w:br/>
        <w:t>快点,</w:t>
      </w:r>
      <w:r>
        <w:t xml:space="preserve"> 你说过要带我进城的</w:t>
        <w:br/>
        <w:t>Come</w:t>
      </w:r>
      <w:r>
        <w:t xml:space="preserve"> on,</w:t>
      </w:r>
      <w:r>
        <w:t xml:space="preserve"> you</w:t>
      </w:r>
      <w:r>
        <w:t xml:space="preserve"> said</w:t>
      </w:r>
      <w:r>
        <w:t xml:space="preserve"> you'd</w:t>
      </w:r>
      <w:r>
        <w:t xml:space="preserve"> drop</w:t>
      </w:r>
      <w:r>
        <w:t xml:space="preserve"> me</w:t>
      </w:r>
      <w:r>
        <w:t xml:space="preserve"> at</w:t>
      </w:r>
      <w:r>
        <w:t xml:space="preserve"> the</w:t>
      </w:r>
      <w:r>
        <w:t xml:space="preserve"> metro.</w:t>
        <w:br/>
        <w:t>我45分钟后就要到市中心去</w:t>
        <w:br/>
        <w:t>I've</w:t>
      </w:r>
      <w:r>
        <w:t xml:space="preserve"> got</w:t>
      </w:r>
      <w:r>
        <w:t xml:space="preserve"> to</w:t>
      </w:r>
      <w:r>
        <w:t xml:space="preserve"> be</w:t>
      </w:r>
      <w:r>
        <w:t xml:space="preserve"> downtown</w:t>
      </w:r>
      <w:r>
        <w:t xml:space="preserve"> in</w:t>
      </w:r>
      <w:r>
        <w:t xml:space="preserve"> 45</w:t>
      </w:r>
      <w:r>
        <w:t xml:space="preserve"> minutes.</w:t>
        <w:br/>
        <w:t>快走,</w:t>
      </w:r>
      <w:r>
        <w:t xml:space="preserve"> 快,</w:t>
      </w:r>
      <w:r>
        <w:t xml:space="preserve"> 快</w:t>
        <w:br/>
        <w:t>Let's</w:t>
      </w:r>
      <w:r>
        <w:t xml:space="preserve"> go,</w:t>
      </w:r>
      <w:r>
        <w:t xml:space="preserve"> come</w:t>
      </w:r>
      <w:r>
        <w:t xml:space="preserve"> on,</w:t>
      </w:r>
      <w:r>
        <w:t xml:space="preserve"> chop-chop.</w:t>
        <w:br/>
        <w:t>是Carla</w:t>
      </w:r>
      <w:r>
        <w:t xml:space="preserve"> Daniels</w:t>
        <w:br/>
        <w:t>This</w:t>
      </w:r>
      <w:r>
        <w:t xml:space="preserve"> is</w:t>
      </w:r>
      <w:r>
        <w:t xml:space="preserve"> carla</w:t>
      </w:r>
      <w:r>
        <w:t xml:space="preserve"> daniels.</w:t>
        <w:br/>
        <w:t>这是她家</w:t>
        <w:br/>
        <w:t>This</w:t>
      </w:r>
      <w:r>
        <w:t xml:space="preserve"> is</w:t>
      </w:r>
      <w:r>
        <w:t xml:space="preserve"> her</w:t>
      </w:r>
      <w:r>
        <w:t xml:space="preserve"> house,</w:t>
        <w:br/>
        <w:t>她一个人住在这里</w:t>
        <w:br/>
        <w:t>she</w:t>
      </w:r>
      <w:r>
        <w:t xml:space="preserve"> lives</w:t>
      </w:r>
      <w:r>
        <w:t xml:space="preserve"> here</w:t>
      </w:r>
      <w:r>
        <w:t xml:space="preserve"> alone.</w:t>
        <w:br/>
        <w:t>没有挣扎的迹象</w:t>
        <w:br/>
        <w:t>No</w:t>
      </w:r>
      <w:r>
        <w:t xml:space="preserve"> sign</w:t>
      </w:r>
      <w:r>
        <w:t xml:space="preserve"> of</w:t>
      </w:r>
      <w:r>
        <w:t xml:space="preserve"> a</w:t>
      </w:r>
      <w:r>
        <w:t xml:space="preserve"> struggle.</w:t>
        <w:br/>
        <w:t>钥匙还插在车上</w:t>
        <w:br/>
        <w:t>Her</w:t>
      </w:r>
      <w:r>
        <w:t xml:space="preserve"> keys</w:t>
      </w:r>
      <w:r>
        <w:t xml:space="preserve"> were</w:t>
      </w:r>
      <w:r>
        <w:t xml:space="preserve"> still</w:t>
      </w:r>
      <w:r>
        <w:t xml:space="preserve"> in</w:t>
      </w:r>
      <w:r>
        <w:t xml:space="preserve"> the</w:t>
      </w:r>
      <w:r>
        <w:t xml:space="preserve"> ignition.</w:t>
        <w:br/>
        <w:t>谁发现她的?</w:t>
        <w:br/>
        <w:t>who</w:t>
      </w:r>
      <w:r>
        <w:t xml:space="preserve"> found</w:t>
      </w:r>
      <w:r>
        <w:t xml:space="preserve"> her?</w:t>
        <w:br/>
        <w:t>她的邮差</w:t>
        <w:br/>
        <w:t>Her</w:t>
      </w:r>
      <w:r>
        <w:t xml:space="preserve"> mailman.</w:t>
        <w:br/>
        <w:t>或者是女仆,</w:t>
      </w:r>
      <w:r>
        <w:t xml:space="preserve"> 随便你怎么称呼她</w:t>
        <w:br/>
        <w:t>Woman,</w:t>
      </w:r>
      <w:r>
        <w:t xml:space="preserve"> whatever</w:t>
      </w:r>
      <w:r>
        <w:t xml:space="preserve"> you</w:t>
      </w:r>
      <w:r>
        <w:t xml:space="preserve"> want</w:t>
      </w:r>
      <w:r>
        <w:t xml:space="preserve"> to</w:t>
      </w:r>
      <w:r>
        <w:t xml:space="preserve"> call</w:t>
      </w:r>
      <w:r>
        <w:t xml:space="preserve"> her.</w:t>
        <w:br/>
        <w:t>叫邮政投递员怎么样,</w:t>
      </w:r>
      <w:r>
        <w:t xml:space="preserve"> granger?</w:t>
        <w:br/>
        <w:t>How</w:t>
      </w:r>
      <w:r>
        <w:t xml:space="preserve"> about</w:t>
      </w:r>
      <w:r>
        <w:t xml:space="preserve"> postal</w:t>
      </w:r>
      <w:r>
        <w:t xml:space="preserve"> carrier,</w:t>
      </w:r>
      <w:r>
        <w:t xml:space="preserve"> granger?</w:t>
        <w:br/>
        <w:t>什么意思,</w:t>
      </w:r>
      <w:r>
        <w:t xml:space="preserve"> Megan?</w:t>
        <w:br/>
        <w:t>What</w:t>
      </w:r>
      <w:r>
        <w:t xml:space="preserve"> do</w:t>
      </w:r>
      <w:r>
        <w:t xml:space="preserve"> you</w:t>
      </w:r>
      <w:r>
        <w:t xml:space="preserve"> say,</w:t>
      </w:r>
      <w:r>
        <w:t xml:space="preserve"> megan?</w:t>
        <w:br/>
        <w:t>她和六星期前遇害的那个女孩</w:t>
      </w:r>
      <w:r>
        <w:t xml:space="preserve"> 被人发现的方式是一样的</w:t>
        <w:br/>
        <w:t>She</w:t>
      </w:r>
      <w:r>
        <w:t xml:space="preserve"> was</w:t>
      </w:r>
      <w:r>
        <w:t xml:space="preserve"> found</w:t>
      </w:r>
      <w:r>
        <w:t xml:space="preserve"> the</w:t>
      </w:r>
      <w:r>
        <w:t xml:space="preserve"> same</w:t>
      </w:r>
      <w:r>
        <w:t xml:space="preserve"> way</w:t>
      </w:r>
      <w:r>
        <w:t xml:space="preserve"> the</w:t>
      </w:r>
      <w:r>
        <w:t xml:space="preserve"> other</w:t>
      </w:r>
      <w:r>
        <w:t xml:space="preserve"> girl</w:t>
      </w:r>
      <w:r>
        <w:t xml:space="preserve"> was</w:t>
      </w:r>
      <w:r>
        <w:t xml:space="preserve"> six</w:t>
      </w:r>
      <w:r>
        <w:t xml:space="preserve"> weeks</w:t>
      </w:r>
      <w:r>
        <w:t xml:space="preserve"> ago.</w:t>
        <w:br/>
        <w:t>你们和周围的邻居们谈过没有?</w:t>
        <w:br/>
        <w:t>You</w:t>
      </w:r>
      <w:r>
        <w:t xml:space="preserve"> guys</w:t>
      </w:r>
      <w:r>
        <w:t xml:space="preserve"> talk</w:t>
      </w:r>
      <w:r>
        <w:t xml:space="preserve"> to</w:t>
      </w:r>
      <w:r>
        <w:t xml:space="preserve"> the</w:t>
      </w:r>
      <w:r>
        <w:t xml:space="preserve"> neighbors?</w:t>
        <w:br/>
        <w:t>街对面那个家伙</w:t>
        <w:br/>
        <w:t>The</w:t>
      </w:r>
      <w:r>
        <w:t xml:space="preserve"> guy</w:t>
      </w:r>
      <w:r>
        <w:t xml:space="preserve"> across</w:t>
      </w:r>
      <w:r>
        <w:t xml:space="preserve"> the</w:t>
      </w:r>
      <w:r>
        <w:t xml:space="preserve"> street.</w:t>
        <w:br/>
        <w:t>他说这辆车一大早就在这里了</w:t>
        <w:br/>
        <w:t>He</w:t>
      </w:r>
      <w:r>
        <w:t xml:space="preserve"> says</w:t>
      </w:r>
      <w:r>
        <w:t xml:space="preserve"> the</w:t>
      </w:r>
      <w:r>
        <w:t xml:space="preserve"> car's</w:t>
      </w:r>
      <w:r>
        <w:t xml:space="preserve"> been</w:t>
      </w:r>
      <w:r>
        <w:t xml:space="preserve"> here</w:t>
      </w:r>
      <w:r>
        <w:t xml:space="preserve"> all</w:t>
      </w:r>
      <w:r>
        <w:t xml:space="preserve"> morning.</w:t>
        <w:br/>
        <w:t>那个时候她在不在车上?</w:t>
        <w:br/>
        <w:t>With</w:t>
      </w:r>
      <w:r>
        <w:t xml:space="preserve"> her</w:t>
      </w:r>
      <w:r>
        <w:t xml:space="preserve"> in</w:t>
      </w:r>
      <w:r>
        <w:t xml:space="preserve"> it?</w:t>
        <w:br/>
        <w:t>记不起来了</w:t>
        <w:br/>
        <w:t>Can't</w:t>
      </w:r>
      <w:r>
        <w:t xml:space="preserve"> remember.</w:t>
        <w:br/>
        <w:t>又是一个晴朗的好天气</w:t>
        <w:br/>
        <w:t>Just</w:t>
      </w:r>
      <w:r>
        <w:t xml:space="preserve"> another</w:t>
      </w:r>
      <w:r>
        <w:t xml:space="preserve"> sunny</w:t>
      </w:r>
      <w:r>
        <w:t xml:space="preserve"> day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L.A.</w:t>
        <w:br/>
        <w:t>好了</w:t>
        <w:br/>
        <w:t>All</w:t>
      </w:r>
      <w:r>
        <w:t xml:space="preserve"> right.</w:t>
        <w:br/>
        <w:t>仔细调查这片地区</w:t>
        <w:br/>
        <w:t>start</w:t>
      </w:r>
      <w:r>
        <w:t xml:space="preserve"> canvassing</w:t>
      </w:r>
      <w:r>
        <w:t xml:space="preserve"> the</w:t>
      </w:r>
      <w:r>
        <w:t xml:space="preserve"> area.</w:t>
        <w:br/>
        <w:t>我们首先需要许可</w:t>
      </w:r>
      <w:r>
        <w:t xml:space="preserve"> 所以先开停车罚单吧</w:t>
        <w:br/>
        <w:t>We</w:t>
      </w:r>
      <w:r>
        <w:t xml:space="preserve"> need</w:t>
      </w:r>
      <w:r>
        <w:t xml:space="preserve"> permits</w:t>
      </w:r>
      <w:r>
        <w:t xml:space="preserve"> here,</w:t>
      </w:r>
      <w:r>
        <w:t xml:space="preserve"> so</w:t>
      </w:r>
      <w:r>
        <w:t xml:space="preserve"> run</w:t>
      </w:r>
      <w:r>
        <w:t xml:space="preserve"> parking</w:t>
      </w:r>
      <w:r>
        <w:t xml:space="preserve"> tickets.</w:t>
        <w:br/>
        <w:t>他们有可能并没有走开</w:t>
        <w:br/>
        <w:t>They</w:t>
      </w:r>
      <w:r>
        <w:t xml:space="preserve"> probably</w:t>
      </w:r>
      <w:r>
        <w:t xml:space="preserve"> didn't</w:t>
      </w:r>
      <w:r>
        <w:t xml:space="preserve"> walk</w:t>
      </w:r>
      <w:r>
        <w:t xml:space="preserve"> away,right?</w:t>
        <w:br/>
        <w:t>有没可能,</w:t>
      </w:r>
      <w:r>
        <w:t xml:space="preserve"> 她是自杀的呢?</w:t>
        <w:br/>
        <w:t>Could</w:t>
      </w:r>
      <w:r>
        <w:t xml:space="preserve"> be,</w:t>
      </w:r>
      <w:r>
        <w:t xml:space="preserve"> she</w:t>
      </w:r>
      <w:r>
        <w:t xml:space="preserve"> did</w:t>
      </w:r>
      <w:r>
        <w:t xml:space="preserve"> it</w:t>
      </w:r>
      <w:r>
        <w:t xml:space="preserve"> to</w:t>
      </w:r>
      <w:r>
        <w:t xml:space="preserve"> herself?</w:t>
        <w:br/>
        <w:t>看她打扮得多漂亮,</w:t>
      </w:r>
      <w:r>
        <w:t xml:space="preserve"> Granger</w:t>
        <w:br/>
        <w:t>See</w:t>
      </w:r>
      <w:r>
        <w:t xml:space="preserve"> how</w:t>
      </w:r>
      <w:r>
        <w:t xml:space="preserve"> pretty</w:t>
      </w:r>
      <w:r>
        <w:t xml:space="preserve"> she</w:t>
      </w:r>
      <w:r>
        <w:t xml:space="preserve"> looks,granger?</w:t>
        <w:br/>
        <w:t>她穿这身可不是为了自杀</w:t>
        <w:br/>
        <w:t>She</w:t>
      </w:r>
      <w:r>
        <w:t xml:space="preserve"> didn't</w:t>
      </w:r>
      <w:r>
        <w:t xml:space="preserve"> dress</w:t>
      </w:r>
      <w:r>
        <w:t xml:space="preserve"> for</w:t>
      </w:r>
      <w:r>
        <w:t xml:space="preserve"> a</w:t>
      </w:r>
      <w:r>
        <w:t xml:space="preserve"> suicide.</w:t>
        <w:br/>
        <w:t>应该是要去见某个人</w:t>
        <w:br/>
        <w:t>She</w:t>
      </w:r>
      <w:r>
        <w:t xml:space="preserve"> dressed</w:t>
      </w:r>
      <w:r>
        <w:t xml:space="preserve"> for</w:t>
      </w:r>
      <w:r>
        <w:t xml:space="preserve"> a</w:t>
      </w:r>
      <w:r>
        <w:t xml:space="preserve"> somebody.</w:t>
        <w:br/>
        <w:t>会告诉你的,</w:t>
      </w:r>
      <w:r>
        <w:t xml:space="preserve"> 真的很奇怪</w:t>
        <w:br/>
        <w:t>I'll</w:t>
      </w:r>
      <w:r>
        <w:t xml:space="preserve"> tell</w:t>
      </w:r>
      <w:r>
        <w:t xml:space="preserve"> you,</w:t>
      </w:r>
      <w:r>
        <w:t xml:space="preserve"> it</w:t>
      </w:r>
      <w:r>
        <w:t xml:space="preserve"> was</w:t>
      </w:r>
      <w:r>
        <w:t xml:space="preserve"> weird.</w:t>
        <w:br/>
        <w:t>四年了</w:t>
        <w:br/>
        <w:t>It's</w:t>
      </w:r>
      <w:r>
        <w:t xml:space="preserve"> been</w:t>
      </w:r>
      <w:r>
        <w:t xml:space="preserve"> four</w:t>
      </w:r>
      <w:r>
        <w:t xml:space="preserve"> years.</w:t>
        <w:br/>
        <w:t>我已经记不清她的长相</w:t>
        <w:br/>
        <w:t>I</w:t>
      </w:r>
      <w:r>
        <w:t xml:space="preserve"> forgot</w:t>
      </w:r>
      <w:r>
        <w:t xml:space="preserve"> what</w:t>
      </w:r>
      <w:r>
        <w:t xml:space="preserve"> she</w:t>
      </w:r>
      <w:r>
        <w:t xml:space="preserve"> looks</w:t>
      </w:r>
      <w:r>
        <w:t xml:space="preserve"> like.</w:t>
        <w:br/>
        <w:t>听着,</w:t>
      </w:r>
      <w:r>
        <w:t xml:space="preserve"> 我完全理解</w:t>
        <w:br/>
        <w:t>Listen,I</w:t>
      </w:r>
      <w:r>
        <w:t xml:space="preserve"> completely</w:t>
      </w:r>
      <w:r>
        <w:t xml:space="preserve"> understand.</w:t>
        <w:br/>
        <w:t>我自己的母亲很多年前就去世了</w:t>
        <w:br/>
        <w:t>My</w:t>
      </w:r>
      <w:r>
        <w:t xml:space="preserve"> own</w:t>
      </w:r>
      <w:r>
        <w:t xml:space="preserve"> mother</w:t>
      </w:r>
      <w:r>
        <w:t xml:space="preserve"> passed</w:t>
      </w:r>
      <w:r>
        <w:t xml:space="preserve"> years</w:t>
      </w:r>
      <w:r>
        <w:t xml:space="preserve"> ago.</w:t>
        <w:br/>
        <w:t>现在我能回想起来的</w:t>
      </w:r>
      <w:r>
        <w:t xml:space="preserve"> 只有她那温馨的微笑</w:t>
        <w:br/>
        <w:t>Now</w:t>
      </w:r>
      <w:r>
        <w:t xml:space="preserve"> all</w:t>
      </w:r>
      <w:r>
        <w:t xml:space="preserve"> I</w:t>
      </w:r>
      <w:r>
        <w:t xml:space="preserve"> can</w:t>
      </w:r>
      <w:r>
        <w:t xml:space="preserve"> recall</w:t>
      </w:r>
      <w:r>
        <w:t xml:space="preserve"> is</w:t>
      </w:r>
      <w:r>
        <w:t xml:space="preserve"> this</w:t>
      </w:r>
      <w:r>
        <w:t xml:space="preserve"> warm</w:t>
      </w:r>
      <w:r>
        <w:t xml:space="preserve"> smile</w:t>
      </w:r>
      <w:r>
        <w:t xml:space="preserve"> of</w:t>
      </w:r>
      <w:r>
        <w:t xml:space="preserve"> hers</w:t>
        <w:br/>
        <w:t>以及一对被修整过的奇特的眉毛</w:t>
        <w:br/>
        <w:t>and</w:t>
      </w:r>
      <w:r>
        <w:t xml:space="preserve"> a</w:t>
      </w:r>
      <w:r>
        <w:t xml:space="preserve"> set</w:t>
      </w:r>
      <w:r>
        <w:t xml:space="preserve"> of</w:t>
      </w:r>
      <w:r>
        <w:t xml:space="preserve"> oddly</w:t>
      </w:r>
      <w:r>
        <w:t xml:space="preserve"> tweezed</w:t>
      </w:r>
      <w:r>
        <w:t xml:space="preserve"> eyebrows.</w:t>
        <w:br/>
        <w:t>虽然看到她很高兴</w:t>
        <w:br/>
        <w:t>It</w:t>
      </w:r>
      <w:r>
        <w:t xml:space="preserve"> was</w:t>
      </w:r>
      <w:r>
        <w:t xml:space="preserve"> nice</w:t>
      </w:r>
      <w:r>
        <w:t xml:space="preserve"> seeing</w:t>
      </w:r>
      <w:r>
        <w:t xml:space="preserve"> her,</w:t>
      </w:r>
      <w:r>
        <w:t xml:space="preserve"> though.</w:t>
        <w:br/>
        <w:t>你说过,</w:t>
      </w:r>
      <w:r>
        <w:t xml:space="preserve"> 她告诉你,</w:t>
      </w:r>
      <w:r>
        <w:t xml:space="preserve"> 你有一些问题</w:t>
      </w:r>
      <w:r>
        <w:t xml:space="preserve"> 想要问她?</w:t>
        <w:br/>
        <w:t>And</w:t>
      </w:r>
      <w:r>
        <w:t xml:space="preserve"> you</w:t>
      </w:r>
      <w:r>
        <w:t xml:space="preserve"> said</w:t>
      </w:r>
      <w:r>
        <w:t xml:space="preserve"> that</w:t>
      </w:r>
      <w:r>
        <w:t xml:space="preserve"> she</w:t>
      </w:r>
      <w:r>
        <w:t xml:space="preserve"> told</w:t>
      </w:r>
      <w:r>
        <w:t xml:space="preserve"> you</w:t>
      </w:r>
      <w:r>
        <w:t xml:space="preserve"> there</w:t>
      </w:r>
      <w:r>
        <w:t xml:space="preserve"> was</w:t>
      </w:r>
      <w:r>
        <w:t xml:space="preserve"> some</w:t>
      </w:r>
      <w:r>
        <w:t xml:space="preserve"> question</w:t>
      </w:r>
      <w:r>
        <w:t xml:space="preserve"> that</w:t>
      </w:r>
      <w:r>
        <w:t xml:space="preserve"> you</w:t>
      </w:r>
      <w:r>
        <w:t xml:space="preserve"> had</w:t>
      </w:r>
      <w:r>
        <w:t xml:space="preserve"> for</w:t>
      </w:r>
      <w:r>
        <w:t xml:space="preserve"> her?</w:t>
        <w:br/>
        <w:t>你认为那是什么意思?</w:t>
        <w:br/>
        <w:t>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that's</w:t>
      </w:r>
      <w:r>
        <w:t xml:space="preserve"> about?</w:t>
        <w:br/>
        <w:t>这取决于你做的是什么类型的梦</w:t>
        <w:br/>
        <w:t>All</w:t>
      </w:r>
      <w:r>
        <w:t xml:space="preserve"> depends</w:t>
      </w:r>
      <w:r>
        <w:t xml:space="preserve"> on</w:t>
      </w:r>
      <w:r>
        <w:t xml:space="preserve"> what</w:t>
      </w:r>
      <w:r>
        <w:t xml:space="preserve"> school</w:t>
      </w:r>
      <w:r>
        <w:t xml:space="preserve"> of</w:t>
      </w:r>
      <w:r>
        <w:t xml:space="preserve"> dreams</w:t>
      </w:r>
      <w:r>
        <w:t xml:space="preserve"> you</w:t>
      </w:r>
      <w:r>
        <w:t xml:space="preserve"> ascribe</w:t>
      </w:r>
      <w:r>
        <w:t xml:space="preserve"> to.</w:t>
        <w:br/>
        <w:t>梦的类型...</w:t>
        <w:br/>
        <w:t>School</w:t>
      </w:r>
      <w:r>
        <w:t xml:space="preserve"> of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dreams...</w:t>
        <w:br/>
        <w:t>看它是不是源于神经系统的随机活动</w:t>
        <w:br/>
        <w:t>whether</w:t>
      </w:r>
      <w:r>
        <w:t xml:space="preserve"> it's</w:t>
      </w:r>
      <w:r>
        <w:t xml:space="preserve"> due</w:t>
      </w:r>
      <w:r>
        <w:t xml:space="preserve"> to</w:t>
      </w:r>
      <w:r>
        <w:t xml:space="preserve"> some</w:t>
      </w:r>
      <w:r>
        <w:t xml:space="preserve"> random</w:t>
      </w:r>
      <w:r>
        <w:t xml:space="preserve"> neuro-synaptic</w:t>
      </w:r>
      <w:r>
        <w:t xml:space="preserve"> firings,</w:t>
        <w:br/>
        <w:t>如果是这样,</w:t>
      </w:r>
      <w:r>
        <w:t xml:space="preserve"> 那就没有什么含义</w:t>
        <w:br/>
        <w:t>in</w:t>
      </w:r>
      <w:r>
        <w:t xml:space="preserve"> other</w:t>
      </w:r>
      <w:r>
        <w:t xml:space="preserve"> words,they</w:t>
      </w:r>
      <w:r>
        <w:t xml:space="preserve"> have</w:t>
      </w:r>
      <w:r>
        <w:t xml:space="preserve"> no</w:t>
      </w:r>
      <w:r>
        <w:t xml:space="preserve"> meaning.</w:t>
        <w:br/>
        <w:t>否则的话,</w:t>
      </w:r>
      <w:r>
        <w:t xml:space="preserve"> 你知道</w:t>
        <w:br/>
        <w:t>Or,</w:t>
      </w:r>
      <w:r>
        <w:t xml:space="preserve"> you</w:t>
      </w:r>
      <w:r>
        <w:t xml:space="preserve"> know,</w:t>
        <w:br/>
        <w:t>也许是潜意识中某种潜在的联&amp;hearts;系&amp;hearts;</w:t>
        <w:br/>
        <w:t>maybe</w:t>
      </w:r>
      <w:r>
        <w:t xml:space="preserve"> they're</w:t>
      </w:r>
      <w:r>
        <w:t xml:space="preserve"> revelations</w:t>
      </w:r>
      <w:r>
        <w:t xml:space="preserve"> of</w:t>
      </w:r>
      <w:r>
        <w:t xml:space="preserve"> some</w:t>
      </w:r>
      <w:r>
        <w:t xml:space="preserve"> hidden</w:t>
      </w:r>
      <w:r>
        <w:t xml:space="preserve"> subconscious</w:t>
      </w:r>
      <w:r>
        <w:t xml:space="preserve"> conflict.</w:t>
        <w:br/>
        <w:t>某些残余的未被处理的情绪</w:t>
        <w:br/>
        <w:t>Residue</w:t>
      </w:r>
      <w:r>
        <w:t xml:space="preserve"> of</w:t>
      </w:r>
      <w:r>
        <w:t xml:space="preserve"> unprocessed</w:t>
      </w:r>
      <w:r>
        <w:t xml:space="preserve"> emotions.</w:t>
        <w:br/>
        <w:t>你觉得是哪种原因?</w:t>
        <w:br/>
        <w:t>What</w:t>
      </w:r>
      <w:r>
        <w:t xml:space="preserve"> side</w:t>
      </w:r>
      <w:r>
        <w:t xml:space="preserve"> of</w:t>
      </w:r>
      <w:r>
        <w:t xml:space="preserve"> that</w:t>
      </w:r>
      <w:r>
        <w:t xml:space="preserve"> fence</w:t>
      </w:r>
      <w:r>
        <w:t xml:space="preserve"> do</w:t>
      </w:r>
      <w:r>
        <w:t xml:space="preserve"> you</w:t>
      </w:r>
      <w:r>
        <w:t xml:space="preserve"> sit</w:t>
      </w:r>
      <w:r>
        <w:t xml:space="preserve"> on?</w:t>
        <w:br/>
        <w:t>我很少做梦</w:t>
        <w:br/>
        <w:br/>
        <w:t>I</w:t>
      </w:r>
      <w:r>
        <w:t xml:space="preserve"> rarely</w:t>
      </w:r>
      <w:r>
        <w:t xml:space="preserve"> dream.</w:t>
        <w:br/>
        <w:t>我是说,</w:t>
      </w:r>
      <w:r>
        <w:t xml:space="preserve"> 偶尔</w:t>
        <w:br/>
        <w:t>I</w:t>
      </w:r>
      <w:r>
        <w:t xml:space="preserve"> mean,</w:t>
      </w:r>
      <w:r>
        <w:t xml:space="preserve"> every</w:t>
      </w:r>
      <w:r>
        <w:t xml:space="preserve"> once</w:t>
      </w:r>
      <w:r>
        <w:t xml:space="preserve"> in</w:t>
      </w:r>
      <w:r>
        <w:t xml:space="preserve"> a</w:t>
      </w:r>
      <w:r>
        <w:t xml:space="preserve"> while,</w:t>
        <w:br/>
        <w:t>我会做这种回忆类型的梦</w:t>
        <w:br/>
        <w:t>I</w:t>
      </w:r>
      <w:r>
        <w:t xml:space="preserve"> have</w:t>
      </w:r>
      <w:r>
        <w:t xml:space="preserve"> this</w:t>
      </w:r>
      <w:r>
        <w:t xml:space="preserve"> recurring</w:t>
      </w:r>
      <w:r>
        <w:t xml:space="preserve"> dream</w:t>
        <w:br/>
        <w:t>我的姑妈Louise试图来吃我的肉</w:t>
        <w:br/>
        <w:t>in</w:t>
      </w:r>
      <w:r>
        <w:t xml:space="preserve"> which</w:t>
      </w:r>
      <w:r>
        <w:t xml:space="preserve"> my</w:t>
      </w:r>
      <w:r>
        <w:t xml:space="preserve"> aunt</w:t>
      </w:r>
      <w:r>
        <w:t xml:space="preserve"> louise</w:t>
      </w:r>
      <w:r>
        <w:t xml:space="preserve"> is</w:t>
      </w:r>
      <w:r>
        <w:t xml:space="preserve"> attempting</w:t>
      </w:r>
      <w:r>
        <w:t xml:space="preserve"> to</w:t>
      </w:r>
      <w:r>
        <w:t xml:space="preserve"> consume</w:t>
      </w:r>
      <w:r>
        <w:t xml:space="preserve"> my</w:t>
      </w:r>
      <w:r>
        <w:t xml:space="preserve"> flesh,</w:t>
        <w:br/>
        <w:t>当然作为常理来说,</w:t>
      </w:r>
      <w:r>
        <w:t xml:space="preserve"> 这不可能</w:t>
        <w:br/>
        <w:t>but</w:t>
      </w:r>
      <w:r>
        <w:t xml:space="preserve"> as</w:t>
      </w:r>
      <w:r>
        <w:t xml:space="preserve"> a</w:t>
      </w:r>
      <w:r>
        <w:t xml:space="preserve"> general</w:t>
      </w:r>
      <w:r>
        <w:t xml:space="preserve"> rule,</w:t>
      </w:r>
      <w:r>
        <w:t xml:space="preserve"> no.</w:t>
        <w:br/>
        <w:t>我倾向于认为</w:t>
      </w:r>
      <w:r>
        <w:t xml:space="preserve"> 这是因为我生活在那个时刻</w:t>
        <w:br/>
        <w:t>I</w:t>
      </w:r>
      <w:r>
        <w:t xml:space="preserve"> like</w:t>
      </w:r>
      <w:r>
        <w:t xml:space="preserve"> to</w:t>
      </w:r>
      <w:r>
        <w:t xml:space="preserve"> think</w:t>
      </w:r>
      <w:r>
        <w:t xml:space="preserve"> it's</w:t>
      </w:r>
      <w:r>
        <w:t xml:space="preserve"> because</w:t>
      </w:r>
      <w:r>
        <w:t xml:space="preserve"> I</w:t>
      </w:r>
      <w:r>
        <w:t xml:space="preserve"> live</w:t>
      </w:r>
      <w:r>
        <w:t xml:space="preserve"> in</w:t>
      </w:r>
      <w:r>
        <w:t xml:space="preserve"> the</w:t>
      </w:r>
      <w:r>
        <w:t xml:space="preserve"> moment,</w:t>
        <w:br/>
        <w:t>不过当然,</w:t>
      </w:r>
      <w:r>
        <w:t xml:space="preserve"> 这可能是由于某种</w:t>
      </w:r>
      <w:r>
        <w:t xml:space="preserve"> 影响神经的化学物质失衡所致</w:t>
        <w:br/>
        <w:t>but</w:t>
      </w:r>
      <w:r>
        <w:t xml:space="preserve"> of</w:t>
      </w:r>
      <w:r>
        <w:t xml:space="preserve"> course</w:t>
      </w:r>
      <w:r>
        <w:t xml:space="preserve"> it</w:t>
      </w:r>
      <w:r>
        <w:t xml:space="preserve"> could</w:t>
      </w:r>
      <w:r>
        <w:t xml:space="preserve"> be</w:t>
      </w:r>
      <w:r>
        <w:t xml:space="preserve"> due</w:t>
      </w:r>
      <w:r>
        <w:t xml:space="preserve"> to</w:t>
      </w:r>
      <w:r>
        <w:t xml:space="preserve"> some</w:t>
      </w:r>
      <w:r>
        <w:t xml:space="preserve"> greater</w:t>
      </w:r>
      <w:r>
        <w:t xml:space="preserve"> neuro-chemical</w:t>
      </w:r>
      <w:r>
        <w:t xml:space="preserve"> imbalance.</w:t>
        <w:br/>
        <w:t>这确实可以解释某些事情</w:t>
        <w:br/>
        <w:t>That</w:t>
      </w:r>
      <w:r>
        <w:t xml:space="preserve"> certainly</w:t>
      </w:r>
      <w:r>
        <w:t xml:space="preserve"> might</w:t>
      </w:r>
      <w:r>
        <w:t xml:space="preserve"> explain</w:t>
      </w:r>
      <w:r>
        <w:t xml:space="preserve"> some</w:t>
      </w:r>
      <w:r>
        <w:t xml:space="preserve"> things.</w:t>
        <w:br/>
        <w:t>但我们在谈论的是你的经历</w:t>
      </w:r>
      <w:r>
        <w:t xml:space="preserve"> Charles,</w:t>
      </w:r>
      <w:r>
        <w:t xml:space="preserve"> 不是我的</w:t>
        <w:br/>
        <w:t>But</w:t>
      </w:r>
      <w:r>
        <w:t xml:space="preserve"> we're</w:t>
      </w:r>
      <w:r>
        <w:t xml:space="preserve"> exploring</w:t>
      </w:r>
      <w:r>
        <w:t xml:space="preserve"> your</w:t>
      </w:r>
      <w:r>
        <w:t xml:space="preserve"> journey</w:t>
      </w:r>
      <w:r>
        <w:t xml:space="preserve"> here,</w:t>
      </w:r>
      <w:r>
        <w:t xml:space="preserve"> charles,</w:t>
      </w:r>
      <w:r>
        <w:t xml:space="preserve"> not</w:t>
      </w:r>
      <w:r>
        <w:t xml:space="preserve"> mine.</w:t>
        <w:br/>
        <w:t>很对</w:t>
        <w:br/>
        <w:t>Exactly.</w:t>
        <w:br/>
        <w:t>不过...</w:t>
        <w:br/>
        <w:t>But...</w:t>
        <w:br/>
        <w:t>这到底是什么?</w:t>
        <w:br/>
        <w:t>what</w:t>
      </w:r>
      <w:r>
        <w:t xml:space="preserve"> is</w:t>
      </w:r>
      <w:r>
        <w:t xml:space="preserve"> it?</w:t>
        <w:br/>
        <w:t>Granger</w:t>
        <w:br/>
        <w:t>Granger.</w:t>
        <w:br/>
        <w:t>我稍候打给你</w:t>
        <w:br/>
        <w:t>I</w:t>
      </w:r>
      <w:r>
        <w:t xml:space="preserve"> will</w:t>
      </w:r>
      <w:r>
        <w:t xml:space="preserve"> call</w:t>
      </w:r>
      <w:r>
        <w:t xml:space="preserve"> you</w:t>
      </w:r>
      <w:r>
        <w:t xml:space="preserve"> right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back.</w:t>
        <w:br/>
        <w:t>发现什么没有?</w:t>
        <w:br/>
        <w:t>Anything?</w:t>
        <w:br/>
        <w:t>你早上会铺床么?</w:t>
        <w:br/>
        <w:t>You</w:t>
      </w:r>
      <w:r>
        <w:t xml:space="preserve"> make</w:t>
      </w:r>
      <w:r>
        <w:t xml:space="preserve"> your</w:t>
      </w:r>
      <w:r>
        <w:t xml:space="preserve"> bed</w:t>
      </w:r>
      <w:r>
        <w:t xml:space="preserve"> in</w:t>
      </w:r>
      <w:r>
        <w:t xml:space="preserve"> the</w:t>
      </w:r>
      <w:r>
        <w:t xml:space="preserve"> morning?</w:t>
        <w:br/>
        <w:t>通常不会</w:t>
        <w:br/>
        <w:t>Not</w:t>
      </w:r>
      <w:r>
        <w:t xml:space="preserve"> usually.</w:t>
        <w:br/>
        <w:t>可以告诉你很多关于一个人的信息</w:t>
        <w:br/>
        <w:t>Tells</w:t>
      </w:r>
      <w:r>
        <w:t xml:space="preserve"> you</w:t>
      </w:r>
      <w:r>
        <w:t xml:space="preserve"> a</w:t>
      </w:r>
      <w:r>
        <w:t xml:space="preserve"> lot</w:t>
      </w:r>
      <w:r>
        <w:t xml:space="preserve"> about</w:t>
      </w:r>
      <w:r>
        <w:t xml:space="preserve"> a</w:t>
      </w:r>
      <w:r>
        <w:t xml:space="preserve"> person.</w:t>
        <w:br/>
        <w:t>我想起某个人了</w:t>
        <w:br/>
        <w:t>I</w:t>
      </w:r>
      <w:r>
        <w:t xml:space="preserve"> have</w:t>
      </w:r>
      <w:r>
        <w:t xml:space="preserve"> somebody</w:t>
      </w:r>
      <w:r>
        <w:t xml:space="preserve"> who</w:t>
      </w:r>
      <w:r>
        <w:t xml:space="preserve"> comes</w:t>
      </w:r>
      <w:r>
        <w:t xml:space="preserve"> in.</w:t>
        <w:br/>
        <w:t>她在读圣经</w:t>
        <w:br/>
        <w:t>She</w:t>
      </w:r>
      <w:r>
        <w:t xml:space="preserve"> read</w:t>
      </w:r>
      <w:r>
        <w:t xml:space="preserve"> the</w:t>
      </w:r>
      <w:r>
        <w:t xml:space="preserve"> bible.</w:t>
        <w:br/>
        <w:t>于是她念诵圣经,</w:t>
      </w:r>
      <w:r>
        <w:t xml:space="preserve"> 然后铺床</w:t>
        <w:br/>
        <w:t>So</w:t>
      </w:r>
      <w:r>
        <w:t xml:space="preserve"> she</w:t>
      </w:r>
      <w:r>
        <w:t xml:space="preserve"> says</w:t>
      </w:r>
      <w:r>
        <w:t xml:space="preserve"> her</w:t>
      </w:r>
      <w:r>
        <w:t xml:space="preserve"> prayers</w:t>
      </w:r>
      <w:r>
        <w:t xml:space="preserve"> and</w:t>
      </w:r>
      <w:r>
        <w:t xml:space="preserve"> makes</w:t>
      </w:r>
      <w:r>
        <w:t xml:space="preserve"> her</w:t>
      </w:r>
      <w:r>
        <w:t xml:space="preserve"> bed;</w:t>
        <w:br/>
        <w:t>你认为她是凶手?</w:t>
        <w:br/>
        <w:t>you</w:t>
      </w:r>
      <w:r>
        <w:t xml:space="preserve"> ready</w:t>
      </w:r>
      <w:r>
        <w:t xml:space="preserve"> to</w:t>
      </w:r>
      <w:r>
        <w:t xml:space="preserve"> name</w:t>
      </w:r>
      <w:r>
        <w:t xml:space="preserve"> her</w:t>
      </w:r>
      <w:r>
        <w:t xml:space="preserve"> killer?</w:t>
        <w:br/>
        <w:t>她非常爱整洁</w:t>
        <w:br/>
        <w:t>She</w:t>
      </w:r>
      <w:r>
        <w:t xml:space="preserve"> was</w:t>
      </w:r>
      <w:r>
        <w:t xml:space="preserve"> organized</w:t>
      </w:r>
      <w:r>
        <w:t xml:space="preserve"> and</w:t>
      </w:r>
      <w:r>
        <w:t xml:space="preserve"> tidy.</w:t>
        <w:br/>
        <w:t>从这些特点来看</w:t>
      </w:r>
      <w:r>
        <w:t xml:space="preserve"> 不像是一个喜欢冒险的人</w:t>
        <w:br/>
        <w:t>Neither</w:t>
      </w:r>
      <w:r>
        <w:t xml:space="preserve"> of</w:t>
      </w:r>
      <w:r>
        <w:t xml:space="preserve"> those</w:t>
      </w:r>
      <w:r>
        <w:t xml:space="preserve"> traits</w:t>
      </w:r>
      <w:r>
        <w:t xml:space="preserve"> are</w:t>
      </w:r>
      <w:r>
        <w:t xml:space="preserve"> really</w:t>
      </w:r>
      <w:r>
        <w:t xml:space="preserve"> consistent</w:t>
      </w:r>
      <w:r>
        <w:t xml:space="preserve"> with</w:t>
      </w:r>
      <w:r>
        <w:t xml:space="preserve"> a</w:t>
      </w:r>
      <w:r>
        <w:t xml:space="preserve"> risk-taker.</w:t>
        <w:br/>
        <w:t>这么说,,,</w:t>
        <w:br/>
        <w:t>So?</w:t>
        <w:br/>
        <w:t>我觉得不管是谁干的</w:t>
        <w:br/>
        <w:t>So</w:t>
      </w:r>
      <w:r>
        <w:t xml:space="preserve"> I</w:t>
      </w:r>
      <w:r>
        <w:t xml:space="preserve"> think</w:t>
      </w:r>
      <w:r>
        <w:t xml:space="preserve"> whoever</w:t>
      </w:r>
      <w:r>
        <w:t xml:space="preserve"> did</w:t>
      </w:r>
      <w:r>
        <w:t xml:space="preserve"> this,</w:t>
        <w:br/>
        <w:t>她非常相信他</w:t>
        <w:br/>
        <w:t>she</w:t>
      </w:r>
      <w:r>
        <w:t xml:space="preserve"> trusted</w:t>
      </w:r>
      <w:r>
        <w:t xml:space="preserve"> him.</w:t>
        <w:br/>
        <w:t>前任男友?</w:t>
        <w:br/>
        <w:t>How</w:t>
      </w:r>
      <w:r>
        <w:t xml:space="preserve"> about</w:t>
      </w:r>
      <w:r>
        <w:t xml:space="preserve"> an</w:t>
      </w:r>
      <w:r>
        <w:t xml:space="preserve"> ex-boyfriend?</w:t>
        <w:br/>
        <w:t>我也是这么想的</w:t>
        <w:br/>
        <w:t>That's</w:t>
      </w:r>
      <w:r>
        <w:t xml:space="preserve"> what</w:t>
      </w:r>
      <w:r>
        <w:t xml:space="preserve"> I</w:t>
      </w:r>
      <w:r>
        <w:t xml:space="preserve"> was</w:t>
      </w:r>
      <w:r>
        <w:t xml:space="preserve"> thinking.</w:t>
        <w:br/>
        <w:t>他名叫David</w:t>
        <w:br/>
        <w:t>That</w:t>
      </w:r>
      <w:r>
        <w:t xml:space="preserve"> was</w:t>
      </w:r>
      <w:r>
        <w:t xml:space="preserve"> david.</w:t>
        <w:br/>
        <w:t>邻居们说,</w:t>
      </w:r>
      <w:r>
        <w:t xml:space="preserve"> 她几周前跟他分了手</w:t>
        <w:br/>
        <w:t>Neighbor</w:t>
      </w:r>
      <w:r>
        <w:t xml:space="preserve"> said</w:t>
      </w:r>
      <w:r>
        <w:t xml:space="preserve"> she</w:t>
      </w:r>
      <w:r>
        <w:t xml:space="preserve"> broke</w:t>
      </w:r>
      <w:r>
        <w:t xml:space="preserve"> it</w:t>
      </w:r>
      <w:r>
        <w:t xml:space="preserve"> off</w:t>
      </w:r>
      <w:r>
        <w:t xml:space="preserve"> a</w:t>
      </w:r>
      <w:r>
        <w:t xml:space="preserve"> few</w:t>
      </w:r>
      <w:r>
        <w:t xml:space="preserve"> weeks</w:t>
      </w:r>
      <w:r>
        <w:t xml:space="preserve"> ago.</w:t>
        <w:br/>
        <w:t>看上去有动机</w:t>
        <w:br/>
        <w:t>Sounds</w:t>
      </w:r>
      <w:r>
        <w:t xml:space="preserve"> like</w:t>
      </w:r>
      <w:r>
        <w:t xml:space="preserve"> motive</w:t>
      </w:r>
      <w:r>
        <w:t xml:space="preserve"> to</w:t>
      </w:r>
      <w:r>
        <w:t xml:space="preserve"> me,</w:t>
        <w:br/>
        <w:t>看你干活很有意思</w:t>
        <w:br/>
        <w:t>but</w:t>
      </w:r>
      <w:r>
        <w:t xml:space="preserve"> it</w:t>
      </w:r>
      <w:r>
        <w:t xml:space="preserve"> was</w:t>
      </w:r>
      <w:r>
        <w:t xml:space="preserve"> fun</w:t>
      </w:r>
      <w:r>
        <w:t xml:space="preserve"> watching</w:t>
      </w:r>
      <w:r>
        <w:t xml:space="preserve"> you</w:t>
      </w:r>
      <w:r>
        <w:t xml:space="preserve"> work.</w:t>
        <w:br/>
        <w:t>发现什么线索,</w:t>
      </w:r>
      <w:r>
        <w:t xml:space="preserve"> 马上跟我打电&amp;hearts;话&amp;hearts;</w:t>
      </w:r>
      <w:r>
        <w:t xml:space="preserve"> 好么?</w:t>
        <w:br/>
        <w:t>and,</w:t>
      </w:r>
      <w:r>
        <w:t xml:space="preserve"> really,</w:t>
      </w:r>
      <w:r>
        <w:t xml:space="preserve"> call</w:t>
      </w:r>
      <w:r>
        <w:t xml:space="preserve"> me</w:t>
      </w:r>
      <w:r>
        <w:t xml:space="preserve"> as</w:t>
      </w:r>
      <w:r>
        <w:t xml:space="preserve"> soon</w:t>
      </w:r>
      <w:r>
        <w:t xml:space="preserve"> as</w:t>
      </w:r>
      <w:r>
        <w:t xml:space="preserve"> you</w:t>
      </w:r>
      <w:r>
        <w:t xml:space="preserve"> know</w:t>
      </w:r>
      <w:r>
        <w:t xml:space="preserve"> anything,</w:t>
      </w:r>
      <w:r>
        <w:t xml:space="preserve"> all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right?</w:t>
        <w:br/>
        <w:t>Don</w:t>
        <w:br/>
        <w:t>don.</w:t>
        <w:br/>
        <w:t>怎么了?</w:t>
        <w:br/>
        <w:t>what's</w:t>
      </w:r>
      <w:r>
        <w:t xml:space="preserve"> up?</w:t>
        <w:br/>
        <w:t>我有些事情想告诉你</w:t>
        <w:br/>
        <w:t>i</w:t>
      </w:r>
      <w:r>
        <w:t xml:space="preserve"> have</w:t>
      </w:r>
      <w:r>
        <w:t xml:space="preserve"> something</w:t>
      </w:r>
      <w:r>
        <w:t xml:space="preserve"> I</w:t>
      </w:r>
      <w:r>
        <w:t xml:space="preserve"> want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about.</w:t>
        <w:br/>
        <w:t>你有空么?</w:t>
        <w:br/>
        <w:t>You</w:t>
      </w:r>
      <w:r>
        <w:t xml:space="preserve"> busy?</w:t>
        <w:br/>
        <w:t>没有,</w:t>
      </w:r>
      <w:r>
        <w:t xml:space="preserve"> 刚刚接手一个谋杀案</w:t>
        <w:br/>
        <w:t>No,</w:t>
      </w:r>
      <w:r>
        <w:t xml:space="preserve"> I</w:t>
      </w:r>
      <w:r>
        <w:t xml:space="preserve"> mean,we</w:t>
      </w:r>
      <w:r>
        <w:t xml:space="preserve"> just</w:t>
      </w:r>
      <w:r>
        <w:t xml:space="preserve"> got</w:t>
      </w:r>
      <w:r>
        <w:t xml:space="preserve"> handed</w:t>
      </w:r>
      <w:r>
        <w:t xml:space="preserve"> this</w:t>
      </w:r>
      <w:r>
        <w:t xml:space="preserve"> homicide</w:t>
      </w:r>
      <w:r>
        <w:t xml:space="preserve"> from</w:t>
      </w:r>
      <w:r>
        <w:t xml:space="preserve"> these</w:t>
      </w:r>
      <w:r>
        <w:t xml:space="preserve"> locals</w:t>
        <w:br/>
        <w:t>看起来跟以前的一个谋杀有些关联</w:t>
        <w:br/>
        <w:t>who</w:t>
      </w:r>
      <w:r>
        <w:t xml:space="preserve"> think</w:t>
      </w:r>
      <w:r>
        <w:t xml:space="preserve"> it's</w:t>
      </w:r>
      <w:r>
        <w:t xml:space="preserve"> connected</w:t>
      </w:r>
      <w:r>
        <w:t xml:space="preserve"> to</w:t>
      </w:r>
      <w:r>
        <w:t xml:space="preserve"> a</w:t>
      </w:r>
      <w:r>
        <w:t xml:space="preserve"> prior</w:t>
      </w:r>
      <w:r>
        <w:t xml:space="preserve"> murder.</w:t>
        <w:br/>
        <w:t>这个,</w:t>
      </w:r>
      <w:r>
        <w:t xml:space="preserve"> 你想看看么?</w:t>
        <w:br/>
        <w:t>Here,</w:t>
      </w:r>
      <w:r>
        <w:t xml:space="preserve"> you</w:t>
      </w:r>
      <w:r>
        <w:t xml:space="preserve"> want</w:t>
      </w:r>
      <w:r>
        <w:t xml:space="preserve"> to</w:t>
      </w:r>
      <w:r>
        <w:t xml:space="preserve"> take</w:t>
      </w:r>
      <w:r>
        <w:t xml:space="preserve"> a</w:t>
      </w:r>
      <w:r>
        <w:t xml:space="preserve"> look?</w:t>
        <w:br/>
        <w:t>当然</w:t>
        <w:br/>
        <w:t>sure.</w:t>
        <w:br/>
        <w:t>什么事?</w:t>
        <w:br/>
        <w:t>What's</w:t>
      </w:r>
      <w:r>
        <w:t xml:space="preserve"> up?</w:t>
        <w:br/>
        <w:t>我做了</w:t>
        <w:br/>
        <w:t>I</w:t>
      </w:r>
      <w:r>
        <w:t xml:space="preserve"> had</w:t>
      </w:r>
      <w:r>
        <w:t xml:space="preserve"> a,</w:t>
        <w:br/>
        <w:t>我做了一个梦</w:t>
        <w:br/>
        <w:t>I</w:t>
      </w:r>
      <w:r>
        <w:t xml:space="preserve"> had</w:t>
      </w:r>
      <w:r>
        <w:t xml:space="preserve"> a</w:t>
      </w:r>
      <w:r>
        <w:t xml:space="preserve"> dream.</w:t>
        <w:br/>
        <w:t>一个梦?</w:t>
        <w:br/>
        <w:t>A</w:t>
      </w:r>
      <w:r>
        <w:t xml:space="preserve"> dream?</w:t>
        <w:br/>
        <w:t>我知道,</w:t>
      </w:r>
      <w:r>
        <w:t xml:space="preserve"> 这听起来...</w:t>
        <w:br/>
        <w:t>I</w:t>
      </w:r>
      <w:r>
        <w:t xml:space="preserve"> know</w:t>
      </w:r>
      <w:r>
        <w:t xml:space="preserve"> it</w:t>
      </w:r>
      <w:r>
        <w:t xml:space="preserve"> sounds...</w:t>
        <w:br/>
        <w:t>这是我们的两名遇难者</w:t>
        <w:br/>
        <w:t>these</w:t>
      </w:r>
      <w:r>
        <w:t xml:space="preserve"> are</w:t>
      </w:r>
      <w:r>
        <w:t xml:space="preserve"> our</w:t>
      </w:r>
      <w:r>
        <w:t xml:space="preserve"> two</w:t>
      </w:r>
      <w:r>
        <w:t xml:space="preserve"> victims</w:t>
      </w:r>
      <w:r>
        <w:t xml:space="preserve"> right</w:t>
      </w:r>
      <w:r>
        <w:t xml:space="preserve"> here.</w:t>
        <w:br/>
        <w:t>很年轻啊</w:t>
        <w:br/>
        <w:t>They're</w:t>
      </w:r>
      <w:r>
        <w:t xml:space="preserve"> pretty</w:t>
      </w:r>
      <w:r>
        <w:t xml:space="preserve"> young.</w:t>
        <w:br/>
        <w:t>是啊,</w:t>
      </w:r>
      <w:r>
        <w:t xml:space="preserve"> 23岁和24岁</w:t>
        <w:br/>
        <w:t>Yeah,</w:t>
      </w:r>
      <w:r>
        <w:t xml:space="preserve"> 23,</w:t>
      </w:r>
      <w:r>
        <w:t xml:space="preserve"> 24.</w:t>
        <w:br/>
        <w:t>被发现时都在车里</w:t>
        <w:br/>
        <w:t>Both</w:t>
      </w:r>
      <w:r>
        <w:t xml:space="preserve"> found</w:t>
      </w:r>
      <w:r>
        <w:t xml:space="preserve"> in</w:t>
      </w:r>
      <w:r>
        <w:t xml:space="preserve"> their</w:t>
      </w:r>
      <w:r>
        <w:t xml:space="preserve"> cars</w:t>
      </w:r>
      <w:r>
        <w:t xml:space="preserve"> in</w:t>
      </w:r>
      <w:r>
        <w:t xml:space="preserve"> their</w:t>
      </w:r>
      <w:r>
        <w:t xml:space="preserve"> driveways,</w:t>
        <w:br/>
        <w:t>而且都扎着混有安定和吗&amp;hearts;啡&amp;hearts;的注射器</w:t>
        <w:br/>
        <w:t>both</w:t>
      </w:r>
      <w:r>
        <w:t xml:space="preserve"> od'd</w:t>
      </w:r>
      <w:r>
        <w:t xml:space="preserve"> on</w:t>
      </w:r>
      <w:r>
        <w:t xml:space="preserve"> hot</w:t>
      </w:r>
      <w:r>
        <w:t xml:space="preserve"> shots</w:t>
      </w:r>
      <w:r>
        <w:t xml:space="preserve"> of</w:t>
      </w:r>
      <w:r>
        <w:t xml:space="preserve"> diazepam</w:t>
      </w:r>
      <w:r>
        <w:t xml:space="preserve"> and</w:t>
      </w:r>
      <w:r>
        <w:t xml:space="preserve"> morphine.</w:t>
        <w:br/>
        <w:t>验尸官人为第一个女孩是死于意外</w:t>
        <w:br/>
        <w:t>The</w:t>
      </w:r>
      <w:r>
        <w:t xml:space="preserve"> coroner</w:t>
      </w:r>
      <w:r>
        <w:t xml:space="preserve"> ruled</w:t>
      </w:r>
      <w:r>
        <w:t xml:space="preserve"> the</w:t>
      </w:r>
      <w:r>
        <w:t xml:space="preserve"> first</w:t>
      </w:r>
      <w:r>
        <w:t xml:space="preserve"> girl</w:t>
      </w:r>
      <w:r>
        <w:t xml:space="preserve"> an</w:t>
      </w:r>
      <w:r>
        <w:t xml:space="preserve"> accident</w:t>
        <w:br/>
        <w:t>直到第二个女孩出现</w:t>
        <w:br/>
        <w:t>until</w:t>
      </w:r>
      <w:r>
        <w:t xml:space="preserve"> the</w:t>
      </w:r>
      <w:r>
        <w:t xml:space="preserve"> second</w:t>
      </w:r>
      <w:r>
        <w:t xml:space="preserve"> girl</w:t>
      </w:r>
      <w:r>
        <w:t xml:space="preserve"> showed</w:t>
      </w:r>
      <w:r>
        <w:t xml:space="preserve"> up.</w:t>
        <w:br/>
        <w:t>知不知道她们之间有没有什么联&amp;hearts;系&amp;hearts;?</w:t>
        <w:br/>
        <w:t>Do</w:t>
      </w:r>
      <w:r>
        <w:t xml:space="preserve"> we</w:t>
      </w:r>
      <w:r>
        <w:t xml:space="preserve"> know</w:t>
      </w:r>
      <w:r>
        <w:t xml:space="preserve"> of</w:t>
      </w:r>
      <w:r>
        <w:t xml:space="preserve"> any</w:t>
      </w:r>
      <w:r>
        <w:t xml:space="preserve"> connection</w:t>
      </w:r>
      <w:r>
        <w:t xml:space="preserve"> between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them?</w:t>
        <w:br/>
        <w:t>看上去她们相互之间并不认识</w:t>
        <w:br/>
        <w:t>I</w:t>
      </w:r>
      <w:r>
        <w:t xml:space="preserve"> mean,</w:t>
      </w:r>
      <w:r>
        <w:t xml:space="preserve"> it</w:t>
      </w:r>
      <w:r>
        <w:t xml:space="preserve"> doesn't</w:t>
      </w:r>
      <w:r>
        <w:t xml:space="preserve"> seem</w:t>
      </w:r>
      <w:r>
        <w:t xml:space="preserve"> like</w:t>
      </w:r>
      <w:r>
        <w:t xml:space="preserve"> they</w:t>
      </w:r>
      <w:r>
        <w:t xml:space="preserve"> knew</w:t>
      </w:r>
      <w:r>
        <w:t xml:space="preserve"> each</w:t>
      </w:r>
      <w:r>
        <w:t xml:space="preserve"> other.</w:t>
        <w:br/>
        <w:t>这个女孩,</w:t>
      </w:r>
      <w:r>
        <w:t xml:space="preserve"> Lisa</w:t>
      </w:r>
      <w:r>
        <w:t xml:space="preserve"> Clark</w:t>
        <w:br/>
        <w:t>This</w:t>
      </w:r>
      <w:r>
        <w:t xml:space="preserve"> girl,</w:t>
      </w:r>
      <w:r>
        <w:t xml:space="preserve"> lisa</w:t>
      </w:r>
      <w:r>
        <w:t xml:space="preserve"> clark,</w:t>
        <w:br/>
        <w:t>曾是一名女店员</w:t>
        <w:br/>
        <w:t>I</w:t>
      </w:r>
      <w:r>
        <w:t xml:space="preserve"> think</w:t>
      </w:r>
      <w:r>
        <w:t xml:space="preserve"> she</w:t>
      </w:r>
      <w:r>
        <w:t xml:space="preserve"> was</w:t>
      </w:r>
      <w:r>
        <w:t xml:space="preserve"> a</w:t>
      </w:r>
      <w:r>
        <w:t xml:space="preserve"> salesgirl,</w:t>
        <w:br/>
        <w:t>Carla</w:t>
      </w:r>
      <w:r>
        <w:t xml:space="preserve"> Daniels</w:t>
        <w:br/>
        <w:t>and</w:t>
      </w:r>
      <w:r>
        <w:t xml:space="preserve"> carla</w:t>
      </w:r>
      <w:r>
        <w:t xml:space="preserve"> daniels,</w:t>
        <w:br/>
        <w:t>房&amp;hearts;产经纪人</w:t>
        <w:br/>
        <w:t>a</w:t>
      </w:r>
      <w:r>
        <w:t xml:space="preserve"> real</w:t>
      </w:r>
      <w:r>
        <w:t xml:space="preserve"> estate</w:t>
      </w:r>
      <w:r>
        <w:t xml:space="preserve"> broker.</w:t>
        <w:br/>
        <w:t>应该有一个地点,</w:t>
      </w:r>
      <w:r>
        <w:t xml:space="preserve"> 在那里凶手跟这两个人接触过</w:t>
        <w:br/>
        <w:t>And</w:t>
      </w:r>
      <w:r>
        <w:t xml:space="preserve"> somewhere</w:t>
      </w:r>
      <w:r>
        <w:t xml:space="preserve"> their</w:t>
      </w:r>
      <w:r>
        <w:t xml:space="preserve"> killer</w:t>
      </w:r>
      <w:r>
        <w:t xml:space="preserve"> must</w:t>
      </w:r>
      <w:r>
        <w:t xml:space="preserve"> have</w:t>
      </w:r>
      <w:r>
        <w:t xml:space="preserve"> come</w:t>
      </w:r>
      <w:r>
        <w:t xml:space="preserve"> in</w:t>
      </w:r>
      <w:r>
        <w:t xml:space="preserve"> contact</w:t>
      </w:r>
      <w:r>
        <w:t xml:space="preserve"> with</w:t>
      </w:r>
      <w:r>
        <w:t xml:space="preserve"> them.</w:t>
        <w:br/>
        <w:t>OK</w:t>
        <w:br/>
        <w:t>Okay,</w:t>
      </w:r>
      <w:r>
        <w:t xml:space="preserve"> you</w:t>
      </w:r>
      <w:r>
        <w:t xml:space="preserve"> know,</w:t>
        <w:br/>
        <w:t>有一个被称为"直接网络流"的问题</w:t>
        <w:br/>
        <w:t>there's</w:t>
      </w:r>
      <w:r>
        <w:t xml:space="preserve"> something</w:t>
      </w:r>
      <w:r>
        <w:t xml:space="preserve"> called</w:t>
      </w:r>
      <w:r>
        <w:t xml:space="preserve"> a</w:t>
      </w:r>
      <w:r>
        <w:t xml:space="preserve"> direct</w:t>
      </w:r>
      <w:r>
        <w:t xml:space="preserve"> network</w:t>
      </w:r>
      <w:r>
        <w:t xml:space="preserve"> flow</w:t>
      </w:r>
      <w:r>
        <w:t xml:space="preserve"> problem.</w:t>
        <w:br/>
        <w:t>对我来说是好消息还是坏消息呢?</w:t>
        <w:br/>
        <w:t>Is</w:t>
      </w:r>
      <w:r>
        <w:t xml:space="preserve"> this</w:t>
      </w:r>
      <w:r>
        <w:t xml:space="preserve"> good</w:t>
      </w:r>
      <w:r>
        <w:t xml:space="preserve"> or</w:t>
      </w:r>
      <w:r>
        <w:t xml:space="preserve"> bad</w:t>
      </w:r>
      <w:r>
        <w:t xml:space="preserve"> for</w:t>
      </w:r>
      <w:r>
        <w:t xml:space="preserve"> me?</w:t>
        <w:br/>
        <w:t>是好消息,</w:t>
      </w:r>
      <w:r>
        <w:t xml:space="preserve"> 因为这两个女人</w:t>
      </w:r>
      <w:r>
        <w:t xml:space="preserve"> 都有日常经过的路线</w:t>
        <w:br/>
        <w:t>it's</w:t>
      </w:r>
      <w:r>
        <w:t xml:space="preserve"> good</w:t>
      </w:r>
      <w:r>
        <w:t xml:space="preserve"> because</w:t>
      </w:r>
      <w:r>
        <w:t xml:space="preserve"> these</w:t>
      </w:r>
      <w:r>
        <w:t xml:space="preserve"> women</w:t>
      </w:r>
      <w:r>
        <w:t xml:space="preserve"> had</w:t>
      </w:r>
      <w:r>
        <w:t xml:space="preserve"> daily</w:t>
      </w:r>
      <w:r>
        <w:t xml:space="preserve"> routines.So</w:t>
        <w:br/>
        <w:t>而这些路线的不断重复</w:t>
      </w:r>
      <w:r>
        <w:t xml:space="preserve"> 可以降低凶手</w:t>
        <w:br/>
        <w:t>the</w:t>
      </w:r>
      <w:r>
        <w:t xml:space="preserve"> repetition</w:t>
      </w:r>
      <w:r>
        <w:t xml:space="preserve"> of</w:t>
      </w:r>
      <w:r>
        <w:t xml:space="preserve"> those</w:t>
      </w:r>
      <w:r>
        <w:t xml:space="preserve"> routines</w:t>
      </w:r>
      <w:r>
        <w:t xml:space="preserve"> would</w:t>
      </w:r>
      <w:r>
        <w:t xml:space="preserve"> have</w:t>
      </w:r>
      <w:r>
        <w:t xml:space="preserve"> narrowed</w:t>
      </w:r>
      <w:r>
        <w:t xml:space="preserve"> the</w:t>
      </w:r>
      <w:r>
        <w:t xml:space="preserve"> opportunity</w:t>
        <w:br/>
        <w:t>直接跟她们见面的可能性</w:t>
        <w:br/>
        <w:t>for</w:t>
      </w:r>
      <w:r>
        <w:t xml:space="preserve"> a</w:t>
      </w:r>
      <w:r>
        <w:t xml:space="preserve"> killer</w:t>
      </w:r>
      <w:r>
        <w:t xml:space="preserve"> to</w:t>
      </w:r>
      <w:r>
        <w:t xml:space="preserve"> come</w:t>
      </w:r>
      <w:r>
        <w:t xml:space="preserve"> into</w:t>
      </w:r>
      <w:r>
        <w:t xml:space="preserve"> contact</w:t>
      </w:r>
      <w:r>
        <w:t xml:space="preserve"> with</w:t>
      </w:r>
      <w:r>
        <w:t xml:space="preserve"> them.</w:t>
        <w:br/>
        <w:t>这就好像是在厨房&amp;hearts;中</w:t>
        <w:br/>
        <w:t>It's</w:t>
      </w:r>
      <w:r>
        <w:t xml:space="preserve"> like</w:t>
      </w:r>
      <w:r>
        <w:t xml:space="preserve"> being</w:t>
      </w:r>
      <w:r>
        <w:t xml:space="preserve"> in</w:t>
      </w:r>
      <w:r>
        <w:t xml:space="preserve"> the</w:t>
      </w:r>
      <w:r>
        <w:t xml:space="preserve"> kitchen.</w:t>
        <w:br/>
        <w:t>每天,</w:t>
      </w:r>
      <w:r>
        <w:t xml:space="preserve"> 你在那个房&amp;hearts;间中移&amp;hearts;动&amp;hearts;</w:t>
        <w:br/>
        <w:t>Every</w:t>
      </w:r>
      <w:r>
        <w:t xml:space="preserve"> day,</w:t>
      </w:r>
      <w:r>
        <w:t xml:space="preserve"> you're</w:t>
      </w:r>
      <w:r>
        <w:t xml:space="preserve"> in</w:t>
      </w:r>
      <w:r>
        <w:t xml:space="preserve"> that</w:t>
      </w:r>
      <w:r>
        <w:t xml:space="preserve"> room</w:t>
      </w:r>
      <w:r>
        <w:t xml:space="preserve"> traveling</w:t>
        <w:br/>
        <w:t>从桌子到水槽,</w:t>
      </w:r>
      <w:r>
        <w:t xml:space="preserve"> 再到冰箱</w:t>
        <w:br/>
        <w:t>from</w:t>
      </w:r>
      <w:r>
        <w:t xml:space="preserve"> the</w:t>
      </w:r>
      <w:r>
        <w:t xml:space="preserve"> table</w:t>
      </w:r>
      <w:r>
        <w:t xml:space="preserve"> to</w:t>
      </w:r>
      <w:r>
        <w:t xml:space="preserve"> the</w:t>
      </w:r>
      <w:r>
        <w:t xml:space="preserve"> sink,</w:t>
      </w:r>
      <w:r>
        <w:t xml:space="preserve"> to</w:t>
      </w:r>
      <w:r>
        <w:t xml:space="preserve"> the</w:t>
      </w:r>
      <w:r>
        <w:t xml:space="preserve"> fridge,</w:t>
        <w:br/>
        <w:t>回到水槽,</w:t>
      </w:r>
      <w:r>
        <w:t xml:space="preserve"> 然后再回到桌子,</w:t>
      </w:r>
      <w:r>
        <w:t xml:space="preserve"> 如此往复</w:t>
        <w:br/>
        <w:t>back</w:t>
      </w:r>
      <w:r>
        <w:t xml:space="preserve"> to</w:t>
      </w:r>
      <w:r>
        <w:t xml:space="preserve"> the</w:t>
      </w:r>
      <w:r>
        <w:t xml:space="preserve"> sink,back</w:t>
      </w:r>
      <w:r>
        <w:t xml:space="preserve"> to</w:t>
      </w:r>
      <w:r>
        <w:t xml:space="preserve"> the</w:t>
      </w:r>
      <w:r>
        <w:t xml:space="preserve"> table</w:t>
      </w:r>
      <w:r>
        <w:t xml:space="preserve"> and</w:t>
      </w:r>
      <w:r>
        <w:t xml:space="preserve"> so</w:t>
      </w:r>
      <w:r>
        <w:t xml:space="preserve"> on.</w:t>
        <w:br/>
        <w:t>这些日常活动</w:t>
        <w:br/>
        <w:t>In</w:t>
      </w:r>
      <w:r>
        <w:t xml:space="preserve"> these</w:t>
      </w:r>
      <w:r>
        <w:t xml:space="preserve"> routine</w:t>
      </w:r>
      <w:r>
        <w:t xml:space="preserve"> movements,</w:t>
        <w:br/>
        <w:t>都是无意识的模型</w:t>
        <w:br/>
        <w:t>there</w:t>
      </w:r>
      <w:r>
        <w:t xml:space="preserve"> are</w:t>
      </w:r>
      <w:r>
        <w:t xml:space="preserve"> unconscious</w:t>
      </w:r>
      <w:r>
        <w:t xml:space="preserve"> patterns.</w:t>
        <w:br/>
        <w:t>你选择的这样的路线</w:t>
      </w:r>
      <w:r>
        <w:t xml:space="preserve"> 完全是为了方便</w:t>
        <w:br/>
        <w:t>Paths</w:t>
      </w:r>
      <w:r>
        <w:t xml:space="preserve"> you</w:t>
      </w:r>
      <w:r>
        <w:t xml:space="preserve"> take</w:t>
      </w:r>
      <w:r>
        <w:t xml:space="preserve"> dictated</w:t>
      </w:r>
      <w:r>
        <w:t xml:space="preserve"> by</w:t>
      </w:r>
      <w:r>
        <w:t xml:space="preserve"> convenience</w:t>
        <w:br/>
        <w:t>或者是为了特殊的要求</w:t>
        <w:br/>
        <w:t>or</w:t>
      </w:r>
      <w:r>
        <w:t xml:space="preserve"> by</w:t>
      </w:r>
      <w:r>
        <w:t xml:space="preserve"> a</w:t>
      </w:r>
      <w:r>
        <w:t xml:space="preserve"> specific</w:t>
      </w:r>
      <w:r>
        <w:t xml:space="preserve"> task.</w:t>
        <w:br/>
        <w:t>如果记录下这些移&amp;hearts;动&amp;hearts;</w:t>
        <w:br/>
        <w:t>If</w:t>
      </w:r>
      <w:r>
        <w:t xml:space="preserve"> you</w:t>
      </w:r>
      <w:r>
        <w:t xml:space="preserve"> were</w:t>
      </w:r>
      <w:r>
        <w:t xml:space="preserve"> to</w:t>
      </w:r>
      <w:r>
        <w:t xml:space="preserve"> record</w:t>
      </w:r>
      <w:r>
        <w:t xml:space="preserve"> these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movements,</w:t>
        <w:br/>
        <w:t>你就可以看到这些模型</w:t>
        <w:br/>
        <w:t>you</w:t>
      </w:r>
      <w:r>
        <w:t xml:space="preserve"> would</w:t>
      </w:r>
      <w:r>
        <w:t xml:space="preserve"> see</w:t>
      </w:r>
      <w:r>
        <w:t xml:space="preserve"> those</w:t>
      </w:r>
      <w:r>
        <w:t xml:space="preserve"> patterns.</w:t>
        <w:br/>
        <w:t>所以</w:t>
        <w:br/>
        <w:t>So,</w:t>
        <w:br/>
        <w:t>如果你可以给我一些这些女人们</w:t>
      </w:r>
      <w:r>
        <w:t xml:space="preserve"> 日常生活的一些信息</w:t>
        <w:br/>
        <w:t>if</w:t>
      </w:r>
      <w:r>
        <w:t xml:space="preserve"> you</w:t>
      </w:r>
      <w:r>
        <w:t xml:space="preserve"> can</w:t>
      </w:r>
      <w:r>
        <w:t xml:space="preserve"> get</w:t>
      </w:r>
      <w:r>
        <w:t xml:space="preserve"> me</w:t>
      </w:r>
      <w:r>
        <w:t xml:space="preserve"> any</w:t>
      </w:r>
      <w:r>
        <w:t xml:space="preserve"> information</w:t>
      </w:r>
      <w:r>
        <w:t xml:space="preserve"> about</w:t>
      </w:r>
      <w:r>
        <w:t xml:space="preserve"> these</w:t>
      </w:r>
      <w:r>
        <w:t xml:space="preserve"> women's</w:t>
      </w:r>
      <w:r>
        <w:t xml:space="preserve"> daily</w:t>
      </w:r>
      <w:r>
        <w:t xml:space="preserve"> lives,</w:t>
        <w:br/>
        <w:t>我就可以分&amp;hearts;析&amp;hearts;一下她们的移&amp;hearts;动&amp;hearts;线路</w:t>
        <w:br/>
        <w:t>then</w:t>
      </w:r>
      <w:r>
        <w:t xml:space="preserve"> I</w:t>
      </w:r>
      <w:r>
        <w:t xml:space="preserve"> can</w:t>
      </w:r>
      <w:r>
        <w:t xml:space="preserve"> analyze</w:t>
      </w:r>
      <w:r>
        <w:t xml:space="preserve"> their</w:t>
      </w:r>
      <w:r>
        <w:t xml:space="preserve"> more</w:t>
      </w:r>
      <w:r>
        <w:t xml:space="preserve"> traveled</w:t>
      </w:r>
      <w:r>
        <w:t xml:space="preserve"> routes,</w:t>
        <w:br/>
        <w:t>接着就可以找到她们和那位凶手</w:t>
      </w:r>
      <w:r>
        <w:t xml:space="preserve"> 最有可能相遇的地方</w:t>
        <w:br/>
        <w:t>and</w:t>
      </w:r>
      <w:r>
        <w:t xml:space="preserve"> find</w:t>
      </w:r>
      <w:r>
        <w:t xml:space="preserve"> a</w:t>
      </w:r>
      <w:r>
        <w:t xml:space="preserve"> location</w:t>
      </w:r>
      <w:r>
        <w:t xml:space="preserve"> where</w:t>
      </w:r>
      <w:r>
        <w:t xml:space="preserve"> they</w:t>
      </w:r>
      <w:r>
        <w:t xml:space="preserve"> and</w:t>
      </w:r>
      <w:r>
        <w:t xml:space="preserve"> their</w:t>
      </w:r>
      <w:r>
        <w:t xml:space="preserve"> killer</w:t>
      </w:r>
      <w:r>
        <w:t xml:space="preserve"> were</w:t>
      </w:r>
      <w:r>
        <w:t xml:space="preserve"> most</w:t>
      </w:r>
      <w:r>
        <w:t xml:space="preserve"> likely</w:t>
      </w:r>
      <w:r>
        <w:t xml:space="preserve"> to</w:t>
      </w:r>
      <w:r>
        <w:t xml:space="preserve"> intersect.</w:t>
        <w:br/>
        <w:t>好的,</w:t>
      </w:r>
      <w:r>
        <w:t xml:space="preserve"> 看看我能做些什么</w:t>
        <w:br/>
        <w:t>All</w:t>
      </w:r>
      <w:r>
        <w:t xml:space="preserve"> right,</w:t>
      </w:r>
      <w:r>
        <w:t xml:space="preserve"> I'll</w:t>
      </w:r>
      <w:r>
        <w:t xml:space="preserve"> see</w:t>
      </w:r>
      <w:r>
        <w:t xml:space="preserve"> what</w:t>
      </w:r>
      <w:r>
        <w:t xml:space="preserve"> I</w:t>
      </w:r>
      <w:r>
        <w:t xml:space="preserve"> can</w:t>
      </w:r>
      <w:r>
        <w:t xml:space="preserve"> do.</w:t>
        <w:br/>
        <w:t>谈谈你的梦吧</w:t>
        <w:br/>
        <w:t>So,</w:t>
      </w:r>
      <w:r>
        <w:t xml:space="preserve"> tell</w:t>
      </w:r>
      <w:r>
        <w:t xml:space="preserve"> me</w:t>
      </w:r>
      <w:r>
        <w:t xml:space="preserve"> about</w:t>
      </w:r>
      <w:r>
        <w:t xml:space="preserve"> your</w:t>
      </w:r>
      <w:r>
        <w:t xml:space="preserve"> dream.</w:t>
        <w:br/>
        <w:t>爸爸中抢了</w:t>
        <w:br/>
        <w:t>dad</w:t>
      </w:r>
      <w:r>
        <w:t xml:space="preserve"> got</w:t>
      </w:r>
      <w:r>
        <w:t xml:space="preserve"> shot.</w:t>
        <w:br/>
        <w:t>在一次食品杂货店遭抢劫的事件中</w:t>
        <w:br/>
        <w:t>During</w:t>
      </w:r>
      <w:r>
        <w:t xml:space="preserve"> a</w:t>
      </w:r>
      <w:r>
        <w:t xml:space="preserve"> holdup</w:t>
      </w:r>
      <w:r>
        <w:t xml:space="preserve"> in</w:t>
      </w:r>
      <w:r>
        <w:t xml:space="preserve"> a</w:t>
      </w:r>
      <w:r>
        <w:t xml:space="preserve"> grocery</w:t>
      </w:r>
      <w:r>
        <w:t xml:space="preserve"> store.</w:t>
        <w:br/>
        <w:t>非常令人不安</w:t>
        <w:br/>
        <w:t>It</w:t>
      </w:r>
      <w:r>
        <w:t xml:space="preserve"> was</w:t>
      </w:r>
      <w:r>
        <w:t xml:space="preserve"> pretty</w:t>
      </w:r>
      <w:r>
        <w:t xml:space="preserve"> upsetting.</w:t>
        <w:br/>
        <w:t>我能理解</w:t>
        <w:br/>
        <w:t>I'm</w:t>
      </w:r>
      <w:r>
        <w:t xml:space="preserve"> sure.</w:t>
        <w:br/>
        <w:t>然后妈妈回来做薄烤饼</w:t>
        <w:br/>
        <w:t>Then</w:t>
      </w:r>
      <w:r>
        <w:t xml:space="preserve"> mom</w:t>
      </w:r>
      <w:r>
        <w:t xml:space="preserve"> made</w:t>
      </w:r>
      <w:r>
        <w:t xml:space="preserve"> pancakes.</w:t>
        <w:br/>
        <w:t>薄烤饼</w:t>
        <w:br/>
        <w:t>Pancakes.</w:t>
        <w:br/>
        <w:t>我平常基本不做梦</w:t>
        <w:br/>
        <w:t>I</w:t>
      </w:r>
      <w:r>
        <w:t xml:space="preserve"> don't</w:t>
      </w:r>
      <w:r>
        <w:t xml:space="preserve"> even</w:t>
      </w:r>
      <w:r>
        <w:t xml:space="preserve"> dream</w:t>
      </w:r>
      <w:r>
        <w:t xml:space="preserve"> normal.</w:t>
        <w:br/>
        <w:t>难以置信,</w:t>
      </w:r>
      <w:r>
        <w:t xml:space="preserve"> 她竟然死了</w:t>
        <w:br/>
        <w:t>It's</w:t>
      </w:r>
      <w:r>
        <w:t xml:space="preserve"> hard</w:t>
      </w:r>
      <w:r>
        <w:t xml:space="preserve"> to</w:t>
      </w:r>
      <w:r>
        <w:t xml:space="preserve"> believe</w:t>
      </w:r>
      <w:r>
        <w:t xml:space="preserve"> she's</w:t>
      </w:r>
      <w:r>
        <w:t xml:space="preserve"> dead.</w:t>
        <w:br/>
        <w:t>你最后一次跟她谈话是在什么时候?</w:t>
        <w:br/>
        <w:t>When's</w:t>
      </w:r>
      <w:r>
        <w:t xml:space="preserve"> the</w:t>
      </w:r>
      <w:r>
        <w:t xml:space="preserve"> last</w:t>
      </w:r>
      <w:r>
        <w:t xml:space="preserve"> time</w:t>
      </w:r>
      <w:r>
        <w:t xml:space="preserve"> you</w:t>
      </w:r>
      <w:r>
        <w:t xml:space="preserve"> spoke</w:t>
      </w:r>
      <w:r>
        <w:t xml:space="preserve"> to</w:t>
      </w:r>
      <w:r>
        <w:t xml:space="preserve"> her?</w:t>
        <w:br/>
        <w:t>大概...</w:t>
        <w:br/>
        <w:t>about...</w:t>
        <w:br/>
        <w:t>三个星期以前</w:t>
        <w:br/>
        <w:t>three</w:t>
      </w:r>
      <w:r>
        <w:t xml:space="preserve"> weeks</w:t>
      </w:r>
      <w:r>
        <w:t xml:space="preserve"> ago.</w:t>
        <w:br/>
        <w:t>就是她提出你分手的时候?</w:t>
        <w:br/>
        <w:t>Is</w:t>
      </w:r>
      <w:r>
        <w:t xml:space="preserve"> that</w:t>
      </w:r>
      <w:r>
        <w:t xml:space="preserve"> when</w:t>
      </w:r>
      <w:r>
        <w:t xml:space="preserve"> she</w:t>
      </w:r>
      <w:r>
        <w:t xml:space="preserve"> broke</w:t>
      </w:r>
      <w:r>
        <w:t xml:space="preserve"> up</w:t>
      </w:r>
      <w:r>
        <w:t xml:space="preserve"> with</w:t>
      </w:r>
      <w:r>
        <w:t xml:space="preserve"> you?</w:t>
        <w:br/>
        <w:t>Carla没有提出跟我分手</w:t>
        <w:br/>
        <w:t>Carla</w:t>
      </w:r>
      <w:r>
        <w:t xml:space="preserve"> didn't</w:t>
      </w:r>
      <w:r>
        <w:t xml:space="preserve"> break</w:t>
      </w:r>
      <w:r>
        <w:t xml:space="preserve"> up</w:t>
      </w:r>
      <w:r>
        <w:t xml:space="preserve"> with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me.</w:t>
        <w:br/>
        <w:t>那是我们共同的决定</w:t>
        <w:br/>
        <w:t>It</w:t>
      </w:r>
      <w:r>
        <w:t xml:space="preserve"> was</w:t>
      </w:r>
      <w:r>
        <w:t xml:space="preserve"> a</w:t>
      </w:r>
      <w:r>
        <w:t xml:space="preserve"> mutual</w:t>
      </w:r>
      <w:r>
        <w:t xml:space="preserve"> agreement.</w:t>
        <w:br/>
        <w:t>你认识她有多久了?</w:t>
        <w:br/>
        <w:t>How</w:t>
      </w:r>
      <w:r>
        <w:t xml:space="preserve"> long</w:t>
      </w:r>
      <w:r>
        <w:t xml:space="preserve"> did</w:t>
      </w:r>
      <w:r>
        <w:t xml:space="preserve"> you</w:t>
      </w:r>
      <w:r>
        <w:t xml:space="preserve"> know</w:t>
      </w:r>
      <w:r>
        <w:t xml:space="preserve"> her?</w:t>
        <w:br/>
        <w:t>差不多一年了</w:t>
        <w:br/>
        <w:t>About</w:t>
      </w:r>
      <w:r>
        <w:t xml:space="preserve"> a</w:t>
      </w:r>
      <w:r>
        <w:t xml:space="preserve"> year.</w:t>
        <w:br/>
        <w:t>你读圣经么,</w:t>
      </w:r>
      <w:r>
        <w:t xml:space="preserve"> Gill先生?</w:t>
        <w:br/>
        <w:t>Do</w:t>
      </w:r>
      <w:r>
        <w:t xml:space="preserve"> you</w:t>
      </w:r>
      <w:r>
        <w:t xml:space="preserve"> read</w:t>
      </w:r>
      <w:r>
        <w:t xml:space="preserve"> the</w:t>
      </w:r>
      <w:r>
        <w:t xml:space="preserve"> bible,</w:t>
      </w:r>
      <w:r>
        <w:t xml:space="preserve"> mr.</w:t>
      </w:r>
      <w:r>
        <w:t xml:space="preserve"> Gill?</w:t>
        <w:br/>
        <w:t>有什么问题么?</w:t>
        <w:br/>
        <w:t>Is</w:t>
      </w:r>
      <w:r>
        <w:t xml:space="preserve"> that</w:t>
      </w:r>
      <w:r>
        <w:t xml:space="preserve"> a</w:t>
      </w:r>
      <w:r>
        <w:t xml:space="preserve"> problem?</w:t>
        <w:br/>
        <w:t>没有,</w:t>
      </w:r>
      <w:r>
        <w:t xml:space="preserve"> 没有问题</w:t>
        <w:br/>
        <w:t>No,</w:t>
      </w:r>
      <w:r>
        <w:t xml:space="preserve"> it's</w:t>
      </w:r>
      <w:r>
        <w:t xml:space="preserve"> not</w:t>
      </w:r>
      <w:r>
        <w:t xml:space="preserve"> a</w:t>
      </w:r>
      <w:r>
        <w:t xml:space="preserve"> problem.</w:t>
        <w:br/>
        <w:t>碰巧的是,</w:t>
      </w:r>
      <w:r>
        <w:t xml:space="preserve"> Carla</w:t>
      </w:r>
      <w:r>
        <w:t xml:space="preserve"> Daniels在房&amp;hearts;间里</w:t>
      </w:r>
      <w:r>
        <w:t xml:space="preserve"> 也有一本一模一样的圣经</w:t>
        <w:br/>
        <w:t>It's</w:t>
      </w:r>
      <w:r>
        <w:t xml:space="preserve"> just,</w:t>
      </w:r>
      <w:r>
        <w:t xml:space="preserve"> carla</w:t>
      </w:r>
      <w:r>
        <w:t xml:space="preserve"> daniels</w:t>
      </w:r>
      <w:r>
        <w:t xml:space="preserve"> had</w:t>
      </w:r>
      <w:r>
        <w:t xml:space="preserve"> an</w:t>
      </w:r>
      <w:r>
        <w:t xml:space="preserve"> identical</w:t>
      </w:r>
      <w:r>
        <w:t xml:space="preserve"> copy</w:t>
      </w:r>
      <w:r>
        <w:t xml:space="preserve"> at</w:t>
      </w:r>
      <w:r>
        <w:t xml:space="preserve"> her</w:t>
      </w:r>
      <w:r>
        <w:t xml:space="preserve"> house.</w:t>
        <w:br/>
        <w:t>是我送给她的</w:t>
        <w:br/>
        <w:t>I</w:t>
      </w:r>
      <w:r>
        <w:t xml:space="preserve"> gave</w:t>
      </w:r>
      <w:r>
        <w:t xml:space="preserve"> it</w:t>
      </w:r>
      <w:r>
        <w:t xml:space="preserve"> to</w:t>
      </w:r>
      <w:r>
        <w:t xml:space="preserve"> her.</w:t>
        <w:br/>
        <w:t>你还送过她什么东西?</w:t>
        <w:br/>
        <w:t>What</w:t>
      </w:r>
      <w:r>
        <w:t xml:space="preserve"> else</w:t>
      </w:r>
      <w:r>
        <w:t xml:space="preserve"> did</w:t>
      </w:r>
      <w:r>
        <w:t xml:space="preserve"> you</w:t>
      </w:r>
      <w:r>
        <w:t xml:space="preserve"> give</w:t>
      </w:r>
      <w:r>
        <w:t xml:space="preserve"> her?</w:t>
        <w:br/>
        <w:t>什么意思?</w:t>
        <w:br/>
        <w:t>What's</w:t>
      </w:r>
      <w:r>
        <w:t xml:space="preserve"> that</w:t>
      </w:r>
      <w:r>
        <w:t xml:space="preserve"> supposed</w:t>
      </w:r>
      <w:r>
        <w:t xml:space="preserve"> to</w:t>
      </w:r>
      <w:r>
        <w:t xml:space="preserve"> mean?</w:t>
        <w:br/>
        <w:t>意思是说,</w:t>
      </w:r>
      <w:r>
        <w:t xml:space="preserve"> 你和她的关系</w:t>
      </w:r>
      <w:r>
        <w:t xml:space="preserve"> 到底是什么性质的?</w:t>
        <w:br/>
        <w:t>It</w:t>
      </w:r>
      <w:r>
        <w:t xml:space="preserve"> means,</w:t>
      </w:r>
      <w:r>
        <w:t xml:space="preserve"> what</w:t>
      </w:r>
      <w:r>
        <w:t xml:space="preserve"> was</w:t>
      </w:r>
      <w:r>
        <w:t xml:space="preserve"> the</w:t>
      </w:r>
      <w:r>
        <w:t xml:space="preserve"> exact</w:t>
      </w:r>
      <w:r>
        <w:t xml:space="preserve"> nature</w:t>
      </w:r>
      <w:r>
        <w:t xml:space="preserve"> of</w:t>
      </w:r>
      <w:r>
        <w:t xml:space="preserve"> your</w:t>
      </w:r>
      <w:r>
        <w:t xml:space="preserve"> friendship?</w:t>
        <w:br/>
        <w:t>我们都是基&amp;hearts;督&amp;hearts;徒</w:t>
        <w:br/>
        <w:t>We</w:t>
      </w:r>
      <w:r>
        <w:t xml:space="preserve"> were</w:t>
      </w:r>
      <w:r>
        <w:t xml:space="preserve"> christians.</w:t>
        <w:br/>
        <w:t>还有呢?</w:t>
        <w:br/>
        <w:t>And?</w:t>
        <w:br/>
        <w:t>我们都反对婚前性行为</w:t>
        <w:br/>
        <w:t>And</w:t>
      </w:r>
      <w:r>
        <w:t xml:space="preserve"> we</w:t>
      </w:r>
      <w:r>
        <w:t xml:space="preserve"> didn't</w:t>
      </w:r>
      <w:r>
        <w:t xml:space="preserve"> believe</w:t>
      </w:r>
      <w:r>
        <w:t xml:space="preserve"> in</w:t>
      </w:r>
      <w:r>
        <w:t xml:space="preserve"> pre-marital</w:t>
      </w:r>
      <w:r>
        <w:t xml:space="preserve"> sex,</w:t>
        <w:br/>
        <w:t>如果你们想知道的话,</w:t>
      </w:r>
      <w:r>
        <w:t xml:space="preserve"> 就是这些</w:t>
        <w:br/>
        <w:t>if</w:t>
      </w:r>
      <w:r>
        <w:t xml:space="preserve"> that's</w:t>
      </w:r>
      <w:r>
        <w:t xml:space="preserve"> where</w:t>
      </w:r>
      <w:r>
        <w:t xml:space="preserve"> this</w:t>
      </w:r>
      <w:r>
        <w:t xml:space="preserve"> is</w:t>
      </w:r>
      <w:r>
        <w:t xml:space="preserve"> going.</w:t>
        <w:br/>
        <w:t>性?</w:t>
      </w:r>
      <w:r>
        <w:t xml:space="preserve"> 不</w:t>
        <w:br/>
        <w:t>Sex?</w:t>
      </w:r>
      <w:r>
        <w:t xml:space="preserve"> No.</w:t>
        <w:br/>
        <w:t>没有人提过性</w:t>
        <w:br/>
        <w:t>Nobody</w:t>
      </w:r>
      <w:r>
        <w:t xml:space="preserve"> said</w:t>
      </w:r>
      <w:r>
        <w:t xml:space="preserve"> anything</w:t>
      </w:r>
      <w:r>
        <w:t xml:space="preserve"> about</w:t>
      </w:r>
      <w:r>
        <w:t xml:space="preserve"> sex.</w:t>
        <w:br/>
        <w:t>你刚刚问我...</w:t>
        <w:br/>
        <w:t>You</w:t>
      </w:r>
      <w:r>
        <w:t xml:space="preserve"> just</w:t>
      </w:r>
      <w:r>
        <w:t xml:space="preserve"> asked</w:t>
      </w:r>
      <w:r>
        <w:t xml:space="preserve"> me...</w:t>
        <w:br/>
        <w:t>瞧,</w:t>
      </w:r>
      <w:r>
        <w:t xml:space="preserve"> 你们正在套我的话</w:t>
        <w:br/>
        <w:t>see,</w:t>
      </w:r>
      <w:r>
        <w:t xml:space="preserve"> you're</w:t>
      </w:r>
      <w:r>
        <w:t xml:space="preserve"> trying</w:t>
      </w:r>
      <w:r>
        <w:t xml:space="preserve"> to</w:t>
      </w:r>
      <w:r>
        <w:t xml:space="preserve"> twist</w:t>
      </w:r>
      <w:r>
        <w:t xml:space="preserve"> my</w:t>
      </w:r>
      <w:r>
        <w:t xml:space="preserve"> words.</w:t>
        <w:br/>
        <w:t>别紧张,</w:t>
      </w:r>
      <w:r>
        <w:t xml:space="preserve"> Gill先生</w:t>
        <w:br/>
        <w:t>Take</w:t>
      </w:r>
      <w:r>
        <w:t xml:space="preserve"> it</w:t>
      </w:r>
      <w:r>
        <w:t xml:space="preserve"> easy,mr.</w:t>
      </w:r>
      <w:r>
        <w:t xml:space="preserve"> Gill.</w:t>
        <w:br/>
        <w:t>不,</w:t>
      </w:r>
      <w:r>
        <w:t xml:space="preserve"> 我知道你们想要做什么</w:t>
        <w:br/>
        <w:t>No.</w:t>
      </w:r>
      <w:r>
        <w:t xml:space="preserve"> I</w:t>
      </w:r>
      <w:r>
        <w:t xml:space="preserve"> know</w:t>
      </w:r>
      <w:r>
        <w:t xml:space="preserve"> what</w:t>
      </w:r>
      <w:r>
        <w:t xml:space="preserve"> you're</w:t>
      </w:r>
      <w:r>
        <w:t xml:space="preserve"> doing,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okay?</w:t>
        <w:br/>
        <w:t>你们想让一切看起来就好像是</w:t>
      </w:r>
      <w:r>
        <w:t xml:space="preserve"> 我和Carla被杀一案有关</w:t>
        <w:br/>
        <w:t>You're</w:t>
      </w:r>
      <w:r>
        <w:t xml:space="preserve"> trying</w:t>
      </w:r>
      <w:r>
        <w:t xml:space="preserve"> to</w:t>
      </w:r>
      <w:r>
        <w:t xml:space="preserve"> make</w:t>
      </w:r>
      <w:r>
        <w:t xml:space="preserve"> it</w:t>
      </w:r>
      <w:r>
        <w:t xml:space="preserve"> seem</w:t>
      </w:r>
      <w:r>
        <w:t xml:space="preserve"> like</w:t>
      </w:r>
      <w:r>
        <w:t xml:space="preserve"> I</w:t>
      </w:r>
      <w:r>
        <w:t xml:space="preserve"> had</w:t>
      </w:r>
      <w:r>
        <w:t xml:space="preserve"> something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carla's</w:t>
      </w:r>
      <w:r>
        <w:t xml:space="preserve"> murder.</w:t>
        <w:br/>
        <w:t>你觉得自己跟Carla被害有没有关系?</w:t>
        <w:br/>
        <w:t>Did</w:t>
      </w:r>
      <w:r>
        <w:t xml:space="preserve"> you</w:t>
      </w:r>
      <w:r>
        <w:t xml:space="preserve"> have</w:t>
      </w:r>
      <w:r>
        <w:t xml:space="preserve"> something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carla's</w:t>
      </w:r>
      <w:r>
        <w:t xml:space="preserve"> murder?</w:t>
        <w:br/>
        <w:t>我要你们离开这里</w:t>
        <w:br/>
        <w:t>I</w:t>
      </w:r>
      <w:r>
        <w:t xml:space="preserve"> want</w:t>
      </w:r>
      <w:r>
        <w:t xml:space="preserve"> you</w:t>
      </w:r>
      <w:r>
        <w:t xml:space="preserve"> to</w:t>
      </w:r>
      <w:r>
        <w:t xml:space="preserve"> leave,</w:t>
        <w:br/>
        <w:t>你们两个</w:t>
        <w:br/>
        <w:t>both</w:t>
      </w:r>
      <w:r>
        <w:t xml:space="preserve"> of</w:t>
      </w:r>
      <w:r>
        <w:t xml:space="preserve"> you.</w:t>
        <w:br/>
        <w:t>马上</w:t>
        <w:br/>
        <w:t>Now.</w:t>
        <w:br/>
        <w:t>这可不是一个基&amp;hearts;督&amp;hearts;徒的态度</w:t>
      </w:r>
      <w:r>
        <w:t xml:space="preserve"> Gill先生</w:t>
        <w:br/>
        <w:t>That's</w:t>
      </w:r>
      <w:r>
        <w:t xml:space="preserve"> not</w:t>
      </w:r>
      <w:r>
        <w:t xml:space="preserve"> a</w:t>
      </w:r>
      <w:r>
        <w:t xml:space="preserve"> very</w:t>
      </w:r>
      <w:r>
        <w:t xml:space="preserve"> christian</w:t>
      </w:r>
      <w:r>
        <w:t xml:space="preserve"> attitude,</w:t>
      </w:r>
      <w:r>
        <w:t xml:space="preserve"> mr.</w:t>
      </w:r>
      <w:r>
        <w:t xml:space="preserve"> Gill.</w:t>
        <w:br/>
        <w:t>验尸结果表明</w:t>
      </w:r>
      <w:r>
        <w:t xml:space="preserve"> 安定是通过口服摄入的</w:t>
        <w:br/>
        <w:t>The</w:t>
      </w:r>
      <w:r>
        <w:t xml:space="preserve"> autopsy</w:t>
      </w:r>
      <w:r>
        <w:t xml:space="preserve"> suggests</w:t>
      </w:r>
      <w:r>
        <w:t xml:space="preserve"> the</w:t>
      </w:r>
      <w:r>
        <w:t xml:space="preserve"> diazepam</w:t>
      </w:r>
      <w:r>
        <w:t xml:space="preserve"> was</w:t>
      </w:r>
      <w:r>
        <w:t xml:space="preserve"> given</w:t>
      </w:r>
      <w:r>
        <w:t xml:space="preserve"> orally,</w:t>
        <w:br/>
        <w:t>然后她们被注射了吗&amp;hearts;啡&amp;hearts;</w:t>
        <w:br/>
        <w:t>and</w:t>
      </w:r>
      <w:r>
        <w:t xml:space="preserve"> then</w:t>
      </w:r>
      <w:r>
        <w:t xml:space="preserve"> they</w:t>
      </w:r>
      <w:r>
        <w:t xml:space="preserve"> were</w:t>
      </w:r>
      <w:r>
        <w:t xml:space="preserve"> injected</w:t>
      </w:r>
      <w:r>
        <w:t xml:space="preserve"> with</w:t>
      </w:r>
      <w:r>
        <w:t xml:space="preserve"> morphine.</w:t>
        <w:br/>
        <w:t>他先让她们安定下来</w:t>
        <w:br/>
        <w:t>He</w:t>
      </w:r>
      <w:r>
        <w:t xml:space="preserve"> calmed</w:t>
      </w:r>
      <w:r>
        <w:t xml:space="preserve"> them,</w:t>
        <w:br/>
        <w:t>接着再杀死她们</w:t>
        <w:br/>
        <w:t>and</w:t>
      </w:r>
      <w:r>
        <w:t xml:space="preserve"> then</w:t>
      </w:r>
      <w:r>
        <w:t xml:space="preserve"> he</w:t>
      </w:r>
      <w:r>
        <w:t xml:space="preserve"> killed</w:t>
      </w:r>
      <w:r>
        <w:t xml:space="preserve"> them.</w:t>
        <w:br/>
        <w:t>这说明我们面对的是什么</w:t>
      </w:r>
      <w:r>
        <w:t xml:space="preserve"> 连环杀手?</w:t>
        <w:br/>
        <w:t>So</w:t>
      </w:r>
      <w:r>
        <w:t xml:space="preserve"> what</w:t>
      </w:r>
      <w:r>
        <w:t xml:space="preserve"> do</w:t>
      </w:r>
      <w:r>
        <w:t xml:space="preserve"> we</w:t>
      </w:r>
      <w:r>
        <w:t xml:space="preserve"> got,serial</w:t>
      </w:r>
      <w:r>
        <w:t xml:space="preserve"> killer?</w:t>
        <w:br/>
        <w:t>下结论还有点早</w:t>
        <w:br/>
        <w:t>it's</w:t>
      </w:r>
      <w:r>
        <w:t xml:space="preserve"> a</w:t>
      </w:r>
      <w:r>
        <w:t xml:space="preserve"> little</w:t>
      </w:r>
      <w:r>
        <w:t xml:space="preserve"> early</w:t>
      </w:r>
      <w:r>
        <w:t xml:space="preserve"> to</w:t>
      </w:r>
      <w:r>
        <w:t xml:space="preserve"> tell.</w:t>
        <w:br/>
        <w:t>不过用她们自己的车送她们回家</w:t>
      </w:r>
      <w:r>
        <w:t xml:space="preserve"> 可能是为了在她们死后转移现场</w:t>
        <w:br/>
        <w:t>But</w:t>
      </w:r>
      <w:r>
        <w:t xml:space="preserve"> driving</w:t>
      </w:r>
      <w:r>
        <w:t xml:space="preserve"> them</w:t>
      </w:r>
      <w:r>
        <w:t xml:space="preserve"> both</w:t>
      </w:r>
      <w:r>
        <w:t xml:space="preserve"> back</w:t>
      </w:r>
      <w:r>
        <w:t xml:space="preserve"> to</w:t>
      </w:r>
      <w:r>
        <w:t xml:space="preserve"> their</w:t>
      </w:r>
      <w:r>
        <w:t xml:space="preserve"> homes</w:t>
      </w:r>
      <w:r>
        <w:t xml:space="preserve"> in</w:t>
      </w:r>
      <w:r>
        <w:t xml:space="preserve"> their</w:t>
      </w:r>
      <w:r>
        <w:t xml:space="preserve"> cars</w:t>
      </w:r>
      <w:r>
        <w:t xml:space="preserve"> suggests</w:t>
      </w:r>
      <w:r>
        <w:t xml:space="preserve"> postmortem</w:t>
      </w:r>
      <w:r>
        <w:t xml:space="preserve"> staging.</w:t>
        <w:br/>
        <w:t>Colby认为是那个男朋友干的</w:t>
        <w:br/>
        <w:br/>
        <w:t>Colby</w:t>
      </w:r>
      <w:r>
        <w:t xml:space="preserve"> likes</w:t>
      </w:r>
      <w:r>
        <w:t xml:space="preserve"> the</w:t>
      </w:r>
      <w:r>
        <w:t xml:space="preserve"> boyfriend</w:t>
      </w:r>
      <w:r>
        <w:t xml:space="preserve"> for</w:t>
      </w:r>
      <w:r>
        <w:t xml:space="preserve"> it.</w:t>
        <w:br/>
        <w:t>是么?</w:t>
        <w:br/>
        <w:t>Yeah?</w:t>
        <w:br/>
        <w:t>为什么?</w:t>
        <w:br/>
        <w:t>And</w:t>
      </w:r>
      <w:r>
        <w:t xml:space="preserve"> why's</w:t>
      </w:r>
      <w:r>
        <w:t xml:space="preserve"> that?</w:t>
        <w:br/>
        <w:t>那个家伙声称他和Carla</w:t>
      </w:r>
      <w:r>
        <w:t xml:space="preserve"> Daniels同意</w:t>
      </w:r>
      <w:r>
        <w:t xml:space="preserve"> 不进行性行为</w:t>
        <w:br/>
        <w:t>Guy</w:t>
      </w:r>
      <w:r>
        <w:t xml:space="preserve"> claims</w:t>
      </w:r>
      <w:r>
        <w:t xml:space="preserve"> him</w:t>
      </w:r>
      <w:r>
        <w:t xml:space="preserve"> and</w:t>
      </w:r>
      <w:r>
        <w:t xml:space="preserve"> carla</w:t>
      </w:r>
      <w:r>
        <w:t xml:space="preserve"> daniels</w:t>
      </w:r>
      <w:r>
        <w:t xml:space="preserve"> agreed</w:t>
      </w:r>
      <w:r>
        <w:t xml:space="preserve"> not</w:t>
      </w:r>
      <w:r>
        <w:t xml:space="preserve"> to</w:t>
      </w:r>
      <w:r>
        <w:t xml:space="preserve"> have</w:t>
      </w:r>
      <w:r>
        <w:t xml:space="preserve"> sex.</w:t>
        <w:br/>
        <w:t>而在Granger的脑中</w:t>
        <w:br/>
        <w:t>And</w:t>
      </w:r>
      <w:r>
        <w:t xml:space="preserve"> in</w:t>
      </w:r>
      <w:r>
        <w:t xml:space="preserve"> granger's</w:t>
      </w:r>
      <w:r>
        <w:t xml:space="preserve"> mind,</w:t>
        <w:br/>
        <w:t>这么说的人一定就是嫌疑犯</w:t>
        <w:br/>
        <w:t>that</w:t>
      </w:r>
      <w:r>
        <w:t xml:space="preserve"> immediately</w:t>
      </w:r>
      <w:r>
        <w:t xml:space="preserve"> makes</w:t>
      </w:r>
      <w:r>
        <w:t xml:space="preserve"> him</w:t>
      </w:r>
      <w:r>
        <w:t xml:space="preserve"> a</w:t>
      </w:r>
      <w:r>
        <w:t xml:space="preserve"> suspect.</w:t>
        <w:br/>
        <w:t>是的,</w:t>
      </w:r>
      <w:r>
        <w:t xml:space="preserve"> 还有这个</w:t>
        <w:br/>
        <w:t>That</w:t>
      </w:r>
      <w:r>
        <w:t xml:space="preserve"> and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this.</w:t>
        <w:br/>
        <w:t>Gill在Carla</w:t>
      </w:r>
      <w:r>
        <w:t xml:space="preserve"> Daniels被害得当夜</w:t>
      </w:r>
      <w:r>
        <w:t xml:space="preserve"> 曾给她打过电&amp;hearts;话&amp;hearts;</w:t>
        <w:br/>
        <w:t>Turns</w:t>
      </w:r>
      <w:r>
        <w:t xml:space="preserve"> out</w:t>
      </w:r>
      <w:r>
        <w:t xml:space="preserve"> mr.</w:t>
      </w:r>
      <w:r>
        <w:t xml:space="preserve"> Gill</w:t>
      </w:r>
      <w:r>
        <w:t xml:space="preserve"> called</w:t>
      </w:r>
      <w:r>
        <w:t xml:space="preserve"> carla</w:t>
      </w:r>
      <w:r>
        <w:t xml:space="preserve"> daniels</w:t>
      </w:r>
      <w:r>
        <w:t xml:space="preserve"> the</w:t>
      </w:r>
      <w:r>
        <w:t xml:space="preserve"> night</w:t>
      </w:r>
      <w:r>
        <w:t xml:space="preserve"> she</w:t>
      </w:r>
      <w:r>
        <w:t xml:space="preserve"> was</w:t>
      </w:r>
      <w:r>
        <w:t xml:space="preserve"> killed.</w:t>
        <w:br/>
        <w:t>他跟我们说,</w:t>
      </w:r>
      <w:r>
        <w:t xml:space="preserve"> 他已经几个星期</w:t>
      </w:r>
      <w:r>
        <w:t xml:space="preserve"> 没有跟她说过话了</w:t>
        <w:br/>
        <w:t>Told</w:t>
      </w:r>
      <w:r>
        <w:t xml:space="preserve"> us</w:t>
      </w:r>
      <w:r>
        <w:t xml:space="preserve"> he</w:t>
      </w:r>
      <w:r>
        <w:t xml:space="preserve"> hadn't</w:t>
      </w:r>
      <w:r>
        <w:t xml:space="preserve"> spoken</w:t>
      </w:r>
      <w:r>
        <w:t xml:space="preserve"> to</w:t>
      </w:r>
      <w:r>
        <w:t xml:space="preserve"> her</w:t>
      </w:r>
      <w:r>
        <w:t xml:space="preserve"> in</w:t>
      </w:r>
      <w:r>
        <w:t xml:space="preserve"> weeks.</w:t>
        <w:br/>
        <w:t>他有一个客户,</w:t>
      </w:r>
      <w:r>
        <w:t xml:space="preserve"> 上班的地点</w:t>
      </w:r>
      <w:r>
        <w:t xml:space="preserve"> 离第一个遇害人工作的商店</w:t>
        <w:br/>
        <w:t>And</w:t>
      </w:r>
      <w:r>
        <w:t xml:space="preserve"> he's</w:t>
      </w:r>
      <w:r>
        <w:t xml:space="preserve"> got</w:t>
      </w:r>
      <w:r>
        <w:t xml:space="preserve"> a</w:t>
      </w:r>
      <w:r>
        <w:t xml:space="preserve"> client</w:t>
      </w:r>
      <w:r>
        <w:t xml:space="preserve"> that</w:t>
      </w:r>
      <w:r>
        <w:t xml:space="preserve"> works</w:t>
      </w:r>
      <w:r>
        <w:t xml:space="preserve"> less</w:t>
      </w:r>
      <w:r>
        <w:t xml:space="preserve"> than</w:t>
      </w:r>
      <w:r>
        <w:t xml:space="preserve"> two</w:t>
      </w:r>
      <w:r>
        <w:t xml:space="preserve"> blocks</w:t>
      </w:r>
      <w:r>
        <w:t xml:space="preserve"> away</w:t>
        <w:br/>
        <w:t>距离不到两个街区</w:t>
        <w:br/>
        <w:t>from</w:t>
      </w:r>
      <w:r>
        <w:t xml:space="preserve"> the</w:t>
      </w:r>
      <w:r>
        <w:t xml:space="preserve"> store</w:t>
      </w:r>
      <w:r>
        <w:t xml:space="preserve"> where</w:t>
      </w:r>
      <w:r>
        <w:t xml:space="preserve"> the</w:t>
      </w:r>
      <w:r>
        <w:t xml:space="preserve"> first</w:t>
      </w:r>
      <w:r>
        <w:t xml:space="preserve"> victim</w:t>
      </w:r>
      <w:r>
        <w:t xml:space="preserve"> worked.</w:t>
        <w:br/>
        <w:t>而且</w:t>
        <w:br/>
        <w:t>And,</w:t>
        <w:br/>
        <w:t>没有男人会答应,</w:t>
      </w:r>
      <w:r>
        <w:t xml:space="preserve"> 不进行性行为</w:t>
        <w:br/>
        <w:t>no</w:t>
      </w:r>
      <w:r>
        <w:t xml:space="preserve"> guy</w:t>
      </w:r>
      <w:r>
        <w:t xml:space="preserve"> agrees</w:t>
      </w:r>
      <w:r>
        <w:t xml:space="preserve"> not</w:t>
      </w:r>
      <w:r>
        <w:t xml:space="preserve"> to</w:t>
      </w:r>
      <w:r>
        <w:t xml:space="preserve"> have</w:t>
      </w:r>
      <w:r>
        <w:t xml:space="preserve"> sex.</w:t>
        <w:br/>
        <w:t>Thomas</w:t>
      </w:r>
      <w:r>
        <w:t xml:space="preserve"> Gill,</w:t>
      </w:r>
      <w:r>
        <w:t xml:space="preserve"> FBI!</w:t>
        <w:br/>
        <w:t>Thomas</w:t>
      </w:r>
      <w:r>
        <w:t xml:space="preserve"> gill,</w:t>
      </w:r>
      <w:r>
        <w:t xml:space="preserve"> fbi!</w:t>
        <w:br/>
        <w:t>开门</w:t>
        <w:br/>
        <w:t>Open</w:t>
      </w:r>
      <w:r>
        <w:t xml:space="preserve"> up.</w:t>
        <w:br/>
        <w:t>谁?</w:t>
        <w:br/>
        <w:t>Who</w:t>
      </w:r>
      <w:r>
        <w:t xml:space="preserve"> is</w:t>
      </w:r>
      <w:r>
        <w:t xml:space="preserve"> it?</w:t>
        <w:br/>
        <w:t>FBI</w:t>
        <w:br/>
        <w:t>Fbi.</w:t>
        <w:br/>
        <w:t>我们有搜查令,</w:t>
      </w:r>
      <w:r>
        <w:t xml:space="preserve"> 要搜查一下你的房&amp;hearts;子</w:t>
        <w:br/>
        <w:t>We</w:t>
      </w:r>
      <w:r>
        <w:t xml:space="preserve"> have</w:t>
      </w:r>
      <w:r>
        <w:t xml:space="preserve"> a</w:t>
      </w:r>
      <w:r>
        <w:t xml:space="preserve"> warrant</w:t>
      </w:r>
      <w:r>
        <w:t xml:space="preserve"> to</w:t>
      </w:r>
      <w:r>
        <w:t xml:space="preserve"> search</w:t>
      </w:r>
      <w:r>
        <w:t xml:space="preserve"> your</w:t>
      </w:r>
      <w:r>
        <w:t xml:space="preserve"> apartment.</w:t>
        <w:br/>
        <w:t>等等,</w:t>
      </w:r>
      <w:r>
        <w:t xml:space="preserve"> 这到底是怎么回事?</w:t>
        <w:br/>
        <w:t>wait,</w:t>
      </w:r>
      <w:r>
        <w:t xml:space="preserve"> what</w:t>
      </w:r>
      <w:r>
        <w:t xml:space="preserve"> is</w:t>
      </w:r>
      <w:r>
        <w:t xml:space="preserve"> this?</w:t>
        <w:br/>
        <w:t>我到后面去</w:t>
        <w:br/>
        <w:t>I'll</w:t>
      </w:r>
      <w:r>
        <w:t xml:space="preserve"> take</w:t>
      </w:r>
      <w:r>
        <w:t xml:space="preserve"> the</w:t>
      </w:r>
      <w:r>
        <w:t xml:space="preserve"> back.</w:t>
        <w:br/>
        <w:t>我来查电脑</w:t>
        <w:br/>
        <w:t>I</w:t>
      </w:r>
      <w:r>
        <w:t xml:space="preserve"> have</w:t>
      </w:r>
      <w:r>
        <w:t xml:space="preserve"> the</w:t>
      </w:r>
      <w:r>
        <w:t xml:space="preserve"> computer.</w:t>
        <w:br/>
        <w:t>我做什么了?</w:t>
        <w:br/>
        <w:t>What'd</w:t>
      </w:r>
      <w:r>
        <w:t xml:space="preserve"> I</w:t>
      </w:r>
      <w:r>
        <w:t xml:space="preserve"> do?</w:t>
        <w:br/>
        <w:t>你说慌了,</w:t>
      </w:r>
      <w:r>
        <w:t xml:space="preserve"> Thomas</w:t>
        <w:br/>
        <w:t>You</w:t>
      </w:r>
      <w:r>
        <w:t xml:space="preserve"> lied,</w:t>
      </w:r>
      <w:r>
        <w:t xml:space="preserve"> thomas.</w:t>
        <w:br/>
        <w:t>我们了解到,</w:t>
      </w:r>
      <w:r>
        <w:t xml:space="preserve"> 在Carla遇害的当晚</w:t>
      </w:r>
      <w:r>
        <w:t xml:space="preserve"> 你给她打过电&amp;hearts;话&amp;hearts;</w:t>
        <w:br/>
        <w:t>We</w:t>
      </w:r>
      <w:r>
        <w:t xml:space="preserve"> happen</w:t>
      </w:r>
      <w:r>
        <w:t xml:space="preserve"> to</w:t>
      </w:r>
      <w:r>
        <w:t xml:space="preserve"> know</w:t>
      </w:r>
      <w:r>
        <w:t xml:space="preserve"> you</w:t>
      </w:r>
      <w:r>
        <w:t xml:space="preserve"> called</w:t>
      </w:r>
      <w:r>
        <w:t xml:space="preserve"> carla</w:t>
      </w:r>
      <w:r>
        <w:t xml:space="preserve"> the</w:t>
      </w:r>
      <w:r>
        <w:t xml:space="preserve"> night</w:t>
      </w:r>
      <w:r>
        <w:t xml:space="preserve"> she</w:t>
      </w:r>
      <w:r>
        <w:t xml:space="preserve"> disappeared.</w:t>
        <w:br/>
        <w:t>伙计们</w:t>
        <w:br/>
        <w:t>Guys.</w:t>
        <w:br/>
        <w:t>过来看看</w:t>
        <w:br/>
        <w:t>Take</w:t>
      </w:r>
      <w:r>
        <w:t xml:space="preserve"> a</w:t>
      </w:r>
      <w:r>
        <w:t xml:space="preserve"> look.</w:t>
        <w:br/>
        <w:t>小小的信仰</w:t>
        <w:br/>
        <w:t>ye</w:t>
      </w:r>
      <w:r>
        <w:t xml:space="preserve"> of</w:t>
      </w:r>
      <w:r>
        <w:t xml:space="preserve"> little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faith.</w:t>
        <w:br/>
        <w:t>我不记得打过那个电&amp;hearts;话&amp;hearts;了</w:t>
        <w:br/>
        <w:t>I</w:t>
      </w:r>
      <w:r>
        <w:t xml:space="preserve"> didn't</w:t>
      </w:r>
      <w:r>
        <w:t xml:space="preserve"> remember</w:t>
      </w:r>
      <w:r>
        <w:t xml:space="preserve"> making</w:t>
      </w:r>
      <w:r>
        <w:t xml:space="preserve"> the</w:t>
      </w:r>
      <w:r>
        <w:t xml:space="preserve"> call.</w:t>
        <w:br/>
        <w:t>45分钟的通话</w:t>
        <w:br/>
        <w:t>45-minute</w:t>
      </w:r>
      <w:r>
        <w:t xml:space="preserve"> conversation.</w:t>
        <w:br/>
        <w:t>我绝对不会伤害Carla</w:t>
        <w:br/>
        <w:t>Look,</w:t>
      </w:r>
      <w:r>
        <w:t xml:space="preserve"> I</w:t>
      </w:r>
      <w:r>
        <w:t xml:space="preserve"> would</w:t>
      </w:r>
      <w:r>
        <w:t xml:space="preserve"> never</w:t>
      </w:r>
      <w:r>
        <w:t xml:space="preserve"> hurt</w:t>
      </w:r>
      <w:r>
        <w:t xml:space="preserve"> carla.</w:t>
        <w:br/>
        <w:t>还有那个你们两个从来没有...</w:t>
        <w:br/>
        <w:t>So</w:t>
      </w:r>
      <w:r>
        <w:t xml:space="preserve"> all</w:t>
      </w:r>
      <w:r>
        <w:t xml:space="preserve"> this</w:t>
      </w:r>
      <w:r>
        <w:t xml:space="preserve"> and</w:t>
      </w:r>
      <w:r>
        <w:t xml:space="preserve"> you</w:t>
      </w:r>
      <w:r>
        <w:t xml:space="preserve"> two</w:t>
      </w:r>
      <w:r>
        <w:t xml:space="preserve"> never...</w:t>
        <w:br/>
        <w:t>没有,</w:t>
      </w:r>
      <w:r>
        <w:t xml:space="preserve"> 听着,</w:t>
      </w:r>
      <w:r>
        <w:t xml:space="preserve"> 我跟你说过</w:t>
        <w:br/>
        <w:t>no,</w:t>
      </w:r>
      <w:r>
        <w:t xml:space="preserve"> listen,I</w:t>
      </w:r>
      <w:r>
        <w:t xml:space="preserve"> told</w:t>
      </w:r>
      <w:r>
        <w:t xml:space="preserve"> you.</w:t>
        <w:br/>
        <w:t>我和她什么也没有</w:t>
        <w:br/>
        <w:t>It</w:t>
      </w:r>
      <w:r>
        <w:t xml:space="preserve"> had</w:t>
      </w:r>
      <w:r>
        <w:t xml:space="preserve"> nothing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her.</w:t>
        <w:br/>
        <w:t>这都是你的一面之词,</w:t>
      </w:r>
      <w:r>
        <w:t xml:space="preserve"> Thomas</w:t>
        <w:br/>
        <w:t>Well,</w:t>
      </w:r>
      <w:r>
        <w:t xml:space="preserve"> it</w:t>
      </w:r>
      <w:r>
        <w:t xml:space="preserve"> was</w:t>
      </w:r>
      <w:r>
        <w:t xml:space="preserve"> your</w:t>
      </w:r>
      <w:r>
        <w:t xml:space="preserve"> stuff,</w:t>
      </w:r>
      <w:r>
        <w:t xml:space="preserve"> thomas.</w:t>
        <w:br/>
        <w:t>我是说,</w:t>
      </w:r>
      <w:r>
        <w:t xml:space="preserve"> 所有那些</w:t>
      </w:r>
      <w:r>
        <w:t xml:space="preserve"> 她送你回老家的夜晚...</w:t>
        <w:br/>
        <w:t>I</w:t>
      </w:r>
      <w:r>
        <w:t xml:space="preserve"> mean,</w:t>
      </w:r>
      <w:r>
        <w:t xml:space="preserve"> all</w:t>
      </w:r>
      <w:r>
        <w:t xml:space="preserve"> those</w:t>
      </w:r>
      <w:r>
        <w:t xml:space="preserve"> nights</w:t>
      </w:r>
      <w:r>
        <w:t xml:space="preserve"> that</w:t>
      </w:r>
      <w:r>
        <w:t xml:space="preserve"> she</w:t>
      </w:r>
      <w:r>
        <w:t xml:space="preserve"> sent</w:t>
      </w:r>
      <w:r>
        <w:t xml:space="preserve"> you</w:t>
      </w:r>
      <w:r>
        <w:t xml:space="preserve"> home...</w:t>
        <w:br/>
        <w:t>事情不是这样的</w:t>
        <w:br/>
        <w:t>it</w:t>
      </w:r>
      <w:r>
        <w:t xml:space="preserve"> wasn't</w:t>
      </w:r>
      <w:r>
        <w:t xml:space="preserve"> fair.</w:t>
        <w:br/>
        <w:t>当然不是</w:t>
        <w:br/>
        <w:t>I'm</w:t>
      </w:r>
      <w:r>
        <w:t xml:space="preserve"> sure.</w:t>
        <w:br/>
        <w:t>我很爱她</w:t>
        <w:br/>
        <w:t>I</w:t>
      </w:r>
      <w:r>
        <w:t xml:space="preserve"> loved</w:t>
      </w:r>
      <w:r>
        <w:t xml:space="preserve"> her.</w:t>
        <w:br/>
        <w:t>但是她说"不"</w:t>
        <w:br/>
        <w:t>But</w:t>
      </w:r>
      <w:r>
        <w:t xml:space="preserve"> she</w:t>
      </w:r>
      <w:r>
        <w:t xml:space="preserve"> said</w:t>
      </w:r>
      <w:r>
        <w:t xml:space="preserve"> "no."</w:t>
        <w:br/>
        <w:t>跟我说我不是那个她所爱的人</w:t>
        <w:br/>
        <w:t>Told</w:t>
      </w:r>
      <w:r>
        <w:t xml:space="preserve"> me</w:t>
      </w:r>
      <w:r>
        <w:t xml:space="preserve"> I</w:t>
      </w:r>
      <w:r>
        <w:t xml:space="preserve"> wasn't</w:t>
      </w:r>
      <w:r>
        <w:t xml:space="preserve"> the</w:t>
      </w:r>
      <w:r>
        <w:t xml:space="preserve"> one.</w:t>
        <w:br/>
        <w:t>我只是想让她明白</w:t>
        <w:br/>
        <w:t>I</w:t>
      </w:r>
      <w:r>
        <w:t xml:space="preserve"> just</w:t>
      </w:r>
      <w:r>
        <w:t xml:space="preserve"> wanted</w:t>
      </w:r>
      <w:r>
        <w:t xml:space="preserve"> her</w:t>
      </w:r>
      <w:r>
        <w:t xml:space="preserve"> to</w:t>
      </w:r>
      <w:r>
        <w:t xml:space="preserve"> understand.</w:t>
        <w:br/>
        <w:t>这也就是我朝她吼的原因</w:t>
        <w:br/>
        <w:t>That's</w:t>
      </w:r>
      <w:r>
        <w:t xml:space="preserve"> why</w:t>
      </w:r>
      <w:r>
        <w:t xml:space="preserve"> I</w:t>
      </w:r>
      <w:r>
        <w:t xml:space="preserve"> screamed</w:t>
      </w:r>
      <w:r>
        <w:t xml:space="preserve"> at</w:t>
      </w:r>
      <w:r>
        <w:t xml:space="preserve"> her.</w:t>
        <w:br/>
        <w:t>天哪,</w:t>
      </w:r>
      <w:r>
        <w:t xml:space="preserve"> 我很抱歉</w:t>
        <w:br/>
        <w:t>God,</w:t>
      </w:r>
      <w:r>
        <w:t xml:space="preserve"> I'm</w:t>
      </w:r>
      <w:r>
        <w:t xml:space="preserve"> so</w:t>
      </w:r>
      <w:r>
        <w:t xml:space="preserve"> sorry.</w:t>
        <w:br/>
        <w:t>听着,</w:t>
      </w:r>
      <w:r>
        <w:t xml:space="preserve"> 你刚刚抓住了一个改过的机会</w:t>
        <w:br/>
        <w:t>look,</w:t>
      </w:r>
      <w:r>
        <w:t xml:space="preserve"> you</w:t>
      </w:r>
      <w:r>
        <w:t xml:space="preserve"> got</w:t>
      </w:r>
      <w:r>
        <w:t xml:space="preserve"> a</w:t>
      </w:r>
      <w:r>
        <w:t xml:space="preserve"> chance</w:t>
      </w:r>
      <w:r>
        <w:t xml:space="preserve"> to</w:t>
      </w:r>
      <w:r>
        <w:t xml:space="preserve"> make</w:t>
      </w:r>
      <w:r>
        <w:t xml:space="preserve"> it</w:t>
      </w:r>
      <w:r>
        <w:t xml:space="preserve"> right.</w:t>
        <w:br/>
        <w:t>改过?</w:t>
        <w:br/>
        <w:t>Right?</w:t>
        <w:br/>
        <w:t>你在说什么啊?</w:t>
        <w:br/>
        <w:t>What</w:t>
      </w:r>
      <w:r>
        <w:t xml:space="preserve"> are</w:t>
      </w:r>
      <w:r>
        <w:t xml:space="preserve"> you</w:t>
      </w:r>
      <w:r>
        <w:t xml:space="preserve"> talking</w:t>
      </w:r>
      <w:r>
        <w:t xml:space="preserve"> about?</w:t>
        <w:br/>
        <w:t>你朝她吼,</w:t>
      </w:r>
      <w:r>
        <w:t xml:space="preserve"> 然后呢?</w:t>
        <w:br/>
        <w:t>You</w:t>
      </w:r>
      <w:r>
        <w:t xml:space="preserve"> screamed,</w:t>
      </w:r>
      <w:r>
        <w:t xml:space="preserve"> and</w:t>
      </w:r>
      <w:r>
        <w:t xml:space="preserve"> then</w:t>
      </w:r>
      <w:r>
        <w:t xml:space="preserve"> what?</w:t>
        <w:br/>
        <w:t>发生什么了?</w:t>
        <w:br/>
        <w:t>What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happened?</w:t>
        <w:br/>
        <w:t>没什么,</w:t>
      </w:r>
      <w:r>
        <w:t xml:space="preserve"> 没什么</w:t>
        <w:br/>
        <w:t>Nothing.</w:t>
      </w:r>
      <w:r>
        <w:t xml:space="preserve"> Nothing.</w:t>
        <w:br/>
        <w:t>什么也没有发生</w:t>
        <w:br/>
        <w:t>Nothing</w:t>
      </w:r>
      <w:r>
        <w:t xml:space="preserve"> happened.</w:t>
        <w:br/>
        <w:t>是在电&amp;hearts;话&amp;hearts;上</w:t>
        <w:br/>
        <w:t>This</w:t>
      </w:r>
      <w:r>
        <w:t xml:space="preserve"> was</w:t>
      </w:r>
      <w:r>
        <w:t xml:space="preserve"> on</w:t>
      </w:r>
      <w:r>
        <w:t xml:space="preserve"> the</w:t>
      </w:r>
      <w:r>
        <w:t xml:space="preserve"> phone.</w:t>
        <w:br/>
        <w:t>我是在电&amp;hearts;话&amp;hearts;中&amp;hearts;朝&amp;hearts;她吼</w:t>
        <w:br/>
        <w:t>I</w:t>
      </w:r>
      <w:r>
        <w:t xml:space="preserve"> screamed</w:t>
      </w:r>
      <w:r>
        <w:t xml:space="preserve"> at</w:t>
      </w:r>
      <w:r>
        <w:t xml:space="preserve"> her</w:t>
      </w:r>
      <w:r>
        <w:t xml:space="preserve"> on</w:t>
      </w:r>
      <w:r>
        <w:t xml:space="preserve"> the</w:t>
      </w:r>
      <w:r>
        <w:t xml:space="preserve"> telephone.</w:t>
        <w:br/>
        <w:t>是的</w:t>
        <w:br/>
        <w:t>Right.</w:t>
        <w:br/>
        <w:t>然后你跑到那里杀了她</w:t>
        <w:br/>
        <w:t>Then</w:t>
      </w:r>
      <w:r>
        <w:t xml:space="preserve"> you</w:t>
      </w:r>
      <w:r>
        <w:t xml:space="preserve"> went</w:t>
      </w:r>
      <w:r>
        <w:t xml:space="preserve"> there</w:t>
      </w:r>
      <w:r>
        <w:t xml:space="preserve"> and</w:t>
      </w:r>
      <w:r>
        <w:t xml:space="preserve"> you</w:t>
      </w:r>
      <w:r>
        <w:t xml:space="preserve"> killed</w:t>
      </w:r>
      <w:r>
        <w:t xml:space="preserve"> her.</w:t>
        <w:br/>
        <w:t>没有!</w:t>
      </w:r>
      <w:r>
        <w:t xml:space="preserve"> 我对天发誓,</w:t>
      </w:r>
      <w:r>
        <w:t xml:space="preserve"> 我没有!</w:t>
        <w:br/>
        <w:t>No!</w:t>
      </w:r>
      <w:r>
        <w:t xml:space="preserve"> I</w:t>
      </w:r>
      <w:r>
        <w:t xml:space="preserve"> swear</w:t>
      </w:r>
      <w:r>
        <w:t xml:space="preserve"> to</w:t>
      </w:r>
      <w:r>
        <w:t xml:space="preserve"> god,</w:t>
      </w:r>
      <w:r>
        <w:t xml:space="preserve"> I</w:t>
      </w:r>
      <w:r>
        <w:t xml:space="preserve"> didn't!</w:t>
        <w:br/>
        <w:t>我甚至都不记得打了那个电&amp;hearts;话&amp;hearts;</w:t>
        <w:br/>
        <w:t>I</w:t>
      </w:r>
      <w:r>
        <w:t xml:space="preserve"> didn't</w:t>
      </w:r>
      <w:r>
        <w:t xml:space="preserve"> remember</w:t>
      </w:r>
      <w:r>
        <w:t xml:space="preserve"> making</w:t>
      </w:r>
      <w:r>
        <w:t xml:space="preserve"> the</w:t>
      </w:r>
      <w:r>
        <w:t xml:space="preserve"> call.</w:t>
        <w:br/>
        <w:t>Hi</w:t>
        <w:br/>
        <w:t>Hi.</w:t>
        <w:br/>
        <w:t>"妈妈"</w:t>
        <w:br/>
        <w:t>"Mom.</w:t>
        <w:br/>
        <w:t>"爸爸"</w:t>
        <w:br/>
        <w:t>"Dad.</w:t>
        <w:br/>
        <w:t>"抢劫"</w:t>
        <w:br/>
        <w:t>"Robbery.</w:t>
        <w:br/>
        <w:t>"薄烤饼"</w:t>
        <w:br/>
        <w:t>Pancakes"?</w:t>
        <w:br/>
        <w:t>Charlie,</w:t>
      </w:r>
      <w:r>
        <w:t xml:space="preserve"> 这都是什么?</w:t>
        <w:br/>
        <w:t>Charlie,</w:t>
      </w:r>
      <w:r>
        <w:t xml:space="preserve"> what</w:t>
      </w:r>
      <w:r>
        <w:t xml:space="preserve"> is</w:t>
      </w:r>
      <w:r>
        <w:t xml:space="preserve"> this?</w:t>
        <w:br/>
        <w:t>我在分&amp;hearts;析&amp;hearts;我所做的一个梦</w:t>
        <w:br/>
        <w:t>I'm</w:t>
      </w:r>
      <w:r>
        <w:t xml:space="preserve"> analyzing</w:t>
      </w:r>
      <w:r>
        <w:t xml:space="preserve"> a</w:t>
      </w:r>
      <w:r>
        <w:t xml:space="preserve"> dream</w:t>
      </w:r>
      <w:r>
        <w:t xml:space="preserve"> I</w:t>
      </w:r>
      <w:r>
        <w:t xml:space="preserve"> had.</w:t>
        <w:br/>
        <w:t>你在用数学分&amp;hearts;析&amp;hearts;你的梦?</w:t>
        <w:br/>
        <w:t>You're</w:t>
      </w:r>
      <w:r>
        <w:t xml:space="preserve"> applying</w:t>
      </w:r>
      <w:r>
        <w:t xml:space="preserve"> math</w:t>
      </w:r>
      <w:r>
        <w:t xml:space="preserve"> to</w:t>
      </w:r>
      <w:r>
        <w:t xml:space="preserve"> your</w:t>
      </w:r>
      <w:r>
        <w:t xml:space="preserve"> dream?</w:t>
        <w:br/>
        <w:t>活动综合理论</w:t>
        <w:br/>
        <w:t>Activation</w:t>
      </w:r>
      <w:r>
        <w:t xml:space="preserve"> synthesis</w:t>
      </w:r>
      <w:r>
        <w:t xml:space="preserve"> theory.</w:t>
        <w:br/>
        <w:t>当我们睡觉时</w:t>
        <w:br/>
        <w:t>When</w:t>
      </w:r>
      <w:r>
        <w:t xml:space="preserve"> we</w:t>
      </w:r>
      <w:r>
        <w:t xml:space="preserve"> sleep,</w:t>
        <w:br/>
        <w:t>我们的大脑仍然在持续接收者信&amp;hearts;号&amp;hearts;&amp;hearts;</w:t>
        <w:br/>
        <w:t>our</w:t>
      </w:r>
      <w:r>
        <w:t xml:space="preserve"> brain</w:t>
      </w:r>
      <w:r>
        <w:t xml:space="preserve"> continues</w:t>
      </w:r>
      <w:r>
        <w:t xml:space="preserve"> to</w:t>
      </w:r>
      <w:r>
        <w:t xml:space="preserve"> receive</w:t>
      </w:r>
      <w:r>
        <w:t xml:space="preserve"> signals,</w:t>
        <w:br/>
        <w:t>但因为我们不是清醒的</w:t>
        <w:br/>
        <w:t>but</w:t>
      </w:r>
      <w:r>
        <w:t xml:space="preserve"> because</w:t>
      </w:r>
      <w:r>
        <w:t xml:space="preserve"> we're</w:t>
      </w:r>
      <w:r>
        <w:t xml:space="preserve"> unconscious,</w:t>
        <w:br/>
        <w:t>它就试图将我们一些思绪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按照某种联&amp;hearts;系&amp;hearts;重组起来</w:t>
        <w:br/>
        <w:t>it</w:t>
      </w:r>
      <w:r>
        <w:t xml:space="preserve"> tries</w:t>
      </w:r>
      <w:r>
        <w:t xml:space="preserve"> to</w:t>
      </w:r>
      <w:r>
        <w:t xml:space="preserve"> structure</w:t>
      </w:r>
      <w:r>
        <w:t xml:space="preserve"> our</w:t>
      </w:r>
      <w:r>
        <w:t xml:space="preserve"> thoughts</w:t>
      </w:r>
      <w:r>
        <w:t xml:space="preserve"> into</w:t>
      </w:r>
      <w:r>
        <w:t xml:space="preserve"> some</w:t>
      </w:r>
      <w:r>
        <w:t xml:space="preserve"> sort</w:t>
      </w:r>
      <w:r>
        <w:t xml:space="preserve"> of</w:t>
      </w:r>
      <w:r>
        <w:t xml:space="preserve"> association.</w:t>
        <w:br/>
        <w:t>这个梦为什么这么重要?</w:t>
        <w:br/>
        <w:t>Why</w:t>
      </w:r>
      <w:r>
        <w:t xml:space="preserve"> is</w:t>
      </w:r>
      <w:r>
        <w:t xml:space="preserve"> this</w:t>
      </w:r>
      <w:r>
        <w:t xml:space="preserve"> dream</w:t>
      </w:r>
      <w:r>
        <w:t xml:space="preserve"> so</w:t>
      </w:r>
      <w:r>
        <w:t xml:space="preserve"> important?</w:t>
        <w:br/>
        <w:t>这是我妈妈去世后</w:t>
      </w:r>
      <w:r>
        <w:t xml:space="preserve"> 我第一次梦到她</w:t>
        <w:br/>
        <w:t>It's</w:t>
      </w:r>
      <w:r>
        <w:t xml:space="preserve"> the</w:t>
      </w:r>
      <w:r>
        <w:t xml:space="preserve"> first</w:t>
      </w:r>
      <w:r>
        <w:t xml:space="preserve"> dream</w:t>
      </w:r>
      <w:r>
        <w:t xml:space="preserve"> I've</w:t>
      </w:r>
      <w:r>
        <w:t xml:space="preserve"> had</w:t>
      </w:r>
      <w:r>
        <w:t xml:space="preserve"> about</w:t>
      </w:r>
      <w:r>
        <w:t xml:space="preserve"> my</w:t>
      </w:r>
      <w:r>
        <w:t xml:space="preserve"> mom</w:t>
      </w:r>
      <w:r>
        <w:t xml:space="preserve"> since</w:t>
      </w:r>
      <w:r>
        <w:t xml:space="preserve"> she</w:t>
      </w:r>
      <w:r>
        <w:t xml:space="preserve"> died.</w:t>
        <w:br/>
        <w:t>你知道在哈佛大学有一个研究</w:t>
        <w:br/>
        <w:t>You</w:t>
      </w:r>
      <w:r>
        <w:t xml:space="preserve"> know</w:t>
      </w:r>
      <w:r>
        <w:t xml:space="preserve"> they</w:t>
      </w:r>
      <w:r>
        <w:t xml:space="preserve"> did</w:t>
      </w:r>
      <w:r>
        <w:t xml:space="preserve"> a</w:t>
      </w:r>
      <w:r>
        <w:t xml:space="preserve"> study</w:t>
      </w:r>
      <w:r>
        <w:t xml:space="preserve"> at</w:t>
      </w:r>
      <w:r>
        <w:t xml:space="preserve"> harvard</w:t>
        <w:br/>
        <w:t>发现一些不是很擅长</w:t>
      </w:r>
      <w:r>
        <w:t xml:space="preserve"> 进行拼字游戏的人</w:t>
        <w:br/>
        <w:t>about</w:t>
      </w:r>
      <w:r>
        <w:t xml:space="preserve"> people</w:t>
      </w:r>
      <w:r>
        <w:t xml:space="preserve"> who</w:t>
      </w:r>
      <w:r>
        <w:t xml:space="preserve"> weren't</w:t>
      </w:r>
      <w:r>
        <w:t xml:space="preserve"> very</w:t>
      </w:r>
      <w:r>
        <w:t xml:space="preserve"> good</w:t>
      </w:r>
      <w:r>
        <w:t xml:space="preserve"> at</w:t>
      </w:r>
      <w:r>
        <w:t xml:space="preserve"> unscrambling</w:t>
      </w:r>
      <w:r>
        <w:t xml:space="preserve"> anagrams</w:t>
        <w:br/>
        <w:t>如果将他们直接从睡梦状态唤醒</w:t>
        <w:br/>
        <w:t>who</w:t>
      </w:r>
      <w:r>
        <w:t xml:space="preserve"> were</w:t>
      </w:r>
      <w:r>
        <w:t xml:space="preserve"> wakened</w:t>
      </w:r>
      <w:r>
        <w:t xml:space="preserve"> during</w:t>
      </w:r>
      <w:r>
        <w:t xml:space="preserve"> rem</w:t>
      </w:r>
      <w:r>
        <w:t xml:space="preserve"> sleep</w:t>
        <w:br/>
        <w:t>再进行这些拼字游戏</w:t>
      </w:r>
      <w:r>
        <w:t xml:space="preserve"> 他们的表现就要优秀的多</w:t>
        <w:br/>
        <w:t>and</w:t>
      </w:r>
      <w:r>
        <w:t xml:space="preserve"> were</w:t>
      </w:r>
      <w:r>
        <w:t xml:space="preserve"> actually</w:t>
      </w:r>
      <w:r>
        <w:t xml:space="preserve"> able</w:t>
      </w:r>
      <w:r>
        <w:t xml:space="preserve"> to</w:t>
      </w:r>
      <w:r>
        <w:t xml:space="preserve"> do</w:t>
      </w:r>
      <w:r>
        <w:t xml:space="preserve"> a</w:t>
      </w:r>
      <w:r>
        <w:t xml:space="preserve"> much</w:t>
      </w:r>
      <w:r>
        <w:t xml:space="preserve"> better</w:t>
      </w:r>
      <w:r>
        <w:t xml:space="preserve"> job.</w:t>
        <w:br/>
        <w:t>也许在梦中,</w:t>
      </w:r>
      <w:r>
        <w:t xml:space="preserve"> 你应该随它去</w:t>
        <w:br/>
        <w:t>Maybe</w:t>
      </w:r>
      <w:r>
        <w:t xml:space="preserve"> in</w:t>
      </w:r>
      <w:r>
        <w:t xml:space="preserve"> a</w:t>
      </w:r>
      <w:r>
        <w:t xml:space="preserve"> dream</w:t>
      </w:r>
      <w:r>
        <w:t xml:space="preserve"> you</w:t>
      </w:r>
      <w:r>
        <w:t xml:space="preserve"> just</w:t>
      </w:r>
      <w:r>
        <w:t xml:space="preserve"> let</w:t>
      </w:r>
      <w:r>
        <w:t xml:space="preserve"> go.</w:t>
        <w:br/>
        <w:t>哈佛?</w:t>
        <w:br/>
        <w:t>Harvard,</w:t>
      </w:r>
      <w:r>
        <w:t xml:space="preserve"> huh?</w:t>
        <w:br/>
        <w:t>你接下那个活没有?</w:t>
        <w:br/>
        <w:t>You</w:t>
      </w:r>
      <w:r>
        <w:t xml:space="preserve"> call</w:t>
      </w:r>
      <w:r>
        <w:t xml:space="preserve"> about</w:t>
      </w:r>
      <w:r>
        <w:t xml:space="preserve"> that</w:t>
      </w:r>
      <w:r>
        <w:t xml:space="preserve"> job</w:t>
      </w:r>
      <w:r>
        <w:t xml:space="preserve"> yet?</w:t>
        <w:br/>
        <w:t>没有</w:t>
        <w:br/>
        <w:t>No.</w:t>
        <w:br/>
        <w:t>把事情弄清楚不太容易,</w:t>
      </w:r>
      <w:r>
        <w:t xml:space="preserve"> 是不是?</w:t>
        <w:br/>
        <w:t>It's</w:t>
      </w:r>
      <w:r>
        <w:t xml:space="preserve"> not</w:t>
      </w:r>
      <w:r>
        <w:t xml:space="preserve"> easy</w:t>
      </w:r>
      <w:r>
        <w:t xml:space="preserve"> figuring</w:t>
      </w:r>
      <w:r>
        <w:t xml:space="preserve"> things</w:t>
      </w:r>
      <w:r>
        <w:t xml:space="preserve"> out,</w:t>
      </w:r>
      <w:r>
        <w:t xml:space="preserve"> is</w:t>
      </w:r>
      <w:r>
        <w:t xml:space="preserve"> it?</w:t>
        <w:br/>
        <w:t>谈到把事情弄清楚</w:t>
        <w:br/>
        <w:t>Speaking</w:t>
      </w:r>
      <w:r>
        <w:t xml:space="preserve"> of</w:t>
      </w:r>
      <w:r>
        <w:t xml:space="preserve"> figuring</w:t>
      </w:r>
      <w:r>
        <w:t xml:space="preserve"> things</w:t>
      </w:r>
      <w:r>
        <w:t xml:space="preserve"> out,</w:t>
        <w:br/>
        <w:t>Don的那个案子怎么样了?</w:t>
        <w:br/>
        <w:t>how's</w:t>
      </w:r>
      <w:r>
        <w:t xml:space="preserve"> don's</w:t>
      </w:r>
      <w:r>
        <w:t xml:space="preserve"> case?</w:t>
        <w:br/>
        <w:t>我没有足够的信息</w:t>
        <w:br/>
        <w:t>I</w:t>
      </w:r>
      <w:r>
        <w:t xml:space="preserve"> don't</w:t>
      </w:r>
      <w:r>
        <w:t xml:space="preserve"> have</w:t>
      </w:r>
      <w:r>
        <w:t xml:space="preserve"> enough</w:t>
      </w:r>
      <w:r>
        <w:t xml:space="preserve"> information.</w:t>
        <w:br/>
        <w:t>那两个女的都是独居</w:t>
      </w:r>
      <w:r>
        <w:t xml:space="preserve"> 他们的家人都住在其它州</w:t>
        <w:br/>
        <w:t>These</w:t>
      </w:r>
      <w:r>
        <w:t xml:space="preserve"> women</w:t>
      </w:r>
      <w:r>
        <w:t xml:space="preserve"> lived</w:t>
      </w:r>
      <w:r>
        <w:t xml:space="preserve"> alone</w:t>
      </w:r>
      <w:r>
        <w:t xml:space="preserve"> and</w:t>
      </w:r>
      <w:r>
        <w:t xml:space="preserve"> their</w:t>
      </w:r>
      <w:r>
        <w:t xml:space="preserve"> families</w:t>
      </w:r>
      <w:r>
        <w:t xml:space="preserve"> lived</w:t>
      </w:r>
      <w:r>
        <w:t xml:space="preserve"> out</w:t>
      </w:r>
      <w:r>
        <w:t xml:space="preserve"> of</w:t>
      </w:r>
      <w:r>
        <w:t xml:space="preserve"> state.</w:t>
        <w:br/>
        <w:t>那她们工作的地方呢?</w:t>
        <w:br/>
        <w:t>What</w:t>
      </w:r>
      <w:r>
        <w:t xml:space="preserve"> about</w:t>
      </w:r>
      <w:r>
        <w:t xml:space="preserve"> where</w:t>
      </w:r>
      <w:r>
        <w:t xml:space="preserve"> they</w:t>
      </w:r>
      <w:r>
        <w:t xml:space="preserve"> worked?</w:t>
        <w:br/>
        <w:t>我是说</w:t>
        <w:br/>
        <w:t>I</w:t>
      </w:r>
      <w:r>
        <w:t xml:space="preserve"> mean,</w:t>
        <w:br/>
        <w:t>就好像我们一样</w:t>
        <w:br/>
        <w:t>if</w:t>
      </w:r>
      <w:r>
        <w:t xml:space="preserve"> they're</w:t>
      </w:r>
      <w:r>
        <w:t xml:space="preserve"> anything</w:t>
      </w:r>
      <w:r>
        <w:t xml:space="preserve"> like</w:t>
      </w:r>
      <w:r>
        <w:t xml:space="preserve"> us,</w:t>
        <w:br/>
        <w:t>那些人可能最了解她们,</w:t>
      </w:r>
      <w:r>
        <w:t xml:space="preserve"> 不是么?</w:t>
        <w:br/>
        <w:t>those</w:t>
      </w:r>
      <w:r>
        <w:t xml:space="preserve"> are</w:t>
      </w:r>
      <w:r>
        <w:t xml:space="preserve"> probably</w:t>
      </w:r>
      <w:r>
        <w:t xml:space="preserve"> the</w:t>
      </w:r>
      <w:r>
        <w:t xml:space="preserve"> people</w:t>
      </w:r>
      <w:r>
        <w:t xml:space="preserve"> who</w:t>
      </w:r>
      <w:r>
        <w:t xml:space="preserve"> knew</w:t>
      </w:r>
      <w:r>
        <w:t xml:space="preserve"> them</w:t>
      </w:r>
      <w:r>
        <w:t xml:space="preserve"> best,</w:t>
      </w:r>
      <w:r>
        <w:t xml:space="preserve"> right?</w:t>
        <w:br/>
        <w:t>看情况Gil说的是实话</w:t>
        <w:br/>
        <w:t>Turns</w:t>
      </w:r>
      <w:r>
        <w:t xml:space="preserve"> out</w:t>
      </w:r>
      <w:r>
        <w:t xml:space="preserve"> gil</w:t>
      </w:r>
      <w:r>
        <w:t xml:space="preserve"> was</w:t>
      </w:r>
      <w:r>
        <w:t xml:space="preserve"> telling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truth.</w:t>
        <w:br/>
        <w:t>Lisa</w:t>
      </w:r>
      <w:r>
        <w:t xml:space="preserve"> Clark被害当晚</w:t>
      </w:r>
      <w:r>
        <w:t xml:space="preserve"> 他有确凿的不在场证据</w:t>
        <w:br/>
        <w:t>He's</w:t>
      </w:r>
      <w:r>
        <w:t xml:space="preserve"> got</w:t>
      </w:r>
      <w:r>
        <w:t xml:space="preserve"> a</w:t>
      </w:r>
      <w:r>
        <w:t xml:space="preserve"> solid</w:t>
      </w:r>
      <w:r>
        <w:t xml:space="preserve"> alibi</w:t>
      </w:r>
      <w:r>
        <w:t xml:space="preserve"> for</w:t>
      </w:r>
      <w:r>
        <w:t xml:space="preserve"> the</w:t>
      </w:r>
      <w:r>
        <w:t xml:space="preserve"> night</w:t>
      </w:r>
      <w:r>
        <w:t xml:space="preserve"> lisa</w:t>
      </w:r>
      <w:r>
        <w:t xml:space="preserve"> clark</w:t>
      </w:r>
      <w:r>
        <w:t xml:space="preserve"> was</w:t>
      </w:r>
      <w:r>
        <w:t xml:space="preserve"> murdered.</w:t>
        <w:br/>
        <w:t>这么说他不是我们怀疑对象了?</w:t>
        <w:br/>
        <w:t>So</w:t>
      </w:r>
      <w:r>
        <w:t xml:space="preserve"> he's</w:t>
      </w:r>
      <w:r>
        <w:t xml:space="preserve"> not</w:t>
      </w:r>
      <w:r>
        <w:t xml:space="preserve"> our</w:t>
      </w:r>
      <w:r>
        <w:t xml:space="preserve"> guy?</w:t>
        <w:br/>
        <w:t>看起来应该不是</w:t>
        <w:br/>
        <w:t>Doesn't</w:t>
      </w:r>
      <w:r>
        <w:t xml:space="preserve"> look</w:t>
      </w:r>
      <w:r>
        <w:t xml:space="preserve"> like</w:t>
      </w:r>
      <w:r>
        <w:t xml:space="preserve"> it.</w:t>
        <w:br/>
        <w:t>Lisa</w:t>
      </w:r>
      <w:r>
        <w:t xml:space="preserve"> Clark</w:t>
        <w:br/>
        <w:t>Lisa</w:t>
      </w:r>
      <w:r>
        <w:t xml:space="preserve"> clark,</w:t>
        <w:br/>
        <w:t>23岁</w:t>
        <w:br/>
        <w:t>who's</w:t>
      </w:r>
      <w:r>
        <w:t xml:space="preserve"> 23</w:t>
      </w:r>
      <w:r>
        <w:t xml:space="preserve"> years</w:t>
      </w:r>
      <w:r>
        <w:t xml:space="preserve"> old.</w:t>
        <w:br/>
        <w:t>刚刚大学毕业</w:t>
        <w:br/>
        <w:t>She'd</w:t>
      </w:r>
      <w:r>
        <w:t xml:space="preserve"> just</w:t>
      </w:r>
      <w:r>
        <w:t xml:space="preserve"> graduated</w:t>
      </w:r>
      <w:r>
        <w:t xml:space="preserve"> college.</w:t>
        <w:br/>
        <w:t>她下班后要去见几个朋友</w:t>
      </w:r>
      <w:r>
        <w:t xml:space="preserve"> 可惜见不着了</w:t>
        <w:br/>
        <w:t>She</w:t>
      </w:r>
      <w:r>
        <w:t xml:space="preserve"> left</w:t>
      </w:r>
      <w:r>
        <w:t xml:space="preserve"> work</w:t>
      </w:r>
      <w:r>
        <w:t xml:space="preserve"> to</w:t>
      </w:r>
      <w:r>
        <w:t xml:space="preserve"> meet</w:t>
      </w:r>
      <w:r>
        <w:t xml:space="preserve"> some</w:t>
      </w:r>
      <w:r>
        <w:t xml:space="preserve"> friends</w:t>
      </w:r>
      <w:r>
        <w:t xml:space="preserve"> and</w:t>
      </w:r>
      <w:r>
        <w:t xml:space="preserve"> never</w:t>
      </w:r>
      <w:r>
        <w:t xml:space="preserve"> made</w:t>
      </w:r>
      <w:r>
        <w:t xml:space="preserve"> it.</w:t>
        <w:br/>
        <w:t>可以打赌,</w:t>
      </w:r>
      <w:r>
        <w:t xml:space="preserve"> 她从没想到</w:t>
      </w:r>
      <w:r>
        <w:t xml:space="preserve"> 这种事情会发生到她的头上</w:t>
        <w:br/>
        <w:t>Bet</w:t>
      </w:r>
      <w:r>
        <w:t xml:space="preserve"> she</w:t>
      </w:r>
      <w:r>
        <w:t xml:space="preserve"> never</w:t>
      </w:r>
      <w:r>
        <w:t xml:space="preserve"> thought</w:t>
      </w:r>
      <w:r>
        <w:t xml:space="preserve"> something</w:t>
      </w:r>
      <w:r>
        <w:t xml:space="preserve"> like</w:t>
      </w:r>
      <w:r>
        <w:t xml:space="preserve"> this</w:t>
      </w:r>
      <w:r>
        <w:t xml:space="preserve"> could</w:t>
      </w:r>
      <w:r>
        <w:t xml:space="preserve"> happen</w:t>
      </w:r>
      <w:r>
        <w:t xml:space="preserve"> to</w:t>
      </w:r>
      <w:r>
        <w:t xml:space="preserve"> her.</w:t>
        <w:br/>
        <w:t>不幸的是</w:t>
        <w:br/>
        <w:t>Well,</w:t>
      </w:r>
      <w:r>
        <w:t xml:space="preserve"> unfortunately,</w:t>
        <w:br/>
        <w:t>有些人对此毫不在乎</w:t>
        <w:br/>
        <w:t>there</w:t>
      </w:r>
      <w:r>
        <w:t xml:space="preserve"> are</w:t>
      </w:r>
      <w:r>
        <w:t xml:space="preserve"> people</w:t>
      </w:r>
      <w:r>
        <w:t xml:space="preserve"> out</w:t>
      </w:r>
      <w:r>
        <w:t xml:space="preserve"> there</w:t>
      </w:r>
      <w:r>
        <w:t xml:space="preserve"> who</w:t>
      </w:r>
      <w:r>
        <w:t xml:space="preserve"> don't</w:t>
      </w:r>
      <w:r>
        <w:t xml:space="preserve"> give</w:t>
      </w:r>
      <w:r>
        <w:t xml:space="preserve"> a</w:t>
      </w:r>
      <w:r>
        <w:t xml:space="preserve"> damn</w:t>
        <w:br/>
        <w:t>不管你是不是这么想</w:t>
        <w:br/>
        <w:t>whether</w:t>
      </w:r>
      <w:r>
        <w:t xml:space="preserve"> your</w:t>
      </w:r>
      <w:r>
        <w:t xml:space="preserve"> thought</w:t>
      </w:r>
      <w:r>
        <w:t xml:space="preserve"> about</w:t>
      </w:r>
      <w:r>
        <w:t xml:space="preserve"> it</w:t>
      </w:r>
      <w:r>
        <w:t xml:space="preserve"> or</w:t>
      </w:r>
      <w:r>
        <w:t xml:space="preserve"> not.</w:t>
        <w:br/>
        <w:t>Carla</w:t>
      </w:r>
      <w:r>
        <w:t xml:space="preserve"> Daniels...</w:t>
        <w:br/>
        <w:t>And</w:t>
      </w:r>
      <w:r>
        <w:t xml:space="preserve"> carla</w:t>
      </w:r>
      <w:r>
        <w:t xml:space="preserve"> daniels...</w:t>
        <w:br/>
        <w:t>跟她老板说,</w:t>
      </w:r>
      <w:r>
        <w:t xml:space="preserve"> 她感觉不是很好</w:t>
        <w:br/>
        <w:t>told</w:t>
      </w:r>
      <w:r>
        <w:t xml:space="preserve"> her</w:t>
      </w:r>
      <w:r>
        <w:t xml:space="preserve"> boss</w:t>
      </w:r>
      <w:r>
        <w:t xml:space="preserve"> she</w:t>
      </w:r>
      <w:r>
        <w:t xml:space="preserve"> wasn't</w:t>
      </w:r>
      <w:r>
        <w:t xml:space="preserve"> feeling</w:t>
      </w:r>
      <w:r>
        <w:t xml:space="preserve"> well.</w:t>
        <w:br/>
        <w:t>回到家里</w:t>
        <w:br/>
        <w:t>Went</w:t>
      </w:r>
      <w:r>
        <w:t xml:space="preserve"> home,</w:t>
        <w:br/>
        <w:t>换了一件性感的小T恤和一条短裙</w:t>
        <w:br/>
        <w:t>put</w:t>
      </w:r>
      <w:r>
        <w:t xml:space="preserve"> on</w:t>
      </w:r>
      <w:r>
        <w:t xml:space="preserve"> a</w:t>
      </w:r>
      <w:r>
        <w:t xml:space="preserve"> sexy</w:t>
      </w:r>
      <w:r>
        <w:t xml:space="preserve"> little</w:t>
      </w:r>
      <w:r>
        <w:t xml:space="preserve"> t-shirt</w:t>
      </w:r>
      <w:r>
        <w:t xml:space="preserve"> and</w:t>
      </w:r>
      <w:r>
        <w:t xml:space="preserve"> skirt.</w:t>
        <w:br/>
        <w:t>很明显她感觉好多了</w:t>
        <w:br/>
        <w:t>obviously</w:t>
      </w:r>
      <w:r>
        <w:t xml:space="preserve"> she</w:t>
      </w:r>
      <w:r>
        <w:t xml:space="preserve"> was</w:t>
      </w:r>
      <w:r>
        <w:t xml:space="preserve"> feeling</w:t>
      </w:r>
      <w:r>
        <w:t xml:space="preserve"> better.</w:t>
        <w:br/>
        <w:t>我跟她密苏里州的姐姐打过电&amp;hearts;话&amp;hearts;</w:t>
        <w:br/>
        <w:t>I</w:t>
      </w:r>
      <w:r>
        <w:t xml:space="preserve"> called</w:t>
      </w:r>
      <w:r>
        <w:t xml:space="preserve"> her</w:t>
      </w:r>
      <w:r>
        <w:t xml:space="preserve"> sisters</w:t>
      </w:r>
      <w:r>
        <w:t xml:space="preserve"> in</w:t>
      </w:r>
      <w:r>
        <w:t xml:space="preserve"> missouri.</w:t>
        <w:br/>
        <w:t>她每天都跟他们通话...</w:t>
        <w:br/>
        <w:t>She</w:t>
      </w:r>
      <w:r>
        <w:t xml:space="preserve"> talked</w:t>
      </w:r>
      <w:r>
        <w:t xml:space="preserve"> to</w:t>
      </w:r>
      <w:r>
        <w:t xml:space="preserve"> them</w:t>
      </w:r>
      <w:r>
        <w:t xml:space="preserve"> every</w:t>
      </w:r>
      <w:r>
        <w:t xml:space="preserve"> day...</w:t>
        <w:br/>
        <w:t>除了这天</w:t>
        <w:br/>
        <w:t>except</w:t>
      </w:r>
      <w:r>
        <w:t xml:space="preserve"> this</w:t>
      </w:r>
      <w:r>
        <w:t xml:space="preserve"> day.</w:t>
        <w:br/>
        <w:t>不管是要去见谁</w:t>
        <w:br/>
        <w:t>So</w:t>
      </w:r>
      <w:r>
        <w:t xml:space="preserve"> whoever</w:t>
      </w:r>
      <w:r>
        <w:t xml:space="preserve"> this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was,</w:t>
        <w:br/>
        <w:t>她不想让别人知道</w:t>
        <w:br/>
        <w:t>she</w:t>
      </w:r>
      <w:r>
        <w:t xml:space="preserve"> was</w:t>
      </w:r>
      <w:r>
        <w:t xml:space="preserve"> keeping</w:t>
      </w:r>
      <w:r>
        <w:t xml:space="preserve"> him</w:t>
      </w:r>
      <w:r>
        <w:t xml:space="preserve"> a</w:t>
      </w:r>
      <w:r>
        <w:t xml:space="preserve"> secret.</w:t>
        <w:br/>
        <w:t>怎么了?</w:t>
        <w:br/>
        <w:t>What's</w:t>
      </w:r>
      <w:r>
        <w:t xml:space="preserve"> up?</w:t>
        <w:br/>
        <w:t>看到这里了么?</w:t>
        <w:br/>
        <w:t>see</w:t>
      </w:r>
      <w:r>
        <w:t xml:space="preserve"> this</w:t>
      </w:r>
      <w:r>
        <w:t xml:space="preserve"> area?</w:t>
        <w:br/>
        <w:t>她的鞋子?</w:t>
        <w:br/>
        <w:t>Her</w:t>
      </w:r>
      <w:r>
        <w:t xml:space="preserve"> shoes?</w:t>
        <w:br/>
        <w:t>穿错脚了</w:t>
        <w:br/>
        <w:t>They're</w:t>
      </w:r>
      <w:r>
        <w:t xml:space="preserve"> on</w:t>
      </w:r>
      <w:r>
        <w:t xml:space="preserve"> the</w:t>
      </w:r>
      <w:r>
        <w:t xml:space="preserve"> wrong</w:t>
      </w:r>
      <w:r>
        <w:t xml:space="preserve"> feet.</w:t>
        <w:br/>
        <w:t>我们已经检查了DNA</w:t>
        <w:br/>
        <w:t>We've</w:t>
      </w:r>
      <w:r>
        <w:t xml:space="preserve"> already</w:t>
      </w:r>
      <w:r>
        <w:t xml:space="preserve"> checked</w:t>
      </w:r>
      <w:r>
        <w:t xml:space="preserve"> for</w:t>
      </w:r>
      <w:r>
        <w:t xml:space="preserve"> dna.</w:t>
        <w:br/>
        <w:t>我不是来找DNA的</w:t>
        <w:br/>
        <w:t>I'm</w:t>
      </w:r>
      <w:r>
        <w:t xml:space="preserve"> not</w:t>
      </w:r>
      <w:r>
        <w:t xml:space="preserve"> looking</w:t>
      </w:r>
      <w:r>
        <w:t xml:space="preserve"> for</w:t>
      </w:r>
      <w:r>
        <w:t xml:space="preserve"> dna.</w:t>
        <w:br/>
        <w:t>能不能告诉我们</w:t>
      </w:r>
      <w:r>
        <w:t xml:space="preserve"> 你到底要来找什么?</w:t>
        <w:br/>
        <w:t>Want</w:t>
      </w:r>
      <w:r>
        <w:t xml:space="preserve"> to</w:t>
      </w:r>
      <w:r>
        <w:t xml:space="preserve"> tell</w:t>
      </w:r>
      <w:r>
        <w:t xml:space="preserve"> us</w:t>
      </w:r>
      <w:r>
        <w:t xml:space="preserve"> </w:t>
      </w:r>
      <w:r>
        <w:t xml:space="preserve"> exactly</w:t>
      </w:r>
      <w:r>
        <w:t xml:space="preserve"> what</w:t>
      </w:r>
      <w:r>
        <w:t xml:space="preserve"> it</w:t>
      </w:r>
      <w:r>
        <w:t xml:space="preserve"> is</w:t>
      </w:r>
      <w:r>
        <w:t xml:space="preserve"> you</w:t>
      </w:r>
      <w:r>
        <w:t xml:space="preserve"> are</w:t>
      </w:r>
      <w:r>
        <w:t xml:space="preserve"> looking</w:t>
      </w:r>
      <w:r>
        <w:t xml:space="preserve"> for?</w:t>
        <w:br/>
        <w:t>她的化妆非常完美</w:t>
        <w:br/>
        <w:t>Her</w:t>
      </w:r>
      <w:r>
        <w:t xml:space="preserve"> makeup</w:t>
      </w:r>
      <w:r>
        <w:t xml:space="preserve"> was</w:t>
      </w:r>
      <w:r>
        <w:t xml:space="preserve"> perfect,</w:t>
        <w:br/>
        <w:t>不过鞋子却穿错脚了</w:t>
        <w:br/>
        <w:t>but</w:t>
      </w:r>
      <w:r>
        <w:t xml:space="preserve"> her</w:t>
      </w:r>
      <w:r>
        <w:t xml:space="preserve"> shoes</w:t>
      </w:r>
      <w:r>
        <w:t xml:space="preserve"> were</w:t>
      </w:r>
      <w:r>
        <w:t xml:space="preserve"> on</w:t>
      </w:r>
      <w:r>
        <w:t xml:space="preserve"> the</w:t>
      </w:r>
      <w:r>
        <w:t xml:space="preserve"> wrong</w:t>
      </w:r>
      <w:r>
        <w:t xml:space="preserve"> feet.</w:t>
        <w:br/>
        <w:t>我可不会就此罢手</w:t>
        <w:br/>
        <w:t>I'm</w:t>
      </w:r>
      <w:r>
        <w:t xml:space="preserve"> not</w:t>
      </w:r>
      <w:r>
        <w:t xml:space="preserve"> buying</w:t>
      </w:r>
      <w:r>
        <w:t xml:space="preserve"> it.</w:t>
        <w:br/>
        <w:t>这个家伙犯了个错误</w:t>
        <w:br/>
        <w:t>This</w:t>
      </w:r>
      <w:r>
        <w:t xml:space="preserve"> guy</w:t>
      </w:r>
      <w:r>
        <w:t xml:space="preserve"> made</w:t>
      </w:r>
      <w:r>
        <w:t xml:space="preserve"> a</w:t>
      </w:r>
      <w:r>
        <w:t xml:space="preserve"> mistake.</w:t>
        <w:br/>
        <w:t>看到没有?</w:t>
        <w:br/>
        <w:t>See</w:t>
      </w:r>
      <w:r>
        <w:t xml:space="preserve"> that?</w:t>
        <w:br/>
        <w:t>是什么?</w:t>
        <w:br/>
        <w:t>What</w:t>
      </w:r>
      <w:r>
        <w:t xml:space="preserve"> is</w:t>
      </w:r>
      <w:r>
        <w:t xml:space="preserve"> it?</w:t>
        <w:br/>
        <w:t>是化妆品</w:t>
        <w:br/>
        <w:t>It's</w:t>
      </w:r>
      <w:r>
        <w:t xml:space="preserve"> makeup.</w:t>
        <w:br/>
        <w:t>她不应该在穿上T恤之前化妆</w:t>
        <w:br/>
        <w:t>Only</w:t>
      </w:r>
      <w:r>
        <w:t xml:space="preserve"> she</w:t>
      </w:r>
      <w:r>
        <w:t xml:space="preserve"> wouldn't</w:t>
      </w:r>
      <w:r>
        <w:t xml:space="preserve"> have</w:t>
      </w:r>
      <w:r>
        <w:t xml:space="preserve"> put</w:t>
      </w:r>
      <w:r>
        <w:t xml:space="preserve"> it</w:t>
      </w:r>
      <w:r>
        <w:t xml:space="preserve"> on</w:t>
      </w:r>
      <w:r>
        <w:t xml:space="preserve"> before</w:t>
      </w:r>
      <w:r>
        <w:t xml:space="preserve"> putting</w:t>
      </w:r>
      <w:r>
        <w:t xml:space="preserve"> her</w:t>
      </w:r>
      <w:r>
        <w:t xml:space="preserve"> t-shirt</w:t>
      </w:r>
      <w:r>
        <w:t xml:space="preserve"> on.</w:t>
        <w:br/>
        <w:t>对啊,</w:t>
      </w:r>
      <w:r>
        <w:t xml:space="preserve"> 因为当她把T恤套过头部时...</w:t>
        <w:br/>
        <w:t>Right,</w:t>
      </w:r>
      <w:r>
        <w:t xml:space="preserve"> 'cause</w:t>
      </w:r>
      <w:r>
        <w:t xml:space="preserve"> when</w:t>
      </w:r>
      <w:r>
        <w:t xml:space="preserve"> she</w:t>
      </w:r>
      <w:r>
        <w:t xml:space="preserve"> pulled</w:t>
      </w:r>
      <w:r>
        <w:t xml:space="preserve"> it</w:t>
      </w:r>
      <w:r>
        <w:t xml:space="preserve"> over</w:t>
      </w:r>
      <w:r>
        <w:t xml:space="preserve"> her</w:t>
      </w:r>
      <w:r>
        <w:t xml:space="preserve"> head...</w:t>
        <w:br/>
        <w:t>衣领内侧就会沾上化妆品</w:t>
        <w:br/>
        <w:t>you'd</w:t>
      </w:r>
      <w:r>
        <w:t xml:space="preserve"> get</w:t>
      </w:r>
      <w:r>
        <w:t xml:space="preserve"> makeup</w:t>
      </w:r>
      <w:r>
        <w:t xml:space="preserve"> on</w:t>
      </w:r>
      <w:r>
        <w:t xml:space="preserve"> the</w:t>
      </w:r>
      <w:r>
        <w:t xml:space="preserve"> inside</w:t>
      </w:r>
      <w:r>
        <w:t xml:space="preserve"> collar.</w:t>
        <w:br/>
        <w:t>这么说是这个家伙给她穿的衣服</w:t>
        <w:br/>
        <w:t>So</w:t>
      </w:r>
      <w:r>
        <w:t xml:space="preserve"> this</w:t>
      </w:r>
      <w:r>
        <w:t xml:space="preserve"> guy</w:t>
      </w:r>
      <w:r>
        <w:t xml:space="preserve"> dressed</w:t>
      </w:r>
      <w:r>
        <w:t xml:space="preserve"> her.</w:t>
        <w:br/>
        <w:t>在她死后</w:t>
        <w:br/>
        <w:t>When</w:t>
      </w:r>
      <w:r>
        <w:t xml:space="preserve"> she</w:t>
      </w:r>
      <w:r>
        <w:t xml:space="preserve"> was</w:t>
      </w:r>
      <w:r>
        <w:t xml:space="preserve"> already</w:t>
      </w:r>
      <w:r>
        <w:t xml:space="preserve"> dead.</w:t>
        <w:br/>
        <w:t>我不明白</w:t>
        <w:br/>
        <w:t>I</w:t>
      </w:r>
      <w:r>
        <w:t xml:space="preserve"> don't</w:t>
      </w:r>
      <w:r>
        <w:t xml:space="preserve"> get</w:t>
      </w:r>
    </w:p>
    <w:p>
      <w:r>
        <w:t xml:space="preserve"> it.</w:t>
        <w:br/>
        <w:t>什么样的人会给一个</w:t>
      </w:r>
      <w:r>
        <w:t xml:space="preserve"> 已经死去的女孩化妆呢?</w:t>
        <w:br/>
        <w:br/>
        <w:t>What</w:t>
      </w:r>
      <w:r>
        <w:t xml:space="preserve"> kind</w:t>
      </w:r>
      <w:r>
        <w:t xml:space="preserve"> of</w:t>
      </w:r>
      <w:r>
        <w:t xml:space="preserve"> guy</w:t>
      </w:r>
      <w:r>
        <w:t xml:space="preserve"> puts</w:t>
      </w:r>
      <w:r>
        <w:t xml:space="preserve"> makeup</w:t>
      </w:r>
      <w:r>
        <w:t xml:space="preserve"> on</w:t>
      </w:r>
      <w:r>
        <w:t xml:space="preserve"> a</w:t>
      </w:r>
      <w:r>
        <w:t xml:space="preserve"> dead</w:t>
      </w:r>
      <w:r>
        <w:t xml:space="preserve"> girl?</w:t>
        <w:br/>
        <w:t>他这是在装扮自己的偶像</w:t>
        <w:br/>
        <w:t>He's</w:t>
      </w:r>
      <w:r>
        <w:t xml:space="preserve"> creating</w:t>
      </w:r>
      <w:r>
        <w:t xml:space="preserve"> an</w:t>
      </w:r>
      <w:r>
        <w:t xml:space="preserve"> image</w:t>
      </w:r>
      <w:r>
        <w:t xml:space="preserve"> for</w:t>
      </w:r>
      <w:r>
        <w:t xml:space="preserve"> himself.</w:t>
        <w:br/>
        <w:t>好吧,</w:t>
      </w:r>
      <w:r>
        <w:t xml:space="preserve"> 这样做也太累了</w:t>
        <w:br/>
        <w:t>All</w:t>
      </w:r>
      <w:r>
        <w:t xml:space="preserve"> right,</w:t>
      </w:r>
      <w:r>
        <w:t xml:space="preserve"> so</w:t>
      </w:r>
      <w:r>
        <w:t xml:space="preserve"> elaborate</w:t>
      </w:r>
      <w:r>
        <w:t xml:space="preserve"> on</w:t>
      </w:r>
      <w:r>
        <w:t xml:space="preserve"> that.</w:t>
        <w:br/>
        <w:t>你把一个死去的女孩扔进沟里</w:t>
        <w:br/>
        <w:t>you</w:t>
      </w:r>
      <w:r>
        <w:t xml:space="preserve"> take</w:t>
      </w:r>
      <w:r>
        <w:t xml:space="preserve"> a</w:t>
      </w:r>
      <w:r>
        <w:t xml:space="preserve"> dead</w:t>
      </w:r>
      <w:r>
        <w:t xml:space="preserve"> girl</w:t>
      </w:r>
      <w:r>
        <w:t xml:space="preserve"> and</w:t>
      </w:r>
      <w:r>
        <w:t xml:space="preserve"> you</w:t>
      </w:r>
      <w:r>
        <w:t xml:space="preserve"> dump</w:t>
      </w:r>
      <w:r>
        <w:t xml:space="preserve"> her</w:t>
      </w:r>
      <w:r>
        <w:t xml:space="preserve"> in</w:t>
      </w:r>
      <w:r>
        <w:t xml:space="preserve"> a</w:t>
      </w:r>
      <w:r>
        <w:t xml:space="preserve"> ditch,</w:t>
        <w:br/>
        <w:t>你会说</w:t>
      </w:r>
      <w:r>
        <w:t xml:space="preserve"> "瞧,</w:t>
      </w:r>
      <w:r>
        <w:t xml:space="preserve"> 我是多么坏的一个坏蛋"</w:t>
        <w:br/>
        <w:t>you're</w:t>
      </w:r>
      <w:r>
        <w:t xml:space="preserve"> saying,</w:t>
      </w:r>
      <w:r>
        <w:t xml:space="preserve"> "look</w:t>
      </w:r>
      <w:r>
        <w:t xml:space="preserve"> at</w:t>
      </w:r>
      <w:r>
        <w:t xml:space="preserve"> what</w:t>
      </w:r>
      <w:r>
        <w:t xml:space="preserve"> a</w:t>
      </w:r>
      <w:r>
        <w:t xml:space="preserve"> bad-ass</w:t>
      </w:r>
      <w:r>
        <w:t xml:space="preserve"> I</w:t>
      </w:r>
      <w:r>
        <w:t xml:space="preserve"> am."</w:t>
        <w:br/>
        <w:t>你把她穿戴整齐,</w:t>
      </w:r>
      <w:r>
        <w:t xml:space="preserve"> 送他回家</w:t>
      </w:r>
      <w:r>
        <w:t xml:space="preserve"> 你会说</w:t>
        <w:br/>
        <w:t>You</w:t>
      </w:r>
      <w:r>
        <w:t xml:space="preserve"> dress</w:t>
      </w:r>
      <w:r>
        <w:t xml:space="preserve"> one</w:t>
      </w:r>
      <w:r>
        <w:t xml:space="preserve"> up,you</w:t>
      </w:r>
      <w:r>
        <w:t xml:space="preserve"> take</w:t>
      </w:r>
      <w:r>
        <w:t xml:space="preserve"> her</w:t>
      </w:r>
      <w:r>
        <w:t xml:space="preserve"> home,</w:t>
      </w:r>
      <w:r>
        <w:t xml:space="preserve"> you're</w:t>
      </w:r>
      <w:r>
        <w:t xml:space="preserve"> saying,</w:t>
        <w:br/>
        <w:t>"瞧,</w:t>
      </w:r>
      <w:r>
        <w:t xml:space="preserve"> 我是多么好的一个人啊"</w:t>
        <w:br/>
        <w:t>"look</w:t>
      </w:r>
      <w:r>
        <w:t xml:space="preserve"> at</w:t>
      </w:r>
      <w:r>
        <w:t xml:space="preserve"> what</w:t>
      </w:r>
      <w:r>
        <w:t xml:space="preserve"> a</w:t>
      </w:r>
      <w:r>
        <w:t xml:space="preserve"> nice</w:t>
      </w:r>
      <w:r>
        <w:t xml:space="preserve"> person</w:t>
      </w:r>
      <w:r>
        <w:t xml:space="preserve"> I</w:t>
      </w:r>
      <w:r>
        <w:t xml:space="preserve"> am."</w:t>
        <w:br/>
        <w:t>看起来他就像是在跟人约会</w:t>
        <w:br/>
        <w:t>It's</w:t>
      </w:r>
      <w:r>
        <w:t xml:space="preserve"> almost</w:t>
      </w:r>
      <w:r>
        <w:t xml:space="preserve"> like</w:t>
      </w:r>
      <w:r>
        <w:t xml:space="preserve"> he's</w:t>
      </w:r>
      <w:r>
        <w:t xml:space="preserve"> on</w:t>
      </w:r>
      <w:r>
        <w:t xml:space="preserve"> a</w:t>
      </w:r>
      <w:r>
        <w:t xml:space="preserve"> date.</w:t>
        <w:br/>
        <w:t>提醒我不要在任何朋友面前</w:t>
      </w:r>
      <w:r>
        <w:t xml:space="preserve"> 把你供出来</w:t>
        <w:br/>
        <w:t>Remind</w:t>
      </w:r>
      <w:r>
        <w:t xml:space="preserve"> me</w:t>
      </w:r>
      <w:r>
        <w:t xml:space="preserve"> not</w:t>
      </w:r>
      <w:r>
        <w:t xml:space="preserve"> to</w:t>
      </w:r>
      <w:r>
        <w:t xml:space="preserve"> set</w:t>
      </w:r>
      <w:r>
        <w:t xml:space="preserve"> you</w:t>
      </w:r>
      <w:r>
        <w:t xml:space="preserve"> up</w:t>
      </w:r>
      <w:r>
        <w:t xml:space="preserve"> with</w:t>
      </w:r>
      <w:r>
        <w:t xml:space="preserve"> any</w:t>
      </w:r>
      <w:r>
        <w:t xml:space="preserve"> of</w:t>
      </w:r>
      <w:r>
        <w:t xml:space="preserve"> my</w:t>
      </w:r>
      <w:r>
        <w:t xml:space="preserve"> friends.</w:t>
        <w:br/>
        <w:t>没有挣扎</w:t>
        <w:br/>
        <w:t>There's</w:t>
      </w:r>
      <w:r>
        <w:t xml:space="preserve"> no</w:t>
      </w:r>
      <w:r>
        <w:t xml:space="preserve"> struggle.</w:t>
        <w:br/>
        <w:t>没有外伤</w:t>
        <w:br/>
        <w:t>There's</w:t>
      </w:r>
      <w:r>
        <w:t xml:space="preserve"> no</w:t>
      </w:r>
      <w:r>
        <w:t xml:space="preserve"> bruises,</w:t>
        <w:br/>
        <w:t>没有痕迹</w:t>
        <w:br/>
        <w:t>there's</w:t>
      </w:r>
      <w:r>
        <w:t xml:space="preserve"> no</w:t>
      </w:r>
      <w:r>
        <w:t xml:space="preserve"> marks,</w:t>
        <w:br/>
        <w:t>不管他有没有武器,</w:t>
      </w:r>
      <w:r>
        <w:t xml:space="preserve"> 他都没有使用...</w:t>
        <w:br/>
        <w:t>so</w:t>
      </w:r>
      <w:r>
        <w:t xml:space="preserve"> either</w:t>
      </w:r>
      <w:r>
        <w:t xml:space="preserve"> he</w:t>
      </w:r>
      <w:r>
        <w:t xml:space="preserve"> has</w:t>
      </w:r>
      <w:r>
        <w:t xml:space="preserve"> a</w:t>
      </w:r>
      <w:r>
        <w:t xml:space="preserve"> weapon</w:t>
      </w:r>
      <w:r>
        <w:t xml:space="preserve"> he</w:t>
      </w:r>
      <w:r>
        <w:t xml:space="preserve"> didn't</w:t>
      </w:r>
      <w:r>
        <w:t xml:space="preserve"> use...</w:t>
        <w:br/>
        <w:t>...或者他认识她们</w:t>
        <w:br/>
        <w:t>...or</w:t>
      </w:r>
      <w:r>
        <w:t xml:space="preserve"> he</w:t>
      </w:r>
      <w:r>
        <w:t xml:space="preserve"> already</w:t>
      </w:r>
      <w:r>
        <w:t xml:space="preserve"> knows</w:t>
      </w:r>
      <w:r>
        <w:t xml:space="preserve"> them.</w:t>
        <w:br/>
        <w:t>正确</w:t>
        <w:br/>
        <w:t>Right.</w:t>
        <w:br/>
        <w:t>这就是Gil没告诉你们的</w:t>
        <w:br/>
        <w:t>That's</w:t>
      </w:r>
      <w:r>
        <w:t xml:space="preserve"> what</w:t>
      </w:r>
      <w:r>
        <w:t xml:space="preserve"> gil</w:t>
      </w:r>
      <w:r>
        <w:t xml:space="preserve"> wouldn't</w:t>
      </w:r>
      <w:r>
        <w:t xml:space="preserve"> tell</w:t>
      </w:r>
      <w:r>
        <w:t xml:space="preserve"> you--</w:t>
        <w:br/>
        <w:t>Carla</w:t>
      </w:r>
      <w:r>
        <w:t xml:space="preserve"> Daniels要去见其它某个人</w:t>
        <w:br/>
        <w:t>that</w:t>
      </w:r>
      <w:r>
        <w:t xml:space="preserve"> carla</w:t>
      </w:r>
      <w:r>
        <w:t xml:space="preserve"> daniels</w:t>
      </w:r>
      <w:r>
        <w:t xml:space="preserve"> was</w:t>
      </w:r>
      <w:r>
        <w:t xml:space="preserve"> seeing</w:t>
      </w:r>
      <w:r>
        <w:t xml:space="preserve"> someone</w:t>
      </w:r>
      <w:r>
        <w:t xml:space="preserve"> else.</w:t>
        <w:br/>
        <w:t>好的</w:t>
        <w:br/>
        <w:t>All</w:t>
      </w:r>
      <w:r>
        <w:t xml:space="preserve"> right.</w:t>
        <w:br/>
        <w:t>嗨,</w:t>
      </w:r>
      <w:r>
        <w:t xml:space="preserve"> 伙计们</w:t>
        <w:br/>
        <w:t>Hey</w:t>
      </w:r>
      <w:r>
        <w:t xml:space="preserve"> Guys</w:t>
        <w:br/>
        <w:t>Don,</w:t>
      </w:r>
      <w:r>
        <w:t xml:space="preserve"> 警&amp;hearts;察&amp;hearts;又发现了一个女孩</w:t>
        <w:br/>
        <w:t>Don,</w:t>
      </w:r>
      <w:r>
        <w:t xml:space="preserve"> lapd</w:t>
      </w:r>
      <w:r>
        <w:t xml:space="preserve"> just</w:t>
      </w:r>
      <w:r>
        <w:t xml:space="preserve"> found</w:t>
      </w:r>
      <w:r>
        <w:t xml:space="preserve"> another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https://d.book118.com/228067065127006032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2806706512700603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