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音乐教学计划总结（30篇）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音乐教学计划总结（通用30篇）</w:t>
      </w:r>
      <w:r>
        <w:rPr>
          <w:lang w:eastAsia="zh-CN"/>
        </w:rPr>
        <w:br/>
      </w:r>
      <w:r>
        <w:rPr>
          <w:lang w:eastAsia="zh-CN"/>
        </w:rPr>
        <w:t xml:space="preserve">    音乐教学计划总结 篇1 </w:t>
      </w:r>
      <w:r>
        <w:rPr>
          <w:lang w:eastAsia="zh-CN"/>
        </w:rPr>
        <w:br/>
      </w:r>
      <w:r>
        <w:rPr>
          <w:lang w:eastAsia="zh-CN"/>
        </w:rPr>
        <w:t>　　一、学生情况分析：</w:t>
      </w:r>
      <w:r>
        <w:rPr>
          <w:lang w:eastAsia="zh-CN"/>
        </w:rPr>
        <w:br/>
      </w:r>
      <w:r>
        <w:rPr>
          <w:lang w:eastAsia="zh-CN"/>
        </w:rPr>
        <w:t>　　本学期所带二年级五个班音乐课，各班人数均在60人左右，学生的基本情况了解得比较透彻，大部分学生在唱歌的姿势上，习惯较好，而且表情也较丰富，能根据歌曲情绪进行表达，部分班级还能识读简单乐谱。还能即兴创编同歌曲情绪一致的舞蹈，并参与表演。但在读谱知识的运用上较弱，咬字，吐字也不够清晰，特别是男生好胜心强，爱表现自己，常会出现喊歌现象，导致缺乏对声音美感的正确认识，缺乏气息的支撑。</w:t>
      </w:r>
      <w:r>
        <w:rPr>
          <w:lang w:eastAsia="zh-CN"/>
        </w:rPr>
        <w:br/>
      </w:r>
      <w:r>
        <w:rPr>
          <w:lang w:eastAsia="zh-CN"/>
        </w:rPr>
        <w:t>　　二、教材简析：</w:t>
      </w:r>
      <w:r>
        <w:rPr>
          <w:lang w:eastAsia="zh-CN"/>
        </w:rPr>
        <w:br/>
      </w:r>
      <w:r>
        <w:rPr>
          <w:lang w:eastAsia="zh-CN"/>
        </w:rPr>
        <w:t>　　1、教材内容：</w:t>
      </w:r>
      <w:r>
        <w:rPr>
          <w:lang w:eastAsia="zh-CN"/>
        </w:rPr>
        <w:br/>
      </w:r>
      <w:r>
        <w:rPr>
          <w:lang w:eastAsia="zh-CN"/>
        </w:rPr>
        <w:t>　　二年级上册共编6个主题单元，基本内容包括：聆听、表演、编创与活动(重点内容)。</w:t>
      </w:r>
      <w:r>
        <w:rPr>
          <w:lang w:eastAsia="zh-CN"/>
        </w:rPr>
        <w:br/>
      </w:r>
      <w:r>
        <w:rPr>
          <w:lang w:eastAsia="zh-CN"/>
        </w:rPr>
        <w:t>　　2、教材分析：</w:t>
      </w:r>
      <w:r>
        <w:rPr>
          <w:lang w:eastAsia="zh-CN"/>
        </w:rPr>
        <w:br/>
      </w:r>
      <w:r>
        <w:rPr>
          <w:lang w:eastAsia="zh-CN"/>
        </w:rPr>
        <w:t>　　小学音乐二年级教材用新的理念、新的呈现方式、新的教学机制、新的评价体系，印证义务教育音乐课程标准。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(1)凸现了“以学为本”的教学思想，根据小学低年级学生心理特点，从教材内容与色彩都采用趣味化，鼓励和启发学生去学习。</w:t>
      </w:r>
      <w:r>
        <w:rPr>
          <w:lang w:eastAsia="zh-CN"/>
        </w:rPr>
        <w:br/>
      </w:r>
      <w:r>
        <w:rPr>
          <w:lang w:eastAsia="zh-CN"/>
        </w:rPr>
        <w:t>　　(2)降低了音乐知识的学习难点。</w:t>
      </w:r>
      <w:r>
        <w:rPr>
          <w:lang w:eastAsia="zh-CN"/>
        </w:rPr>
        <w:br/>
      </w:r>
      <w:r>
        <w:rPr>
          <w:lang w:eastAsia="zh-CN"/>
        </w:rPr>
        <w:t>　　(3)发挥了音乐教学的创新优势，在呈现上，给师生留出足够自由想象和随意发挥的空间。</w:t>
      </w:r>
      <w:r>
        <w:rPr>
          <w:lang w:eastAsia="zh-CN"/>
        </w:rPr>
        <w:br/>
      </w:r>
      <w:r>
        <w:rPr>
          <w:lang w:eastAsia="zh-CN"/>
        </w:rPr>
        <w:t>　　(4)建立了发展性综合评价体系。</w:t>
      </w:r>
      <w:r>
        <w:rPr>
          <w:lang w:eastAsia="zh-CN"/>
        </w:rPr>
        <w:br/>
      </w:r>
      <w:r>
        <w:rPr>
          <w:lang w:eastAsia="zh-CN"/>
        </w:rPr>
        <w:t>　　本学期教材的知识结构体系分析和技能训练要求。本册教材内容有：分为六个单元，每个单元包括感受音乐，表现音乐，创造音乐以及学习和音乐文化的广阔天地等内容，这些内容均有机的联系。本学期教学内容包括唱歌、欣赏、器乐、律动，创编等。要求如下：唱歌：学习用正确的口形唱歌，咬字吐字清晰，学习正确的呼吸及连音演唱方法，能够很好的表现歌曲的情感。欣赏：欣赏优秀的歌曲、乐曲、民歌、民间歌舞、民间器乐曲。了解人声的分类和演唱形式，常见的乐器和演奏形式，了解中外杰出音乐家。感受音乐的不同情绪。器乐：认识各种打击乐器，并学会正确的演奏方法。渐渐培养儿童的音乐创造力和协作能力。律动：要求学生配合音乐，跟老师示范，在技能训练上，注意培养学生的音乐感知力。</w:t>
      </w:r>
      <w:r>
        <w:rPr>
          <w:lang w:eastAsia="zh-CN"/>
        </w:rPr>
        <w:br/>
      </w:r>
      <w:r>
        <w:rPr>
          <w:lang w:eastAsia="zh-CN"/>
        </w:rPr>
        <w:t>　　三、教学目标</w:t>
      </w:r>
      <w:r>
        <w:rPr>
          <w:lang w:eastAsia="zh-CN"/>
        </w:rPr>
        <w:br/>
      </w:r>
      <w:r>
        <w:rPr>
          <w:lang w:eastAsia="zh-CN"/>
        </w:rPr>
        <w:t>　　(一)知识目标：</w:t>
      </w:r>
      <w:r>
        <w:rPr>
          <w:lang w:eastAsia="zh-CN"/>
        </w:rPr>
        <w:br/>
      </w:r>
      <w:r>
        <w:rPr>
          <w:lang w:eastAsia="zh-CN"/>
        </w:rPr>
        <w:t>　　1、认识简单的节奏符号。</w:t>
      </w:r>
      <w:r>
        <w:rPr>
          <w:lang w:eastAsia="zh-CN"/>
        </w:rPr>
        <w:br/>
      </w:r>
      <w:r>
        <w:rPr>
          <w:lang w:eastAsia="zh-CN"/>
        </w:rPr>
        <w:t>　　2、能够用声音、语言、身体动作表现简单的节奏。</w:t>
      </w:r>
      <w:r>
        <w:rPr>
          <w:lang w:eastAsia="zh-CN"/>
        </w:rPr>
        <w:br/>
      </w:r>
      <w:r>
        <w:rPr>
          <w:lang w:eastAsia="zh-CN"/>
        </w:rPr>
        <w:t>　　3、能够用唱名模唱简单乐谱。</w:t>
      </w:r>
      <w:r>
        <w:rPr>
          <w:lang w:eastAsia="zh-CN"/>
        </w:rPr>
        <w:br/>
      </w:r>
      <w:r>
        <w:rPr>
          <w:lang w:eastAsia="zh-CN"/>
        </w:rPr>
        <w:t>　　4、学习常见的打击乐器。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(二)能力目标：</w:t>
      </w:r>
      <w:r>
        <w:rPr>
          <w:lang w:eastAsia="zh-CN"/>
        </w:rPr>
        <w:br/>
      </w:r>
      <w:r>
        <w:rPr>
          <w:lang w:eastAsia="zh-CN"/>
        </w:rPr>
        <w:t>　　1、知道演唱的正确姿势。能够对指挥动作及前奏作出反应。</w:t>
      </w:r>
      <w:r>
        <w:rPr>
          <w:lang w:eastAsia="zh-CN"/>
        </w:rPr>
        <w:br/>
      </w:r>
      <w:r>
        <w:rPr>
          <w:lang w:eastAsia="zh-CN"/>
        </w:rPr>
        <w:t>　　2、能够参与综合性艺术表演活动。</w:t>
      </w:r>
      <w:r>
        <w:rPr>
          <w:lang w:eastAsia="zh-CN"/>
        </w:rPr>
        <w:br/>
      </w:r>
      <w:r>
        <w:rPr>
          <w:lang w:eastAsia="zh-CN"/>
        </w:rPr>
        <w:t>　　3、能够用自然的声音，按照节奏和曲调有表情地独唱或参与齐唱。</w:t>
      </w:r>
      <w:r>
        <w:rPr>
          <w:lang w:eastAsia="zh-CN"/>
        </w:rPr>
        <w:br/>
      </w:r>
      <w:r>
        <w:rPr>
          <w:lang w:eastAsia="zh-CN"/>
        </w:rPr>
        <w:t>　　4、能采用不同的力度、速度表现歌曲的情绪。</w:t>
      </w:r>
      <w:r>
        <w:rPr>
          <w:lang w:eastAsia="zh-CN"/>
        </w:rPr>
        <w:br/>
      </w:r>
      <w:r>
        <w:rPr>
          <w:lang w:eastAsia="zh-CN"/>
        </w:rPr>
        <w:t>　　5、能够背唱4~~6首歌曲。</w:t>
      </w:r>
      <w:r>
        <w:rPr>
          <w:lang w:eastAsia="zh-CN"/>
        </w:rPr>
        <w:br/>
      </w:r>
      <w:r>
        <w:rPr>
          <w:lang w:eastAsia="zh-CN"/>
        </w:rPr>
        <w:t>　　6、能够运用线条、色块、图形，记录声音或音乐。</w:t>
      </w:r>
      <w:r>
        <w:rPr>
          <w:lang w:eastAsia="zh-CN"/>
        </w:rPr>
        <w:br/>
      </w:r>
      <w:r>
        <w:rPr>
          <w:lang w:eastAsia="zh-CN"/>
        </w:rPr>
        <w:t>　　7、能够用打击乐器或其他音源合奏或为歌曲伴奏。</w:t>
      </w:r>
      <w:r>
        <w:rPr>
          <w:lang w:eastAsia="zh-CN"/>
        </w:rPr>
        <w:br/>
      </w:r>
      <w:r>
        <w:rPr>
          <w:lang w:eastAsia="zh-CN"/>
        </w:rPr>
        <w:t>　　8、能够配合歌曲、音乐用身体做动作。</w:t>
      </w:r>
      <w:r>
        <w:rPr>
          <w:lang w:eastAsia="zh-CN"/>
        </w:rPr>
        <w:br/>
      </w:r>
      <w:r>
        <w:rPr>
          <w:lang w:eastAsia="zh-CN"/>
        </w:rPr>
        <w:t>　　(三)情意目标：</w:t>
      </w:r>
      <w:r>
        <w:rPr>
          <w:lang w:eastAsia="zh-CN"/>
        </w:rPr>
        <w:br/>
      </w:r>
      <w:r>
        <w:rPr>
          <w:lang w:eastAsia="zh-CN"/>
        </w:rPr>
        <w:t>　　1、培养学生对音乐的兴趣、爱好和对祖国音乐艺术的感情，引导学生积极参与音乐实践活动。</w:t>
      </w:r>
      <w:r>
        <w:rPr>
          <w:lang w:eastAsia="zh-CN"/>
        </w:rPr>
        <w:br/>
      </w:r>
      <w:r>
        <w:rPr>
          <w:lang w:eastAsia="zh-CN"/>
        </w:rPr>
        <w:t>　　2、通过音乐实践活动，丰富情感体验，培养审美情趣，促进个性的和谐发展。使学生具有初步的感受音乐、表现音乐的能力。</w:t>
      </w:r>
      <w:r>
        <w:rPr>
          <w:lang w:eastAsia="zh-CN"/>
        </w:rPr>
        <w:br/>
      </w:r>
      <w:r>
        <w:rPr>
          <w:lang w:eastAsia="zh-CN"/>
        </w:rPr>
        <w:t>　　3、学习我国优秀的民族民间音乐，接触外国优秀音乐作品，扩大文化视野。掌握浅显的音乐基础知识和简单的音乐技能。</w:t>
      </w:r>
      <w:r>
        <w:rPr>
          <w:lang w:eastAsia="zh-CN"/>
        </w:rPr>
        <w:br/>
      </w:r>
      <w:r>
        <w:rPr>
          <w:lang w:eastAsia="zh-CN"/>
        </w:rPr>
        <w:t>　　4、突出音乐学科的特点，把爱国主义、集体主义精神的培养渗透到音乐教育中。启迪智慧，培养合作意识和乐观向上的生活态度。</w:t>
      </w:r>
      <w:r>
        <w:rPr>
          <w:lang w:eastAsia="zh-CN"/>
        </w:rPr>
        <w:br/>
      </w:r>
      <w:r>
        <w:rPr>
          <w:lang w:eastAsia="zh-CN"/>
        </w:rPr>
        <w:t>　　5、能够在律动、集体舞、音乐游戏、歌表演等活动中与他人合作。</w:t>
      </w:r>
      <w:r>
        <w:rPr>
          <w:lang w:eastAsia="zh-CN"/>
        </w:rPr>
        <w:br/>
      </w:r>
      <w:r>
        <w:rPr>
          <w:lang w:eastAsia="zh-CN"/>
        </w:rPr>
        <w:t>　　(四)质量目标：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音乐教育是基础教育的有机组成部分，是实施美育的重要途径。对于陶冶情操，培养创新精神和实践能力，提高文化素养与审美能力，增进身心健康，促进学生德智体美劳全面发展具有不可替代的作用。</w:t>
      </w:r>
      <w:r>
        <w:rPr>
          <w:lang w:eastAsia="zh-CN"/>
        </w:rPr>
        <w:br/>
      </w:r>
      <w:r>
        <w:rPr>
          <w:lang w:eastAsia="zh-CN"/>
        </w:rPr>
        <w:t>　　四、教学重点：</w:t>
      </w:r>
      <w:r>
        <w:rPr>
          <w:lang w:eastAsia="zh-CN"/>
        </w:rPr>
        <w:br/>
      </w:r>
      <w:r>
        <w:rPr>
          <w:lang w:eastAsia="zh-CN"/>
        </w:rPr>
        <w:t>　　以审美体验为核心，提高学生的审美能力，发展创造思维。</w:t>
      </w:r>
      <w:r>
        <w:rPr>
          <w:lang w:eastAsia="zh-CN"/>
        </w:rPr>
        <w:br/>
      </w:r>
      <w:r>
        <w:rPr>
          <w:lang w:eastAsia="zh-CN"/>
        </w:rPr>
        <w:t>　　五、教学难点：</w:t>
      </w:r>
      <w:r>
        <w:rPr>
          <w:lang w:eastAsia="zh-CN"/>
        </w:rPr>
        <w:br/>
      </w:r>
      <w:r>
        <w:rPr>
          <w:lang w:eastAsia="zh-CN"/>
        </w:rPr>
        <w:t>　　审美情操的培养，实践能力的培养，培养学生的创造精神和合作精神的能力。</w:t>
      </w:r>
      <w:r>
        <w:rPr>
          <w:lang w:eastAsia="zh-CN"/>
        </w:rPr>
        <w:br/>
      </w:r>
      <w:r>
        <w:rPr>
          <w:lang w:eastAsia="zh-CN"/>
        </w:rPr>
        <w:t>　　六、教学措施</w:t>
      </w:r>
      <w:r>
        <w:rPr>
          <w:lang w:eastAsia="zh-CN"/>
        </w:rPr>
        <w:br/>
      </w:r>
      <w:r>
        <w:rPr>
          <w:lang w:eastAsia="zh-CN"/>
        </w:rPr>
        <w:t>　　(一)创设情境，培养兴趣，充分发挥学生的主体作用</w:t>
      </w:r>
      <w:r>
        <w:rPr>
          <w:lang w:eastAsia="zh-CN"/>
        </w:rPr>
        <w:br/>
      </w:r>
      <w:r>
        <w:rPr>
          <w:lang w:eastAsia="zh-CN"/>
        </w:rPr>
        <w:t>　　1、创设情境，激趣导入</w:t>
      </w:r>
      <w:r>
        <w:rPr>
          <w:lang w:eastAsia="zh-CN"/>
        </w:rPr>
        <w:br/>
      </w:r>
      <w:r>
        <w:rPr>
          <w:lang w:eastAsia="zh-CN"/>
        </w:rPr>
        <w:t>　　在教学过程中，教师应根据教学需要，创设适于实际的教学情境，引导不同层次的学生通过动脑、动口等多种途径积极参与教学过程，把学生带入情境之中。低年级学生好奇心强，注意力容易分散，采用电教媒体创设情境，直观形象，极易吸引学生的注意力。</w:t>
      </w:r>
      <w:r>
        <w:rPr>
          <w:lang w:eastAsia="zh-CN"/>
        </w:rPr>
        <w:br/>
      </w:r>
      <w:r>
        <w:rPr>
          <w:lang w:eastAsia="zh-CN"/>
        </w:rPr>
        <w:t>　　2、利用教具，培养兴趣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教学中如何吸引学生的注意力，引发好奇心，这是一门技巧。如：利用美丽的画面，动听的歌声去看、去听，充分调动学生的视觉和听觉器官，更形象直观地感受音乐、理解音乐，让学生充分发挥想象力，扩大音乐视野。教师随时抓住学生的注意力，善于摸索、分析学生心理，了解学生的心态，这样才能不断激发学生的学习热情。所以，我们在音乐教学中应努力营造音乐氛围，引导学生抓住音乐特点，“读”懂音乐，感受音乐。</w:t>
      </w:r>
      <w:r>
        <w:rPr>
          <w:lang w:eastAsia="zh-CN"/>
        </w:rPr>
        <w:br/>
      </w:r>
      <w:r>
        <w:rPr>
          <w:lang w:eastAsia="zh-CN"/>
        </w:rPr>
        <w:t>　　(二)精选教法，快乐学习，提高音乐教学实效</w:t>
      </w:r>
      <w:r>
        <w:rPr>
          <w:lang w:eastAsia="zh-CN"/>
        </w:rPr>
        <w:br/>
      </w:r>
      <w:r>
        <w:rPr>
          <w:lang w:eastAsia="zh-CN"/>
        </w:rPr>
        <w:t>　　1、创设舞台，展示自我</w:t>
      </w:r>
      <w:r>
        <w:rPr>
          <w:lang w:eastAsia="zh-CN"/>
        </w:rPr>
        <w:br/>
      </w:r>
      <w:r>
        <w:rPr>
          <w:lang w:eastAsia="zh-CN"/>
        </w:rPr>
        <w:t>　　心理学和教育学研究表明：“爱动”是儿童的天性。在学习和生活中，儿童总是喜欢亲眼看一看，亲耳听一听，亲手试一试。因此，在教学过程中为学生设置一个展示自我的舞台是非常重要的。</w:t>
      </w:r>
      <w:r>
        <w:rPr>
          <w:lang w:eastAsia="zh-CN"/>
        </w:rPr>
        <w:br/>
      </w:r>
      <w:r>
        <w:rPr>
          <w:lang w:eastAsia="zh-CN"/>
        </w:rPr>
        <w:t>　　2、趣味游戏，快乐学习</w:t>
      </w:r>
      <w:r>
        <w:rPr>
          <w:lang w:eastAsia="zh-CN"/>
        </w:rPr>
        <w:br/>
      </w:r>
      <w:r>
        <w:rPr>
          <w:lang w:eastAsia="zh-CN"/>
        </w:rPr>
        <w:t>　　无论是什么样的游戏对学生都具有极强的吸引力。学生爱玩的天性决定了他们愿意参与教师为他们精心设计的游戏。</w:t>
      </w:r>
      <w:r>
        <w:rPr>
          <w:lang w:eastAsia="zh-CN"/>
        </w:rPr>
        <w:br/>
      </w:r>
      <w:r>
        <w:rPr>
          <w:lang w:eastAsia="zh-CN"/>
        </w:rPr>
        <w:t>　　3、以“赛”激趣促学</w:t>
      </w:r>
      <w:r>
        <w:rPr>
          <w:lang w:eastAsia="zh-CN"/>
        </w:rPr>
        <w:br/>
      </w:r>
      <w:r>
        <w:rPr>
          <w:lang w:eastAsia="zh-CN"/>
        </w:rPr>
        <w:t>　　好胜心强是学生的主要性格特点之一，而在激烈的竞争氛围中，学生最易养成良好的学习习惯。让孩子们在课堂上“表演唱”就是利用这一点，实现教学目的。</w:t>
      </w:r>
      <w:r>
        <w:rPr>
          <w:lang w:eastAsia="zh-CN"/>
        </w:rPr>
        <w:br/>
      </w:r>
      <w:r>
        <w:rPr>
          <w:lang w:eastAsia="zh-CN"/>
        </w:rPr>
        <w:t>　　(三)教学渗透，展开思维，培养学生的创造能力</w:t>
      </w:r>
      <w:r>
        <w:rPr>
          <w:lang w:eastAsia="zh-CN"/>
        </w:rPr>
        <w:br/>
      </w:r>
      <w:r>
        <w:rPr>
          <w:lang w:eastAsia="zh-CN"/>
        </w:rPr>
        <w:t>　　1、开放的音乐教学</w:t>
      </w:r>
      <w:r>
        <w:rPr>
          <w:lang w:eastAsia="zh-CN"/>
        </w:rPr>
        <w:br/>
      </w:r>
      <w:r>
        <w:rPr>
          <w:lang w:eastAsia="zh-CN"/>
        </w:rPr>
        <w:t>　　音乐是时间的、表现的艺术，在众多艺术门类中，它的创作自由度是最高的。这就决定了音乐教学过程并不是封闭的、孤立的。它应是学生对音乐的认识与对音乐的践辩正统一的过程，是教师主带作用的发挥、学生主体能力的生成和发展的过程，是动态、变化、发展的过程，是极具开放性的。开放音乐教学过程，应为学生拓展音乐学习空间，创设广阔的自主创新的音乐学习环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2、开放的音乐教学方法</w:t>
      </w:r>
      <w:r>
        <w:rPr>
          <w:lang w:eastAsia="zh-CN"/>
        </w:rPr>
        <w:br/>
      </w:r>
      <w:r>
        <w:rPr>
          <w:lang w:eastAsia="zh-CN"/>
        </w:rPr>
        <w:t>　　开放的音乐教学方法是指依据学生发展需要和教学内容设计采用不同的教学方法，而不是机械采用同一种教学方法。音乐教育家柯达伊认为：音乐教育首先要通过音乐与身体结合的节奏运动唤起人们的音乐本能，培养学生的音乐感受力和敏捷的反映能力。这一理论说明音乐具有动态的特征，应加强音乐运动与身体运动之间的联系。通过学生的行、走、跑、跳、拍手、点头等动作来感知和掌握音乐的节奏。</w:t>
      </w:r>
      <w:r>
        <w:rPr>
          <w:lang w:eastAsia="zh-CN"/>
        </w:rPr>
        <w:br/>
      </w:r>
      <w:r>
        <w:rPr>
          <w:lang w:eastAsia="zh-CN"/>
        </w:rPr>
        <w:t>　　总之，在音乐教学中实施自主学习，要坚持从培养学生兴趣出发，精选一些妙趣横生、有趣味的教法，让学生多听多唱，放手让学生在音乐的环境中学习音乐、理解音乐、感悟音乐、表现音乐。真正给学生一个展示的舞台，一个锻炼的机会，一个成功的体验。让学生由教育教学的“被动角色”跃为“主动角色”，成为学习活动的主体。</w:t>
      </w:r>
      <w:r>
        <w:rPr>
          <w:lang w:eastAsia="zh-CN"/>
        </w:rPr>
        <w:br/>
      </w:r>
      <w:r>
        <w:rPr>
          <w:lang w:eastAsia="zh-CN"/>
        </w:rPr>
        <w:t>　　六、奋斗目标：</w:t>
      </w:r>
      <w:r>
        <w:rPr>
          <w:lang w:eastAsia="zh-CN"/>
        </w:rPr>
        <w:br/>
      </w:r>
      <w:r>
        <w:rPr>
          <w:lang w:eastAsia="zh-CN"/>
        </w:rPr>
        <w:t>　　1、丰富情感体验，培养对生活的积极乐观态度。</w:t>
      </w:r>
      <w:r>
        <w:rPr>
          <w:lang w:eastAsia="zh-CN"/>
        </w:rPr>
        <w:br/>
      </w:r>
      <w:r>
        <w:rPr>
          <w:lang w:eastAsia="zh-CN"/>
        </w:rPr>
        <w:t>　　2、培养音乐兴趣，树立终身学习的愿望。</w:t>
      </w:r>
      <w:r>
        <w:rPr>
          <w:lang w:eastAsia="zh-CN"/>
        </w:rPr>
        <w:br/>
      </w:r>
      <w:r>
        <w:rPr>
          <w:lang w:eastAsia="zh-CN"/>
        </w:rPr>
        <w:t>　　3、提高音乐审美能力，陶冶高尚情操。</w:t>
      </w:r>
      <w:r>
        <w:rPr>
          <w:lang w:eastAsia="zh-CN"/>
        </w:rPr>
        <w:br/>
      </w:r>
      <w:r>
        <w:rPr>
          <w:lang w:eastAsia="zh-CN"/>
        </w:rPr>
        <w:t>　　4、培养爱国主义和集体主义精神。</w:t>
      </w:r>
      <w:r>
        <w:rPr>
          <w:lang w:eastAsia="zh-CN"/>
        </w:rPr>
        <w:br/>
      </w:r>
      <w:r>
        <w:rPr>
          <w:lang w:eastAsia="zh-CN"/>
        </w:rPr>
        <w:t>　　5、尊重艺术、理解多元文化。</w:t>
      </w:r>
      <w:r>
        <w:rPr>
          <w:lang w:eastAsia="zh-CN"/>
        </w:rPr>
        <w:br/>
      </w:r>
      <w:r>
        <w:rPr>
          <w:lang w:eastAsia="zh-CN"/>
        </w:rPr>
        <w:t xml:space="preserve">    音乐教学计划总结 篇2 </w:t>
      </w:r>
      <w:r>
        <w:rPr>
          <w:lang w:eastAsia="zh-CN"/>
        </w:rPr>
        <w:br/>
      </w:r>
      <w:r>
        <w:rPr>
          <w:lang w:eastAsia="zh-CN"/>
        </w:rPr>
        <w:t>　　一、学生基本情况分析：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本学期，我担任的是二年级段的音乐教学，学生的基本情况了解得比较透彻，毕竟相处一学期了，大部分学生在唱歌的姿势上，习惯较好,而且表情也较丰富，能根据歌曲情绪进行表达，部分班级还能识读简单乐谱.还能即兴创编同歌曲情绪一致的舞蹈，并参与表演。但在读谱知识的运用上较弱,咬字,吐字也不够清晰，特别是男生好胜心强，爱表现自己，常会出现喊歌现象,导致缺乏对声音美感的正确认识，缺乏气息的支撑.</w:t>
      </w:r>
      <w:r>
        <w:rPr>
          <w:lang w:eastAsia="zh-CN"/>
        </w:rPr>
        <w:br/>
      </w:r>
      <w:r>
        <w:rPr>
          <w:lang w:eastAsia="zh-CN"/>
        </w:rPr>
        <w:t>　　二、教学目的要求及重难点</w:t>
      </w:r>
      <w:r>
        <w:rPr>
          <w:lang w:eastAsia="zh-CN"/>
        </w:rPr>
        <w:br/>
      </w:r>
      <w:r>
        <w:rPr>
          <w:lang w:eastAsia="zh-CN"/>
        </w:rPr>
        <w:t>　　1、突出音乐学科的特点，把“五爱”的教育和活泼乐观情绪，集体主义精神的培养渗透到音乐教育中，使学生成为“四有”的社会主义接班人和建设着。</w:t>
      </w:r>
      <w:r>
        <w:rPr>
          <w:lang w:eastAsia="zh-CN"/>
        </w:rPr>
        <w:br/>
      </w:r>
      <w:r>
        <w:rPr>
          <w:lang w:eastAsia="zh-CN"/>
        </w:rPr>
        <w:t>　　2、启迪智慧、陶冶、培养审美情趣使学生身心得到健康的发展。</w:t>
      </w:r>
      <w:r>
        <w:rPr>
          <w:lang w:eastAsia="zh-CN"/>
        </w:rPr>
        <w:br/>
      </w:r>
      <w:r>
        <w:rPr>
          <w:lang w:eastAsia="zh-CN"/>
        </w:rPr>
        <w:t>　　3、培养学生对音乐的兴趣爱好，掌握浅显的音乐基础知识和简单的音乐技能，使学生具有认识简单乐谱的能力。</w:t>
      </w:r>
      <w:r>
        <w:rPr>
          <w:lang w:eastAsia="zh-CN"/>
        </w:rPr>
        <w:br/>
      </w:r>
      <w:r>
        <w:rPr>
          <w:lang w:eastAsia="zh-CN"/>
        </w:rPr>
        <w:t>　　4、了解我国各民族民间音乐，培养学生对祖国音乐艺术的感情和民族自豪感、自信心，使学生具有初步的感受音乐，表现音乐的能力。</w:t>
      </w:r>
      <w:r>
        <w:rPr>
          <w:lang w:eastAsia="zh-CN"/>
        </w:rPr>
        <w:br/>
      </w:r>
      <w:r>
        <w:rPr>
          <w:lang w:eastAsia="zh-CN"/>
        </w:rPr>
        <w:t>　　三、 教学的具体措施与要求</w:t>
      </w:r>
      <w:r>
        <w:rPr>
          <w:lang w:eastAsia="zh-CN"/>
        </w:rPr>
        <w:br/>
      </w:r>
      <w:r>
        <w:rPr>
          <w:lang w:eastAsia="zh-CN"/>
        </w:rPr>
        <w:t>　　(一)创设情境 ，培养兴趣，充分发挥学生的主体作用</w:t>
      </w:r>
      <w:r>
        <w:rPr>
          <w:lang w:eastAsia="zh-CN"/>
        </w:rPr>
        <w:br/>
      </w:r>
      <w:r>
        <w:rPr>
          <w:lang w:eastAsia="zh-CN"/>
        </w:rPr>
        <w:t>　　1、创设情境，激趣导入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黑格尔说过：“音乐是情感的艺术。”只有使学生处在形象活泼的音乐氛围中，才能受到良好的音乐熏陶，达到最佳的教学效果。”在教学过程中，教师应根据教学需要，创设适于实际的教学情境，引导不同层次的学生通过动脑、动口等多种途径积极参与教学过程，把学生带入情境之中。低年级学生好奇心强，注意力容易分散，采用电教媒体创设情境，直观形象，极易吸引学生的注意力。</w:t>
      </w:r>
      <w:r>
        <w:rPr>
          <w:lang w:eastAsia="zh-CN"/>
        </w:rPr>
        <w:br/>
      </w:r>
      <w:r>
        <w:rPr>
          <w:lang w:eastAsia="zh-CN"/>
        </w:rPr>
        <w:t>　　2、利用教具，培养兴趣</w:t>
      </w:r>
      <w:r>
        <w:rPr>
          <w:lang w:eastAsia="zh-CN"/>
        </w:rPr>
        <w:br/>
      </w:r>
      <w:r>
        <w:rPr>
          <w:lang w:eastAsia="zh-CN"/>
        </w:rPr>
        <w:t>　　乌申斯基说：“没有兴趣，被迫进行学习会扼杀学生掌握知识的意愿。”</w:t>
      </w:r>
      <w:r>
        <w:rPr>
          <w:lang w:eastAsia="zh-CN"/>
        </w:rPr>
        <w:br/>
      </w:r>
      <w:r>
        <w:rPr>
          <w:lang w:eastAsia="zh-CN"/>
        </w:rPr>
        <w:t>　　教学中如何吸引学生的注意力，引发好奇心，这是一门技巧。如：利用美丽的画面，动听的歌声去看、去听，充分调动学生的视觉和听觉器官，更形象直观地感受音乐、理解音乐，让学生充分发挥想象力，扩大音乐视野。教师随时抓住学生的注意力，善于摸索、分析学生心理，了解学生的心态，这样才能不断激发学生的学习热情。所以，我们在音乐教学中应努力营造音乐氛围，引导学生抓住音乐特点，“读”懂音乐，感受音乐。</w:t>
      </w:r>
      <w:r>
        <w:rPr>
          <w:lang w:eastAsia="zh-CN"/>
        </w:rPr>
        <w:br/>
      </w:r>
      <w:r>
        <w:rPr>
          <w:lang w:eastAsia="zh-CN"/>
        </w:rPr>
        <w:t>　　(二) 精选教法，快乐学习 ，提高音乐教学实效</w:t>
      </w:r>
      <w:r>
        <w:rPr>
          <w:lang w:eastAsia="zh-CN"/>
        </w:rPr>
        <w:br/>
      </w:r>
      <w:r>
        <w:rPr>
          <w:lang w:eastAsia="zh-CN"/>
        </w:rPr>
        <w:t>　　1、 创设舞台，展示自我</w:t>
      </w:r>
      <w:r>
        <w:rPr>
          <w:lang w:eastAsia="zh-CN"/>
        </w:rPr>
        <w:br/>
      </w:r>
      <w:r>
        <w:rPr>
          <w:lang w:eastAsia="zh-CN"/>
        </w:rPr>
        <w:t>　　心理学和教育学研究表明：“爱动”是儿童的天性。在学习和生活中，儿童总是喜欢亲眼看一看，亲耳听一听，亲手试一试。因此，在教学过程中为学生设置一个展示自我的舞台是非常重要的。</w:t>
      </w:r>
      <w:r>
        <w:rPr>
          <w:lang w:eastAsia="zh-CN"/>
        </w:rPr>
        <w:br/>
      </w:r>
      <w:r>
        <w:rPr>
          <w:lang w:eastAsia="zh-CN"/>
        </w:rPr>
        <w:t>　　2. 趣味游戏，快乐学习</w:t>
      </w:r>
      <w:r>
        <w:rPr>
          <w:lang w:eastAsia="zh-CN"/>
        </w:rPr>
        <w:br/>
      </w:r>
      <w:r>
        <w:rPr>
          <w:lang w:eastAsia="zh-CN"/>
        </w:rPr>
        <w:t>　　无论是什么样的游戏对学生都具有极强的吸引力。学生爱玩的天性决定了他们愿意参与教师为他们精心设计的游戏。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3、以“赛”激趣促学</w:t>
      </w:r>
      <w:r>
        <w:rPr>
          <w:lang w:eastAsia="zh-CN"/>
        </w:rPr>
        <w:br/>
      </w:r>
      <w:r>
        <w:rPr>
          <w:lang w:eastAsia="zh-CN"/>
        </w:rPr>
        <w:t>　　好胜心强是学生的主要性格特点之一，而在激烈的竞争氛围中，学生最易养成良好的学习习惯。让孩子们在课堂上“表演唱”就是利用这一点，实现教学目的。</w:t>
      </w:r>
      <w:r>
        <w:rPr>
          <w:lang w:eastAsia="zh-CN"/>
        </w:rPr>
        <w:br/>
      </w:r>
      <w:r>
        <w:rPr>
          <w:lang w:eastAsia="zh-CN"/>
        </w:rPr>
        <w:t>　　(四)教学渗透，展开思维，培养学生的创造能力</w:t>
      </w:r>
      <w:r>
        <w:rPr>
          <w:lang w:eastAsia="zh-CN"/>
        </w:rPr>
        <w:br/>
      </w:r>
      <w:r>
        <w:rPr>
          <w:lang w:eastAsia="zh-CN"/>
        </w:rPr>
        <w:t>　　1、开放的音乐教学</w:t>
      </w:r>
      <w:r>
        <w:rPr>
          <w:lang w:eastAsia="zh-CN"/>
        </w:rPr>
        <w:br/>
      </w:r>
      <w:r>
        <w:rPr>
          <w:lang w:eastAsia="zh-CN"/>
        </w:rPr>
        <w:t>　　音乐是时间的、表现的艺术，在众多艺术门类中，它的创作自由度是最高的。这</w:t>
      </w:r>
      <w:r>
        <w:rPr>
          <w:lang w:eastAsia="zh-CN"/>
        </w:rPr>
        <w:br/>
      </w:r>
      <w:r>
        <w:rPr>
          <w:lang w:eastAsia="zh-CN"/>
        </w:rPr>
        <w:t>　　就决定了音乐教学过程并不是封闭的、孤立的。它应是学生对音乐的认识与对音乐的</w:t>
      </w:r>
      <w:r>
        <w:rPr>
          <w:lang w:eastAsia="zh-CN"/>
        </w:rPr>
        <w:br/>
      </w:r>
      <w:r>
        <w:rPr>
          <w:lang w:eastAsia="zh-CN"/>
        </w:rPr>
        <w:t>　　践辩正统一的过程，是教师主带作用的发挥、学生主体能力的生成和发展的过程，是动</w:t>
      </w:r>
      <w:r>
        <w:rPr>
          <w:lang w:eastAsia="zh-CN"/>
        </w:rPr>
        <w:br/>
      </w:r>
      <w:r>
        <w:rPr>
          <w:lang w:eastAsia="zh-CN"/>
        </w:rPr>
        <w:t>　　态、变化、发展的过程，是极具开放性的。开放音乐教学过程，应为学生拓展音乐学习</w:t>
      </w:r>
      <w:r>
        <w:rPr>
          <w:lang w:eastAsia="zh-CN"/>
        </w:rPr>
        <w:br/>
      </w:r>
      <w:r>
        <w:rPr>
          <w:lang w:eastAsia="zh-CN"/>
        </w:rPr>
        <w:t>　　空间，创设广阔的自主创新的音乐学习环境。</w:t>
      </w:r>
      <w:r>
        <w:rPr>
          <w:lang w:eastAsia="zh-CN"/>
        </w:rPr>
        <w:br/>
      </w:r>
      <w:r>
        <w:rPr>
          <w:lang w:eastAsia="zh-CN"/>
        </w:rPr>
        <w:t>　　2、开放的音乐教学方法</w:t>
      </w:r>
      <w:r>
        <w:rPr>
          <w:lang w:eastAsia="zh-CN"/>
        </w:rPr>
        <w:br/>
      </w:r>
      <w:r>
        <w:rPr>
          <w:lang w:eastAsia="zh-CN"/>
        </w:rPr>
        <w:t>　　开放的音乐教学方法是指依据学生发展需要和教学内容设计采用不同的教学方法，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而不是机械采用同一种教学方法。音乐教育家柯达伊认为：音乐教育首先要通过音乐与身体结合的节奏运动唤起人们的音乐本能，培养学生的音乐感受力和敏捷的反映能力。这一理论说明音乐具有动态的特征，应加强音乐运动与身体运动之间的联系。通过学生的行、走、跑、跳、拍手、点头等动作来感知和掌握音乐的节奏。</w:t>
      </w:r>
      <w:r>
        <w:rPr>
          <w:lang w:eastAsia="zh-CN"/>
        </w:rPr>
        <w:br/>
      </w:r>
      <w:r>
        <w:rPr>
          <w:lang w:eastAsia="zh-CN"/>
        </w:rPr>
        <w:t>　　总之，在音乐教学中实施自主学习，要坚持从培养学生兴趣出发，精选一些妙趣横生、有趣味的教法，让学生多听多唱，放手让学生在音乐的环境中学习音乐、理解音乐、感悟音乐、表现音乐。真正给学生一个展示的舞台，一个锻炼的机会，一个成功的体验。让学生由教育教学的“被动角色”跃为“主动角色”，成为学习活动的主体。</w:t>
      </w:r>
      <w:r>
        <w:rPr>
          <w:lang w:eastAsia="zh-CN"/>
        </w:rPr>
        <w:br/>
      </w:r>
      <w:r>
        <w:rPr>
          <w:lang w:eastAsia="zh-CN"/>
        </w:rPr>
        <w:t>　　四.课程安排</w:t>
      </w:r>
      <w:r>
        <w:rPr>
          <w:lang w:eastAsia="zh-CN"/>
        </w:rPr>
        <w:br/>
      </w:r>
      <w:r>
        <w:rPr>
          <w:lang w:eastAsia="zh-CN"/>
        </w:rPr>
        <w:t>　　第一课 《春天来了》 2课时</w:t>
      </w:r>
      <w:r>
        <w:rPr>
          <w:lang w:eastAsia="zh-CN"/>
        </w:rPr>
        <w:br/>
      </w:r>
      <w:r>
        <w:rPr>
          <w:lang w:eastAsia="zh-CN"/>
        </w:rPr>
        <w:t>　　第二课 《难忘的歌》 3课时</w:t>
      </w:r>
      <w:r>
        <w:rPr>
          <w:lang w:eastAsia="zh-CN"/>
        </w:rPr>
        <w:br/>
      </w:r>
      <w:r>
        <w:rPr>
          <w:lang w:eastAsia="zh-CN"/>
        </w:rPr>
        <w:t>　　第三课 《童趣》 3课时</w:t>
      </w:r>
      <w:r>
        <w:rPr>
          <w:lang w:eastAsia="zh-CN"/>
        </w:rPr>
        <w:br/>
      </w:r>
      <w:r>
        <w:rPr>
          <w:lang w:eastAsia="zh-CN"/>
        </w:rPr>
        <w:t>　　第四课 《快乐的舞蹈》 3课时</w:t>
      </w:r>
      <w:r>
        <w:rPr>
          <w:lang w:eastAsia="zh-CN"/>
        </w:rPr>
        <w:br/>
      </w:r>
      <w:r>
        <w:rPr>
          <w:lang w:eastAsia="zh-CN"/>
        </w:rPr>
        <w:t>　　第五课 《兽王》 2课时</w:t>
      </w:r>
      <w:r>
        <w:rPr>
          <w:lang w:eastAsia="zh-CN"/>
        </w:rPr>
        <w:br/>
      </w:r>
      <w:r>
        <w:rPr>
          <w:lang w:eastAsia="zh-CN"/>
        </w:rPr>
        <w:t>　　第六课 《愉快的劳动》 3课时</w:t>
      </w:r>
      <w:r>
        <w:rPr>
          <w:lang w:eastAsia="zh-CN"/>
        </w:rPr>
        <w:br/>
      </w:r>
      <w:r>
        <w:rPr>
          <w:lang w:eastAsia="zh-CN"/>
        </w:rPr>
        <w:t>　　第七课 《小音乐家》 3课时</w:t>
      </w:r>
      <w:r>
        <w:rPr>
          <w:lang w:eastAsia="zh-CN"/>
        </w:rPr>
        <w:br/>
      </w:r>
      <w:r>
        <w:rPr>
          <w:lang w:eastAsia="zh-CN"/>
        </w:rPr>
        <w:t>　　第八课 《静静的》 3课时</w:t>
      </w:r>
      <w:r>
        <w:rPr>
          <w:lang w:eastAsia="zh-CN"/>
        </w:rPr>
        <w:br/>
      </w:r>
      <w:r>
        <w:rPr>
          <w:lang w:eastAsia="zh-CN"/>
        </w:rPr>
        <w:t>　　第九课 《飞呀飞》 2课时</w:t>
      </w:r>
      <w:r>
        <w:rPr>
          <w:lang w:eastAsia="zh-CN"/>
        </w:rPr>
        <w:br/>
      </w:r>
      <w:r>
        <w:rPr>
          <w:lang w:eastAsia="zh-CN"/>
        </w:rPr>
        <w:t>　　第十课 《跳起舞》 3课时</w:t>
      </w:r>
      <w:r>
        <w:rPr>
          <w:lang w:eastAsia="zh-CN"/>
        </w:rPr>
        <w:br/>
      </w:r>
      <w:r>
        <w:rPr>
          <w:lang w:eastAsia="zh-CN"/>
        </w:rPr>
        <w:t>　　游戏宫 有趣的运动会 2课时</w:t>
      </w:r>
      <w:r>
        <w:rPr>
          <w:lang w:eastAsia="zh-CN"/>
        </w:rPr>
        <w:br/>
      </w:r>
      <w:r>
        <w:rPr>
          <w:lang w:eastAsia="zh-CN"/>
        </w:rPr>
        <w:t xml:space="preserve">    音乐教学计划总结 篇3 </w:t>
      </w:r>
      <w:r>
        <w:rPr>
          <w:lang w:eastAsia="zh-CN"/>
        </w:rPr>
        <w:br/>
      </w:r>
      <w:r>
        <w:rPr>
          <w:lang w:eastAsia="zh-CN"/>
        </w:rPr>
        <w:t>　　一、学生状况分析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小学二年级学生爱唱、爱跳、爱动，对音乐有着一定的兴趣。但由于每班人数多、年龄小、组织纪律性较差，学生的音乐素质存在个别差异，对学生应用欣赏的眼光看待，让他们在鼓励和赞扬声中不断增强学习音乐的兴趣。</w:t>
      </w:r>
      <w:r>
        <w:rPr>
          <w:lang w:eastAsia="zh-CN"/>
        </w:rPr>
        <w:br/>
      </w:r>
      <w:r>
        <w:rPr>
          <w:lang w:eastAsia="zh-CN"/>
        </w:rPr>
        <w:t>　　二、总体目标</w:t>
      </w:r>
      <w:r>
        <w:rPr>
          <w:lang w:eastAsia="zh-CN"/>
        </w:rPr>
        <w:br/>
      </w:r>
      <w:r>
        <w:rPr>
          <w:lang w:eastAsia="zh-CN"/>
        </w:rPr>
        <w:t>　　1、以学生的音乐审美能力发展为核心</w:t>
      </w:r>
      <w:r>
        <w:rPr>
          <w:lang w:eastAsia="zh-CN"/>
        </w:rPr>
        <w:br/>
      </w:r>
      <w:r>
        <w:rPr>
          <w:lang w:eastAsia="zh-CN"/>
        </w:rPr>
        <w:t>　　2、让学生真正成为音乐学习的主体</w:t>
      </w:r>
      <w:r>
        <w:rPr>
          <w:lang w:eastAsia="zh-CN"/>
        </w:rPr>
        <w:br/>
      </w:r>
      <w:r>
        <w:rPr>
          <w:lang w:eastAsia="zh-CN"/>
        </w:rPr>
        <w:t>　　3、体现人文学科的共性与音乐教育个性的统一。</w:t>
      </w:r>
      <w:r>
        <w:rPr>
          <w:lang w:eastAsia="zh-CN"/>
        </w:rPr>
        <w:br/>
      </w:r>
      <w:r>
        <w:rPr>
          <w:lang w:eastAsia="zh-CN"/>
        </w:rPr>
        <w:t>　　4、体现教育创新的时代要求。</w:t>
      </w:r>
      <w:r>
        <w:rPr>
          <w:lang w:eastAsia="zh-CN"/>
        </w:rPr>
        <w:br/>
      </w:r>
      <w:r>
        <w:rPr>
          <w:lang w:eastAsia="zh-CN"/>
        </w:rPr>
        <w:t>　　三、改进教学提高质量措施</w:t>
      </w:r>
      <w:r>
        <w:rPr>
          <w:lang w:eastAsia="zh-CN"/>
        </w:rPr>
        <w:br/>
      </w:r>
      <w:r>
        <w:rPr>
          <w:lang w:eastAsia="zh-CN"/>
        </w:rPr>
        <w:t>　　1、把每个学生的发展摆在第一位，突出学生的主体地位，让他们多唱、多听、多动、多想、多说，在音乐实践中获得学习音乐的愉悦和能力。</w:t>
      </w:r>
      <w:r>
        <w:rPr>
          <w:lang w:eastAsia="zh-CN"/>
        </w:rPr>
        <w:br/>
      </w:r>
      <w:r>
        <w:rPr>
          <w:lang w:eastAsia="zh-CN"/>
        </w:rPr>
        <w:t>　　2、要积极创设生动活泼的教学情境，营造音乐学习的良好氛围，让他们在感受、鉴赏、表现、创造音乐中，陶冶情操、净化心灵。</w:t>
      </w:r>
      <w:r>
        <w:rPr>
          <w:lang w:eastAsia="zh-CN"/>
        </w:rPr>
        <w:br/>
      </w:r>
      <w:r>
        <w:rPr>
          <w:lang w:eastAsia="zh-CN"/>
        </w:rPr>
        <w:t>　　3、要善于发现学生的长处，用欣赏的眼光看待泻，让他们在鼓励和赞扬声中享受成功，不断增强学习音乐的兴趣</w:t>
      </w:r>
      <w:r>
        <w:rPr>
          <w:lang w:eastAsia="zh-CN"/>
        </w:rPr>
        <w:br/>
      </w:r>
      <w:r>
        <w:rPr>
          <w:lang w:eastAsia="zh-CN"/>
        </w:rPr>
        <w:t>　　教学进度安排 周次教学内容 周次教学内容</w:t>
      </w:r>
      <w:r>
        <w:rPr>
          <w:lang w:eastAsia="zh-CN"/>
        </w:rPr>
        <w:br/>
      </w:r>
      <w:r>
        <w:rPr>
          <w:lang w:eastAsia="zh-CN"/>
        </w:rPr>
        <w:t>　　1歌曲《两只小象》; 欣赏《口哨与小狗》11欣赏《水族馆》，歌曲《草原上》</w:t>
      </w:r>
      <w:r>
        <w:rPr>
          <w:lang w:eastAsia="zh-CN"/>
        </w:rPr>
        <w:br/>
      </w:r>
      <w:r>
        <w:rPr>
          <w:lang w:eastAsia="zh-CN"/>
        </w:rPr>
        <w:t>　　2歌曲《打掌掌》欣赏《大白象》音乐游戏《打花巴掌》12歌曲《蒲公英》，音乐游戏《都睡着了》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3歌曲《小宝宝睡着了》，欣赏《摇篮曲》13歌曲《我当老师》，欣赏《钉扣子》，歌表演《我当老师》</w:t>
      </w:r>
      <w:r>
        <w:rPr>
          <w:lang w:eastAsia="zh-CN"/>
        </w:rPr>
        <w:br/>
      </w:r>
      <w:r>
        <w:rPr>
          <w:lang w:eastAsia="zh-CN"/>
        </w:rPr>
        <w:t>　　4歌曲《大树妈妈》;歌表演《小乌鸦爱妈妈》14歌曲《亚克西巴郎》欣赏《过年我当家》选段</w:t>
      </w:r>
      <w:r>
        <w:rPr>
          <w:lang w:eastAsia="zh-CN"/>
        </w:rPr>
        <w:br/>
      </w:r>
      <w:r>
        <w:rPr>
          <w:lang w:eastAsia="zh-CN"/>
        </w:rPr>
        <w:t>　　5歌曲《拍皮球》，《儿童在游戏》15歌曲《小雪花》欣赏《窗花舞》《堆雪人》</w:t>
      </w:r>
      <w:r>
        <w:rPr>
          <w:lang w:eastAsia="zh-CN"/>
        </w:rPr>
        <w:br/>
      </w:r>
      <w:r>
        <w:rPr>
          <w:lang w:eastAsia="zh-CN"/>
        </w:rPr>
        <w:t>　　6欣赏《乒乓变奏曲》《溜冰圆舞曲》《儿歌诵读》我的编创《拍皮球》16歌曲《过新年》音乐游戏《堆雪人》儿歌诵读《金鼓槌》</w:t>
      </w:r>
      <w:r>
        <w:rPr>
          <w:lang w:eastAsia="zh-CN"/>
        </w:rPr>
        <w:br/>
      </w:r>
      <w:r>
        <w:rPr>
          <w:lang w:eastAsia="zh-CN"/>
        </w:rPr>
        <w:t>　　7歌曲《火车开啦》;欣赏《西伦达》;我的创编《秋虫音乐会》17综合复习</w:t>
      </w:r>
      <w:r>
        <w:rPr>
          <w:lang w:eastAsia="zh-CN"/>
        </w:rPr>
        <w:br/>
      </w:r>
      <w:r>
        <w:rPr>
          <w:lang w:eastAsia="zh-CN"/>
        </w:rPr>
        <w:t>　　8歌曲《白云》欣赏《云》，集体舞《西伦达》18期末检测</w:t>
      </w:r>
      <w:r>
        <w:rPr>
          <w:lang w:eastAsia="zh-CN"/>
        </w:rPr>
        <w:br/>
      </w:r>
      <w:r>
        <w:rPr>
          <w:lang w:eastAsia="zh-CN"/>
        </w:rPr>
        <w:t>　　9歌曲《其多列》，听《三只小猪》</w:t>
      </w:r>
      <w:r>
        <w:rPr>
          <w:lang w:eastAsia="zh-CN"/>
        </w:rPr>
        <w:br/>
      </w:r>
      <w:r>
        <w:rPr>
          <w:lang w:eastAsia="zh-CN"/>
        </w:rPr>
        <w:t>　　10歌曲《小鞋匠》，律动《邮递马车》，情景表演《小鞋匠》</w:t>
      </w:r>
      <w:r>
        <w:rPr>
          <w:lang w:eastAsia="zh-CN"/>
        </w:rPr>
        <w:br/>
      </w:r>
      <w:r>
        <w:rPr>
          <w:lang w:eastAsia="zh-CN"/>
        </w:rPr>
        <w:t xml:space="preserve">    音乐教学计划总结 篇4 </w:t>
      </w:r>
      <w:r>
        <w:rPr>
          <w:lang w:eastAsia="zh-CN"/>
        </w:rPr>
        <w:br/>
      </w:r>
      <w:r>
        <w:rPr>
          <w:lang w:eastAsia="zh-CN"/>
        </w:rPr>
        <w:t>　　一、教学目标</w:t>
      </w:r>
      <w:r>
        <w:rPr>
          <w:lang w:eastAsia="zh-CN"/>
        </w:rPr>
        <w:br/>
      </w:r>
      <w:r>
        <w:rPr>
          <w:lang w:eastAsia="zh-CN"/>
        </w:rPr>
        <w:t>　　（一）思想教育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贯彻党的两思教育，在教学过程中渗透德育，健全德育、美育网络，加强教育科研，加快教育现代化，改革进取，全面提高学生的音乐素质，努力把教书育人提高到一个新阶段，使学生成为：“四有”新人，培养他们爱祖国、爱人民、爱劳动、爱科学的优秀品质。并通过各种题材歌曲的.学唱，中外名曲、名歌的欣赏，让学生感受美的艺术和高尚的情操，培养他们的创新精神、合作精神、环境意识、心理条件等，努力进取，为中国的明天奋发向上。</w:t>
      </w:r>
      <w:r>
        <w:rPr>
          <w:lang w:eastAsia="zh-CN"/>
        </w:rPr>
        <w:br/>
      </w:r>
      <w:r>
        <w:rPr>
          <w:lang w:eastAsia="zh-CN"/>
        </w:rPr>
        <w:t>　　（二）音乐知识和技能训练</w:t>
      </w:r>
      <w:r>
        <w:rPr>
          <w:lang w:eastAsia="zh-CN"/>
        </w:rPr>
        <w:br/>
      </w:r>
      <w:r>
        <w:rPr>
          <w:lang w:eastAsia="zh-CN"/>
        </w:rPr>
        <w:t>　　1、指导学生运用正确的姿势和呼吸方法来演唱歌曲；</w:t>
      </w:r>
      <w:r>
        <w:rPr>
          <w:lang w:eastAsia="zh-CN"/>
        </w:rPr>
        <w:br/>
      </w:r>
      <w:r>
        <w:rPr>
          <w:lang w:eastAsia="zh-CN"/>
        </w:rPr>
        <w:t>　　2、指导学生掌握正确的练声方法；</w:t>
      </w:r>
      <w:r>
        <w:rPr>
          <w:lang w:eastAsia="zh-CN"/>
        </w:rPr>
        <w:br/>
      </w:r>
      <w:r>
        <w:rPr>
          <w:lang w:eastAsia="zh-CN"/>
        </w:rPr>
        <w:t>　　3、初步欣赏一些小型的器乐曲，掌握音乐欣赏知识，并能培养学生学习音乐的兴趣；</w:t>
      </w:r>
      <w:r>
        <w:rPr>
          <w:lang w:eastAsia="zh-CN"/>
        </w:rPr>
        <w:br/>
      </w:r>
      <w:r>
        <w:rPr>
          <w:lang w:eastAsia="zh-CN"/>
        </w:rPr>
        <w:t>　　4、通过音乐知识的学习，加强学生对音乐的了解与兴趣</w:t>
      </w:r>
      <w:r>
        <w:rPr>
          <w:lang w:eastAsia="zh-CN"/>
        </w:rPr>
        <w:br/>
      </w:r>
      <w:r>
        <w:rPr>
          <w:lang w:eastAsia="zh-CN"/>
        </w:rPr>
        <w:t>　　5、通过“拍拍敲敲”、“听听想想”、“唱一唱”等练习，提高学生的乐感和节奏感；</w:t>
      </w:r>
      <w:r>
        <w:rPr>
          <w:lang w:eastAsia="zh-CN"/>
        </w:rPr>
        <w:br/>
      </w:r>
      <w:r>
        <w:rPr>
          <w:lang w:eastAsia="zh-CN"/>
        </w:rPr>
        <w:t>　　6、通过律动训练培养学生的乐感和节奏感；</w:t>
      </w:r>
      <w:r>
        <w:rPr>
          <w:lang w:eastAsia="zh-CN"/>
        </w:rPr>
        <w:br/>
      </w:r>
      <w:r>
        <w:rPr>
          <w:lang w:eastAsia="zh-CN"/>
        </w:rPr>
        <w:t>　　7、通过集体舞教学，提高学生的综合素质。</w:t>
      </w:r>
      <w:r>
        <w:rPr>
          <w:lang w:eastAsia="zh-CN"/>
        </w:rPr>
        <w:br/>
      </w:r>
      <w:r>
        <w:rPr>
          <w:lang w:eastAsia="zh-CN"/>
        </w:rPr>
        <w:t>　　二、教学内容</w:t>
      </w:r>
      <w:r>
        <w:rPr>
          <w:lang w:eastAsia="zh-CN"/>
        </w:rPr>
        <w:br/>
      </w:r>
      <w:r>
        <w:rPr>
          <w:lang w:eastAsia="zh-CN"/>
        </w:rPr>
        <w:t>　　本学期通过对学生坐姿、唱姿、合理呼吸的培养，为学生的学习打下基础；通过对综合课、唱歌课、欣赏课、器乐课以及歌舞唱游课的教学培养学生的学习兴趣，使学生能够灵活运用，融会贯通，提高他们的素质。本学期，我还加强了欣赏课、器乐课、歌舞唱游课的学习力度，注重音乐知识和技能、技巧训练，培养学生的学习能力，并在教学过程中渗透德育，改革进取，加快教育现代化，使学生能在他们的薄弱环节上加强学习，通过综合训练，使学生的艺术修养、音乐素质大大提高。</w:t>
      </w:r>
      <w:r>
        <w:rPr>
          <w:lang w:eastAsia="zh-CN"/>
        </w:rPr>
        <w:br/>
      </w:r>
      <w:r>
        <w:rPr>
          <w:lang w:eastAsia="zh-CN"/>
        </w:rPr>
        <w:t>　　三、主要措施</w:t>
      </w:r>
      <w:r>
        <w:rPr>
          <w:lang w:eastAsia="zh-CN"/>
        </w:rPr>
        <w:br/>
      </w:r>
      <w:r>
        <w:rPr>
          <w:lang w:eastAsia="zh-CN"/>
        </w:rPr>
        <w:t>　　1、指导学生学习正确的坐姿、唱姿，以及合理的发声练习曲；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2、注重学生的音乐综合技能、技巧、知识训练，指导学生有感情地歌唱；</w:t>
      </w:r>
      <w:r>
        <w:rPr>
          <w:lang w:eastAsia="zh-CN"/>
        </w:rPr>
        <w:br/>
      </w:r>
      <w:r>
        <w:rPr>
          <w:lang w:eastAsia="zh-CN"/>
        </w:rPr>
        <w:t>　　3、在教学中指导学生了解歌曲的情绪，并能用正确的情绪来演唱不同的歌曲。</w:t>
      </w:r>
      <w:r>
        <w:rPr>
          <w:lang w:eastAsia="zh-CN"/>
        </w:rPr>
        <w:br/>
      </w:r>
      <w:r>
        <w:rPr>
          <w:lang w:eastAsia="zh-CN"/>
        </w:rPr>
        <w:t>　　4、每节唱歌课给学生三分之一的时间练习，教师正确处理、引导；</w:t>
      </w:r>
      <w:r>
        <w:rPr>
          <w:lang w:eastAsia="zh-CN"/>
        </w:rPr>
        <w:br/>
      </w:r>
      <w:r>
        <w:rPr>
          <w:lang w:eastAsia="zh-CN"/>
        </w:rPr>
        <w:t>　　5、合理安排时间进行音乐欣赏，培养学生对音乐的爱好，开拓学生的视野，并了解一些音乐知识；</w:t>
      </w:r>
      <w:r>
        <w:rPr>
          <w:lang w:eastAsia="zh-CN"/>
        </w:rPr>
        <w:br/>
      </w:r>
      <w:r>
        <w:rPr>
          <w:lang w:eastAsia="zh-CN"/>
        </w:rPr>
        <w:t>　　6、通过律动以及集体舞的训练，培养学生的节奏感和乐感，加强学生的全面素质；</w:t>
      </w:r>
      <w:r>
        <w:rPr>
          <w:lang w:eastAsia="zh-CN"/>
        </w:rPr>
        <w:br/>
      </w:r>
      <w:r>
        <w:rPr>
          <w:lang w:eastAsia="zh-CN"/>
        </w:rPr>
        <w:t>　　7、在综合课、唱歌课、欣赏课、器乐课、歌舞唱游课中渗透德育，深化教育改革；</w:t>
      </w:r>
      <w:r>
        <w:rPr>
          <w:lang w:eastAsia="zh-CN"/>
        </w:rPr>
        <w:br/>
      </w:r>
      <w:r>
        <w:rPr>
          <w:lang w:eastAsia="zh-CN"/>
        </w:rPr>
        <w:t>　　8、利用多媒体开展教育活动，使学生参与耳、眼感官，提高学生的学习兴趣，丰富课堂生活，开拓音乐视野。</w:t>
      </w:r>
      <w:r>
        <w:rPr>
          <w:lang w:eastAsia="zh-CN"/>
        </w:rPr>
        <w:br/>
      </w:r>
      <w:r>
        <w:rPr>
          <w:lang w:eastAsia="zh-CN"/>
        </w:rPr>
        <w:t>　　9、以素质教育为本，不断提高音乐在素质教育中的作用，并落实于教学，充分发挥音乐课益智、促体、辅德的功能</w:t>
      </w:r>
      <w:r>
        <w:rPr>
          <w:lang w:eastAsia="zh-CN"/>
        </w:rPr>
        <w:br/>
      </w:r>
      <w:r>
        <w:rPr>
          <w:lang w:eastAsia="zh-CN"/>
        </w:rPr>
        <w:t xml:space="preserve">    音乐教学计划总结 篇5 </w:t>
      </w:r>
      <w:r>
        <w:rPr>
          <w:lang w:eastAsia="zh-CN"/>
        </w:rPr>
        <w:br/>
      </w:r>
      <w:r>
        <w:rPr>
          <w:lang w:eastAsia="zh-CN"/>
        </w:rPr>
        <w:t>　　一、学生基本情况分析：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本班共有学生33人，其中男同学20人，女同学13人。大部分同学有责任心，在学习过程中能努力向上，大部分学生在唱歌的姿势上，习惯较好，而且表情也较丰富，能根据歌曲情绪进行表达，部分班级还能识读简单乐谱。还能即兴创编同歌曲情绪一致的舞蹈，并参与表演。但在读谱知识的运用上较弱，咬字，吐字也不够清晰，特别是男生好胜心强，爱表现自己，常会出现喊歌现象，导致缺乏对声音美感的正确认识，缺乏气息的支撑。</w:t>
      </w:r>
      <w:r>
        <w:rPr>
          <w:lang w:eastAsia="zh-CN"/>
        </w:rPr>
        <w:br/>
      </w:r>
      <w:r>
        <w:rPr>
          <w:lang w:eastAsia="zh-CN"/>
        </w:rPr>
        <w:t>　　二、教材分析</w:t>
      </w:r>
      <w:r>
        <w:rPr>
          <w:lang w:eastAsia="zh-CN"/>
        </w:rPr>
        <w:br/>
      </w:r>
      <w:r>
        <w:rPr>
          <w:lang w:eastAsia="zh-CN"/>
        </w:rPr>
        <w:t>　　二年级下册共编成8个主题单元，基本内容包括：聆听、表演、编创与活动。新教材的曲目选择，充分考虑到作品的思想性、艺术性、民族性。注重歌曲的可唱性与欣赏曲的可听性，降低过难的识语要求和过高的技能技巧。并开展多种形式来培养学生的创新精神和实践能力，评估多方位，多角度，形式丰富多彩。作为全新的教材，此书在编写中体现了以下的基本理念：</w:t>
      </w:r>
      <w:r>
        <w:rPr>
          <w:lang w:eastAsia="zh-CN"/>
        </w:rPr>
        <w:br/>
      </w:r>
      <w:r>
        <w:rPr>
          <w:lang w:eastAsia="zh-CN"/>
        </w:rPr>
        <w:t>　　1、强调，注重学生个性发展；</w:t>
      </w:r>
      <w:r>
        <w:rPr>
          <w:lang w:eastAsia="zh-CN"/>
        </w:rPr>
        <w:br/>
      </w:r>
      <w:r>
        <w:rPr>
          <w:lang w:eastAsia="zh-CN"/>
        </w:rPr>
        <w:t>　　2、以审美为中心；</w:t>
      </w:r>
      <w:r>
        <w:rPr>
          <w:lang w:eastAsia="zh-CN"/>
        </w:rPr>
        <w:br/>
      </w:r>
      <w:r>
        <w:rPr>
          <w:lang w:eastAsia="zh-CN"/>
        </w:rPr>
        <w:t>　　3、以文化为主线；</w:t>
      </w:r>
      <w:r>
        <w:rPr>
          <w:lang w:eastAsia="zh-CN"/>
        </w:rPr>
        <w:br/>
      </w:r>
      <w:r>
        <w:rPr>
          <w:lang w:eastAsia="zh-CN"/>
        </w:rPr>
        <w:t>　　4、加强实践与创造。</w:t>
      </w:r>
      <w:r>
        <w:rPr>
          <w:lang w:eastAsia="zh-CN"/>
        </w:rPr>
        <w:br/>
      </w:r>
      <w:r>
        <w:rPr>
          <w:lang w:eastAsia="zh-CN"/>
        </w:rPr>
        <w:t>　　音乐教育的本质是审美教育，离开了审美为中心的音乐教育将是一潭死水。美的感染必须通过自身的体验才能获得，因此，音乐审美教育不仅要完整地体现在课程中，更要体现在音乐教学活动中。</w:t>
      </w:r>
      <w:r>
        <w:rPr>
          <w:lang w:eastAsia="zh-CN"/>
        </w:rPr>
        <w:br/>
      </w:r>
      <w:r>
        <w:rPr>
          <w:lang w:eastAsia="zh-CN"/>
        </w:rPr>
        <w:t>　　以往音乐教材的视角往往单纯从音乐到音乐，很少从文化的角度去思考。本教材就很重视从音乐文化上去开拓，教材强调了音乐与人、音乐与社会、音乐与民族、音乐与大自然的联系等等，把音乐置身于大文化中，以文化主题组织教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作为一门学科必然有他自身的体系，音乐也不例外，音乐课是实践性很强的教学活动。这是因为音乐艺术本身所具有的基本特征所造成的。无论是音乐表演、音乐欣赏，他们都与各种形式的时间活动密不可分。就音乐教学活动而言，学生离开了延长、演奏、创作、鉴赏等音乐时间活动，就很难获得直接经验。</w:t>
      </w:r>
      <w:r>
        <w:rPr>
          <w:lang w:eastAsia="zh-CN"/>
        </w:rPr>
        <w:br/>
      </w:r>
      <w:r>
        <w:rPr>
          <w:lang w:eastAsia="zh-CN"/>
        </w:rPr>
        <w:t>　　新教材的曲目选择，在考虑作品的思想性、艺术性、民族性的基础上，尤其注重歌曲的可唱性与欣赏曲的可听性，各年级的歌曲还兼顾时代性。朗朗上口，让学生爱听、爱唱。另外还有自制乐器、创编小品、游戏、舞蹈等活动，培养学生的创新精神与实践能力，让学生在实践中体验，在想象中去创造，促进思维，发展智力。</w:t>
      </w:r>
      <w:r>
        <w:rPr>
          <w:lang w:eastAsia="zh-CN"/>
        </w:rPr>
        <w:br/>
      </w:r>
      <w:r>
        <w:rPr>
          <w:lang w:eastAsia="zh-CN"/>
        </w:rPr>
        <w:t>　　三、教学目的</w:t>
      </w:r>
      <w:r>
        <w:rPr>
          <w:lang w:eastAsia="zh-CN"/>
        </w:rPr>
        <w:br/>
      </w:r>
      <w:r>
        <w:rPr>
          <w:lang w:eastAsia="zh-CN"/>
        </w:rPr>
        <w:t>　　1、学生通过学习歌曲，学会用正确的口形，姿势和呼吸方法歌唱。自然圆润的发声，清晰的咬字、吐字。</w:t>
      </w:r>
      <w:r>
        <w:rPr>
          <w:lang w:eastAsia="zh-CN"/>
        </w:rPr>
        <w:br/>
      </w:r>
      <w:r>
        <w:rPr>
          <w:lang w:eastAsia="zh-CN"/>
        </w:rPr>
        <w:t>　　2、通过学习本册教材，认识一些乐器，初步学习演奏方法。</w:t>
      </w:r>
      <w:r>
        <w:rPr>
          <w:lang w:eastAsia="zh-CN"/>
        </w:rPr>
        <w:br/>
      </w:r>
      <w:r>
        <w:rPr>
          <w:lang w:eastAsia="zh-CN"/>
        </w:rPr>
        <w:t>　　3、通过音乐游戏，引起学生的兴趣，培养学生合作进取的精神，培养学生对音乐的兴趣。</w:t>
      </w:r>
      <w:r>
        <w:rPr>
          <w:lang w:eastAsia="zh-CN"/>
        </w:rPr>
        <w:br/>
      </w:r>
      <w:r>
        <w:rPr>
          <w:lang w:eastAsia="zh-CN"/>
        </w:rPr>
        <w:t>　　4、通过音乐学习，使学生的情感世界受到感染和熏陶，在潜移默化中建立起对亲人、对他人、对人类、对一切美好事物的挚爱之情，进而养成对生活的积极乐观态度和对美好未来的向往与追求。</w:t>
      </w:r>
      <w:r>
        <w:rPr>
          <w:lang w:eastAsia="zh-CN"/>
        </w:rPr>
        <w:br/>
      </w:r>
      <w:r>
        <w:rPr>
          <w:lang w:eastAsia="zh-CN"/>
        </w:rPr>
        <w:t>　　5、培养音乐兴趣，树立终身学习的愿望。</w:t>
      </w:r>
      <w:r>
        <w:rPr>
          <w:lang w:eastAsia="zh-CN"/>
        </w:rPr>
        <w:br/>
      </w:r>
      <w:r>
        <w:rPr>
          <w:lang w:eastAsia="zh-CN"/>
        </w:rPr>
        <w:t>　　通过各种有效的途径和方式引导学生走进音乐，在亲自参与音乐活动的过程中喜爱音乐，掌握音乐基础知识和初步技能，逐步养成鉴赏音乐的良好习惯，为终身爱好音乐奠定基础。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6、培养爱国主义和集体主义精神。</w:t>
      </w:r>
      <w:r>
        <w:rPr>
          <w:lang w:eastAsia="zh-CN"/>
        </w:rPr>
        <w:br/>
      </w:r>
      <w:r>
        <w:rPr>
          <w:lang w:eastAsia="zh-CN"/>
        </w:rPr>
        <w:t>　　通过音乐作品中所表现的对祖国山河、人民、历史文化和社会发展的赞美和歌颂，培养学生的爱国主义情怀，在音乐实践活动中，培养学生良好的行为习惯和宽容理解、互相尊重、共同合作的意识和集体主义精神。</w:t>
      </w:r>
      <w:r>
        <w:rPr>
          <w:lang w:eastAsia="zh-CN"/>
        </w:rPr>
        <w:br/>
      </w:r>
      <w:r>
        <w:rPr>
          <w:lang w:eastAsia="zh-CN"/>
        </w:rPr>
        <w:t>　　7、尊重艺术、理解多元文化。</w:t>
      </w:r>
      <w:r>
        <w:rPr>
          <w:lang w:eastAsia="zh-CN"/>
        </w:rPr>
        <w:br/>
      </w:r>
      <w:r>
        <w:rPr>
          <w:lang w:eastAsia="zh-CN"/>
        </w:rPr>
        <w:t>　　尊重艺术家的创造劳动、尊重艺术作品，养成良好的欣赏艺术的习惯，通过学习不同国家、不同民族、不同时代的作品，感知音乐中的民族风格和情感，了解不同民族的音乐传统，热爱中化民族和世界其他民族的音乐。</w:t>
      </w:r>
      <w:r>
        <w:rPr>
          <w:lang w:eastAsia="zh-CN"/>
        </w:rPr>
        <w:br/>
      </w:r>
      <w:r>
        <w:rPr>
          <w:lang w:eastAsia="zh-CN"/>
        </w:rPr>
        <w:t>　　8、能够用自然的声音，按节奏和曲调有表情独唱或参与齐唱，每学年能背唱4～6首。</w:t>
      </w:r>
      <w:r>
        <w:rPr>
          <w:lang w:eastAsia="zh-CN"/>
        </w:rPr>
        <w:br/>
      </w:r>
      <w:r>
        <w:rPr>
          <w:lang w:eastAsia="zh-CN"/>
        </w:rPr>
        <w:t>　　9、培养学生对音乐的兴趣、爱好和对祖国音乐艺术的感情，引导学生积极参与音乐实践活动。</w:t>
      </w:r>
      <w:r>
        <w:rPr>
          <w:lang w:eastAsia="zh-CN"/>
        </w:rPr>
        <w:br/>
      </w:r>
      <w:r>
        <w:rPr>
          <w:lang w:eastAsia="zh-CN"/>
        </w:rPr>
        <w:t>　　10、通过音乐实践活动，丰富情感体验，培养审美情趣，促进个性的和谐发展。使学生具有初步的感受音乐、表现音乐的能力。</w:t>
      </w:r>
      <w:r>
        <w:rPr>
          <w:lang w:eastAsia="zh-CN"/>
        </w:rPr>
        <w:br/>
      </w:r>
      <w:r>
        <w:rPr>
          <w:lang w:eastAsia="zh-CN"/>
        </w:rPr>
        <w:t>　　11、学习我国优秀的民族民间音乐，接触外国优秀音乐作品，扩大文化视野。掌握浅显的音乐基础知识和简单的音乐技能。</w:t>
      </w:r>
      <w:r>
        <w:rPr>
          <w:lang w:eastAsia="zh-CN"/>
        </w:rPr>
        <w:br/>
      </w:r>
      <w:r>
        <w:rPr>
          <w:lang w:eastAsia="zh-CN"/>
        </w:rPr>
        <w:t>　　12、突出音乐学科的特点，把爱国主义、集体主义精神的培养渗透到音乐教育中。启迪智慧，培养合作意识和乐观向上的生活态度。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13、突出音乐学科的特点，把教育和活泼乐观情绪，集体主义精神的培养渗透到音乐教育中，使学生成为社会主义接班人和建设着。</w:t>
      </w:r>
      <w:r>
        <w:rPr>
          <w:lang w:eastAsia="zh-CN"/>
        </w:rPr>
        <w:br/>
      </w:r>
      <w:r>
        <w:rPr>
          <w:lang w:eastAsia="zh-CN"/>
        </w:rPr>
        <w:t>　　14、启迪智慧、陶冶、培养审美情趣使学生身心得到健康的发展。</w:t>
      </w:r>
      <w:r>
        <w:rPr>
          <w:lang w:eastAsia="zh-CN"/>
        </w:rPr>
        <w:br/>
      </w:r>
      <w:r>
        <w:rPr>
          <w:lang w:eastAsia="zh-CN"/>
        </w:rPr>
        <w:t>　　15、培养学生对音乐的兴趣爱好，掌握浅显的音乐基础知识和简单的音乐技能，使学生具有认识简单乐谱的能力。</w:t>
      </w:r>
      <w:r>
        <w:rPr>
          <w:lang w:eastAsia="zh-CN"/>
        </w:rPr>
        <w:br/>
      </w:r>
      <w:r>
        <w:rPr>
          <w:lang w:eastAsia="zh-CN"/>
        </w:rPr>
        <w:t>　　16、了解我国各民族民间音乐，培养学生对祖国音乐艺术的感情和民族自豪感、自信心，使学生具有初步的感受</w:t>
      </w:r>
      <w:r>
        <w:rPr>
          <w:lang w:eastAsia="zh-CN"/>
        </w:rPr>
        <w:br/>
      </w:r>
      <w:r>
        <w:rPr>
          <w:lang w:eastAsia="zh-CN"/>
        </w:rPr>
        <w:t>　　四、教学措施</w:t>
      </w:r>
      <w:r>
        <w:rPr>
          <w:lang w:eastAsia="zh-CN"/>
        </w:rPr>
        <w:br/>
      </w:r>
      <w:r>
        <w:rPr>
          <w:lang w:eastAsia="zh-CN"/>
        </w:rPr>
        <w:t>　　1、把每个学生的发展摆在第一位，突出学生的主体地位，让他们多唱、多听、多动、多想、多说，在音乐实践中获得学习音乐的愉悦和能力。</w:t>
      </w:r>
      <w:r>
        <w:rPr>
          <w:lang w:eastAsia="zh-CN"/>
        </w:rPr>
        <w:br/>
      </w:r>
      <w:r>
        <w:rPr>
          <w:lang w:eastAsia="zh-CN"/>
        </w:rPr>
        <w:t>　　2、要积极创设生动活泼的教学情境，营造音乐学习的良好氛围，让他们在感受、鉴赏、表现、创造音乐中，陶冶情操、净化心灵。</w:t>
      </w:r>
      <w:r>
        <w:rPr>
          <w:lang w:eastAsia="zh-CN"/>
        </w:rPr>
        <w:br/>
      </w:r>
      <w:r>
        <w:rPr>
          <w:lang w:eastAsia="zh-CN"/>
        </w:rPr>
        <w:t>　　3、要善于发现学生的长处，用欣赏的眼光看待，让他们在鼓励和赞扬声中享受成功，不断增强学习音乐的兴趣。</w:t>
      </w:r>
      <w:r>
        <w:rPr>
          <w:lang w:eastAsia="zh-CN"/>
        </w:rPr>
        <w:br/>
      </w:r>
      <w:r>
        <w:rPr>
          <w:lang w:eastAsia="zh-CN"/>
        </w:rPr>
        <w:t>　　4、因地制宜地设计、组织音乐教学，发挥音乐教师各自特长，积极探索，勇于开拓，努力实践音乐课程标准的新理念。</w:t>
      </w:r>
      <w:r>
        <w:rPr>
          <w:lang w:eastAsia="zh-CN"/>
        </w:rPr>
        <w:br/>
      </w:r>
      <w:r>
        <w:rPr>
          <w:lang w:eastAsia="zh-CN"/>
        </w:rPr>
        <w:t>　　1、总结每节课学生的学习情况，对学生的不足之处及时指出，在下一节课中增加练习，对学生感兴趣的、能提高学生积极性的方法，总结出来，加以提倡发扬。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2、针对学生的课堂表现进行反思，想相应的对策，可以向其他老师请教并交流。</w:t>
      </w:r>
      <w:r>
        <w:rPr>
          <w:lang w:eastAsia="zh-CN"/>
        </w:rPr>
        <w:br/>
      </w:r>
      <w:r>
        <w:rPr>
          <w:lang w:eastAsia="zh-CN"/>
        </w:rPr>
        <w:t>　　五、教学进度和活动安排</w:t>
      </w:r>
      <w:r>
        <w:rPr>
          <w:lang w:eastAsia="zh-CN"/>
        </w:rPr>
        <w:br/>
      </w:r>
      <w:r>
        <w:rPr>
          <w:lang w:eastAsia="zh-CN"/>
        </w:rPr>
        <w:t>　　略</w:t>
      </w:r>
      <w:r>
        <w:rPr>
          <w:lang w:eastAsia="zh-CN"/>
        </w:rPr>
        <w:br/>
      </w:r>
      <w:r>
        <w:rPr>
          <w:lang w:eastAsia="zh-CN"/>
        </w:rPr>
        <w:t xml:space="preserve">    音乐教学计划总结 篇6 </w:t>
      </w:r>
      <w:r>
        <w:rPr>
          <w:lang w:eastAsia="zh-CN"/>
        </w:rPr>
        <w:br/>
      </w:r>
      <w:r>
        <w:rPr>
          <w:lang w:eastAsia="zh-CN"/>
        </w:rPr>
        <w:t>　　新学期已经到来，为了在教学中有明确的方向和目标，使教学工作开展得更好，本学期制定计划如下：</w:t>
      </w:r>
      <w:r>
        <w:rPr>
          <w:lang w:eastAsia="zh-CN"/>
        </w:rPr>
        <w:br/>
      </w:r>
      <w:r>
        <w:rPr>
          <w:lang w:eastAsia="zh-CN"/>
        </w:rPr>
        <w:t>　　一、教学目的</w:t>
      </w:r>
      <w:r>
        <w:rPr>
          <w:lang w:eastAsia="zh-CN"/>
        </w:rPr>
        <w:br/>
      </w:r>
      <w:r>
        <w:rPr>
          <w:lang w:eastAsia="zh-CN"/>
        </w:rPr>
        <w:t>　　1、突出音乐学科的特点，把爱祖国、爱人民、爱劳动、爱科学、爱社会主义社会教育和活泼乐观情绪、集体主义精神的培养渗透到音乐教育之中，使学生成为四有新人，并使其成为社会主义接班人和建设者。</w:t>
      </w:r>
      <w:r>
        <w:rPr>
          <w:lang w:eastAsia="zh-CN"/>
        </w:rPr>
        <w:br/>
      </w:r>
      <w:r>
        <w:rPr>
          <w:lang w:eastAsia="zh-CN"/>
        </w:rPr>
        <w:t>　　2、启迪智慧、陶冶情操，培养审美情趣，使学生身得到健康发展。</w:t>
      </w:r>
      <w:r>
        <w:rPr>
          <w:lang w:eastAsia="zh-CN"/>
        </w:rPr>
        <w:br/>
      </w:r>
      <w:r>
        <w:rPr>
          <w:lang w:eastAsia="zh-CN"/>
        </w:rPr>
        <w:t>　　3、培养学生对音乐的兴趣爱好，掌握浅显的音乐基知识和简单的音乐技能，使学生具有认识简单乐谱的能力。</w:t>
      </w:r>
      <w:r>
        <w:rPr>
          <w:lang w:eastAsia="zh-CN"/>
        </w:rPr>
        <w:br/>
      </w:r>
      <w:r>
        <w:rPr>
          <w:lang w:eastAsia="zh-CN"/>
        </w:rPr>
        <w:t>　　4、了解我国各民族优秀的民族民间音乐，培养学生对祖国音乐艺术的感情和民族自豪感、自信心。</w:t>
      </w:r>
      <w:r>
        <w:rPr>
          <w:lang w:eastAsia="zh-CN"/>
        </w:rPr>
        <w:br/>
      </w:r>
      <w:r>
        <w:rPr>
          <w:lang w:eastAsia="zh-CN"/>
        </w:rPr>
        <w:t>　　5、初步培养学生分析歌谱的能力和综合、归纳的能力。</w:t>
      </w:r>
      <w:r>
        <w:rPr>
          <w:lang w:eastAsia="zh-CN"/>
        </w:rPr>
        <w:br/>
      </w:r>
      <w:r>
        <w:rPr>
          <w:lang w:eastAsia="zh-CN"/>
        </w:rPr>
        <w:t>　　6、初步接触外国的优秀音乐作品，扩大视野，使学生具有初步的感受音乐、表现音乐的能力。</w:t>
      </w:r>
      <w:r>
        <w:rPr>
          <w:lang w:eastAsia="zh-CN"/>
        </w:rPr>
        <w:br/>
      </w:r>
      <w:r>
        <w:rPr>
          <w:lang w:eastAsia="zh-CN"/>
        </w:rPr>
        <w:t>　　二、任务目标</w:t>
      </w:r>
      <w:r>
        <w:rPr>
          <w:lang w:eastAsia="zh-CN"/>
        </w:rPr>
        <w:br/>
      </w:r>
      <w:r>
        <w:rPr>
          <w:lang w:eastAsia="zh-CN"/>
        </w:rPr>
        <w:t>　　（一）、唱歌部分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1、紧抠教材、大纲，教唱书本上的歌曲</w:t>
      </w:r>
      <w:r>
        <w:rPr>
          <w:lang w:eastAsia="zh-CN"/>
        </w:rPr>
        <w:br/>
      </w:r>
      <w:r>
        <w:rPr>
          <w:lang w:eastAsia="zh-CN"/>
        </w:rPr>
        <w:t>　　2、遵循每节课先教10分钟乐理知识，再教唱歌曲。</w:t>
      </w:r>
      <w:r>
        <w:rPr>
          <w:lang w:eastAsia="zh-CN"/>
        </w:rPr>
        <w:br/>
      </w:r>
      <w:r>
        <w:rPr>
          <w:lang w:eastAsia="zh-CN"/>
        </w:rPr>
        <w:t>　　3、教唱歌曲遵循先听录音范唱，再由教师教谱，教1-2遍词，然后教师弹琴生听音高自学，直到正确为止。</w:t>
      </w:r>
      <w:r>
        <w:rPr>
          <w:lang w:eastAsia="zh-CN"/>
        </w:rPr>
        <w:br/>
      </w:r>
      <w:r>
        <w:rPr>
          <w:lang w:eastAsia="zh-CN"/>
        </w:rPr>
        <w:t>　　4、每学一支歌曲，下一节课应该进行检查，让个别学生起来演唱，若有不正确的地方师及时进行教正。</w:t>
      </w:r>
      <w:r>
        <w:rPr>
          <w:lang w:eastAsia="zh-CN"/>
        </w:rPr>
        <w:br/>
      </w:r>
      <w:r>
        <w:rPr>
          <w:lang w:eastAsia="zh-CN"/>
        </w:rPr>
        <w:t>　　5、有学习有记载，有学习有考试。使学生真正体会到学习音乐课的意义。</w:t>
      </w:r>
      <w:r>
        <w:rPr>
          <w:lang w:eastAsia="zh-CN"/>
        </w:rPr>
        <w:br/>
      </w:r>
      <w:r>
        <w:rPr>
          <w:lang w:eastAsia="zh-CN"/>
        </w:rPr>
        <w:t>　　（二）、欣赏部分：</w:t>
      </w:r>
      <w:r>
        <w:rPr>
          <w:lang w:eastAsia="zh-CN"/>
        </w:rPr>
        <w:br/>
      </w:r>
      <w:r>
        <w:rPr>
          <w:lang w:eastAsia="zh-CN"/>
        </w:rPr>
        <w:t>　　结合音乐作品的欣赏，了解一些旋律的初步知识（如旋律进行的方式、特点和一般的表现意义），以进一步加强情感体验的能力。</w:t>
      </w:r>
      <w:r>
        <w:rPr>
          <w:lang w:eastAsia="zh-CN"/>
        </w:rPr>
        <w:br/>
      </w:r>
      <w:r>
        <w:rPr>
          <w:lang w:eastAsia="zh-CN"/>
        </w:rPr>
        <w:t>　　三、具体措施：</w:t>
      </w:r>
      <w:r>
        <w:rPr>
          <w:lang w:eastAsia="zh-CN"/>
        </w:rPr>
        <w:br/>
      </w:r>
      <w:r>
        <w:rPr>
          <w:lang w:eastAsia="zh-CN"/>
        </w:rPr>
        <w:t>　　1、认真备课，做好前备、复备工作，为能使学生上好课做好充分的准备工作，备课时注意与新课标结合，并注意备学生。</w:t>
      </w:r>
      <w:r>
        <w:rPr>
          <w:lang w:eastAsia="zh-CN"/>
        </w:rPr>
        <w:br/>
      </w:r>
      <w:r>
        <w:rPr>
          <w:lang w:eastAsia="zh-CN"/>
        </w:rPr>
        <w:t>　　2、因材施教，对不同的学生要注意采用不同的教学手法，使学生能够充分发展。</w:t>
      </w:r>
      <w:r>
        <w:rPr>
          <w:lang w:eastAsia="zh-CN"/>
        </w:rPr>
        <w:br/>
      </w:r>
      <w:r>
        <w:rPr>
          <w:lang w:eastAsia="zh-CN"/>
        </w:rPr>
        <w:t>　　3、设计好每堂课的导入，提高学生的学习兴趣。</w:t>
      </w:r>
      <w:r>
        <w:rPr>
          <w:lang w:eastAsia="zh-CN"/>
        </w:rPr>
        <w:br/>
      </w:r>
      <w:r>
        <w:rPr>
          <w:lang w:eastAsia="zh-CN"/>
        </w:rPr>
        <w:t>　　4、课堂形式设计多样，充满知识性、趣味性、探索性、挑战性以及表演性。最大限度的调动学生的积极性。并使他们最大限度地学到知识，掌握技能。并注意在课堂上采取一定的形式，培养学生的团结协作能力及创新能力。</w:t>
      </w:r>
      <w:r>
        <w:rPr>
          <w:lang w:eastAsia="zh-CN"/>
        </w:rPr>
        <w:br/>
      </w:r>
      <w:r>
        <w:rPr>
          <w:lang w:eastAsia="zh-CN"/>
        </w:rPr>
        <w:t>　　5、积极和其他学科沟通，积极研究学科整合。响应新课标要求。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6、多看多听其他学校的课程，在本校多实施，使学生开阔眼界。教师从中总结经验。</w:t>
      </w:r>
      <w:r>
        <w:rPr>
          <w:lang w:eastAsia="zh-CN"/>
        </w:rPr>
        <w:br/>
      </w:r>
      <w:r>
        <w:rPr>
          <w:lang w:eastAsia="zh-CN"/>
        </w:rPr>
        <w:t xml:space="preserve">    音乐教学计划总结 篇7 </w:t>
      </w:r>
      <w:r>
        <w:rPr>
          <w:lang w:eastAsia="zh-CN"/>
        </w:rPr>
        <w:br/>
      </w:r>
      <w:r>
        <w:rPr>
          <w:lang w:eastAsia="zh-CN"/>
        </w:rPr>
        <w:t>　　一、学生情况分析：</w:t>
      </w:r>
      <w:r>
        <w:rPr>
          <w:lang w:eastAsia="zh-CN"/>
        </w:rPr>
        <w:br/>
      </w:r>
      <w:r>
        <w:rPr>
          <w:lang w:eastAsia="zh-CN"/>
        </w:rPr>
        <w:t>　　五年级的学生的接受能力增强不少，对音乐也充满了浓厚的兴趣，学生在演唱时基本上能不喊唱，会用正确的方法演唱而且认识到了气息的作用，演唱时也能满怀感情地歌唱。各班的学生情况大同小异，有一小部分学生乐理知识掌握的不错，唱歌的状态，音色也很优美。这些学生对音乐的兴趣很浓，但又由于自身的条件原因或其他原因，所以歌唱技能有待进一步提高，还有一些学生由于底子薄，对于音乐缺乏兴趣，所以情况不是很好。其中还有一部分学生唱歌音准不佳，连音乐知识、音乐技能、视谱都不会。这些学生对音乐课虽喜欢，但总是不遵守纪律所以学不好。教师应该根据具体情况因材施教，充分激发这些学生学习音乐，爱好音乐的兴趣，对他们要多鼓励多表现，寻找他们身上的闪光点，培养他们的感情。</w:t>
      </w:r>
      <w:r>
        <w:rPr>
          <w:lang w:eastAsia="zh-CN"/>
        </w:rPr>
        <w:br/>
      </w:r>
      <w:r>
        <w:rPr>
          <w:lang w:eastAsia="zh-CN"/>
        </w:rPr>
        <w:t>　　二、教学目标：</w:t>
      </w:r>
      <w:r>
        <w:rPr>
          <w:lang w:eastAsia="zh-CN"/>
        </w:rPr>
        <w:br/>
      </w:r>
      <w:r>
        <w:rPr>
          <w:lang w:eastAsia="zh-CN"/>
        </w:rPr>
        <w:t>　　1、知识目标：认识八六拍子及其强弱规律和指挥图式、认识变拍子、倚音下滑音。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2、能力目标：学生通过学习歌曲，学会用正确的口形，呼吸及连音、断音的演唱方法演唱，学会二部合唱，做到声部间的和谐，均衡，看得懂简单的指挥手势。通过欣赏，了解几种常见的演奏形式，培养学生对音乐的速度，力度，节奏、节拍、音色、音区的感知能力，培养他们的音乐想象力和联想能力。认识了解音乐家格里格、肖邦、黄自。通过乐器的训练，让学生学会正确的演奏姿势与方法，培养一定的齐奏、合奏及伴奏能力。</w:t>
      </w:r>
      <w:r>
        <w:rPr>
          <w:lang w:eastAsia="zh-CN"/>
        </w:rPr>
        <w:br/>
      </w:r>
      <w:r>
        <w:rPr>
          <w:lang w:eastAsia="zh-CN"/>
        </w:rPr>
        <w:t>　　3、情感目标：通过音乐教学，突出其学科的特点，把爱国主义集体主义精神的培养渗透到音色教育中，启迪智慧，培养合作意识和乐观向上的生活态度，使学生成为有理想，有道德，有文化，有纪律的全面发展的新人。</w:t>
      </w:r>
      <w:r>
        <w:rPr>
          <w:lang w:eastAsia="zh-CN"/>
        </w:rPr>
        <w:br/>
      </w:r>
      <w:r>
        <w:rPr>
          <w:lang w:eastAsia="zh-CN"/>
        </w:rPr>
        <w:t>　　4、质量目标：通过学习能掌握教材规定的简单的乐理知识和音乐技能，掌握简单的视谱能力，能够完整的演唱歌曲。</w:t>
      </w:r>
      <w:r>
        <w:rPr>
          <w:lang w:eastAsia="zh-CN"/>
        </w:rPr>
        <w:br/>
      </w:r>
      <w:r>
        <w:rPr>
          <w:lang w:eastAsia="zh-CN"/>
        </w:rPr>
        <w:t>　　三、教材分析：</w:t>
      </w:r>
      <w:r>
        <w:rPr>
          <w:lang w:eastAsia="zh-CN"/>
        </w:rPr>
        <w:br/>
      </w:r>
      <w:r>
        <w:rPr>
          <w:lang w:eastAsia="zh-CN"/>
        </w:rPr>
        <w:t>　　本册教材内容有：歌曲八课，每课还包括“聆听”、“表演”、“编创与活动”等内容，这些内容均有机的联系在一起。音乐教育是基础教育的有机组成部分，是实施美育的重要途径。对于陶冶情操，培养创新精神和实践能力，提高文化素养与审美能力，增进身心健康，促进学生德智体美劳全面发展具有不可替代的作用。</w:t>
      </w:r>
      <w:r>
        <w:rPr>
          <w:lang w:eastAsia="zh-CN"/>
        </w:rPr>
        <w:br/>
      </w:r>
      <w:r>
        <w:rPr>
          <w:lang w:eastAsia="zh-CN"/>
        </w:rPr>
        <w:t>　　本学期教学目标、任务：</w:t>
      </w:r>
      <w:r>
        <w:rPr>
          <w:lang w:eastAsia="zh-CN"/>
        </w:rPr>
        <w:br/>
      </w:r>
      <w:r>
        <w:rPr>
          <w:lang w:eastAsia="zh-CN"/>
        </w:rPr>
        <w:t>　　一、发声训练部分：</w:t>
      </w:r>
      <w:r>
        <w:rPr>
          <w:lang w:eastAsia="zh-CN"/>
        </w:rPr>
        <w:br/>
      </w:r>
      <w:r>
        <w:rPr>
          <w:lang w:eastAsia="zh-CN"/>
        </w:rPr>
        <w:t>　　在气息控制下，力求做到声音位置的统一。</w:t>
      </w:r>
      <w:r>
        <w:rPr>
          <w:lang w:eastAsia="zh-CN"/>
        </w:rPr>
        <w:br/>
      </w:r>
      <w:r>
        <w:rPr>
          <w:lang w:eastAsia="zh-CN"/>
        </w:rPr>
        <w:t>　　在扩展音域中，谨慎地扩展低声区音域。</w:t>
      </w:r>
      <w:r>
        <w:rPr>
          <w:lang w:eastAsia="zh-CN"/>
        </w:rPr>
        <w:br/>
      </w:r>
      <w:r>
        <w:rPr>
          <w:lang w:eastAsia="zh-CN"/>
        </w:rPr>
        <w:t>　　在二声部合唱中，力求做到咬字、吐字的连贯、流畅，音色的丰满、圆润，声部的和谐、统一</w:t>
      </w:r>
      <w:r>
        <w:rPr>
          <w:lang w:eastAsia="zh-CN"/>
        </w:rPr>
        <w:br/>
      </w:r>
      <w:r>
        <w:rPr>
          <w:lang w:eastAsia="zh-CN"/>
        </w:rPr>
        <w:t>　　二、视唱、知识、练耳部分：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1、读谱知识：认识升记号，降记号；认识波音记号、倚音、滑音记号，学习其唱（奏）法。</w:t>
      </w:r>
      <w:r>
        <w:rPr>
          <w:lang w:eastAsia="zh-CN"/>
        </w:rPr>
        <w:br/>
      </w:r>
      <w:r>
        <w:rPr>
          <w:lang w:eastAsia="zh-CN"/>
        </w:rPr>
        <w:t>　　2、视唱部分：</w:t>
      </w:r>
      <w:r>
        <w:rPr>
          <w:lang w:eastAsia="zh-CN"/>
        </w:rPr>
        <w:br/>
      </w:r>
      <w:r>
        <w:rPr>
          <w:lang w:eastAsia="zh-CN"/>
        </w:rPr>
        <w:t>　　复习所学过的音阶及音程练习。</w:t>
      </w:r>
      <w:r>
        <w:rPr>
          <w:lang w:eastAsia="zh-CN"/>
        </w:rPr>
        <w:br/>
      </w:r>
      <w:r>
        <w:rPr>
          <w:lang w:eastAsia="zh-CN"/>
        </w:rPr>
        <w:t>　　独立或半独立视唱单声部歌曲。</w:t>
      </w:r>
      <w:r>
        <w:rPr>
          <w:lang w:eastAsia="zh-CN"/>
        </w:rPr>
        <w:br/>
      </w:r>
      <w:r>
        <w:rPr>
          <w:lang w:eastAsia="zh-CN"/>
        </w:rPr>
        <w:t>　　视唱二声部歌曲片段及有临时变音记号的单声部歌曲。</w:t>
      </w:r>
      <w:r>
        <w:rPr>
          <w:lang w:eastAsia="zh-CN"/>
        </w:rPr>
        <w:br/>
      </w:r>
      <w:r>
        <w:rPr>
          <w:lang w:eastAsia="zh-CN"/>
        </w:rPr>
        <w:t>　　3、练耳部分：</w:t>
      </w:r>
      <w:r>
        <w:rPr>
          <w:lang w:eastAsia="zh-CN"/>
        </w:rPr>
        <w:br/>
      </w:r>
      <w:r>
        <w:rPr>
          <w:lang w:eastAsia="zh-CN"/>
        </w:rPr>
        <w:t>　　听记二拍子或三拍子的4～8小节单旋律。</w:t>
      </w:r>
      <w:r>
        <w:rPr>
          <w:lang w:eastAsia="zh-CN"/>
        </w:rPr>
        <w:br/>
      </w:r>
      <w:r>
        <w:rPr>
          <w:lang w:eastAsia="zh-CN"/>
        </w:rPr>
        <w:t>　　听记2～4小节节奏。</w:t>
      </w:r>
      <w:r>
        <w:rPr>
          <w:lang w:eastAsia="zh-CN"/>
        </w:rPr>
        <w:br/>
      </w:r>
      <w:r>
        <w:rPr>
          <w:lang w:eastAsia="zh-CN"/>
        </w:rPr>
        <w:t>　　听辨和声音程在协和与不协和程度上的差异。</w:t>
      </w:r>
      <w:r>
        <w:rPr>
          <w:lang w:eastAsia="zh-CN"/>
        </w:rPr>
        <w:br/>
      </w:r>
      <w:r>
        <w:rPr>
          <w:lang w:eastAsia="zh-CN"/>
        </w:rPr>
        <w:t>　　听辨歌（乐）曲的力度和速度并作标记。</w:t>
      </w:r>
      <w:r>
        <w:rPr>
          <w:lang w:eastAsia="zh-CN"/>
        </w:rPr>
        <w:br/>
      </w:r>
      <w:r>
        <w:rPr>
          <w:lang w:eastAsia="zh-CN"/>
        </w:rPr>
        <w:t>　　三、欣赏部分：</w:t>
      </w:r>
      <w:r>
        <w:rPr>
          <w:lang w:eastAsia="zh-CN"/>
        </w:rPr>
        <w:br/>
      </w:r>
      <w:r>
        <w:rPr>
          <w:lang w:eastAsia="zh-CN"/>
        </w:rPr>
        <w:t>　　要求学生对各种音乐表现手段（包括和声、调式、调性）在音乐作品中的表现作用有进一步的体会认识。能感觉和声、调式、调性在音乐中表现情绪、气氛和感情的效果。能对作品中的旋律、节奏等特点作简单的分析。</w:t>
      </w:r>
      <w:r>
        <w:rPr>
          <w:lang w:eastAsia="zh-CN"/>
        </w:rPr>
        <w:br/>
      </w:r>
      <w:r>
        <w:rPr>
          <w:lang w:eastAsia="zh-CN"/>
        </w:rPr>
        <w:t>　　教学分析：</w:t>
      </w:r>
      <w:r>
        <w:rPr>
          <w:lang w:eastAsia="zh-CN"/>
        </w:rPr>
        <w:br/>
      </w:r>
      <w:r>
        <w:rPr>
          <w:lang w:eastAsia="zh-CN"/>
        </w:rPr>
        <w:t>　　五年级的教材中已经有一些要求复习的内容了，但是这个阶段又要学习不少的内容，所以，学习任务是繁重的。要处理好新旧知识的学习、复习、掌握。本学期要学习歌曲7首，每首都有一定的意义。要注重对学生进行思想品德教育。另外，有的学生开始变声，要注意对嗓子的保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学生情况分析：</w:t>
      </w:r>
      <w:r>
        <w:rPr>
          <w:lang w:eastAsia="zh-CN"/>
        </w:rPr>
        <w:br/>
      </w:r>
      <w:r>
        <w:rPr>
          <w:lang w:eastAsia="zh-CN"/>
        </w:rPr>
        <w:t>　　由于学生现在处于过渡期，年龄也大了，不再是小孩子，已经是大孩子。要尽量避免学生产生厌学情绪，要调动学生的积极性，使他们真正的爱学愿学。对音乐知识的讲解尽量避免枯燥乏味，要用多种教学手段辅助教学。</w:t>
      </w:r>
      <w:r>
        <w:rPr>
          <w:lang w:eastAsia="zh-CN"/>
        </w:rPr>
        <w:br/>
      </w:r>
      <w:r>
        <w:rPr>
          <w:lang w:eastAsia="zh-CN"/>
        </w:rPr>
        <w:t>　　提高教学质量措施：</w:t>
      </w:r>
      <w:r>
        <w:rPr>
          <w:lang w:eastAsia="zh-CN"/>
        </w:rPr>
        <w:br/>
      </w:r>
      <w:r>
        <w:rPr>
          <w:lang w:eastAsia="zh-CN"/>
        </w:rPr>
        <w:t>　　1、认真备课，做好前备、复备工作，为能使学生上好课做好充分的准备工作，备课时注意与新课标结合，并注意备学生。</w:t>
      </w:r>
      <w:r>
        <w:rPr>
          <w:lang w:eastAsia="zh-CN"/>
        </w:rPr>
        <w:br/>
      </w:r>
      <w:r>
        <w:rPr>
          <w:lang w:eastAsia="zh-CN"/>
        </w:rPr>
        <w:t>　　2、因材施教，对不同的学生要注意采用不同的教学手法，使学生能够充分发展。</w:t>
      </w:r>
      <w:r>
        <w:rPr>
          <w:lang w:eastAsia="zh-CN"/>
        </w:rPr>
        <w:br/>
      </w:r>
      <w:r>
        <w:rPr>
          <w:lang w:eastAsia="zh-CN"/>
        </w:rPr>
        <w:t>　　3、设计好每堂课的导入，提高学生的学习兴趣。</w:t>
      </w:r>
      <w:r>
        <w:rPr>
          <w:lang w:eastAsia="zh-CN"/>
        </w:rPr>
        <w:br/>
      </w:r>
      <w:r>
        <w:rPr>
          <w:lang w:eastAsia="zh-CN"/>
        </w:rPr>
        <w:t>　　4、课堂形式设计多样，充满知识性、趣味性、探索性、挑战性以及表演性。最大限度的调动学生的积极性。并使他们最大限度地学到知识，掌握技能。并注意在课堂上采取一定的形式，培养学生的团结协作能力及创新能力。</w:t>
      </w:r>
      <w:r>
        <w:rPr>
          <w:lang w:eastAsia="zh-CN"/>
        </w:rPr>
        <w:br/>
      </w:r>
      <w:r>
        <w:rPr>
          <w:lang w:eastAsia="zh-CN"/>
        </w:rPr>
        <w:t>　　5、积极和其他学科沟通，积极研究学科整合。响应新课标要求。</w:t>
      </w:r>
      <w:r>
        <w:rPr>
          <w:lang w:eastAsia="zh-CN"/>
        </w:rPr>
        <w:br/>
      </w:r>
      <w:r>
        <w:rPr>
          <w:lang w:eastAsia="zh-CN"/>
        </w:rPr>
        <w:t>　　6、多看多听其他学校的课程，在本校多实施，使学生开阔眼界。教师从中总结经验</w:t>
      </w:r>
      <w:r>
        <w:rPr>
          <w:lang w:eastAsia="zh-CN"/>
        </w:rPr>
        <w:br/>
      </w:r>
      <w:r>
        <w:rPr>
          <w:lang w:eastAsia="zh-CN"/>
        </w:rPr>
        <w:t>　　教学进度安排：</w:t>
      </w:r>
      <w:r>
        <w:rPr>
          <w:lang w:eastAsia="zh-CN"/>
        </w:rPr>
        <w:br/>
      </w:r>
      <w:r>
        <w:rPr>
          <w:lang w:eastAsia="zh-CN"/>
        </w:rPr>
        <w:t>　　第一课朝夕3课时</w:t>
      </w:r>
      <w:r>
        <w:rPr>
          <w:lang w:eastAsia="zh-CN"/>
        </w:rPr>
        <w:br/>
      </w:r>
      <w:r>
        <w:rPr>
          <w:lang w:eastAsia="zh-CN"/>
        </w:rPr>
        <w:t>　　第二课农家乐3课时</w:t>
      </w:r>
      <w:r>
        <w:rPr>
          <w:lang w:eastAsia="zh-CN"/>
        </w:rPr>
        <w:br/>
      </w:r>
      <w:r>
        <w:rPr>
          <w:lang w:eastAsia="zh-CN"/>
        </w:rPr>
        <w:t>　　第三课足迹2课时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第四课可爱的家2课时</w:t>
      </w:r>
      <w:r>
        <w:rPr>
          <w:lang w:eastAsia="zh-CN"/>
        </w:rPr>
        <w:br/>
      </w:r>
      <w:r>
        <w:rPr>
          <w:lang w:eastAsia="zh-CN"/>
        </w:rPr>
        <w:t>　　第五课故乡2课时</w:t>
      </w:r>
      <w:r>
        <w:rPr>
          <w:lang w:eastAsia="zh-CN"/>
        </w:rPr>
        <w:br/>
      </w:r>
      <w:r>
        <w:rPr>
          <w:lang w:eastAsia="zh-CN"/>
        </w:rPr>
        <w:t>　　第六课快乐地少年3课时</w:t>
      </w:r>
      <w:r>
        <w:rPr>
          <w:lang w:eastAsia="zh-CN"/>
        </w:rPr>
        <w:br/>
      </w:r>
      <w:r>
        <w:rPr>
          <w:lang w:eastAsia="zh-CN"/>
        </w:rPr>
        <w:t>　　第七课快乐的节日2课时</w:t>
      </w:r>
      <w:r>
        <w:rPr>
          <w:lang w:eastAsia="zh-CN"/>
        </w:rPr>
        <w:br/>
      </w:r>
      <w:r>
        <w:rPr>
          <w:lang w:eastAsia="zh-CN"/>
        </w:rPr>
        <w:t>　　第八课雨花2课时</w:t>
      </w:r>
      <w:r>
        <w:rPr>
          <w:lang w:eastAsia="zh-CN"/>
        </w:rPr>
        <w:br/>
      </w:r>
      <w:r>
        <w:rPr>
          <w:lang w:eastAsia="zh-CN"/>
        </w:rPr>
        <w:t>　　第九课冬雪2课时</w:t>
      </w:r>
      <w:r>
        <w:rPr>
          <w:lang w:eastAsia="zh-CN"/>
        </w:rPr>
        <w:br/>
      </w:r>
      <w:r>
        <w:rPr>
          <w:lang w:eastAsia="zh-CN"/>
        </w:rPr>
        <w:t>　　第十课复习2课时</w:t>
      </w:r>
      <w:r>
        <w:rPr>
          <w:lang w:eastAsia="zh-CN"/>
        </w:rPr>
        <w:br/>
      </w:r>
      <w:r>
        <w:rPr>
          <w:lang w:eastAsia="zh-CN"/>
        </w:rPr>
        <w:t>　　第十一课复习3课时</w:t>
      </w:r>
      <w:r>
        <w:rPr>
          <w:lang w:eastAsia="zh-CN"/>
        </w:rPr>
        <w:br/>
      </w:r>
      <w:r>
        <w:rPr>
          <w:lang w:eastAsia="zh-CN"/>
        </w:rPr>
        <w:t>　　第十二课考查2课时</w:t>
      </w:r>
      <w:r>
        <w:rPr>
          <w:lang w:eastAsia="zh-CN"/>
        </w:rPr>
        <w:br/>
      </w:r>
      <w:r>
        <w:rPr>
          <w:lang w:eastAsia="zh-CN"/>
        </w:rPr>
        <w:t xml:space="preserve">    音乐教学计划总结 篇8 </w:t>
      </w:r>
      <w:r>
        <w:rPr>
          <w:lang w:eastAsia="zh-CN"/>
        </w:rPr>
        <w:br/>
      </w:r>
      <w:r>
        <w:rPr>
          <w:lang w:eastAsia="zh-CN"/>
        </w:rPr>
        <w:t>　　一、指导思想：</w:t>
      </w:r>
      <w:r>
        <w:rPr>
          <w:lang w:eastAsia="zh-CN"/>
        </w:rPr>
        <w:br/>
      </w:r>
      <w:r>
        <w:rPr>
          <w:lang w:eastAsia="zh-CN"/>
        </w:rPr>
        <w:t>　　根据学校的工作计划，结合本学期的工作时间，贯彻党的教育方针，努力完成好本学期的工作任务。注重教育目的，突出素质教育中音乐学科的特点，紧密结合我校的实际，力求做到以审美为核心，注重思想性，艺术性和趣味性的高度统一，注意对学生情商、智商和创造性思维的培养。</w:t>
      </w:r>
      <w:r>
        <w:rPr>
          <w:lang w:eastAsia="zh-CN"/>
        </w:rPr>
        <w:br/>
      </w:r>
      <w:r>
        <w:rPr>
          <w:lang w:eastAsia="zh-CN"/>
        </w:rPr>
        <w:t>　　二、工作任务：</w:t>
      </w:r>
      <w:r>
        <w:rPr>
          <w:lang w:eastAsia="zh-CN"/>
        </w:rPr>
        <w:br/>
      </w:r>
      <w:r>
        <w:rPr>
          <w:lang w:eastAsia="zh-CN"/>
        </w:rPr>
        <w:t>　　1、七年级(1234班)音乐教材课堂教学，每周一节。</w:t>
      </w:r>
      <w:r>
        <w:rPr>
          <w:lang w:eastAsia="zh-CN"/>
        </w:rPr>
        <w:br/>
      </w:r>
      <w:r>
        <w:rPr>
          <w:lang w:eastAsia="zh-CN"/>
        </w:rPr>
        <w:t>　　2、学校有关音乐方面的文娱工作。</w:t>
      </w:r>
      <w:r>
        <w:rPr>
          <w:lang w:eastAsia="zh-CN"/>
        </w:rPr>
        <w:br/>
      </w:r>
      <w:r>
        <w:rPr>
          <w:lang w:eastAsia="zh-CN"/>
        </w:rPr>
        <w:t>　　三、教学目标：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1、突出音乐学科的特点，指导热爱祖国，热爱社会主义，热爱中国共产党的教育和集体主义精神的培养，渗透到音乐教育之中。使学生成为有理想、有道德、有文化、有纪律的社会主义接班人和建设者。</w:t>
      </w:r>
      <w:r>
        <w:rPr>
          <w:lang w:eastAsia="zh-CN"/>
        </w:rPr>
        <w:br/>
      </w:r>
      <w:r>
        <w:rPr>
          <w:lang w:eastAsia="zh-CN"/>
        </w:rPr>
        <w:t>　　2、启迪智慧，陶冶情操，提高审美意识，使学生身心得到健康的发展。</w:t>
      </w:r>
      <w:r>
        <w:rPr>
          <w:lang w:eastAsia="zh-CN"/>
        </w:rPr>
        <w:br/>
      </w:r>
      <w:r>
        <w:rPr>
          <w:lang w:eastAsia="zh-CN"/>
        </w:rPr>
        <w:t>　　3、增强学生的音乐兴趣、爱好、掌握音乐的基础知识和基本技能，使学生具有独立视唱简单乐谱的能力。</w:t>
      </w:r>
      <w:r>
        <w:rPr>
          <w:lang w:eastAsia="zh-CN"/>
        </w:rPr>
        <w:br/>
      </w:r>
      <w:r>
        <w:rPr>
          <w:lang w:eastAsia="zh-CN"/>
        </w:rPr>
        <w:t>　　4、了解我国各民族优秀的民族民间音乐，激发学生热爱祖国音乐艺术的感情和民族自豪感，自信心，了解外国优秀音乐作品，扩大视野，使学生具有一定的音乐鉴赏的能力。</w:t>
      </w:r>
      <w:r>
        <w:rPr>
          <w:lang w:eastAsia="zh-CN"/>
        </w:rPr>
        <w:br/>
      </w:r>
      <w:r>
        <w:rPr>
          <w:lang w:eastAsia="zh-CN"/>
        </w:rPr>
        <w:t>　　四、学生情况分析：</w:t>
      </w:r>
      <w:r>
        <w:rPr>
          <w:lang w:eastAsia="zh-CN"/>
        </w:rPr>
        <w:br/>
      </w:r>
      <w:r>
        <w:rPr>
          <w:lang w:eastAsia="zh-CN"/>
        </w:rPr>
        <w:t>　　1、学生正处于变声期，唱歌较困难。</w:t>
      </w:r>
      <w:r>
        <w:rPr>
          <w:lang w:eastAsia="zh-CN"/>
        </w:rPr>
        <w:br/>
      </w:r>
      <w:r>
        <w:rPr>
          <w:lang w:eastAsia="zh-CN"/>
        </w:rPr>
        <w:t>　　2、学生素质差，胆子小，缺乏表演自我的能力。</w:t>
      </w:r>
      <w:r>
        <w:rPr>
          <w:lang w:eastAsia="zh-CN"/>
        </w:rPr>
        <w:br/>
      </w:r>
      <w:r>
        <w:rPr>
          <w:lang w:eastAsia="zh-CN"/>
        </w:rPr>
        <w:t>　　3、学生对音乐的学习，观念不正确。</w:t>
      </w:r>
      <w:r>
        <w:rPr>
          <w:lang w:eastAsia="zh-CN"/>
        </w:rPr>
        <w:br/>
      </w:r>
      <w:r>
        <w:rPr>
          <w:lang w:eastAsia="zh-CN"/>
        </w:rPr>
        <w:t>　　五、教学措施：</w:t>
      </w:r>
      <w:r>
        <w:rPr>
          <w:lang w:eastAsia="zh-CN"/>
        </w:rPr>
        <w:br/>
      </w:r>
      <w:r>
        <w:rPr>
          <w:lang w:eastAsia="zh-CN"/>
        </w:rPr>
        <w:t>　　1、七年级的音乐教材课堂教学主要是以优化课堂的“教”与“学”过程，以培养学生的兴趣为主，从而提高学生的学习积极性。</w:t>
      </w:r>
      <w:r>
        <w:rPr>
          <w:lang w:eastAsia="zh-CN"/>
        </w:rPr>
        <w:br/>
      </w:r>
      <w:r>
        <w:rPr>
          <w:lang w:eastAsia="zh-CN"/>
        </w:rPr>
        <w:t>　　2、互相渗透，融洽教材中各部分内容，改变枯燥又单一的课。</w:t>
      </w:r>
      <w:r>
        <w:rPr>
          <w:lang w:eastAsia="zh-CN"/>
        </w:rPr>
        <w:br/>
      </w:r>
      <w:r>
        <w:rPr>
          <w:lang w:eastAsia="zh-CN"/>
        </w:rPr>
        <w:t>　　3、注重导入部分的设计，以“引趣”贯穿整个课堂教学过程。</w:t>
      </w:r>
      <w:r>
        <w:rPr>
          <w:lang w:eastAsia="zh-CN"/>
        </w:rPr>
        <w:br/>
      </w:r>
      <w:r>
        <w:rPr>
          <w:lang w:eastAsia="zh-CN"/>
        </w:rPr>
        <w:t>　　六、教学计划安排：(略)</w:t>
      </w:r>
      <w:r>
        <w:rPr>
          <w:lang w:eastAsia="zh-CN"/>
        </w:rPr>
        <w:br/>
      </w:r>
      <w:r>
        <w:rPr>
          <w:lang w:eastAsia="zh-CN"/>
        </w:rPr>
        <w:t>　　七、复习</w:t>
      </w:r>
      <w:r>
        <w:rPr>
          <w:lang w:eastAsia="zh-CN"/>
        </w:rPr>
        <w:br/>
      </w:r>
      <w:r>
        <w:rPr>
          <w:lang w:eastAsia="zh-CN"/>
        </w:rPr>
        <w:t>　　原则上按照以上计划进行，但若遇特殊情况，可做相应的变动。</w:t>
      </w:r>
      <w:r>
        <w:rPr>
          <w:lang w:eastAsia="zh-CN"/>
        </w:rPr>
        <w:br/>
      </w:r>
      <w:r>
        <w:rPr>
          <w:lang w:eastAsia="zh-CN"/>
        </w:rPr>
        <w:t xml:space="preserve">    音乐教学计划总结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一、指导思想:</w:t>
      </w:r>
      <w:r>
        <w:rPr>
          <w:lang w:eastAsia="zh-CN"/>
        </w:rPr>
        <w:br/>
      </w:r>
      <w:r>
        <w:rPr>
          <w:lang w:eastAsia="zh-CN"/>
        </w:rPr>
        <w:t>　　根据学校的工作计划，结合本学期的工作时间，贯彻党的教育方针，以人为本，努力完成好本学期的工作任务。</w:t>
      </w:r>
      <w:r>
        <w:rPr>
          <w:lang w:eastAsia="zh-CN"/>
        </w:rPr>
        <w:br/>
      </w:r>
      <w:r>
        <w:rPr>
          <w:lang w:eastAsia="zh-CN"/>
        </w:rPr>
        <w:t>　　二、学生情况分析</w:t>
      </w:r>
      <w:r>
        <w:rPr>
          <w:lang w:eastAsia="zh-CN"/>
        </w:rPr>
        <w:br/>
      </w:r>
      <w:r>
        <w:rPr>
          <w:lang w:eastAsia="zh-CN"/>
        </w:rPr>
        <w:t>　　1、学生正处于变声期，唱歌较困难。</w:t>
      </w:r>
      <w:r>
        <w:rPr>
          <w:lang w:eastAsia="zh-CN"/>
        </w:rPr>
        <w:br/>
      </w:r>
      <w:r>
        <w:rPr>
          <w:lang w:eastAsia="zh-CN"/>
        </w:rPr>
        <w:t>　　2、学生素质差，胆子小，缺乏表演自我的能力。</w:t>
      </w:r>
      <w:r>
        <w:rPr>
          <w:lang w:eastAsia="zh-CN"/>
        </w:rPr>
        <w:br/>
      </w:r>
      <w:r>
        <w:rPr>
          <w:lang w:eastAsia="zh-CN"/>
        </w:rPr>
        <w:t>　　3、学生对音乐的学习，观念不太正确。</w:t>
      </w:r>
      <w:r>
        <w:rPr>
          <w:lang w:eastAsia="zh-CN"/>
        </w:rPr>
        <w:br/>
      </w:r>
      <w:r>
        <w:rPr>
          <w:lang w:eastAsia="zh-CN"/>
        </w:rPr>
        <w:t>　　三、教材分析</w:t>
      </w:r>
      <w:r>
        <w:rPr>
          <w:lang w:eastAsia="zh-CN"/>
        </w:rPr>
        <w:br/>
      </w:r>
      <w:r>
        <w:rPr>
          <w:lang w:eastAsia="zh-CN"/>
        </w:rPr>
        <w:t>　　1、初一级，以唱歌为主，辅以欣赏，分六个单元，其中复习考试2课时，机动1课时.</w:t>
      </w:r>
      <w:r>
        <w:rPr>
          <w:lang w:eastAsia="zh-CN"/>
        </w:rPr>
        <w:br/>
      </w:r>
      <w:r>
        <w:rPr>
          <w:lang w:eastAsia="zh-CN"/>
        </w:rPr>
        <w:t>　　2、初二级，以欣赏为主，辅以歌唱，分六个单元，其中复习考试2课时, 机动2课时。</w:t>
      </w:r>
      <w:r>
        <w:rPr>
          <w:lang w:eastAsia="zh-CN"/>
        </w:rPr>
        <w:br/>
      </w:r>
      <w:r>
        <w:rPr>
          <w:lang w:eastAsia="zh-CN"/>
        </w:rPr>
        <w:t>　　四、教学目的</w:t>
      </w:r>
      <w:r>
        <w:rPr>
          <w:lang w:eastAsia="zh-CN"/>
        </w:rPr>
        <w:br/>
      </w:r>
      <w:r>
        <w:rPr>
          <w:lang w:eastAsia="zh-CN"/>
        </w:rPr>
        <w:t>　　1、突出音乐学科的特点，把爱祖国、爱人民、爱劳动、爱科学、爱社会主义、社会教育和活泼乐观情绪、集体主义精神的培养渗透到音乐教育之中，使学生成为四有新人，并使其成为社会主义接班人和建设者。特别是针对农村孩子对音乐知识点的欠缺。需加以注重。</w:t>
      </w:r>
      <w:r>
        <w:rPr>
          <w:lang w:eastAsia="zh-CN"/>
        </w:rPr>
        <w:br/>
      </w:r>
      <w:r>
        <w:rPr>
          <w:lang w:eastAsia="zh-CN"/>
        </w:rPr>
        <w:t>　　2、启迪智慧、陶冶情操，培养审美情趣，使音乐在学生身上得到健康发展。</w:t>
      </w:r>
      <w:r>
        <w:rPr>
          <w:lang w:eastAsia="zh-CN"/>
        </w:rPr>
        <w:br/>
      </w:r>
      <w:r>
        <w:rPr>
          <w:lang w:eastAsia="zh-CN"/>
        </w:rPr>
        <w:t>　　3、培养学生对音乐的兴趣爱好，掌握浅显的音乐基础知识和简单的音乐技能，使学生具有认识简单乐谱的能力。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4、了解我国各民族优秀的民族民间音乐，培养学生对祖国音乐艺术的感情和民族自豪感、自信心。</w:t>
      </w:r>
      <w:r>
        <w:rPr>
          <w:lang w:eastAsia="zh-CN"/>
        </w:rPr>
        <w:br/>
      </w:r>
      <w:r>
        <w:rPr>
          <w:lang w:eastAsia="zh-CN"/>
        </w:rPr>
        <w:t>　　5、初步培养学生分析歌谱的能力和综合、归纳的能力。6、初步接触外国的优秀音乐作品，扩大视野，使学生具有初步的感受音乐、表现音乐的能力。</w:t>
      </w:r>
      <w:r>
        <w:rPr>
          <w:lang w:eastAsia="zh-CN"/>
        </w:rPr>
        <w:br/>
      </w:r>
      <w:r>
        <w:rPr>
          <w:lang w:eastAsia="zh-CN"/>
        </w:rPr>
        <w:t>　　五、任务目标</w:t>
      </w:r>
      <w:r>
        <w:rPr>
          <w:lang w:eastAsia="zh-CN"/>
        </w:rPr>
        <w:br/>
      </w:r>
      <w:r>
        <w:rPr>
          <w:lang w:eastAsia="zh-CN"/>
        </w:rPr>
        <w:t>　　(一)、唱歌部分</w:t>
      </w:r>
      <w:r>
        <w:rPr>
          <w:lang w:eastAsia="zh-CN"/>
        </w:rPr>
        <w:br/>
      </w:r>
      <w:r>
        <w:rPr>
          <w:lang w:eastAsia="zh-CN"/>
        </w:rPr>
        <w:t>　　1、紧抠教材、大纲，教唱书本上的歌曲</w:t>
      </w:r>
      <w:r>
        <w:rPr>
          <w:lang w:eastAsia="zh-CN"/>
        </w:rPr>
        <w:br/>
      </w:r>
      <w:r>
        <w:rPr>
          <w:lang w:eastAsia="zh-CN"/>
        </w:rPr>
        <w:t>　　2、遵循每节课前先教15分钟乐理知识，再教唱歌曲</w:t>
      </w:r>
      <w:r>
        <w:rPr>
          <w:lang w:eastAsia="zh-CN"/>
        </w:rPr>
        <w:br/>
      </w:r>
      <w:r>
        <w:rPr>
          <w:lang w:eastAsia="zh-CN"/>
        </w:rPr>
        <w:t>　　3、教唱歌曲遵循先听录音范唱，再由教师教谱，教1-2遍词，然后教师用钢琴为学生谈唱歌曲和简谱，让学生跟着自学，直到学生会为止。</w:t>
      </w:r>
      <w:r>
        <w:rPr>
          <w:lang w:eastAsia="zh-CN"/>
        </w:rPr>
        <w:br/>
      </w:r>
      <w:r>
        <w:rPr>
          <w:lang w:eastAsia="zh-CN"/>
        </w:rPr>
        <w:t>　　4、每学一支歌曲，下一节课应该进行检查，让个别学生起来演唱，若有不正确的地方师及时进行教正。并交唱直到会为此。</w:t>
      </w:r>
      <w:r>
        <w:rPr>
          <w:lang w:eastAsia="zh-CN"/>
        </w:rPr>
        <w:br/>
      </w:r>
      <w:r>
        <w:rPr>
          <w:lang w:eastAsia="zh-CN"/>
        </w:rPr>
        <w:t>　　5.突出音乐学科的特点，指导热爱祖国，热爱社会主义，热爱中国共产党的教育和集体主义精神的培养，渗透到音乐教育之中。使学生成为有理想、有道德、有文化、有纪律的社会主义接班人和建设者。</w:t>
      </w:r>
      <w:r>
        <w:rPr>
          <w:lang w:eastAsia="zh-CN"/>
        </w:rPr>
        <w:br/>
      </w:r>
      <w:r>
        <w:rPr>
          <w:lang w:eastAsia="zh-CN"/>
        </w:rPr>
        <w:t>　　6.启迪智慧，陶冶情操，提高审美意识，使学生身心得到健康的发展。</w:t>
      </w:r>
      <w:r>
        <w:rPr>
          <w:lang w:eastAsia="zh-CN"/>
        </w:rPr>
        <w:br/>
      </w:r>
      <w:r>
        <w:rPr>
          <w:lang w:eastAsia="zh-CN"/>
        </w:rPr>
        <w:t>　　7.增强学生的音乐兴趣、爱好、掌握音乐的基础知识和基本技能，使学生具有独立视唱简单乐谱的能力。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8.了解我国各民族优秀的民族民间音乐，激发学生热爱祖国音乐艺术的感情和民族自豪感，自信心，了解外国优秀音乐作品，扩大视野，使学生具有一定的音乐鉴赏的能力。</w:t>
      </w:r>
      <w:r>
        <w:rPr>
          <w:lang w:eastAsia="zh-CN"/>
        </w:rPr>
        <w:br/>
      </w:r>
      <w:r>
        <w:rPr>
          <w:lang w:eastAsia="zh-CN"/>
        </w:rPr>
        <w:t>　　(二)、发声训练部分:在气息的控制下，逐步扩展高音;运用不同的力度、速度、音色表现;唱保持音时，声音要饱满;学习二声部合唱，注意音量的均衡，音色的协调。</w:t>
      </w:r>
      <w:r>
        <w:rPr>
          <w:lang w:eastAsia="zh-CN"/>
        </w:rPr>
        <w:br/>
      </w:r>
      <w:r>
        <w:rPr>
          <w:lang w:eastAsia="zh-CN"/>
        </w:rPr>
        <w:t>　　(三)、欣赏部分:结合音乐作品的欣赏，了解一些旋律的初步知识(如旋律进行的方式、特点和一般的表现意义)，以进一步加强情感体验的能力。</w:t>
      </w:r>
      <w:r>
        <w:rPr>
          <w:lang w:eastAsia="zh-CN"/>
        </w:rPr>
        <w:br/>
      </w:r>
      <w:r>
        <w:rPr>
          <w:lang w:eastAsia="zh-CN"/>
        </w:rPr>
        <w:t>　　六、初中音乐教学计划具体安排:</w:t>
      </w:r>
      <w:r>
        <w:rPr>
          <w:lang w:eastAsia="zh-CN"/>
        </w:rPr>
        <w:br/>
      </w:r>
      <w:r>
        <w:rPr>
          <w:lang w:eastAsia="zh-CN"/>
        </w:rPr>
        <w:t>　　初一:</w:t>
      </w:r>
      <w:r>
        <w:rPr>
          <w:lang w:eastAsia="zh-CN"/>
        </w:rPr>
        <w:br/>
      </w:r>
      <w:r>
        <w:rPr>
          <w:lang w:eastAsia="zh-CN"/>
        </w:rPr>
        <w:t>　　第一单元 歌唱祖国 3课时</w:t>
      </w:r>
      <w:r>
        <w:rPr>
          <w:lang w:eastAsia="zh-CN"/>
        </w:rPr>
        <w:br/>
      </w:r>
      <w:r>
        <w:rPr>
          <w:lang w:eastAsia="zh-CN"/>
        </w:rPr>
        <w:t>　　第二单元 缤纷舞曲 3课时</w:t>
      </w:r>
      <w:r>
        <w:rPr>
          <w:lang w:eastAsia="zh-CN"/>
        </w:rPr>
        <w:br/>
      </w:r>
      <w:r>
        <w:rPr>
          <w:lang w:eastAsia="zh-CN"/>
        </w:rPr>
        <w:t>　　第三单元 草原牧歌 3课时</w:t>
      </w:r>
      <w:r>
        <w:rPr>
          <w:lang w:eastAsia="zh-CN"/>
        </w:rPr>
        <w:br/>
      </w:r>
      <w:r>
        <w:rPr>
          <w:lang w:eastAsia="zh-CN"/>
        </w:rPr>
        <w:t>　　第四单元 欧洲风情 3课时</w:t>
      </w:r>
      <w:r>
        <w:rPr>
          <w:lang w:eastAsia="zh-CN"/>
        </w:rPr>
        <w:br/>
      </w:r>
      <w:r>
        <w:rPr>
          <w:lang w:eastAsia="zh-CN"/>
        </w:rPr>
        <w:t>　　第五单元 劳动的歌 3课时</w:t>
      </w:r>
      <w:r>
        <w:rPr>
          <w:lang w:eastAsia="zh-CN"/>
        </w:rPr>
        <w:br/>
      </w:r>
      <w:r>
        <w:rPr>
          <w:lang w:eastAsia="zh-CN"/>
        </w:rPr>
        <w:t>　　第六单元 根据具体情况处理</w:t>
      </w:r>
      <w:r>
        <w:rPr>
          <w:lang w:eastAsia="zh-CN"/>
        </w:rPr>
        <w:br/>
      </w:r>
      <w:r>
        <w:rPr>
          <w:lang w:eastAsia="zh-CN"/>
        </w:rPr>
        <w:t>　　注:机动与考试共2课时。</w:t>
      </w:r>
      <w:r>
        <w:rPr>
          <w:lang w:eastAsia="zh-CN"/>
        </w:rPr>
        <w:br/>
      </w:r>
      <w:r>
        <w:rPr>
          <w:lang w:eastAsia="zh-CN"/>
        </w:rPr>
        <w:t>　　初二:</w:t>
      </w:r>
      <w:r>
        <w:rPr>
          <w:lang w:eastAsia="zh-CN"/>
        </w:rPr>
        <w:br/>
      </w:r>
      <w:r>
        <w:rPr>
          <w:lang w:eastAsia="zh-CN"/>
        </w:rPr>
        <w:t>　　第一单元 七子之歌 3课时</w:t>
      </w:r>
      <w:r>
        <w:rPr>
          <w:lang w:eastAsia="zh-CN"/>
        </w:rPr>
        <w:br/>
      </w:r>
      <w:r>
        <w:rPr>
          <w:lang w:eastAsia="zh-CN"/>
        </w:rPr>
        <w:t>　　第二单元 多彩音乐剧 3课时</w:t>
      </w:r>
      <w:r>
        <w:rPr>
          <w:lang w:eastAsia="zh-CN"/>
        </w:rPr>
        <w:br/>
      </w:r>
      <w:r>
        <w:rPr>
          <w:lang w:eastAsia="zh-CN"/>
        </w:rPr>
        <w:t>　　第三单元 雪域天音 3课时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第四单元 音诗音画 3课时</w:t>
      </w:r>
      <w:r>
        <w:rPr>
          <w:lang w:eastAsia="zh-CN"/>
        </w:rPr>
        <w:br/>
      </w:r>
      <w:r>
        <w:rPr>
          <w:lang w:eastAsia="zh-CN"/>
        </w:rPr>
        <w:t>　　第五单元 国乐飘香 3课时</w:t>
      </w:r>
      <w:r>
        <w:rPr>
          <w:lang w:eastAsia="zh-CN"/>
        </w:rPr>
        <w:br/>
      </w:r>
      <w:r>
        <w:rPr>
          <w:lang w:eastAsia="zh-CN"/>
        </w:rPr>
        <w:t>　　注:机动与考试共2课时。</w:t>
      </w:r>
      <w:r>
        <w:rPr>
          <w:lang w:eastAsia="zh-CN"/>
        </w:rPr>
        <w:br/>
      </w:r>
      <w:r>
        <w:rPr>
          <w:lang w:eastAsia="zh-CN"/>
        </w:rPr>
        <w:t xml:space="preserve">    音乐教学计划总结 篇10 </w:t>
      </w:r>
      <w:r>
        <w:rPr>
          <w:lang w:eastAsia="zh-CN"/>
        </w:rPr>
        <w:br/>
      </w:r>
      <w:r>
        <w:rPr>
          <w:lang w:eastAsia="zh-CN"/>
        </w:rPr>
        <w:t>　　《会飞的音乐盒》</w:t>
      </w:r>
      <w:r>
        <w:rPr>
          <w:lang w:eastAsia="zh-CN"/>
        </w:rPr>
        <w:br/>
      </w:r>
      <w:r>
        <w:rPr>
          <w:lang w:eastAsia="zh-CN"/>
        </w:rPr>
        <w:t>　　活动目标：</w:t>
      </w:r>
      <w:r>
        <w:rPr>
          <w:lang w:eastAsia="zh-CN"/>
        </w:rPr>
        <w:br/>
      </w:r>
      <w:r>
        <w:rPr>
          <w:lang w:eastAsia="zh-CN"/>
        </w:rPr>
        <w:t>　　1、通过故事，使幼儿懂得遇事要多动脑筋，才能成功。</w:t>
      </w:r>
      <w:r>
        <w:rPr>
          <w:lang w:eastAsia="zh-CN"/>
        </w:rPr>
        <w:br/>
      </w:r>
      <w:r>
        <w:rPr>
          <w:lang w:eastAsia="zh-CN"/>
        </w:rPr>
        <w:t>　　2、知道好东西要与大家一起分享，学会谦让。</w:t>
      </w:r>
      <w:r>
        <w:rPr>
          <w:lang w:eastAsia="zh-CN"/>
        </w:rPr>
        <w:br/>
      </w:r>
      <w:r>
        <w:rPr>
          <w:lang w:eastAsia="zh-CN"/>
        </w:rPr>
        <w:t>　　3、乐意参与讲述活动，体验语言交流的乐趣。</w:t>
      </w:r>
      <w:r>
        <w:rPr>
          <w:lang w:eastAsia="zh-CN"/>
        </w:rPr>
        <w:br/>
      </w:r>
      <w:r>
        <w:rPr>
          <w:lang w:eastAsia="zh-CN"/>
        </w:rPr>
        <w:t>　　活动准备：</w:t>
      </w:r>
      <w:r>
        <w:rPr>
          <w:lang w:eastAsia="zh-CN"/>
        </w:rPr>
        <w:br/>
      </w:r>
      <w:r>
        <w:rPr>
          <w:lang w:eastAsia="zh-CN"/>
        </w:rPr>
        <w:t>　　图片：小熊、山雀、小刺猬、小山羊、小狐狸 、哪条路离小兔家最近？哪个人能摘到上面的苹果？音乐盒</w:t>
      </w:r>
      <w:r>
        <w:rPr>
          <w:lang w:eastAsia="zh-CN"/>
        </w:rPr>
        <w:br/>
      </w:r>
      <w:r>
        <w:rPr>
          <w:lang w:eastAsia="zh-CN"/>
        </w:rPr>
        <w:t>　　活动过程：</w:t>
      </w:r>
      <w:r>
        <w:rPr>
          <w:lang w:eastAsia="zh-CN"/>
        </w:rPr>
        <w:br/>
      </w:r>
      <w:r>
        <w:rPr>
          <w:lang w:eastAsia="zh-CN"/>
        </w:rPr>
        <w:t>　　一、 导入活动，激发兴趣。</w:t>
      </w:r>
      <w:r>
        <w:rPr>
          <w:lang w:eastAsia="zh-CN"/>
        </w:rPr>
        <w:br/>
      </w:r>
      <w:r>
        <w:rPr>
          <w:lang w:eastAsia="zh-CN"/>
        </w:rPr>
        <w:t>　　师：小朋友这是什么？（音乐盒）打开音乐盒里面就会传出一首首美妙动听的乐曲，可真神奇啊！那你们觉得这么漂亮的音乐盒会是谁的呢？瞧他来拉！</w:t>
      </w:r>
      <w:r>
        <w:rPr>
          <w:lang w:eastAsia="zh-CN"/>
        </w:rPr>
        <w:br/>
      </w:r>
      <w:r>
        <w:rPr>
          <w:lang w:eastAsia="zh-CN"/>
        </w:rPr>
        <w:t>　　二、 听故事，理解故事内容。</w:t>
      </w:r>
      <w:r>
        <w:rPr>
          <w:lang w:eastAsia="zh-CN"/>
        </w:rPr>
        <w:br/>
      </w:r>
      <w:r>
        <w:rPr>
          <w:lang w:eastAsia="zh-CN"/>
        </w:rPr>
        <w:t>　　插问：</w:t>
      </w:r>
      <w:r>
        <w:rPr>
          <w:lang w:eastAsia="zh-CN"/>
        </w:rPr>
        <w:br/>
      </w:r>
      <w:r>
        <w:rPr>
          <w:lang w:eastAsia="zh-CN"/>
        </w:rPr>
        <w:t>　　1、 这可真是一个难题，你们赶紧给他想想办法吧！</w:t>
      </w:r>
      <w:r>
        <w:rPr>
          <w:lang w:eastAsia="zh-CN"/>
        </w:rPr>
        <w:br/>
      </w:r>
      <w:r>
        <w:rPr>
          <w:lang w:eastAsia="zh-CN"/>
        </w:rPr>
        <w:t>　　2、 好的，那小熊是怎么做的呢？</w:t>
      </w:r>
      <w:r>
        <w:rPr>
          <w:lang w:eastAsia="zh-CN"/>
        </w:rPr>
        <w:br/>
      </w:r>
      <w:r>
        <w:rPr>
          <w:lang w:eastAsia="zh-CN"/>
        </w:rPr>
        <w:t>　　3、 咦，小刺猬会想出什么好办法？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4、 音乐盒没翅膀，怎么会飞呀，赶紧出出主意？</w:t>
      </w:r>
      <w:r>
        <w:rPr>
          <w:lang w:eastAsia="zh-CN"/>
        </w:rPr>
        <w:br/>
      </w:r>
      <w:r>
        <w:rPr>
          <w:lang w:eastAsia="zh-CN"/>
        </w:rPr>
        <w:t>　　5、 小狐狸又会想出什么好办法？</w:t>
      </w:r>
      <w:r>
        <w:rPr>
          <w:lang w:eastAsia="zh-CN"/>
        </w:rPr>
        <w:br/>
      </w:r>
      <w:r>
        <w:rPr>
          <w:lang w:eastAsia="zh-CN"/>
        </w:rPr>
        <w:t>　　6、 你们觉得谁想的办法最好？为什么？</w:t>
      </w:r>
      <w:r>
        <w:rPr>
          <w:lang w:eastAsia="zh-CN"/>
        </w:rPr>
        <w:br/>
      </w:r>
      <w:r>
        <w:rPr>
          <w:lang w:eastAsia="zh-CN"/>
        </w:rPr>
        <w:t>　　小结:小熊有了好东西并没有独自分享,而愿意跟大伙一起分享,最后在小狐狸出的好办法后让大伙儿都能分享到音乐盒带给大家的快乐,真不错,那你们有好东西愿意跟大家分享吗?怎么分享?</w:t>
      </w:r>
      <w:r>
        <w:rPr>
          <w:lang w:eastAsia="zh-CN"/>
        </w:rPr>
        <w:br/>
      </w:r>
      <w:r>
        <w:rPr>
          <w:lang w:eastAsia="zh-CN"/>
        </w:rPr>
        <w:t>　　三、 完整欣赏故事并给故事取题目。</w:t>
      </w:r>
      <w:r>
        <w:rPr>
          <w:lang w:eastAsia="zh-CN"/>
        </w:rPr>
        <w:br/>
      </w:r>
      <w:r>
        <w:rPr>
          <w:lang w:eastAsia="zh-CN"/>
        </w:rPr>
        <w:t>　　师：好的,故事中音乐盒竟然能飞起来，这可都是小动物们爱动脑筋的结果。那小朋友你们爱动脑筋吗？好，那现在老师就请你们也来动动脑筋，听完故事后给这个故事取个好听的题目,好吗？</w:t>
      </w:r>
      <w:r>
        <w:rPr>
          <w:lang w:eastAsia="zh-CN"/>
        </w:rPr>
        <w:br/>
      </w:r>
      <w:r>
        <w:rPr>
          <w:lang w:eastAsia="zh-CN"/>
        </w:rPr>
        <w:t>　　四、 智力大比拼。</w:t>
      </w:r>
      <w:r>
        <w:rPr>
          <w:lang w:eastAsia="zh-CN"/>
        </w:rPr>
        <w:br/>
      </w:r>
      <w:r>
        <w:rPr>
          <w:lang w:eastAsia="zh-CN"/>
        </w:rPr>
        <w:t>　　真不错，那接下来老师可要请你们的小脑筋再动起来哟！</w:t>
      </w:r>
      <w:r>
        <w:rPr>
          <w:lang w:eastAsia="zh-CN"/>
        </w:rPr>
        <w:br/>
      </w:r>
      <w:r>
        <w:rPr>
          <w:lang w:eastAsia="zh-CN"/>
        </w:rPr>
        <w:t>　　我们来玩智力大比拼的游戏，看哪队的小朋友最会动脑筋获胜！</w:t>
      </w:r>
      <w:r>
        <w:rPr>
          <w:lang w:eastAsia="zh-CN"/>
        </w:rPr>
        <w:br/>
      </w:r>
      <w:r>
        <w:rPr>
          <w:lang w:eastAsia="zh-CN"/>
        </w:rPr>
        <w:t>　　规则：分红队、黄队。每队三道题目，可协商讨论，最终选出获胜队，奖品为音乐盒。</w:t>
      </w:r>
      <w:r>
        <w:rPr>
          <w:lang w:eastAsia="zh-CN"/>
        </w:rPr>
        <w:br/>
      </w:r>
      <w:r>
        <w:rPr>
          <w:lang w:eastAsia="zh-CN"/>
        </w:rPr>
        <w:t>　　1、 什么东西越洗越脏？</w:t>
      </w:r>
      <w:r>
        <w:rPr>
          <w:lang w:eastAsia="zh-CN"/>
        </w:rPr>
        <w:br/>
      </w:r>
      <w:r>
        <w:rPr>
          <w:lang w:eastAsia="zh-CN"/>
        </w:rPr>
        <w:t>　　2、 什么床不能睡？</w:t>
      </w:r>
      <w:r>
        <w:rPr>
          <w:lang w:eastAsia="zh-CN"/>
        </w:rPr>
        <w:br/>
      </w:r>
      <w:r>
        <w:rPr>
          <w:lang w:eastAsia="zh-CN"/>
        </w:rPr>
        <w:t>　　3、小明有10个苹果，送给奶奶3个，自己吃了4个，请问小明还有几个苹果？</w:t>
      </w:r>
      <w:r>
        <w:rPr>
          <w:lang w:eastAsia="zh-CN"/>
        </w:rPr>
        <w:br/>
      </w:r>
      <w:r>
        <w:rPr>
          <w:lang w:eastAsia="zh-CN"/>
        </w:rPr>
        <w:t>　　4、 小华有3个玩具，爸爸又买了5个玩具给他，可他却丢了1个玩具，请问现在他还有几个玩具？</w:t>
      </w:r>
      <w:r>
        <w:rPr>
          <w:lang w:eastAsia="zh-CN"/>
        </w:rPr>
        <w:br/>
      </w:r>
      <w:r>
        <w:rPr>
          <w:lang w:eastAsia="zh-CN"/>
        </w:rPr>
        <w:t>　　5、 那条路离小兔家最近？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6、 哪个人能摘到上面的苹果？</w:t>
      </w:r>
      <w:r>
        <w:rPr>
          <w:lang w:eastAsia="zh-CN"/>
        </w:rPr>
        <w:br/>
      </w:r>
      <w:r>
        <w:rPr>
          <w:lang w:eastAsia="zh-CN"/>
        </w:rPr>
        <w:t>　　师：今天的获胜队是？但还有一个难题哟，怎样让音乐盒使幼儿园里的小朋友都能够听见呢？带着这个问题我们去试试看吧！</w:t>
      </w:r>
      <w:r>
        <w:rPr>
          <w:lang w:eastAsia="zh-CN"/>
        </w:rPr>
        <w:br/>
      </w:r>
      <w:r>
        <w:rPr>
          <w:lang w:eastAsia="zh-CN"/>
        </w:rPr>
        <w:t xml:space="preserve">    音乐教学计划总结 篇11 </w:t>
      </w:r>
      <w:r>
        <w:rPr>
          <w:lang w:eastAsia="zh-CN"/>
        </w:rPr>
        <w:br/>
      </w:r>
      <w:r>
        <w:rPr>
          <w:lang w:eastAsia="zh-CN"/>
        </w:rPr>
        <w:t>　　1.学习和了解音乐</w:t>
      </w:r>
      <w:r>
        <w:rPr>
          <w:lang w:eastAsia="zh-CN"/>
        </w:rPr>
        <w:br/>
      </w:r>
      <w:r>
        <w:rPr>
          <w:lang w:eastAsia="zh-CN"/>
        </w:rPr>
        <w:t>　　基本表现要素(如力度、速度、音色、节奏、旋律、和声等)和音乐常见结构(曲式)以及音乐体裁形式等基础知识，有效地促进学生音乐审美能力的形成与发展。</w:t>
      </w:r>
      <w:r>
        <w:rPr>
          <w:lang w:eastAsia="zh-CN"/>
        </w:rPr>
        <w:br/>
      </w:r>
      <w:r>
        <w:rPr>
          <w:lang w:eastAsia="zh-CN"/>
        </w:rPr>
        <w:t>　　2.音乐基本技能</w:t>
      </w:r>
      <w:r>
        <w:rPr>
          <w:lang w:eastAsia="zh-CN"/>
        </w:rPr>
        <w:br/>
      </w:r>
      <w:r>
        <w:rPr>
          <w:lang w:eastAsia="zh-CN"/>
        </w:rPr>
        <w:t>　　培养学生自信、自然、有表情地歌唱;学习演唱、演奏的初步技能;在音乐听觉感知基础上识读乐谱，在音乐表现活动中运用乐谱。</w:t>
      </w:r>
      <w:r>
        <w:rPr>
          <w:lang w:eastAsia="zh-CN"/>
        </w:rPr>
        <w:br/>
      </w:r>
      <w:r>
        <w:rPr>
          <w:lang w:eastAsia="zh-CN"/>
        </w:rPr>
        <w:t>　　3.音乐创作与历史背景</w:t>
      </w:r>
      <w:r>
        <w:rPr>
          <w:lang w:eastAsia="zh-CN"/>
        </w:rPr>
        <w:br/>
      </w:r>
      <w:r>
        <w:rPr>
          <w:lang w:eastAsia="zh-CN"/>
        </w:rPr>
        <w:t>　　以自由、即兴的创作方式表达自己的情感，学习浅显的音乐创作常识和技能。通过认知作曲家生平及作品的题材、体裁、风格等，了解中外音乐发展的简要历史，初步识别不同时代、不同民族的音乐，加深对中国民族音乐的认识和理解。</w:t>
      </w:r>
      <w:r>
        <w:rPr>
          <w:lang w:eastAsia="zh-CN"/>
        </w:rPr>
        <w:br/>
      </w:r>
      <w:r>
        <w:rPr>
          <w:lang w:eastAsia="zh-CN"/>
        </w:rPr>
        <w:t>　　4.音乐与相关文化</w:t>
      </w:r>
      <w:r>
        <w:rPr>
          <w:lang w:eastAsia="zh-CN"/>
        </w:rPr>
        <w:br/>
      </w:r>
      <w:r>
        <w:rPr>
          <w:lang w:eastAsia="zh-CN"/>
        </w:rPr>
        <w:t>　　认识音乐与姊妹艺术的联系，感知不同艺术门类的主要表现手段和艺术形式特征，了解音乐与艺术之外的其他学科的联系。根据自己的生活经验和已学过的知识，认识音乐的社会功能，理解音乐与社会生活的关系。</w:t>
      </w:r>
      <w:r>
        <w:rPr>
          <w:lang w:eastAsia="zh-CN"/>
        </w:rPr>
        <w:br/>
      </w:r>
      <w:r>
        <w:rPr>
          <w:lang w:eastAsia="zh-CN"/>
        </w:rPr>
        <w:t>　　一、学段目标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(一)3～6年级</w:t>
      </w:r>
      <w:r>
        <w:rPr>
          <w:lang w:eastAsia="zh-CN"/>
        </w:rPr>
        <w:br/>
      </w:r>
      <w:r>
        <w:rPr>
          <w:lang w:eastAsia="zh-CN"/>
        </w:rPr>
        <w:t>　　学生的生活范围和认知领域进一步扩展，体验感受与探索创造的活动能力增强。应注意引导学生对音乐的整体感受，丰富教学曲目的体裁、形式，增加乐器演奏及音乐创造活动的分量，以生动活泼的教学形式和艺术的魅力吸引学生。</w:t>
      </w:r>
      <w:r>
        <w:rPr>
          <w:lang w:eastAsia="zh-CN"/>
        </w:rPr>
        <w:br/>
      </w:r>
      <w:r>
        <w:rPr>
          <w:lang w:eastAsia="zh-CN"/>
        </w:rPr>
        <w:t>　　保持学生对音乐的兴趣，使学生乐于参与音乐活动。</w:t>
      </w:r>
      <w:r>
        <w:rPr>
          <w:lang w:eastAsia="zh-CN"/>
        </w:rPr>
        <w:br/>
      </w:r>
      <w:r>
        <w:rPr>
          <w:lang w:eastAsia="zh-CN"/>
        </w:rPr>
        <w:t>　　培养音乐感受与鉴赏的能力。</w:t>
      </w:r>
      <w:r>
        <w:rPr>
          <w:lang w:eastAsia="zh-CN"/>
        </w:rPr>
        <w:br/>
      </w:r>
      <w:r>
        <w:rPr>
          <w:lang w:eastAsia="zh-CN"/>
        </w:rPr>
        <w:t>　　培养表现音乐的能力。</w:t>
      </w:r>
      <w:r>
        <w:rPr>
          <w:lang w:eastAsia="zh-CN"/>
        </w:rPr>
        <w:br/>
      </w:r>
      <w:r>
        <w:rPr>
          <w:lang w:eastAsia="zh-CN"/>
        </w:rPr>
        <w:t>　　培养艺术想像和创造力。</w:t>
      </w:r>
      <w:r>
        <w:rPr>
          <w:lang w:eastAsia="zh-CN"/>
        </w:rPr>
        <w:br/>
      </w:r>
      <w:r>
        <w:rPr>
          <w:lang w:eastAsia="zh-CN"/>
        </w:rPr>
        <w:t>　　培养乐观的态度和友爱精神。</w:t>
      </w:r>
      <w:r>
        <w:rPr>
          <w:lang w:eastAsia="zh-CN"/>
        </w:rPr>
        <w:br/>
      </w:r>
      <w:r>
        <w:rPr>
          <w:lang w:eastAsia="zh-CN"/>
        </w:rPr>
        <w:t>　　二、教材分析：</w:t>
      </w:r>
      <w:r>
        <w:rPr>
          <w:lang w:eastAsia="zh-CN"/>
        </w:rPr>
        <w:br/>
      </w:r>
      <w:r>
        <w:rPr>
          <w:lang w:eastAsia="zh-CN"/>
        </w:rPr>
        <w:t>　　本册教材的教学内容有：春天;放牧;手拉手;长鼻子;跳起舞;咯咯哒;大海的歌;幸福生活;巧巧手;汪汪与咪咪;游戏宫。</w:t>
      </w:r>
      <w:r>
        <w:rPr>
          <w:lang w:eastAsia="zh-CN"/>
        </w:rPr>
        <w:br/>
      </w:r>
      <w:r>
        <w:rPr>
          <w:lang w:eastAsia="zh-CN"/>
        </w:rPr>
        <w:t>　　本学期继续运用新教材，增加了许多学生唱的歌曲以及欣赏内容，更不同的是，大大增加了学生创作、表演等活动，为学生的音乐学习创造了一个丰富的资源环境。学生是刚从幼儿园跨入小学的儿童，他们的生活还是以游戏为主，因此，这样的转变是学生喜欢的，动是儿童的天性，创造是人类的希望，从小让学生有这样的良好的创造环境，使学生爱音乐的同时，发挥了学生的潜能及创作欲望。</w:t>
      </w:r>
      <w:r>
        <w:rPr>
          <w:lang w:eastAsia="zh-CN"/>
        </w:rPr>
        <w:br/>
      </w:r>
      <w:r>
        <w:rPr>
          <w:lang w:eastAsia="zh-CN"/>
        </w:rPr>
        <w:t>　　三、教学目标：</w:t>
      </w:r>
      <w:r>
        <w:rPr>
          <w:lang w:eastAsia="zh-CN"/>
        </w:rPr>
        <w:br/>
      </w:r>
      <w:r>
        <w:rPr>
          <w:lang w:eastAsia="zh-CN"/>
        </w:rPr>
        <w:t>　　这一册教材的教学目标是，使学生能够：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1、对自然界和生活中的各种音响感到好奇和有趣，能够用自己的声音或乐器进行模仿。能随着熟悉的歌曲或乐曲哼唱，或在体态上作出反应。</w:t>
      </w:r>
      <w:r>
        <w:rPr>
          <w:lang w:eastAsia="zh-CN"/>
        </w:rPr>
        <w:br/>
      </w:r>
      <w:r>
        <w:rPr>
          <w:lang w:eastAsia="zh-CN"/>
        </w:rPr>
        <w:t>　　2、能听辨不同类型的女声和男声。知道常见的中国民族乐器和西洋乐器，并能听辨其音色。</w:t>
      </w:r>
      <w:r>
        <w:rPr>
          <w:lang w:eastAsia="zh-CN"/>
        </w:rPr>
        <w:br/>
      </w:r>
      <w:r>
        <w:rPr>
          <w:lang w:eastAsia="zh-CN"/>
        </w:rPr>
        <w:t>　　3、听辨不同情绪的音乐，能用语言作简单描述。</w:t>
      </w:r>
      <w:r>
        <w:rPr>
          <w:lang w:eastAsia="zh-CN"/>
        </w:rPr>
        <w:br/>
      </w:r>
      <w:r>
        <w:rPr>
          <w:lang w:eastAsia="zh-CN"/>
        </w:rPr>
        <w:t>　　4、聆听少年儿童歌曲、颂歌、抒情歌曲、叙事歌曲、艺术歌曲、通俗歌曲等各种体裁和类别的歌曲，能够随着歌曲轻声哼唱或默唱。</w:t>
      </w:r>
      <w:r>
        <w:rPr>
          <w:lang w:eastAsia="zh-CN"/>
        </w:rPr>
        <w:br/>
      </w:r>
      <w:r>
        <w:rPr>
          <w:lang w:eastAsia="zh-CN"/>
        </w:rPr>
        <w:t>　　5、聆听不同体裁和类别的器乐曲，能够通过律动或打击乐对所听音乐作出反应。</w:t>
      </w:r>
      <w:r>
        <w:rPr>
          <w:lang w:eastAsia="zh-CN"/>
        </w:rPr>
        <w:br/>
      </w:r>
      <w:r>
        <w:rPr>
          <w:lang w:eastAsia="zh-CN"/>
        </w:rPr>
        <w:t>　　6、能够区别齐唱与合唱、齐奏与合奏。</w:t>
      </w:r>
      <w:r>
        <w:rPr>
          <w:lang w:eastAsia="zh-CN"/>
        </w:rPr>
        <w:br/>
      </w:r>
      <w:r>
        <w:rPr>
          <w:lang w:eastAsia="zh-CN"/>
        </w:rPr>
        <w:t>　　7、聆听中国民族民间音乐，知道一些有代表性的地区和民族的民歌、民间歌舞、民间器乐曲和戏曲、曲艺音乐等，了解其不同的风格。</w:t>
      </w:r>
      <w:r>
        <w:rPr>
          <w:lang w:eastAsia="zh-CN"/>
        </w:rPr>
        <w:br/>
      </w:r>
      <w:r>
        <w:rPr>
          <w:lang w:eastAsia="zh-CN"/>
        </w:rPr>
        <w:t>　　8、乐于参与各种演唱活动。</w:t>
      </w:r>
      <w:r>
        <w:rPr>
          <w:lang w:eastAsia="zh-CN"/>
        </w:rPr>
        <w:br/>
      </w:r>
      <w:r>
        <w:rPr>
          <w:lang w:eastAsia="zh-CN"/>
        </w:rPr>
        <w:t>　　9、知道演唱的正确姿势及呼吸方法，并能在唱歌实践中逐步掌握和运用。能够对指挥动作及前奏作出恰当的反应。</w:t>
      </w:r>
      <w:r>
        <w:rPr>
          <w:lang w:eastAsia="zh-CN"/>
        </w:rPr>
        <w:br/>
      </w:r>
      <w:r>
        <w:rPr>
          <w:lang w:eastAsia="zh-CN"/>
        </w:rPr>
        <w:t>　　10、能够用自然的声音、准确的节奏和音调有表情地独唱或参与齐唱、合唱。</w:t>
      </w:r>
      <w:r>
        <w:rPr>
          <w:lang w:eastAsia="zh-CN"/>
        </w:rPr>
        <w:br/>
      </w:r>
      <w:r>
        <w:rPr>
          <w:lang w:eastAsia="zh-CN"/>
        </w:rPr>
        <w:t>　　11、乐于参与各种演奏活动。</w:t>
      </w:r>
      <w:r>
        <w:rPr>
          <w:lang w:eastAsia="zh-CN"/>
        </w:rPr>
        <w:br/>
      </w:r>
      <w:r>
        <w:rPr>
          <w:lang w:eastAsia="zh-CN"/>
        </w:rPr>
        <w:t>　　12、学习课堂乐器的演奏方法，参与歌曲、乐曲的表现。</w:t>
      </w:r>
      <w:r>
        <w:rPr>
          <w:lang w:eastAsia="zh-CN"/>
        </w:rPr>
        <w:br/>
      </w:r>
      <w:r>
        <w:rPr>
          <w:lang w:eastAsia="zh-CN"/>
        </w:rPr>
        <w:t>　　13、用已经学会的歌曲学唱乐谱。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14、结合所学歌曲认识音名、音符、休止符及一些常用记号。</w:t>
      </w:r>
      <w:r>
        <w:rPr>
          <w:lang w:eastAsia="zh-CN"/>
        </w:rPr>
        <w:br/>
      </w:r>
      <w:r>
        <w:rPr>
          <w:lang w:eastAsia="zh-CN"/>
        </w:rPr>
        <w:t>　　15、能够识读简单乐谱。</w:t>
      </w:r>
      <w:r>
        <w:rPr>
          <w:lang w:eastAsia="zh-CN"/>
        </w:rPr>
        <w:br/>
      </w:r>
      <w:r>
        <w:rPr>
          <w:lang w:eastAsia="zh-CN"/>
        </w:rPr>
        <w:t>　　四、提高教学质量措施:</w:t>
      </w:r>
      <w:r>
        <w:rPr>
          <w:lang w:eastAsia="zh-CN"/>
        </w:rPr>
        <w:br/>
      </w:r>
      <w:r>
        <w:rPr>
          <w:lang w:eastAsia="zh-CN"/>
        </w:rPr>
        <w:t>　　1、钻研教材，认真备课，做好课前准备。</w:t>
      </w:r>
      <w:r>
        <w:rPr>
          <w:lang w:eastAsia="zh-CN"/>
        </w:rPr>
        <w:br/>
      </w:r>
      <w:r>
        <w:rPr>
          <w:lang w:eastAsia="zh-CN"/>
        </w:rPr>
        <w:t>　　2、不断提高科学文化和教育理论水平。</w:t>
      </w:r>
      <w:r>
        <w:rPr>
          <w:lang w:eastAsia="zh-CN"/>
        </w:rPr>
        <w:br/>
      </w:r>
      <w:r>
        <w:rPr>
          <w:lang w:eastAsia="zh-CN"/>
        </w:rPr>
        <w:t>　　3、提高课堂教学质量，力求使学生掌握知识。</w:t>
      </w:r>
      <w:r>
        <w:rPr>
          <w:lang w:eastAsia="zh-CN"/>
        </w:rPr>
        <w:br/>
      </w:r>
      <w:r>
        <w:rPr>
          <w:lang w:eastAsia="zh-CN"/>
        </w:rPr>
        <w:t>　　4、采用多种教学手段，提高教学艺术性。</w:t>
      </w:r>
      <w:r>
        <w:rPr>
          <w:lang w:eastAsia="zh-CN"/>
        </w:rPr>
        <w:br/>
      </w:r>
      <w:r>
        <w:rPr>
          <w:lang w:eastAsia="zh-CN"/>
        </w:rPr>
        <w:t>　　5、加强自身基本功训练，提高工作水平。</w:t>
      </w:r>
      <w:r>
        <w:rPr>
          <w:lang w:eastAsia="zh-CN"/>
        </w:rPr>
        <w:br/>
      </w:r>
      <w:r>
        <w:rPr>
          <w:lang w:eastAsia="zh-CN"/>
        </w:rPr>
        <w:t>　　6、执行教育方针，遵循教育规律，工作尽职尽责。</w:t>
      </w:r>
      <w:r>
        <w:rPr>
          <w:lang w:eastAsia="zh-CN"/>
        </w:rPr>
        <w:br/>
      </w:r>
      <w:r>
        <w:rPr>
          <w:lang w:eastAsia="zh-CN"/>
        </w:rPr>
        <w:t>　　五、学生情况分析</w:t>
      </w:r>
      <w:r>
        <w:rPr>
          <w:lang w:eastAsia="zh-CN"/>
        </w:rPr>
        <w:br/>
      </w:r>
      <w:r>
        <w:rPr>
          <w:lang w:eastAsia="zh-CN"/>
        </w:rPr>
        <w:t>　　三年级的学生平时上课时纪律比较好，各个都很认真，整体的音乐基础还可以，学生的接受能力不错，对音乐充满浓厚的兴趣，学生在演唱时不喊唱，认识到气息的作用，演唱时充满感情。</w:t>
      </w:r>
      <w:r>
        <w:rPr>
          <w:lang w:eastAsia="zh-CN"/>
        </w:rPr>
        <w:br/>
      </w:r>
      <w:r>
        <w:rPr>
          <w:lang w:eastAsia="zh-CN"/>
        </w:rPr>
        <w:t>　　各班的学生情况大同小异，有一小部分学生乐理知识掌握的不错，唱歌的状态，音色也很优美。大约占整体学生的30%—35%左右，中等生的人数占多数，大约是50%—55%，这批学生对音乐的兴趣很浓，但又由于自身的条件原因或其他原因，所以歌唱技能有待进一步提高，还有一些学生由于底子薄，对于音乐有缺乏兴趣，所以情况不是很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音乐方面比较差的同学在班中占15%—20%，其中包括唱歌音准不佳，音乐知识和音乐技能，视谱不会等。这些学生对音乐课喜欢，但总是不遵守纪律所以也学不好。教师应该根据具体情况因材施教，充分激发这些学生学习音乐，爱好音乐的兴趣，对他们要多鼓励多表现，寻找他们身上的闪光点，培养他们的感情。</w:t>
      </w:r>
      <w:r>
        <w:rPr>
          <w:lang w:eastAsia="zh-CN"/>
        </w:rPr>
        <w:br/>
      </w:r>
      <w:r>
        <w:rPr>
          <w:lang w:eastAsia="zh-CN"/>
        </w:rPr>
        <w:t xml:space="preserve">    音乐教学计划总结 篇12 </w:t>
      </w:r>
      <w:r>
        <w:rPr>
          <w:lang w:eastAsia="zh-CN"/>
        </w:rPr>
        <w:br/>
      </w:r>
      <w:r>
        <w:rPr>
          <w:lang w:eastAsia="zh-CN"/>
        </w:rPr>
        <w:t>　　一、本学期教学目标与任务：</w:t>
      </w:r>
      <w:r>
        <w:rPr>
          <w:lang w:eastAsia="zh-CN"/>
        </w:rPr>
        <w:br/>
      </w:r>
      <w:r>
        <w:rPr>
          <w:lang w:eastAsia="zh-CN"/>
        </w:rPr>
        <w:t>　　(1)演唱做到声音自然而连贯、圆润而流畅、有弹性。初步运用气息控制，做力度变化的练习。</w:t>
      </w:r>
      <w:r>
        <w:rPr>
          <w:lang w:eastAsia="zh-CN"/>
        </w:rPr>
        <w:br/>
      </w:r>
      <w:r>
        <w:rPr>
          <w:lang w:eastAsia="zh-CN"/>
        </w:rPr>
        <w:t>　　(2)认识各种常用音符、休止符，明白名称及它们的名称和时值。听辩二拍子、三拍子歌曲，标出小节或节拍。</w:t>
      </w:r>
      <w:r>
        <w:rPr>
          <w:lang w:eastAsia="zh-CN"/>
        </w:rPr>
        <w:br/>
      </w:r>
      <w:r>
        <w:rPr>
          <w:lang w:eastAsia="zh-CN"/>
        </w:rPr>
        <w:t>　　(3)结合音乐作品的欣赏，了解一些旋律的初步知识，进一步加强情感体验的本事，加深对音乐形象的感受，进入比较深入的欣赏。</w:t>
      </w:r>
      <w:r>
        <w:rPr>
          <w:lang w:eastAsia="zh-CN"/>
        </w:rPr>
        <w:br/>
      </w:r>
      <w:r>
        <w:rPr>
          <w:lang w:eastAsia="zh-CN"/>
        </w:rPr>
        <w:t>　　二、教学分析：</w:t>
      </w:r>
      <w:r>
        <w:rPr>
          <w:lang w:eastAsia="zh-CN"/>
        </w:rPr>
        <w:br/>
      </w:r>
      <w:r>
        <w:rPr>
          <w:lang w:eastAsia="zh-CN"/>
        </w:rPr>
        <w:t>　　三、四年级的音乐是一个过渡时期。在这个阶段，要求学习的乐理知识渐多，学生开始视唱曲谱。这是为今后的学习做准备。在教学中可采取趣味性、知识性并重的形式。用音乐游戏、充满趣味的语言来讲解枯燥的知识，帮忙学生更好地学习音乐。</w:t>
      </w:r>
      <w:r>
        <w:rPr>
          <w:lang w:eastAsia="zh-CN"/>
        </w:rPr>
        <w:br/>
      </w:r>
      <w:r>
        <w:rPr>
          <w:lang w:eastAsia="zh-CN"/>
        </w:rPr>
        <w:t>　　三、学生情景分析：</w:t>
      </w:r>
      <w:r>
        <w:rPr>
          <w:lang w:eastAsia="zh-CN"/>
        </w:rPr>
        <w:br/>
      </w:r>
      <w:r>
        <w:rPr>
          <w:lang w:eastAsia="zh-CN"/>
        </w:rPr>
        <w:t>　　这个阶段是十分重要的，经过两年的音乐学习，学生对学习音乐有了必须的认识并有自我的见解。对今后学习有很大的作用，必须要抓住这个阶段的学习，为今后的学习打下坚实的基础，培养学生喜爱音乐的感情。</w:t>
      </w:r>
      <w:r>
        <w:rPr>
          <w:lang w:eastAsia="zh-CN"/>
        </w:rPr>
        <w:br/>
      </w:r>
      <w:r>
        <w:rPr>
          <w:lang w:eastAsia="zh-CN"/>
        </w:rPr>
        <w:t>　　四、提高教学质量措施：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1.为能使学生上好课做好充分的准备工作，备课时注意与新课标结合，并注意备学生。</w:t>
      </w:r>
      <w:r>
        <w:rPr>
          <w:lang w:eastAsia="zh-CN"/>
        </w:rPr>
        <w:br/>
      </w:r>
      <w:r>
        <w:rPr>
          <w:lang w:eastAsia="zh-CN"/>
        </w:rPr>
        <w:t>　　2.因材施教，对不一样的学生要注意采用不一样的教学手法，使学生能够充分发展。</w:t>
      </w:r>
      <w:r>
        <w:rPr>
          <w:lang w:eastAsia="zh-CN"/>
        </w:rPr>
        <w:br/>
      </w:r>
      <w:r>
        <w:rPr>
          <w:lang w:eastAsia="zh-CN"/>
        </w:rPr>
        <w:t>　　3.设计好每堂课的导入，提高学生的学习兴趣。</w:t>
      </w:r>
      <w:r>
        <w:rPr>
          <w:lang w:eastAsia="zh-CN"/>
        </w:rPr>
        <w:br/>
      </w:r>
      <w:r>
        <w:rPr>
          <w:lang w:eastAsia="zh-CN"/>
        </w:rPr>
        <w:t>　　4.课堂形式设计多样，充满知识性、趣味性、探索性、挑战性以及表演性。限度的调动学生的进取性。并使他们限度地学到知识，掌握技能。并注意在课堂上采取必须的形式，培养学生的团结协作本事及创新本事。</w:t>
      </w:r>
      <w:r>
        <w:rPr>
          <w:lang w:eastAsia="zh-CN"/>
        </w:rPr>
        <w:br/>
      </w:r>
      <w:r>
        <w:rPr>
          <w:lang w:eastAsia="zh-CN"/>
        </w:rPr>
        <w:t xml:space="preserve">    音乐教学计划总结 篇13 </w:t>
      </w:r>
      <w:r>
        <w:rPr>
          <w:lang w:eastAsia="zh-CN"/>
        </w:rPr>
        <w:br/>
      </w:r>
      <w:r>
        <w:rPr>
          <w:lang w:eastAsia="zh-CN"/>
        </w:rPr>
        <w:t>　　1.年级情况</w:t>
      </w:r>
      <w:r>
        <w:rPr>
          <w:lang w:eastAsia="zh-CN"/>
        </w:rPr>
        <w:br/>
      </w:r>
      <w:r>
        <w:rPr>
          <w:lang w:eastAsia="zh-CN"/>
        </w:rPr>
        <w:t>　　本班幼儿45名，其中男孩子23名，女孩子22名。他们聪颖活泼，求知欲较强。经过一个学期的学习与锻炼，现在的他们能听辨不同的音乐进的行活动，如：入厕、上课、排队等活动。只要音乐想起，孩子们便会有规律的拍手，有秩序的站好队，随音乐进行各种活动。现在全班孩子会随时随音乐进行准确的有节奏的各种律动活动;并且能发挥自己的想象来表演动作。不足之处是：节奏感有待加强，对音乐的节拍抓不住，对歌曲的情感理解不太透彻，与小朋友互动性不强。</w:t>
      </w:r>
      <w:r>
        <w:rPr>
          <w:lang w:eastAsia="zh-CN"/>
        </w:rPr>
        <w:br/>
      </w:r>
      <w:r>
        <w:rPr>
          <w:lang w:eastAsia="zh-CN"/>
        </w:rPr>
        <w:t>　　2.教学目标</w:t>
      </w:r>
      <w:r>
        <w:rPr>
          <w:lang w:eastAsia="zh-CN"/>
        </w:rPr>
        <w:br/>
      </w:r>
      <w:r>
        <w:rPr>
          <w:lang w:eastAsia="zh-CN"/>
        </w:rPr>
        <w:t>　　(1)能辨别并喜欢自然界和生活中各种美的声音。</w:t>
      </w:r>
      <w:r>
        <w:rPr>
          <w:lang w:eastAsia="zh-CN"/>
        </w:rPr>
        <w:br/>
      </w:r>
      <w:r>
        <w:rPr>
          <w:lang w:eastAsia="zh-CN"/>
        </w:rPr>
        <w:t>　　(2)乐于参加音乐活动，能感受并初步欣赏音乐作品的美。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(3)学习使用不同的速度、力度、音色变化、表现歌曲的不同的形象内容，情感和表现二拍子歌曲与三拍子歌曲的不同节奏，感受和表现二拍子歌曲与三拍子歌曲的同节奏，感受和表现歌曲的前奏，间奏和尾奏，学习自然地与他人接唱和对唱，体验在歌唱活动中进行交流，合作的快乐。</w:t>
      </w:r>
      <w:r>
        <w:rPr>
          <w:lang w:eastAsia="zh-CN"/>
        </w:rPr>
        <w:br/>
      </w:r>
      <w:r>
        <w:rPr>
          <w:lang w:eastAsia="zh-CN"/>
        </w:rPr>
        <w:t>　　(4)能初步感知、理解音乐作品的内容、情感和意义，能初步运用声音、动作创造性地进行音乐表现活动。</w:t>
      </w:r>
      <w:r>
        <w:rPr>
          <w:lang w:eastAsia="zh-CN"/>
        </w:rPr>
        <w:br/>
      </w:r>
      <w:r>
        <w:rPr>
          <w:lang w:eastAsia="zh-CN"/>
        </w:rPr>
        <w:t>　　(5)积极参加唱歌，舞蹈，表演等活动。</w:t>
      </w:r>
      <w:r>
        <w:rPr>
          <w:lang w:eastAsia="zh-CN"/>
        </w:rPr>
        <w:br/>
      </w:r>
      <w:r>
        <w:rPr>
          <w:lang w:eastAsia="zh-CN"/>
        </w:rPr>
        <w:t>　　(6) 能大胆地在集体面前表演，能按音乐节奏协调地做动作，并能和同伴合作，协同表演。</w:t>
      </w:r>
      <w:r>
        <w:rPr>
          <w:lang w:eastAsia="zh-CN"/>
        </w:rPr>
        <w:br/>
      </w:r>
      <w:r>
        <w:rPr>
          <w:lang w:eastAsia="zh-CN"/>
        </w:rPr>
        <w:t>　　(7)活动中有一定的想象力，创造力，对自己的表现充满信心。</w:t>
      </w:r>
      <w:r>
        <w:rPr>
          <w:lang w:eastAsia="zh-CN"/>
        </w:rPr>
        <w:br/>
      </w:r>
      <w:r>
        <w:rPr>
          <w:lang w:eastAsia="zh-CN"/>
        </w:rPr>
        <w:t>　　3.教学措施</w:t>
      </w:r>
      <w:r>
        <w:rPr>
          <w:lang w:eastAsia="zh-CN"/>
        </w:rPr>
        <w:br/>
      </w:r>
      <w:r>
        <w:rPr>
          <w:lang w:eastAsia="zh-CN"/>
        </w:rPr>
        <w:t>　　继续把音乐贯穿在幼儿一日常规活动中，让幼儿处处感受美、表现美、理解美、享受美!在孩子们已有的基础上，教师要引导孩子更深一步的挖掘音乐的魅力!更加透彻的理解感受音乐内在的魅力! 让幼儿跟着音乐的节奏、节拍做简单的上下肢联合的基本动作、模仿动作和舞蹈动作，能岁音乐力度、速度、音区、节拍等的变化，变换动作，学会用动作表现音乐的情绪、情感。</w:t>
      </w:r>
      <w:r>
        <w:rPr>
          <w:lang w:eastAsia="zh-CN"/>
        </w:rPr>
        <w:br/>
      </w:r>
      <w:r>
        <w:rPr>
          <w:lang w:eastAsia="zh-CN"/>
        </w:rPr>
        <w:t xml:space="preserve">    音乐教学计划总结 篇14 </w:t>
      </w:r>
      <w:r>
        <w:rPr>
          <w:lang w:eastAsia="zh-CN"/>
        </w:rPr>
        <w:br/>
      </w:r>
      <w:r>
        <w:rPr>
          <w:lang w:eastAsia="zh-CN"/>
        </w:rPr>
        <w:t>　　一、指导思想：</w:t>
      </w:r>
      <w:r>
        <w:rPr>
          <w:lang w:eastAsia="zh-CN"/>
        </w:rPr>
        <w:br/>
      </w:r>
      <w:r>
        <w:rPr>
          <w:lang w:eastAsia="zh-CN"/>
        </w:rPr>
        <w:t>　　根据学校的工作计划，结合本学期的工作时间，贯彻党的教育方针，努力完成好本学期的工作任务，音乐教学工作计划。</w:t>
      </w:r>
      <w:r>
        <w:rPr>
          <w:lang w:eastAsia="zh-CN"/>
        </w:rPr>
        <w:br/>
      </w:r>
      <w:r>
        <w:rPr>
          <w:lang w:eastAsia="zh-CN"/>
        </w:rPr>
        <w:t>　　二、工作任务：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1、初一、二级音乐教材课堂教学，每周一节。</w:t>
      </w:r>
      <w:r>
        <w:rPr>
          <w:lang w:eastAsia="zh-CN"/>
        </w:rPr>
        <w:br/>
      </w:r>
      <w:r>
        <w:rPr>
          <w:lang w:eastAsia="zh-CN"/>
        </w:rPr>
        <w:t>　　2、学校有关音乐方面的文娱工作。</w:t>
      </w:r>
      <w:r>
        <w:rPr>
          <w:lang w:eastAsia="zh-CN"/>
        </w:rPr>
        <w:br/>
      </w:r>
      <w:r>
        <w:rPr>
          <w:lang w:eastAsia="zh-CN"/>
        </w:rPr>
        <w:t>　　三、教学目标</w:t>
      </w:r>
      <w:r>
        <w:rPr>
          <w:lang w:eastAsia="zh-CN"/>
        </w:rPr>
        <w:br/>
      </w:r>
      <w:r>
        <w:rPr>
          <w:lang w:eastAsia="zh-CN"/>
        </w:rPr>
        <w:t>　　1、突出音乐学科的特点，指导热爱祖国，热爱社会主义，热爱中国共产党的教育和集体主义精神的培养，渗透到音乐教育之中。使学生们成为有理想、有道德、有文化、有纪律的社会主义接班人和建设者。</w:t>
      </w:r>
      <w:r>
        <w:rPr>
          <w:lang w:eastAsia="zh-CN"/>
        </w:rPr>
        <w:br/>
      </w:r>
      <w:r>
        <w:rPr>
          <w:lang w:eastAsia="zh-CN"/>
        </w:rPr>
        <w:t>　　2、启迪智慧，陶冶情操，提高审美意识，使学生们身心得到健康的发展。</w:t>
      </w:r>
      <w:r>
        <w:rPr>
          <w:lang w:eastAsia="zh-CN"/>
        </w:rPr>
        <w:br/>
      </w:r>
      <w:r>
        <w:rPr>
          <w:lang w:eastAsia="zh-CN"/>
        </w:rPr>
        <w:t>　　3、增强学生们的音乐兴趣、爱好、掌握音乐的基础知识和基本技能，使学生们具有独立视唱简单乐谱的能力。</w:t>
      </w:r>
      <w:r>
        <w:rPr>
          <w:lang w:eastAsia="zh-CN"/>
        </w:rPr>
        <w:br/>
      </w:r>
      <w:r>
        <w:rPr>
          <w:lang w:eastAsia="zh-CN"/>
        </w:rPr>
        <w:t>　　4、了解我国各民族优秀的民族民间音乐，激发学生们热爱祖国音乐艺术的感情和民族自豪感，自信心，了解外国优秀音乐作品，扩大视野，使学生们具有一定的音乐鉴赏的能力。</w:t>
      </w:r>
      <w:r>
        <w:rPr>
          <w:lang w:eastAsia="zh-CN"/>
        </w:rPr>
        <w:br/>
      </w:r>
      <w:r>
        <w:rPr>
          <w:lang w:eastAsia="zh-CN"/>
        </w:rPr>
        <w:t>　　四、学生们情况分析</w:t>
      </w:r>
      <w:r>
        <w:rPr>
          <w:lang w:eastAsia="zh-CN"/>
        </w:rPr>
        <w:br/>
      </w:r>
      <w:r>
        <w:rPr>
          <w:lang w:eastAsia="zh-CN"/>
        </w:rPr>
        <w:t>　　1、学生们正处于变声期，唱歌较困难。</w:t>
      </w:r>
      <w:r>
        <w:rPr>
          <w:lang w:eastAsia="zh-CN"/>
        </w:rPr>
        <w:br/>
      </w:r>
      <w:r>
        <w:rPr>
          <w:lang w:eastAsia="zh-CN"/>
        </w:rPr>
        <w:t>　　2、学生们素质差，胆子小，缺乏表演自我的能力。</w:t>
      </w:r>
      <w:r>
        <w:rPr>
          <w:lang w:eastAsia="zh-CN"/>
        </w:rPr>
        <w:br/>
      </w:r>
      <w:r>
        <w:rPr>
          <w:lang w:eastAsia="zh-CN"/>
        </w:rPr>
        <w:t>　　3、学生们对音乐的学习，观念不正确。</w:t>
      </w:r>
      <w:r>
        <w:rPr>
          <w:lang w:eastAsia="zh-CN"/>
        </w:rPr>
        <w:br/>
      </w:r>
      <w:r>
        <w:rPr>
          <w:lang w:eastAsia="zh-CN"/>
        </w:rPr>
        <w:t>　　五、教材分析</w:t>
      </w:r>
      <w:r>
        <w:rPr>
          <w:lang w:eastAsia="zh-CN"/>
        </w:rPr>
        <w:br/>
      </w:r>
      <w:r>
        <w:rPr>
          <w:lang w:eastAsia="zh-CN"/>
        </w:rPr>
        <w:t>　　1、初一级学沿海版第二册，以唱歌为主，分五部分共9课。安排19课时，其中复习考试2课时，机动1课时，实际授课16课时。</w:t>
      </w:r>
      <w:r>
        <w:rPr>
          <w:lang w:eastAsia="zh-CN"/>
        </w:rPr>
        <w:br/>
      </w:r>
    </w:p>
    <w:p w:rsidR="001B1F19" w14:textId="27C3F48A">
      <w:pPr>
        <w:rPr>
          <w:rFonts w:hint="eastAsia"/>
          <w:lang w:eastAsia="zh-CN"/>
        </w:rPr>
      </w:pPr>
      <w:r>
        <w:rPr>
          <w:lang w:eastAsia="zh-CN"/>
        </w:rPr>
        <w:t>　　2、初二级学沿海版第四册，以欣赏为主，分四部分，共8课。安排20课时，其中机动2课时，复习考试2课时，实际授课16课时。</w:t>
      </w:r>
      <w:r>
        <w:rPr>
          <w:lang w:eastAsia="zh-CN"/>
        </w:rPr>
        <w:br/>
      </w:r>
      <w:r>
        <w:rPr>
          <w:lang w:eastAsia="zh-CN"/>
        </w:rPr>
        <w:t>　　六、教学措施</w:t>
      </w:r>
      <w:r>
        <w:rPr>
          <w:lang w:eastAsia="zh-CN"/>
        </w:rPr>
        <w:br/>
      </w:r>
      <w:r>
        <w:rPr>
          <w:lang w:eastAsia="zh-CN"/>
        </w:rPr>
        <w:t>　　1、初一、二级的音乐教材课堂教学主要是以优化课堂的“教”与“学”过程，以培养学生们的兴趣为主，以达到提高学生们的学习积极性。</w:t>
      </w:r>
      <w:r>
        <w:rPr>
          <w:lang w:eastAsia="zh-CN"/>
        </w:rPr>
        <w:br/>
      </w:r>
      <w:r>
        <w:rPr>
          <w:lang w:eastAsia="zh-CN"/>
        </w:rPr>
        <w:t>　　2、互相渗透，融洽教材中各部分内容，改变枯燥又单一的课型。</w:t>
      </w:r>
      <w:r>
        <w:rPr>
          <w:lang w:eastAsia="zh-CN"/>
        </w:rPr>
        <w:br/>
      </w:r>
      <w:r>
        <w:rPr>
          <w:lang w:eastAsia="zh-CN"/>
        </w:rPr>
        <w:t>　　3、注重导入部分的设计，以“引趣”贯穿整个课堂教学过程。</w:t>
      </w:r>
      <w:r>
        <w:rPr>
          <w:lang w:eastAsia="zh-CN"/>
        </w:rPr>
        <w:br/>
      </w:r>
      <w:r>
        <w:rPr>
          <w:lang w:eastAsia="zh-CN"/>
        </w:rPr>
        <w:t>　　4、课外第二课堂，本学期计划以训练歌唱技巧为主，培养学生们的表演能力。</w:t>
      </w:r>
      <w:r>
        <w:rPr>
          <w:lang w:eastAsia="zh-CN"/>
        </w:rPr>
        <w:br/>
      </w:r>
      <w:r>
        <w:rPr>
          <w:lang w:eastAsia="zh-CN"/>
        </w:rPr>
        <w:t xml:space="preserve">    音乐教学计划总结 篇15 </w:t>
      </w:r>
      <w:r>
        <w:rPr>
          <w:lang w:eastAsia="zh-CN"/>
        </w:rPr>
        <w:br/>
      </w:r>
      <w:r>
        <w:rPr>
          <w:lang w:eastAsia="zh-CN"/>
        </w:rPr>
        <w:t>　　训练部分：</w:t>
      </w:r>
      <w:r>
        <w:rPr>
          <w:lang w:eastAsia="zh-CN"/>
        </w:rPr>
        <w:br/>
      </w:r>
      <w:r>
        <w:rPr>
          <w:lang w:eastAsia="zh-CN"/>
        </w:rPr>
        <w:t>　　1、歌唱姿势要正确;发声要自然，用中等音量或轻声歌唱;按教师的手势，用正确的口形，整齐地歌唱;</w:t>
      </w:r>
      <w:r>
        <w:rPr>
          <w:lang w:eastAsia="zh-CN"/>
        </w:rPr>
        <w:br/>
      </w:r>
      <w:r>
        <w:rPr>
          <w:lang w:eastAsia="zh-CN"/>
        </w:rPr>
        <w:t>　　2在换气记号处换气，吸气时不出声、不耸肩。3、以统一的音色，获得较自然而优美、明亮而圆润的童声。</w:t>
      </w:r>
      <w:r>
        <w:rPr>
          <w:lang w:eastAsia="zh-CN"/>
        </w:rPr>
        <w:br/>
      </w:r>
      <w:r>
        <w:rPr>
          <w:lang w:eastAsia="zh-CN"/>
        </w:rPr>
        <w:t>　　二、视唱、知识、练耳部分：</w:t>
      </w:r>
      <w:r>
        <w:rPr>
          <w:lang w:eastAsia="zh-CN"/>
        </w:rPr>
        <w:br/>
      </w:r>
      <w:r>
        <w:rPr>
          <w:lang w:eastAsia="zh-CN"/>
        </w:rPr>
        <w:t>　　1、读谱知识：认识五线谱、线、间、知道音有高低;知道音有长短;知道音有强弱。</w:t>
      </w:r>
      <w:r>
        <w:rPr>
          <w:lang w:eastAsia="zh-CN"/>
        </w:rPr>
        <w:br/>
      </w:r>
      <w:r>
        <w:rPr>
          <w:lang w:eastAsia="zh-CN"/>
        </w:rPr>
        <w:t>　　2、视唱部分：能用听唱法模唱歌曲</w:t>
      </w:r>
      <w:r>
        <w:rPr>
          <w:lang w:eastAsia="zh-CN"/>
        </w:rPr>
        <w:br/>
      </w:r>
      <w:r>
        <w:rPr>
          <w:lang w:eastAsia="zh-CN"/>
        </w:rPr>
        <w:t>　　3、练耳部分：听辨出音的高低，长短，强弱等。</w:t>
      </w:r>
      <w:r>
        <w:rPr>
          <w:lang w:eastAsia="zh-CN"/>
        </w:rPr>
        <w:br/>
      </w:r>
      <w:r>
        <w:rPr>
          <w:lang w:eastAsia="zh-CN"/>
        </w:rPr>
        <w:t>　　三、欣赏部分：</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https://d.book118.com/228106106011006044</w:t>
        </w:r>
      </w:hyperlink>
    </w:p>
    <w:p w:rsidR="001B1F19">
      <w:pPr>
        <w:rPr>
          <w:rFonts w:hint="eastAsia"/>
          <w:lang w:eastAsia="zh-CN"/>
        </w:rPr>
      </w:pPr>
    </w:p>
    <w:sectPr>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28106106011006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