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大学生毕业个人自我总结范文（34篇）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大学生毕业个人自我总结范文（精选34篇）</w:t>
      </w:r>
      <w:r>
        <w:rPr>
          <w:lang w:eastAsia="zh-CN"/>
        </w:rPr>
        <w:br/>
      </w:r>
      <w:r>
        <w:rPr>
          <w:lang w:eastAsia="zh-CN"/>
        </w:rPr>
        <w:t xml:space="preserve">    大学生毕业个人自我总结范文 篇1 </w:t>
      </w:r>
      <w:r>
        <w:rPr>
          <w:lang w:eastAsia="zh-CN"/>
        </w:rPr>
        <w:br/>
      </w:r>
      <w:r>
        <w:rPr>
          <w:lang w:eastAsia="zh-CN"/>
        </w:rPr>
        <w:t>　　三年的大学时光过的很快，随着这学期的最后一堂课程考试的结束，我们的大学生活算是接近尾声了，因为在剩下的不多的时间里我们己经是半个踏入社会的求职者了。在求职的路上，我也时常感到很迷茫，虽然总是在不停的奔波于各个招聘会之间，也参加了不少公司的面试，但总觉得这不是忙而是盲。冷静的想下来，也许我该好好的给自己作个总结，及时给自己定位，迈好职业生涯中的第一步。</w:t>
      </w:r>
      <w:r>
        <w:rPr>
          <w:lang w:eastAsia="zh-CN"/>
        </w:rPr>
        <w:br/>
      </w:r>
      <w:r>
        <w:rPr>
          <w:lang w:eastAsia="zh-CN"/>
        </w:rPr>
        <w:t>　　回顾己经过去的两年多，在学校、老师和同学们的帮助下我觉得自己过得很快乐，也很充实。除了努力学习基础课程和掌握本专业的理论知识外，我还积极参加各种社会实践、文体活动，在这两年多里我明显感觉到自己在学习成绩、工作能力、思想觉悟等方面比起刚来大学的时候有了很大的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在学习上，我一贯保持着高中时代的良好学习作风，并不断的改进自己的学习方法。虽然大学里的学习方式和高中完全不同，但通过我的坚持不懈的努力，在这三年中我都获得了学校的奖学金。在学习方面，除了认真学习理论知识外，我还很重视理论与实践的结合。积极地参与学校组织的实践活动，例如.3在荆楚理工学院金工实习厂实习4周，.11在荆楚理工学院金工实习厂培训车工1个月，.7在河南洛阳第一拖拉机厂见习2周。同时我积极地与老师和同学交流和沟通。通过这些实践活动，我不但巩固了课堂上所学的专业知识，还提高了我的实际动手能力。平时我还非常注重个人修养的培养，涉猎了大量公关礼仪和情商方面的课外书，并获得了高等教育公共关系资格证书。同时我还利用课余时问自学了现代办公所需要的各种软件工具，以进一步完善与本专业相关的知识体系。</w:t>
      </w:r>
      <w:r>
        <w:rPr>
          <w:lang w:eastAsia="zh-CN"/>
        </w:rPr>
        <w:br/>
      </w:r>
      <w:r>
        <w:rPr>
          <w:lang w:eastAsia="zh-CN"/>
        </w:rPr>
        <w:t>　　在生活方而，也许是受家人的影响，我向来崇尚质朴的生活，并养成良好的生活习惯和正派的作风。虽然家里经济条件很拮据，但是学校的补助和奖励以及老师的帮助和同学们的关心让我感受了学校这个人家庭的温暖，使得我并没有为生活上的问题而操太多的心思。同时我还积极参加学校和班级组织的各项体育活动，以提高自己的身体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在思想品德上，本人有良好的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己的最大能力去帮助同学排忧解难。在空闲时间，我经常到图书馆借书、杳阅资料，通过这两年的学习积累，我的思想渐渐成熟，考虑问题比以前要更加全面。同时我还很关心时事方面的知识，了解最新时事动态、关注专家的时事见解，这使我的思想觉悟也得到了很大的提高。因此我向党提交了申请书，并通过了考试。在同学们的推举下成为了一名入党积极分子。随着对党章的深刻学习，这使我对党有了更新的认识，青年是祖国和民族的未来，青年时期是人生的黄金时期，是世界观、人生观、价值观形成的关键阶段，树立正确的理想信念至关重要。一个人活在世上，不能没有信仰，也不能没有追求。一个人只有建立了自己人生道路上正确理想航灯，才不至于使自己的人生轨迹偏航，才不至犯错误，而造恨终生。这使我真正认识了中国共产党，同时也让我深刻体会到中国共产党是多么优秀的一个政党。也使我更清楚地认识到要成为一名共产党员的责任，因此我从来都放松对自己的要求，而是继续努力掌握各方面的知识信息，提高为人服务的本领，在服务人民的过程中，起到带头模范作用，提升自我修养，提高思想觉悟，向一名优秀的共产党员的目标看齐。</w:t>
      </w:r>
      <w:r>
        <w:rPr>
          <w:lang w:eastAsia="zh-CN"/>
        </w:rPr>
        <w:br/>
      </w:r>
      <w:r>
        <w:rPr>
          <w:lang w:eastAsia="zh-CN"/>
        </w:rPr>
        <w:t>　　我的优点是诚实、热情、性格坚毅，我认为诚信是立身之本，所以我一直是以言出必行来要求自己的，答应别人的事一定按时完成。缺点是做事有时候会优柔寡断，不能果断、大胆的放开手去做事。但我会从自身找原因，改进缺点不足，继续努力，不断进取，迈好人生新旅程的第一步。</w:t>
      </w:r>
      <w:r>
        <w:rPr>
          <w:lang w:eastAsia="zh-CN"/>
        </w:rPr>
        <w:br/>
      </w:r>
      <w:r>
        <w:rPr>
          <w:lang w:eastAsia="zh-CN"/>
        </w:rPr>
        <w:t>　　作为一名__年数控技术专业的应届毕业生，我所拥有的是年轻和知识。年轻也许意味着欠缺经验，但是年轻也意味着热情和活力，我自信能凭自己的能力和学识在毕业以后的工作和生活中克服各种困难，不断实现自我的人生价值和追求的目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两年多的大学校园生活是我人生的一大转折点。两年多的校园生涯和社会实践生活我不断的挑战自我、充实自己，为实现人生的价值打下坚实的基础。现在我还存在着不足。虽然在学校学习了理论知识，但实践锻炼的机会很少。现在即将毕业，我想最主要的是能多学点知识，多吸收点经验。离开校园踏入社会就是人生的一个新旅程，走好这段人生新旅程的第一步也非常重要。通过对这两年多的总结，我对自己有了一个更加系统地客观地认识，在以后的求职路上我会更加明确自己的职业目标，以全新的面貌面向社会、迎接未来，以饱满的热情去迎接我人生的新旅程。</w:t>
      </w:r>
      <w:r>
        <w:rPr>
          <w:lang w:eastAsia="zh-CN"/>
        </w:rPr>
        <w:br/>
      </w:r>
      <w:r>
        <w:rPr>
          <w:lang w:eastAsia="zh-CN"/>
        </w:rPr>
        <w:t>　　回首走过的四年感触颇多，有过成长的欢乐与悲伤。不管是痛还是什么都变成了人生美好的回忆。我自己的人生又健康快乐的走过了一个阶段，感谢爸爸妈妈，姐姐姐夫，感谢我敬爱的老师，亲爱的同学们以及和我一起成长的朋友们。</w:t>
      </w:r>
      <w:r>
        <w:rPr>
          <w:lang w:eastAsia="zh-CN"/>
        </w:rPr>
        <w:br/>
      </w:r>
      <w:r>
        <w:rPr>
          <w:lang w:eastAsia="zh-CN"/>
        </w:rPr>
        <w:t>　　生活：变得懒惰了，睡觉能睡到早上的11点，节约了一顿早饭。爱上了游戏，喜欢穿越火线，魔兽争霸，以及现在玩的天下贰，希望有共同爱好的多联系。爱运动，喜欢篮球，虽然打得不怎么样，可是激情燃烧的岁月中，奔跑着的是年轻的生命活力。爱上了打麻将，特别是在最后一段时间真的感觉好颓废，和女友吵了不少架。遗憾的事情很多，没去按照自己的想法，好好的安排生活。23岁了该懂事了，要照顾好自己，需要多努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学习：学习自认为是个考试强者，记忆力很好，因此每学期的期末考试还不是很差，虽然每次都是在最后的一个月才努力的复习的，但是平时的学习基本上还是很认真的学习了，虽然很对没学懂。一共获得了6次奖学金，4次二等，2次三等。英语刚好过了四级，呵呵。427分。普通话二级乙等。通过四川省计算机二级考试，普通话合格!大学的学习是懒惰的，因为我人懒，学习的东西还有很多，没踏上社会的我还要学习很多，路在前方!最后阶段保研了读教育硕士，很多人都说不好，可是我决定走下去了，不知道未来的路会这么样，相信船到桥头自然直吧!</w:t>
      </w:r>
      <w:r>
        <w:rPr>
          <w:lang w:eastAsia="zh-CN"/>
        </w:rPr>
        <w:br/>
      </w:r>
      <w:r>
        <w:rPr>
          <w:lang w:eastAsia="zh-CN"/>
        </w:rPr>
        <w:t>　　工作：在校园110服务队干过两年，也许自己真的觉得不可一世吧，混的很差劲。钢哥别太高傲，社会有点假，得学会成长。当然因为这个获得了优秀学生干部的称号。在校学生会监察部干了一年，总的来说嘴巴还是很甜的。在校期间当过家教，遇到了不少的耿直人，大一大二过得还挺不错。</w:t>
      </w:r>
      <w:r>
        <w:rPr>
          <w:lang w:eastAsia="zh-CN"/>
        </w:rPr>
        <w:br/>
      </w:r>
      <w:r>
        <w:rPr>
          <w:lang w:eastAsia="zh-CN"/>
        </w:rPr>
        <w:t>　　爱情：在大学收获了一份爱情，她对我很好，我有时候觉得自己还不成熟，应该多关心她，因为不懂事，贪玩，打麻将，和她闹了很多次，但是选择了就该面对，正视我自己的错误，也许未来的路我们还会一起走下去!要做个好男人，虽然我还不入流!</w:t>
      </w:r>
      <w:r>
        <w:rPr>
          <w:lang w:eastAsia="zh-CN"/>
        </w:rPr>
        <w:br/>
      </w:r>
      <w:r>
        <w:rPr>
          <w:lang w:eastAsia="zh-CN"/>
        </w:rPr>
        <w:t>　　小结：才开始，就不会那么轻易的结束，年轻的心埋着的是颠覆世界的野心，相信自己，相信朋友，相信未来!拥有孩子般天真的我感觉着世界的奇妙，因为我还未涉足，可爱的等着我的到来!</w:t>
      </w:r>
      <w:r>
        <w:rPr>
          <w:lang w:eastAsia="zh-CN"/>
        </w:rPr>
        <w:br/>
      </w:r>
      <w:r>
        <w:rPr>
          <w:lang w:eastAsia="zh-CN"/>
        </w:rPr>
        <w:t xml:space="preserve">    大学生毕业个人自我总结范文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通过四年的大学生活，我成长了很多。在即将毕业之时，我对自己这四年来的收获和感受作一个小结，并以此为我今后行动的指南。</w:t>
      </w:r>
      <w:r>
        <w:rPr>
          <w:lang w:eastAsia="zh-CN"/>
        </w:rPr>
        <w:br/>
      </w:r>
      <w:r>
        <w:rPr>
          <w:lang w:eastAsia="zh-CN"/>
        </w:rPr>
        <w:t>　　从思想上来说，我从一个懵懂的青年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r>
        <w:rPr>
          <w:lang w:eastAsia="zh-CN"/>
        </w:rPr>
        <w:br/>
      </w:r>
      <w:r>
        <w:rPr>
          <w:lang w:eastAsia="zh-CN"/>
        </w:rPr>
        <w:t>　　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学习固然重要，一个人能力的培养也不容忽视。四年的大学生活给了我很多挑战自我的机会，如系学生会的竞选，院里组织的篮球比赛，运动会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r>
        <w:rPr>
          <w:lang w:eastAsia="zh-CN"/>
        </w:rPr>
        <w:br/>
      </w:r>
      <w:r>
        <w:rPr>
          <w:lang w:eastAsia="zh-CN"/>
        </w:rPr>
        <w:t>　　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r>
        <w:rPr>
          <w:lang w:eastAsia="zh-CN"/>
        </w:rPr>
        <w:br/>
      </w:r>
      <w:r>
        <w:rPr>
          <w:lang w:eastAsia="zh-CN"/>
        </w:rPr>
        <w:t>　　四年的大学生活是我人生中美好的回忆，我迈步向前的时候不会忘记回首凝望曾经的岁月。</w:t>
      </w:r>
      <w:r>
        <w:rPr>
          <w:lang w:eastAsia="zh-CN"/>
        </w:rPr>
        <w:br/>
      </w:r>
      <w:r>
        <w:rPr>
          <w:lang w:eastAsia="zh-CN"/>
        </w:rPr>
        <w:t xml:space="preserve">    大学生毕业个人自我总结范文 篇3 </w:t>
      </w:r>
      <w:r>
        <w:rPr>
          <w:lang w:eastAsia="zh-CN"/>
        </w:rPr>
        <w:br/>
      </w:r>
      <w:r>
        <w:rPr>
          <w:lang w:eastAsia="zh-CN"/>
        </w:rPr>
        <w:t>　　在实习过程中，教师及时讲解实习内容和专业知识的，帮助学生巩固和消化实习内容的工作，充分实现师生良性互动，大大提高实习效果。</w:t>
      </w:r>
      <w:r>
        <w:rPr>
          <w:lang w:eastAsia="zh-CN"/>
        </w:rPr>
        <w:br/>
      </w:r>
      <w:r>
        <w:rPr>
          <w:lang w:eastAsia="zh-CN"/>
        </w:rPr>
        <w:t>　　实习期间，很辛苦。所以保证大家的物流生活，让大家在实习期间没有后顾之忧就显得尤为重要。为了保证实习的顺利进行，老师和班委无论是饮食还是住宿，都在经费范围内尽力做到最好，为整个实习工作了有力的保障。我认为他们在这方面做得很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通过这次实习，我们也发现了一些亟待解决的问题。就是实习时间短，要跑的点多。每天除了吃饭睡觉的时间，我们都是长途跋涉的累。在这样的条件下，学生心中会产生一些不良反应，使得学生在实习期间更加难以管理。所以希望学院考虑实习时间和作息时间安排的变化。</w:t>
      </w:r>
      <w:r>
        <w:rPr>
          <w:lang w:eastAsia="zh-CN"/>
        </w:rPr>
        <w:br/>
      </w:r>
      <w:r>
        <w:rPr>
          <w:lang w:eastAsia="zh-CN"/>
        </w:rPr>
        <w:t>　　在的关心和重视以及师生的共同努力下，实习取得了令人满意的效果:实习期间没有发生意外，师生双方都安全完成了实习任务；对于我和即将毕业的我们来说，这次实习无疑给我们的大学生活留下了难忘的经历和记忆。</w:t>
      </w:r>
      <w:r>
        <w:rPr>
          <w:lang w:eastAsia="zh-CN"/>
        </w:rPr>
        <w:br/>
      </w:r>
      <w:r>
        <w:rPr>
          <w:lang w:eastAsia="zh-CN"/>
        </w:rPr>
        <w:t xml:space="preserve">    大学生毕业个人自我总结范文 篇4 </w:t>
      </w:r>
      <w:r>
        <w:rPr>
          <w:lang w:eastAsia="zh-CN"/>
        </w:rPr>
        <w:br/>
      </w:r>
      <w:r>
        <w:rPr>
          <w:lang w:eastAsia="zh-CN"/>
        </w:rPr>
        <w:t>　　当我刚从学校毕业走向社会时，心里充满了迷茫，不知道今后的路将走向何方?一个偶然的机会：我在__年12月底参加__有限公司的招聘考试，通过考试来到__有限公司，在领导关心和帮助下，于1月4日到__有限公司实习三个月，经过这三个月的实习，让我对五金这个大家庭有了初步的了解，也对自己有了深刻的认识。</w:t>
      </w:r>
      <w:r>
        <w:rPr>
          <w:lang w:eastAsia="zh-CN"/>
        </w:rPr>
        <w:br/>
      </w:r>
      <w:r>
        <w:rPr>
          <w:lang w:eastAsia="zh-CN"/>
        </w:rPr>
        <w:t>　　实习的时间快而又短暂，不知不觉实习的时间很快就过去了。回想这段日子，我真的有很失落过，也有很认真过，很高兴过，而现在就是很珍惜这段经验。马上就要回学校了，还有很多事情等着我去做，现在重要的就是要对这段实习时间做个报告，也是对自己实习的鉴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在半年的实习生活以来。我学会了很多，也懂得了很多从生活中没发获得到的知识和道理。回顾半年以来，从那天真的我直接到经历了生活中的挫折和失败，到现在稳重和冷静的我，使我明白了一个道理：人生不可能存在一帆风顺的事，只有自己勇敢地面对人生中的每一个挫折和失败，才能通往自己的罗马大道。在这半年里，我有失落过，烦恼过，悲伤过。有时觉得自己放手让时间在自己的手里流走，可能是或者我的缺陷和不足。但我知道这是上天对我的一个考验，但在每次失落的时候我都会反省过来，告诉自己清楚自己应该做的是什么，在挫折面前我们应该善用于扬长避短的方法来促进自己，提高自己的综合水平能力。在学习方面虽然自己普通平凡，但是我会努力提高，做到最好，不管遇到什么困扰我都不会跌倒，我会不懈努力。</w:t>
      </w:r>
      <w:r>
        <w:rPr>
          <w:lang w:eastAsia="zh-CN"/>
        </w:rPr>
        <w:br/>
      </w:r>
      <w:r>
        <w:rPr>
          <w:lang w:eastAsia="zh-CN"/>
        </w:rPr>
        <w:t>　　在半年的锻炼里，给我仅是初步的经验积累，对于迈向社会远远不够的，因此我要努力获取更多的经验和社会实践能力，我的未来不是梦，只要自己努力过，成功是不会拒绝你的。</w:t>
      </w:r>
      <w:r>
        <w:rPr>
          <w:lang w:eastAsia="zh-CN"/>
        </w:rPr>
        <w:br/>
      </w:r>
      <w:r>
        <w:rPr>
          <w:lang w:eastAsia="zh-CN"/>
        </w:rPr>
        <w:t>　　一、个人表现。</w:t>
      </w:r>
      <w:r>
        <w:rPr>
          <w:lang w:eastAsia="zh-CN"/>
        </w:rPr>
        <w:br/>
      </w:r>
      <w:r>
        <w:rPr>
          <w:lang w:eastAsia="zh-CN"/>
        </w:rPr>
        <w:t>　　1、严格遵守单位各项规章制度。上班伊始，我认真学习《办公室人员日常行为规范》等各项规章制度，并牢记于心，时刻提醒自己严格遵守单位各项规章制度。如坚持每天上班提早到单位，打扫办公室卫生，为同时创造一个干净的工作环境。</w:t>
      </w:r>
      <w:r>
        <w:rPr>
          <w:lang w:eastAsia="zh-CN"/>
        </w:rPr>
        <w:br/>
      </w:r>
      <w:r>
        <w:rPr>
          <w:lang w:eastAsia="zh-CN"/>
        </w:rPr>
        <w:t>　　2、认真学习有关专业知识。我在制造二部办公室经常看一些关于写作的书籍，参考一些机关文件及以往的资料，试着写一些心得体会，并向前辈老师请教写作相关的知识。</w:t>
      </w:r>
      <w:r>
        <w:rPr>
          <w:lang w:eastAsia="zh-CN"/>
        </w:rPr>
        <w:br/>
      </w:r>
      <w:r>
        <w:rPr>
          <w:lang w:eastAsia="zh-CN"/>
        </w:rPr>
        <w:t>　　3、主动与同事交流，了解单位情况，听取同事对自己的批评和建议。</w:t>
      </w:r>
      <w:r>
        <w:rPr>
          <w:lang w:eastAsia="zh-CN"/>
        </w:rPr>
        <w:br/>
      </w:r>
      <w:r>
        <w:rPr>
          <w:lang w:eastAsia="zh-CN"/>
        </w:rPr>
        <w:t>　　4、积极参加单位组织的活动，如去产线支缓的义务劳动。</w:t>
      </w:r>
      <w:r>
        <w:rPr>
          <w:lang w:eastAsia="zh-CN"/>
        </w:rPr>
        <w:br/>
      </w:r>
      <w:r>
        <w:rPr>
          <w:lang w:eastAsia="zh-CN"/>
        </w:rPr>
        <w:t>　　二、个人收获。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首先，心态的转变。要知道作为一个已经毕业的大学生，通常对自己的今后，感到很迷茫，而且有一种眼高手低的通病。经过这三个月的实习锻炼，让我认清了自己，并改掉眼高手低的毛病，真正地从基础做起，从小事做起。</w:t>
      </w:r>
      <w:r>
        <w:rPr>
          <w:lang w:eastAsia="zh-CN"/>
        </w:rPr>
        <w:br/>
      </w:r>
      <w:r>
        <w:rPr>
          <w:lang w:eastAsia="zh-CN"/>
        </w:rPr>
        <w:t>　　其次、对自己的岗位有了初步的认识。办公室作为一个综合性地科室，担负着上情下达、下情上报、对外交往和后勤服务等繁重工作，处于协调各部门、连接领导和基层的枢纽地位，是公司的信息中心、服务中心、参谋中心、运转中心和指挥中心。做为办公室的一员，不是简单的往凳子上一坐，听听电话，发发文件，需要的是眼活手快、会写能跑。因此，今后我要加强这方面的锻炼与学习。</w:t>
      </w:r>
      <w:r>
        <w:rPr>
          <w:lang w:eastAsia="zh-CN"/>
        </w:rPr>
        <w:br/>
      </w:r>
      <w:r>
        <w:rPr>
          <w:lang w:eastAsia="zh-CN"/>
        </w:rPr>
        <w:t>　　第三、适应新的工作环境。以往自己总是很懒，不愿意做事，总感觉什么事一定会“船到桥头自然直”，因此实习期间吃了不少的苦。经过同事们的帮助，自己渐渐的适应了新的工作环境，也学到了学校书本上没有的知识--与同事相处的方法和积极地工作态度。</w:t>
      </w:r>
      <w:r>
        <w:rPr>
          <w:lang w:eastAsia="zh-CN"/>
        </w:rPr>
        <w:br/>
      </w:r>
      <w:r>
        <w:rPr>
          <w:lang w:eastAsia="zh-CN"/>
        </w:rPr>
        <w:t>　　三、认识自己的不足。</w:t>
      </w:r>
      <w:r>
        <w:rPr>
          <w:lang w:eastAsia="zh-CN"/>
        </w:rPr>
        <w:br/>
      </w:r>
      <w:r>
        <w:rPr>
          <w:lang w:eastAsia="zh-CN"/>
        </w:rPr>
        <w:t>　　经过三个月的实习，收获良多，同时也认识到自己的不足。在工作上，有时比较粗心大意，不够细心，干事谨慎有余，以至于缩手缩脚;在生活上，对于自己要求不太严格，在学校的一些坏毛病没有彻底改正，自己做错事时，带有一种得过且过的心态;在写作上，基础比较薄弱，脑子里装的东西少，写东西时需要辅助工具，比如电脑等，不能独立的完成写作。</w:t>
      </w:r>
      <w:r>
        <w:rPr>
          <w:lang w:eastAsia="zh-CN"/>
        </w:rPr>
        <w:br/>
      </w:r>
      <w:r>
        <w:rPr>
          <w:lang w:eastAsia="zh-CN"/>
        </w:rPr>
        <w:t>　　工作中的不足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经过这一个多月的实习，我学到了很多也成长了很多，但也有一些不足需要我在以后的实习和工作过程中需要改进：</w:t>
      </w:r>
      <w:r>
        <w:rPr>
          <w:lang w:eastAsia="zh-CN"/>
        </w:rPr>
        <w:br/>
      </w:r>
      <w:r>
        <w:rPr>
          <w:lang w:eastAsia="zh-CN"/>
        </w:rPr>
        <w:t>　　1、不够细心，在工作中不够谨慎。行政部的工作虽然难度不大，但是却非常繁杂，这就要求每一个行政人员必须细心，细心是必要的素质。在这方面，我做的还不够好，总是会犯一些不必要的错误。</w:t>
      </w:r>
      <w:r>
        <w:rPr>
          <w:lang w:eastAsia="zh-CN"/>
        </w:rPr>
        <w:br/>
      </w:r>
      <w:r>
        <w:rPr>
          <w:lang w:eastAsia="zh-CN"/>
        </w:rPr>
        <w:t>　　2、缺乏实际运用专业知识的能力，由于平时很少活用过去所学的专业知识，在进入实际的企业只会，面对实际的问题，显得手忙脚乱，不知道该如何下手，不知道该怎样系统化的与学到的知识联系起来，只能盲目的去探索。</w:t>
      </w:r>
      <w:r>
        <w:rPr>
          <w:lang w:eastAsia="zh-CN"/>
        </w:rPr>
        <w:br/>
      </w:r>
      <w:r>
        <w:rPr>
          <w:lang w:eastAsia="zh-CN"/>
        </w:rPr>
        <w:t>　　3、吃苦耐劳的能力有待提高，学校的生活相对来说是比较悠闲的，进入企业之后繁杂的工作，额定的工作的时间，让自己很难适应，会感到很累。</w:t>
      </w:r>
      <w:r>
        <w:rPr>
          <w:lang w:eastAsia="zh-CN"/>
        </w:rPr>
        <w:br/>
      </w:r>
      <w:r>
        <w:rPr>
          <w:lang w:eastAsia="zh-CN"/>
        </w:rPr>
        <w:t>　　实习收获与体会</w:t>
      </w:r>
      <w:r>
        <w:rPr>
          <w:lang w:eastAsia="zh-CN"/>
        </w:rPr>
        <w:br/>
      </w:r>
      <w:r>
        <w:rPr>
          <w:lang w:eastAsia="zh-CN"/>
        </w:rPr>
        <w:t>　　在电脑城实习的这段时间，对我个人而言受益匪浅，主要体现在以下几个方面：</w:t>
      </w:r>
      <w:r>
        <w:rPr>
          <w:lang w:eastAsia="zh-CN"/>
        </w:rPr>
        <w:br/>
      </w:r>
      <w:r>
        <w:rPr>
          <w:lang w:eastAsia="zh-CN"/>
        </w:rPr>
        <w:t>　　1、对大型商场的运营模式有了较深入的了解。汇晶电脑城是通过租赁商铺来获得盈利，而公司对所有商户提供物流管理，以确保商场规范有序的运作。</w:t>
      </w:r>
      <w:r>
        <w:rPr>
          <w:lang w:eastAsia="zh-CN"/>
        </w:rPr>
        <w:br/>
      </w:r>
      <w:r>
        <w:rPr>
          <w:lang w:eastAsia="zh-CN"/>
        </w:rPr>
        <w:t>　　2、对管理员的管理艺术有了较深入的思考。管理归根到底就是人与人之间的'沟通交流!如何进行有效的沟通与交流，这是管理员所面对的现实问题!从电脑城的三位管理员师傅的身上，我获得了很多这方面的知识!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3、对电脑城的宣传策划有了较深入的了解。明白了宣传策划对于电脑城的销售业绩起着至关重要的作用。</w:t>
      </w:r>
      <w:r>
        <w:rPr>
          <w:lang w:eastAsia="zh-CN"/>
        </w:rPr>
        <w:br/>
      </w:r>
      <w:r>
        <w:rPr>
          <w:lang w:eastAsia="zh-CN"/>
        </w:rPr>
        <w:t>　　4、对我个人的素质也是一次难得的考验。在实习的过程中，我认识到了自己的许多不足和需要改进的地方。认识到了自己需要在进入社会之前在自己身上不足的地方多下功夫。</w:t>
      </w:r>
      <w:r>
        <w:rPr>
          <w:lang w:eastAsia="zh-CN"/>
        </w:rPr>
        <w:br/>
      </w:r>
      <w:r>
        <w:rPr>
          <w:lang w:eastAsia="zh-CN"/>
        </w:rPr>
        <w:t>　　5、对社会工作环境有了全面的认识。从学校到社会的大环境的转变，身边接触的人也完全换了角色，老师变成老板，同学变成同事，相处的方式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好时，会有来自各方面的压力，老板的眼色同事的嘲讽。而在学校，有同学老师的关心和支持，每日只是上上课，很轻松。一个月的实习时间虽然不长，但是我从中学到了很多知识，关于做人，做事，做学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每个大学生在真正进入社会之前都应该拥有一段实习经历，它使我们在实践中了解社会，了解职场。让我们学到了很多在课堂上、书本上根本就学不到的知识。在这个过程中，使我增长了见识，同时也开拓了我的视野，也深深的体会到了竞争的残酷。通过这次实习，我意识到，不光要在实际操作中培养我们的工作素养，锻炼自己的工作能力，提高自己的工作智商。同时也要与自己的工作伙伴建立良好的情感，提高自己的工作情商。这一点真的很重要，没有任何一个人可以脱离工作伙伴而单独的把工作完成好。任何时候都不要忽略人的因素。一个多月的时间转瞬即逝,但是它留给我的决不仅仅是业务技能的提高,更多是一种精神的同化和感召。实习的结束同时又是一个新的开始,在新的起点上,我将重新审视自己,不断提高自己的能力，重视充实自己薄弱的地方，为真正踏入社会做好充分的准备。</w:t>
      </w:r>
      <w:r>
        <w:rPr>
          <w:lang w:eastAsia="zh-CN"/>
        </w:rPr>
        <w:br/>
      </w:r>
      <w:r>
        <w:rPr>
          <w:lang w:eastAsia="zh-CN"/>
        </w:rPr>
        <w:t xml:space="preserve">    大学生毕业个人自我总结范文 篇5 </w:t>
      </w:r>
      <w:r>
        <w:rPr>
          <w:lang w:eastAsia="zh-CN"/>
        </w:rPr>
        <w:br/>
      </w:r>
      <w:r>
        <w:rPr>
          <w:lang w:eastAsia="zh-CN"/>
        </w:rPr>
        <w:t>　　自__年9月来到_财经大学商学院，转眼间已不知不觉度过了四年的大学生活。在这充满酸甜苦辣的四年里，我成长了很多，也获得了一定的成绩，可以给自己和家人一个满意的答复。在此，我将对自己这四年来的收获和感受作一个小结，并以此为我今后行动的指南。</w:t>
      </w:r>
      <w:r>
        <w:rPr>
          <w:lang w:eastAsia="zh-CN"/>
        </w:rPr>
        <w:br/>
      </w:r>
      <w:r>
        <w:rPr>
          <w:lang w:eastAsia="zh-CN"/>
        </w:rPr>
        <w:t>　　思想方面，尽管最终并没有成为为人民服务的共产党员，但是通过团课和党课的学习，思想觉悟有了很大的提高。尤其是身为班级宣传委员，基础团支部的一员，从团日活动的策划、实施到活动总结过程中，锻炼了自己的组织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学习方面，我踏踏实实，一点也不放松。每个学期的成绩充分证明了一分耕耘一分收获，只要付出就会有所收获。从大一的班级排名第四、第五逐渐上升，终于在大四下学期班级综合测评中排名第一。对于英语系的学生来说，考证书也是学业很重要的一部分。值得高兴的是，我顺利通过了大学英语四六级、bec中级、专业英语四级与专业英语八级。从大三开始，我选修了第二学位国际贸易，通过周六日的学习，我扩充了专业知识，并在老师的鼓励下，顺利考取了报关员资格证和报检员资格证。同样是在老师的细心指导下，我的双学位毕业论文《中美时间观差异对商务谈判影响分析》被选为优秀毕业生论文。此外，我还利用业余时间，考取了会计从业资格证和普通话证书。</w:t>
      </w:r>
      <w:r>
        <w:rPr>
          <w:lang w:eastAsia="zh-CN"/>
        </w:rPr>
        <w:br/>
      </w:r>
      <w:r>
        <w:rPr>
          <w:lang w:eastAsia="zh-CN"/>
        </w:rPr>
        <w:t>　　学习固然重要，一个人能力的培养也不容忽视。大学三年在学生会实践部工作，给了我很多挑战自我的机会，在拉赞助的过程中明白了在否定中坚强成长的道理，在举办模拟招聘会和宣传“三下乡”活动中感受到团队的作用。还有那些丰富的校园生活，我参与了其中几个，并取得了小小成绩，如第三届书画创意大赛硬笔组一等奖，首届简历设计大赛一等奖等。</w:t>
      </w:r>
      <w:r>
        <w:rPr>
          <w:lang w:eastAsia="zh-CN"/>
        </w:rPr>
        <w:br/>
      </w:r>
      <w:r>
        <w:rPr>
          <w:lang w:eastAsia="zh-CN"/>
        </w:rPr>
        <w:t>　　马上就要毕业离校了，心里是那样的恋恋不舍。在我们这个温馨的省级先进班集体、院级优秀团支部，我变得比四年前的自己更加优秀，更加坚强和独立，同时学会了用感恩的心去包容，紧要关头不放弃绝望就会变希望。</w:t>
      </w:r>
      <w:r>
        <w:rPr>
          <w:lang w:eastAsia="zh-CN"/>
        </w:rPr>
        <w:br/>
      </w:r>
      <w:r>
        <w:rPr>
          <w:lang w:eastAsia="zh-CN"/>
        </w:rPr>
        <w:t>　　最后，我希望再次尽自己的微薄之力，为大家制作毕业留念相册。十年之后，当我们再次看着电子相册回顾往昔之时，能够会心一笑。</w:t>
      </w:r>
      <w:r>
        <w:rPr>
          <w:lang w:eastAsia="zh-CN"/>
        </w:rPr>
        <w:br/>
      </w:r>
      <w:r>
        <w:rPr>
          <w:lang w:eastAsia="zh-CN"/>
        </w:rPr>
        <w:t xml:space="preserve">    大学生毕业个人自我总结范文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实习很快要结束了，十几年的学生生涯将要接近尾声，实习是我跨入社会进行的一个热身运动。毕业后，我们又迈来一新的起点。新的旅程艰难又宽广，我们又要迎接新的挑战，实习其实就是把自己学到的知识用到平时实际工作中去，在实习中不断磨练自己，增加一些实践经验，从中找出自己不足之处，虚心学习一些实用知识，在实习工作中不断学习，反复推敲，事事总结，从中积累自己的一些实用经验，我抱着这样的观念和目的，我选择了杭州携职旅社有限公司为实习单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通过三个月的实习现在我深深的感到当初的选择是我人生中最幸运的其中一件，因为第一，公司是杭州唯一工商注册，为全国各地来杭州求职的大学生提供住宿并给他们进行免费职前培训，帮助找到工作的单位，所涉及的行业比较新颖并且前景看好，发展潜力大;第二他又是新型企业需要有一批有激情有知识有才能的人去创业，去开拓它也是一个最能锻炼人的地方，这将对我们日后的工作经验的积累也是具有帮助，也给我们实习提供锻炼的平台，首选单位，并有许多晋升的机会。第三公司的老总是一个有想法，有远见规划，并很有才华的一位领导人，能找到这么好的一个实习机会，确实是我三生有幸，特别对我来说，一个从农村考入大学的而又刚从学校迈入社会的青年来说，任何实践经验去装满它。而在实习期间，携职的老总总能在工作中耐心指导我，在具体工作操作中点拨我，并能在生活中也经常指点我，他会给我们进行职前培训，实用指导，规范化训练，还经常带我们出去与社会接触，实地传授一些经验和技巧，包括与人沟通，做人准则及与外界联络和联系，注重培养我实战能力。在实习中我已深入感觉到携职老总又是我们的良师益友，他身上有许多让人钦佩的才华和优点，从而使我产生模仿他值得我学习的一切。总而言之，通过携职的实习，确实让我感到受益匪浅。</w:t>
      </w:r>
      <w:r>
        <w:rPr>
          <w:lang w:eastAsia="zh-CN"/>
        </w:rPr>
        <w:br/>
      </w:r>
      <w:r>
        <w:rPr>
          <w:lang w:eastAsia="zh-CN"/>
        </w:rPr>
        <w:t>　　通过实习，现我对待工作的态度也有了进步的正确认识，乐观和积极是我们首选，不管有多么的艰苦，我们都会去面对，去挑战，目的是能磨练自己的意志，使之能迅速成长。携职是一个刚进入创业起步阶段的企业，很多工作也需要靠大家的自觉性，虽然工作已有劳目标，但需要经过自己穿身去体验尝试，坐落才会有第一手的市场反馈信息。一旦方案制定，同时又需要马上去执行，有时候及市场营销这块又要兼顾就业服务和招聘公司人员等各方面的工作，有时确实感到工作压力还是很大的，但由于我能踏踏实实地去干，去做，最后总结让我看到成绩我也会感到很欣慰的。①在实习中我还和各类培训企业以及高校进行联系，②线上线下的宣传，如网络百度贴吧，线下通过省市人才市场资料的派发，③对入住人员提供就业服务，④进行携职人员的的面试和笔试等工作，从而还要进行一些旅社知识和规范操作的实训。通过以上具体工作，我觉得很多工作需要我去摸索和探讨，要不怕吃苦，勇于激流勇进，有的工作虽然单挑又重复，但这是磨练意志最有效的方法，我告诫自己要认真完成，对每项工作都要他看成是公司对自己的一次考核，做到每一件事的过程中遇到困难，一定要争取不抛弃，不放弃，坚持“战斗”，只要希望还在，胜利一定属于我们。</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实习马上就要结束，但我已对携职有了深受的感情，这里有一个能战斗的团队，我将留下来继续战斗。能成为一名携职的正式员工我感到非常荣幸和光荣。在实习中取得了一些成绩，得到了许多宝贵的经验，但我深知千万不能满足现状，这才是万里长征刚迈出第一步，我还要不断努力，发扬成绩，用于拼搏，争取更大的进步！</w:t>
      </w:r>
      <w:r>
        <w:rPr>
          <w:lang w:eastAsia="zh-CN"/>
        </w:rPr>
        <w:br/>
      </w:r>
      <w:r>
        <w:rPr>
          <w:lang w:eastAsia="zh-CN"/>
        </w:rPr>
        <w:t>　　土木工程专业实习个人总结</w:t>
      </w:r>
      <w:r>
        <w:rPr>
          <w:lang w:eastAsia="zh-CN"/>
        </w:rPr>
        <w:br/>
      </w:r>
      <w:r>
        <w:rPr>
          <w:lang w:eastAsia="zh-CN"/>
        </w:rPr>
        <w:t>　　今年3月份，我正式走进实习单位开始了自己人生中的第一份实习工作。由于我是应届毕业生，本身对具体实习科目和工作都知之很少，由老师傅们带我学习，以师傅带徒弟的方式，指导我的日常实习。在老师傅们的热心指导下，我依次对公司的基本工程、工程结构、信息化实施进行了了解，并积极参与相关工作，注意把书本上学到的土木理论知识对照实际工作，用理论知识加深对实际工作的认识，用实践验证大学所学确实有用。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公司概况和工程细节有了深层次的感性与理性的认识。</w:t>
      </w:r>
      <w:r>
        <w:rPr>
          <w:lang w:eastAsia="zh-CN"/>
        </w:rPr>
        <w:br/>
      </w:r>
      <w:r>
        <w:rPr>
          <w:lang w:eastAsia="zh-CN"/>
        </w:rPr>
        <w:t>　　在公司我主要的工作任务是现场勘察，计算工程量，制作工程施工计划，现场调研等都是公司的重要活动，决定了公司工程的区域性分配情况，以及每个分公司能够完成工程等情况.由于缺乏经验，我在期间做数据统计的时间走了很多弯路，给同事的工作带来了很多麻烦，但是我们经理没批评我，而是让我继续认真的把事情做好，我很受鼓舞，同时也很努力的去把事情做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自走进实习单位开始我本着积极肯干，虚心好学、工作认真负责的态度，积极主动的参与施工现场调查、质量跟踪、工程量计算、以及对企业的各种工程的了解，对企业分公司的熟悉，让自己以最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r>
        <w:rPr>
          <w:lang w:eastAsia="zh-CN"/>
        </w:rPr>
        <w:br/>
      </w:r>
      <w:r>
        <w:rPr>
          <w:lang w:eastAsia="zh-CN"/>
        </w:rPr>
        <w:t>　　实习收获，主要有4个方面：</w:t>
      </w:r>
      <w:r>
        <w:rPr>
          <w:lang w:eastAsia="zh-CN"/>
        </w:rPr>
        <w:br/>
      </w:r>
      <w:r>
        <w:rPr>
          <w:lang w:eastAsia="zh-CN"/>
        </w:rPr>
        <w:t>　　1、通过直接参与企业的运作过程，学到了实践知识，同时进一步加深了对理论知识的理解，使理论与实践知识都有所提高，圆满地完成了本科教学的实践任务。</w:t>
      </w:r>
      <w:r>
        <w:rPr>
          <w:lang w:eastAsia="zh-CN"/>
        </w:rPr>
        <w:br/>
      </w:r>
      <w:r>
        <w:rPr>
          <w:lang w:eastAsia="zh-CN"/>
        </w:rPr>
        <w:t>　　2、提高了实际工作能力，为就业和将来的工作取得了一些宝贵的实践经验。</w:t>
      </w:r>
      <w:r>
        <w:rPr>
          <w:lang w:eastAsia="zh-CN"/>
        </w:rPr>
        <w:br/>
      </w:r>
      <w:r>
        <w:rPr>
          <w:lang w:eastAsia="zh-CN"/>
        </w:rPr>
        <w:t>　　3、学生在实习单位受到认可并促成就业。并为毕业后的正式工作进行了良好的准备。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通过实习，我对我国房地产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非浅，如此感慨万分！</w:t>
      </w:r>
      <w:r>
        <w:rPr>
          <w:lang w:eastAsia="zh-CN"/>
        </w:rPr>
        <w:br/>
      </w:r>
      <w:r>
        <w:rPr>
          <w:lang w:eastAsia="zh-CN"/>
        </w:rPr>
        <w:t xml:space="preserve">    大学生毕业个人自我总结范文 篇7 </w:t>
      </w:r>
      <w:r>
        <w:rPr>
          <w:lang w:eastAsia="zh-CN"/>
        </w:rPr>
        <w:br/>
      </w:r>
      <w:r>
        <w:rPr>
          <w:lang w:eastAsia="zh-CN"/>
        </w:rPr>
        <w:t>　　短短半年的实习生活就要结束了，回想这段时间的点点滴滴，虽然说不上激情澎湃，但毕竟我们为此付出了诸多心血，心里难免有着激动，现在要离开带领我们踏入飞机维修行列的老师们，心中的确有万分的不舍。但天下无不散之筵席，此次的分别是为下次更好的相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人闲的时候是等时间，等着下刻的到来；人忙的时候是赶时间，过得太快，多想让它停一停，用充实形容这一阶段很适合。我每一天都过得很充实。以前在大学里成天特别闲，没有目标，不知道干什么。现在我觉得忙碌是一种幸福，我知道我要做些什么。</w:t>
      </w:r>
      <w:r>
        <w:rPr>
          <w:lang w:eastAsia="zh-CN"/>
        </w:rPr>
        <w:br/>
      </w:r>
      <w:r>
        <w:rPr>
          <w:lang w:eastAsia="zh-CN"/>
        </w:rPr>
        <w:t>　　在_公司，我平常的主要工作是翻译并熟悉民航手册,并学习编写工卡。</w:t>
      </w:r>
      <w:r>
        <w:rPr>
          <w:lang w:eastAsia="zh-CN"/>
        </w:rPr>
        <w:br/>
      </w:r>
      <w:r>
        <w:rPr>
          <w:lang w:eastAsia="zh-CN"/>
        </w:rPr>
        <w:t>　　在工作中，我逐渐意识到学习怎样与人相处和与人沟通的重要性。公司里的员工来自五湖四海，不同地区的人有不同的生活习惯和生活方式等，与不同地区的人相处要讲究不同的方式方法。只有这样才能营造良好的人际关系，使工作得以保质、保量完成。最主要的是与同事相处一定要礼貌、谦虚、宽容、相互关心、相互帮助和相互体谅。</w:t>
      </w:r>
      <w:r>
        <w:rPr>
          <w:lang w:eastAsia="zh-CN"/>
        </w:rPr>
        <w:br/>
      </w:r>
      <w:r>
        <w:rPr>
          <w:lang w:eastAsia="zh-CN"/>
        </w:rPr>
        <w:t>　　其次，要学会怎样认真地工作。从前在学校，下课后就知道和同学聊天，嘻嘻哈哈，大声谈笑。在这里工作后，就要改掉一些学生时代养成的习惯。因为，这里是工作的地方，来不得半点马虎，尤其是翻译、编写这方面必须谨慎处理。如果马虎就会出错，就会给公司带来损失。于是，我意识到自己绝不能像以前那样要学会像这里的同事一样，严肃、认真、努力地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再次，要学会虚心。因为只有虚心请教才能真正学到东西；也只有虚心请教才能真正是自己进步最快。休息的时候，我也会主动找我们的领导和同事聊天，虚心地向他们请教和学习，他们为我指出了工作中的很多错误和缺点，领导还对我说，我看一个人怎么样，不是看他学历、文凭怎么样，关键是看此人做事是否勤快踏实。你跟我们其他同事不一样，你是刚从大学出来的实习生，经历和思想都不成熟，应该多利用时间不断地学习，不断地充实，不断地提升自己。</w:t>
      </w:r>
      <w:r>
        <w:rPr>
          <w:lang w:eastAsia="zh-CN"/>
        </w:rPr>
        <w:br/>
      </w:r>
      <w:r>
        <w:rPr>
          <w:lang w:eastAsia="zh-CN"/>
        </w:rPr>
        <w:t>　　总结，我这段时间的实习生活，体会很深。实习是每一个大学毕业生必须拥有的一段经历。它使我们在实践中了解社会，让我们学到了很多在课堂上学不到的知识，也打开了视野，增长了知识。为我们以后更好地服务社会打下了坚实的基础。在北京联谊航科技发展有限责任公司实习的这段时间里，我脱离了学校的庇护，开始接触社会，了解今后工作的性质，不但增长了专业知识，还学到了不少为人出事的方法。今天开始，又是人生新的征程。在新的征程上，把“做好自己，才能创造更好的未来”做为我人生的座右铭，奋发图强，永不放弃！</w:t>
      </w:r>
      <w:r>
        <w:rPr>
          <w:lang w:eastAsia="zh-CN"/>
        </w:rPr>
        <w:br/>
      </w:r>
      <w:r>
        <w:rPr>
          <w:lang w:eastAsia="zh-CN"/>
        </w:rPr>
        <w:t xml:space="preserve">    大学生毕业个人自我总结范文 篇8 </w:t>
      </w:r>
      <w:r>
        <w:rPr>
          <w:lang w:eastAsia="zh-CN"/>
        </w:rPr>
        <w:br/>
      </w:r>
      <w:r>
        <w:rPr>
          <w:lang w:eastAsia="zh-CN"/>
        </w:rPr>
        <w:t>　　以下是由范文大全为大家整理的大学生毕业实习总结范文材料，希望对你有所帮助。</w:t>
      </w:r>
      <w:r>
        <w:rPr>
          <w:lang w:eastAsia="zh-CN"/>
        </w:rPr>
        <w:br/>
      </w:r>
      <w:r>
        <w:rPr>
          <w:lang w:eastAsia="zh-CN"/>
        </w:rPr>
        <w:t>　　大学四年是我一生的重要阶段，是学习专业知识及提高各方面能力为以后谋生发展的重要阶段。从跨入大学的校门的那一刻起，我就把这一信念作为人生的又一座右铭。</w:t>
      </w:r>
      <w:r>
        <w:rPr>
          <w:lang w:eastAsia="zh-CN"/>
        </w:rPr>
        <w:br/>
      </w:r>
      <w:r>
        <w:rPr>
          <w:lang w:eastAsia="zh-CN"/>
        </w:rPr>
        <w:t>　　大学四年里，在提高自己科学文化素质的同时，也努力提高自己的思想道德素质，使自己成为德、智、体诸方面全面发展适应21世纪发展要求的复合型人才，做一个有理想、有道德、有文化、有纪律的社会主义建设者和接班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德，即思想道德。大学三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我曾参加党校系统学习并取得结业证书，积极主动地向党组织靠拢。</w:t>
      </w:r>
      <w:r>
        <w:rPr>
          <w:lang w:eastAsia="zh-CN"/>
        </w:rPr>
        <w:br/>
      </w:r>
      <w:r>
        <w:rPr>
          <w:lang w:eastAsia="zh-CN"/>
        </w:rPr>
        <w:t>　　智，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w:t>
      </w:r>
      <w:r>
        <w:rPr>
          <w:lang w:eastAsia="zh-CN"/>
        </w:rPr>
        <w:br/>
      </w:r>
      <w:r>
        <w:rPr>
          <w:lang w:eastAsia="zh-CN"/>
        </w:rPr>
        <w:t>　　能的同时，还努力拓宽自己的知识面，培养自己其他方面的能力;积极参加学生科协及科学研究活动中的各项活动。</w:t>
      </w:r>
      <w:r>
        <w:rPr>
          <w:lang w:eastAsia="zh-CN"/>
        </w:rPr>
        <w:br/>
      </w:r>
      <w:r>
        <w:rPr>
          <w:lang w:eastAsia="zh-CN"/>
        </w:rPr>
        <w:t>　　体，包括身体和心理两个方面。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大学四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IT人士，所受的社会压力将比其他行业更加沉重，要学会学习，学会创新，学会适应社会的发展要求。</w:t>
      </w:r>
      <w:r>
        <w:rPr>
          <w:lang w:eastAsia="zh-CN"/>
        </w:rPr>
        <w:br/>
      </w:r>
      <w:r>
        <w:rPr>
          <w:lang w:eastAsia="zh-CN"/>
        </w:rPr>
        <w:t xml:space="preserve">    大学生毕业个人自我总结范文 篇9 </w:t>
      </w:r>
      <w:r>
        <w:rPr>
          <w:lang w:eastAsia="zh-CN"/>
        </w:rPr>
        <w:br/>
      </w:r>
      <w:r>
        <w:rPr>
          <w:lang w:eastAsia="zh-CN"/>
        </w:rPr>
        <w:t>　　20__年_月份，我来到天津武藏涂料有限公司开始了自己人生中的第一份实习工作。由于我是应届毕业生，本身对企业的经营方式等都很陌生，公司以师傅带徒弟的方式，指导我的日常实习。在帮带师傅的热心指导下，我依次对公司的基本产品、产业结构、信息化实施进行了了解，并积极参与相关工作，注意把书本上学到的知识运用到实际工作，用理论知识加深对实际工作的认识，用实践验证大学所学确实有用。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外资企业特别是日资企业的生产、管理工作以及发展前景有了深层次的感性与理性的认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在公司我主要的工作任务是的颜色的调配与制作，领导还要对每周的调色个数进行统计，这样有利于激发我们的积极性，还有参与了公司节假日产品的发布、订货会.武藏的节假日产品订货会是公司的重要活动，一方面节假日客户搞促销活动下的订单比较多，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颜色的调制上走了很多弯路，给同事的工作带来了很多麻烦，但是我们领导没批评我，而是让我继续认真的把事情做好，我很受鼓舞，同时也很努力的去把事情做好。</w:t>
      </w:r>
      <w:r>
        <w:rPr>
          <w:lang w:eastAsia="zh-CN"/>
        </w:rPr>
        <w:br/>
      </w:r>
      <w:r>
        <w:rPr>
          <w:lang w:eastAsia="zh-CN"/>
        </w:rPr>
        <w:t>　　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自走进罗蒙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r>
        <w:rPr>
          <w:lang w:eastAsia="zh-CN"/>
        </w:rPr>
        <w:br/>
      </w:r>
      <w:r>
        <w:rPr>
          <w:lang w:eastAsia="zh-CN"/>
        </w:rPr>
        <w:t>　　实习收获，主要有4个方面：</w:t>
      </w:r>
      <w:r>
        <w:rPr>
          <w:lang w:eastAsia="zh-CN"/>
        </w:rPr>
        <w:br/>
      </w:r>
      <w:r>
        <w:rPr>
          <w:lang w:eastAsia="zh-CN"/>
        </w:rPr>
        <w:t>　　1、通过直接参与企业的运作过程，学到了实践知识，同时进1步加深了对理论知识的理解，使理论与实践知识都有所提高，圆满地完成了本科教学的实践任务。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2、提高了实际工作能力，为就业和将来的工作取得了1些宝贵的实践经验。</w:t>
      </w:r>
      <w:r>
        <w:rPr>
          <w:lang w:eastAsia="zh-CN"/>
        </w:rPr>
        <w:br/>
      </w:r>
      <w:r>
        <w:rPr>
          <w:lang w:eastAsia="zh-CN"/>
        </w:rPr>
        <w:t>　　3、学生在实习单位受到认可并促成就业。并为毕业后的正式工作进行了良好的准备。</w:t>
      </w:r>
      <w:r>
        <w:rPr>
          <w:lang w:eastAsia="zh-CN"/>
        </w:rPr>
        <w:br/>
      </w:r>
      <w:r>
        <w:rPr>
          <w:lang w:eastAsia="zh-CN"/>
        </w:rPr>
        <w:t>　　通过实习，我对外资企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r>
        <w:rPr>
          <w:lang w:eastAsia="zh-CN"/>
        </w:rPr>
        <w:br/>
      </w:r>
      <w:r>
        <w:rPr>
          <w:lang w:eastAsia="zh-CN"/>
        </w:rPr>
        <w:t xml:space="preserve">    大学生毕业个人自我总结范文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五年的大学生活似弹指一挥间，从刚跨入学校时的失落和迷茫，到此时此刻即将走上工作岗位的沉着、坦然，我知道，这是我们人生中的一大挑战。能沉着的面对这一次角色的转换，除了有较强的适应力和乐观的生活看法外，更重要的是得益于大学五年的学习积累和技能的造就。我自认为无愧于这五年，刚入学时，我曾为身为一名大专连读的学子而懊丧过，但很快，我选择了坦然面对。因为我深信，是金子在任何地方都会发光。所以我确信，我的前途也定有光明、辉煌的一天。</w:t>
      </w:r>
      <w:r>
        <w:rPr>
          <w:lang w:eastAsia="zh-CN"/>
        </w:rPr>
        <w:br/>
      </w:r>
      <w:r>
        <w:rPr>
          <w:lang w:eastAsia="zh-CN"/>
        </w:rPr>
        <w:t>　　五年的大学生活是我人生的关键点。在五年的校内生涯和社会实践中，我不断的挑战自我、充溢自我，为实现人生的价值打下坚实的根底。始终都认为人应当是活到老、学到老的，我对学问、对本专业一丝不苟，在不满意于学好理论课的同时，也注意于对各种应用软件和硬件的探究。</w:t>
      </w:r>
      <w:r>
        <w:rPr>
          <w:lang w:eastAsia="zh-CN"/>
        </w:rPr>
        <w:br/>
      </w:r>
      <w:r>
        <w:rPr>
          <w:lang w:eastAsia="zh-CN"/>
        </w:rPr>
        <w:t>　　在大学期间，我始终以提高自身的综合素养为目标，以自我的全面开展为努力方向，树立正确的人生观、价值观和世界观。为适应社会开展的需求，我谨慎学习计算机的各种专业学问，发挥自己的特长，挖掘自身的潜力，结合每年的暑期社会实践时机，逐步提高自己的学习实力和分析处理问题的实力，以及必须的协调实力、组织实力和管理实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思想上，始终追求人格的升华，注意自己的品德。我崇拜有巨大人格魅力的人，并始终盼望自己也能做到。在大学生活中，我坚持不断自我反省，并且努力的完善自己的人格。此时此刻我理解到，乐于助人不仅能铸造高尚的品德，而且自身也会得到许多利益，协助别人的同时也是在协助自己。回忆这几年，我很开心能在同学有困难的时候伸出手来去协助他们，同样的，在我有困难时我的同学们也无私的伸出了救济之手。对于教师，我一向是特别敬重的，因为他们在我彷徨的时候指导协助我。大学期间，我看到了图书馆里白天黑夜的坚持和追求，我也看到了宿舍里显示器上成人影片的自残和堕落；我看到了校内艺术节上青春的绚丽和多彩，我也看到了睡觉睡到自然醒的平淡和无味；我看到了OK厅里烟酒的麻木和挥霍，也看到了寄向盼望工程的爱心和节约。身处于不同于以往的学习环境，假如没有教师的`协助与指引，我可能将不知道何去何从。我此时此刻领悟到，与其说品德是个人的人品操行，不如说是个人对整个社会的责任。一个人活在这个世界上，就得对社会负起必须的责任义务，有了高尚的品德，就能正确相识自己所负的责任，在奉献中实现自身的价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学习上，成果虽然始终没到达拿奖学金的程度，但我却在学习的过程中收获了许多。首先是我端正了学习看法，看到四周的同学们拼死的学习，我消除了到大学来彻底放松自己的初衷，起先大学的学习旅程；其次是极大程度的提高了自己的自学实力。大学一节课讲解并描述许多学问，只靠课堂上听讲是完全不够的，须自己钻研并时常去图书馆查一些相关资料，日积月累，自学实力得到了提高；再有就是懂得了运用学习方法同时注意独立思索。要想学好只埋头苦学是不行的，要学会“方法”，做事情的方法。古话说的好，授人以鱼不如授人以渔，我来这里的目的就是要学会“渔”，但说起来简单做起来难，我换了好多种方法，做什么都勤于思索，遇有不懂的地方能勤于请教。在学习时，以“独立思索”作为自己的座右铭，时刻不忘戒备。随着学习的进步，我不止是学到了公共根底学科学问和许多专业学问，我的心智也有了一个质的飞跃，能较快速的驾驭一种新的技术学问，我认为这对于将来很重要。由于所学的是计算机专业，因此特别注意实际操作实力，除了理论学习之外，我的实践实力也得到特别大的提高。在学习学问这段时间里，我更与教师建立了深厚的师生情意。教师们的谆谆教育，使我体会了学习的乐趣。</w:t>
      </w:r>
      <w:r>
        <w:rPr>
          <w:lang w:eastAsia="zh-CN"/>
        </w:rPr>
        <w:br/>
      </w:r>
      <w:r>
        <w:rPr>
          <w:lang w:eastAsia="zh-CN"/>
        </w:rPr>
        <w:t>　　生活上，我与身边很多同学，也建立了良好的关系，互帮互助，克制生活和学习上的难关。并结识一些高年级的师哥师姐，向他们请教学习、工作、生活上的问题。大学就是一个小型的社会，不仅要搞好自己的学习成果，更要造就自己的人际交往的实力。</w:t>
      </w:r>
      <w:r>
        <w:rPr>
          <w:lang w:eastAsia="zh-CN"/>
        </w:rPr>
        <w:br/>
      </w:r>
      <w:r>
        <w:rPr>
          <w:lang w:eastAsia="zh-CN"/>
        </w:rPr>
        <w:t>　　大学生活虽然只是我漫漫人生路上的一小局部，但它包含了缺憾和收获，是我人生中最珍贵的一段时间，也对我以后的人生起着至关重要的作用，我坚信在以后的生活中我必须能够飞得更高，走得更远。</w:t>
      </w:r>
      <w:r>
        <w:rPr>
          <w:lang w:eastAsia="zh-CN"/>
        </w:rPr>
        <w:br/>
      </w:r>
      <w:r>
        <w:rPr>
          <w:lang w:eastAsia="zh-CN"/>
        </w:rPr>
        <w:t>　　作为一名20__年大学应届毕业生，我所拥有的是年轻和学问。年轻或许意味着欠缺经历，但是年轻也意味着热忱和活力，我自信能凭自己的实力和学识在毕业以后的工作和生活中克制各种困难，不断实现自我的人生价值和追求的目标。</w:t>
      </w:r>
      <w:r>
        <w:rPr>
          <w:lang w:eastAsia="zh-CN"/>
        </w:rPr>
        <w:br/>
      </w:r>
      <w:r>
        <w:rPr>
          <w:lang w:eastAsia="zh-CN"/>
        </w:rPr>
        <w:t xml:space="preserve">    大学生毕业个人自我总结范文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时间过得真快，不经意间我即将和大学挥手告别。回首这四年的校园生涯和社会实践生活，有太多的回忆。大学的第一个学期在憧憬与新奇中飞快的度过了，这是一个崭新的世界，是一座通向社会的桥梁，那时的我们刚刚迈上。</w:t>
      </w:r>
      <w:r>
        <w:rPr>
          <w:lang w:eastAsia="zh-CN"/>
        </w:rPr>
        <w:br/>
      </w:r>
      <w:r>
        <w:rPr>
          <w:lang w:eastAsia="zh-CN"/>
        </w:rPr>
        <w:t>　　大学是挑战自我，充实自我，为实现人生价值打下基础的平台。我们总能一次又一次更加深刻的了解自己，反省自己，找到更适合自己的道路。回忆起刚刚入学的情景，同学间初次见面的扭捏与欣喜似乎还在眼前；军训时，操场上的飒爽英姿和病榻前的关怀问候随处可见；大学城的日子里，每天清晨结伴从宿舍走到教学楼，中午结伴去食堂用餐，夜幕中结伴在校园漫步，处处都洋溢着青春的笑脸，就连浓雾中的晨练也成为一道不可多得的风景线，至今令人无法忘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进入大学，首先是一次思想的进步，我告诉自己，我已经是一个大学生，在心智上应该逐渐成熟起来，凡事要首先自己独立进行考虑，沉着冷静得出结论。我能做到积极要求进步，积极靠近党组织，并在第一学期就向党组织提交了入党申请书，坚决拥护中国共产党。关心国家大事，让自己的思想紧紧跟上时代的步伐，时刻听从党的召唤，始终拥护党的纲领。我一直在追求人格的升华，注重自己的品行。在大学生活中，我坚持着自我反省且努力的完善自己的人格。利用课余时间阅读《菜根谭》等书籍，这对自己有所帮助，越来越认识到品行对一个人来说是多么的重要，关系到是否能形成正确的人生观世界观。所以无论在什么情况下，我都以品德至上来要求自己。无论何时何地我都奉行严于律己的信条，尊崇诚实做人的宗旨，并切实的遵行它。</w:t>
      </w:r>
      <w:r>
        <w:rPr>
          <w:lang w:eastAsia="zh-CN"/>
        </w:rPr>
        <w:br/>
      </w:r>
      <w:r>
        <w:rPr>
          <w:lang w:eastAsia="zh-CN"/>
        </w:rPr>
        <w:t>　　作为一名大学生，首先，最重要的任务一定是完成自己的此阶段的学业。大学是一个培养具有科学文化素质青年的殿堂，踏过高考的千军万马，走过人生第一座险隘的独木桥，成功的迈进大学的校门，无论是怀着怎样的心情，我想我没有理由不好好学习。但那不得不承认的是，大学的课程的确和以前大不相同，难度的加深、数量的增加、学习方法的巨大改变，带来了一些问题，例如有一段时间，听课听不懂，做也不会做，想请教被人却不知道从何做起，这样除了刻苦的学习之外，还要摸索适合自己的学习方法，一切都是全新的挑战，但是还好，我顺利的完成了第一学期的学习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回顾自己走过的`路，从中学到大学，是人生的重大转折，大学生活的重要特点表现在：生活上要自理，管理上要自治，思想上要自我教育，学习上要求高度自觉。尤其是学习的内容、方法和要求上，比起中学的学习发生了很大的变化。要想真正学到知识和本领，除了继续发扬勤奋刻苦的学习精神外，还要适应大学的教学规律，掌握大学的学习特点，选择适合自己的学习方法。大学的学习既要求掌握比较深厚的基础理论和专业知识，还要求重视各种能力的培养。大学教育具有明显的职业定向性，要求大学生除了扎扎实实掌握书本知识之外，还要培养研究和解决问题的能力。因此，要特别注意自学能力的培养，学会独立地支配学习时间，自觉地、主动地、生动活泼地学习。还要注意思维能力、创造能力、组织管理能力、表达能力的培养，为将来适应社会工作打下良好的基础。</w:t>
      </w:r>
      <w:r>
        <w:rPr>
          <w:lang w:eastAsia="zh-CN"/>
        </w:rPr>
        <w:br/>
      </w:r>
      <w:r>
        <w:rPr>
          <w:lang w:eastAsia="zh-CN"/>
        </w:rPr>
        <w:t>　　大学与原来最大的不同就是远离了父母。在生活上，原来父母包管了一切，现在只能自己一切都靠自己，还好，我基本上都可以和同学们友好相处，和睦共处，互帮互爱，自己的事情自己做，形成独立自理自立的良好品德。宿舍是一个大集体，六个人生活在同一个空间里面，但是各自的生活习性都不相，这就需要大家互相理解和迁就，只有这样才能和好相处，为我们的学习创造一个良好的学习和休息环境。</w:t>
      </w:r>
      <w:r>
        <w:rPr>
          <w:lang w:eastAsia="zh-CN"/>
        </w:rPr>
        <w:br/>
      </w:r>
      <w:r>
        <w:rPr>
          <w:lang w:eastAsia="zh-CN"/>
        </w:rPr>
        <w:t>　　还没进入大学之前，哥哥姐姐们就告诉我，大学，就是一个小社会，通过大学，不仅要学习课本上的知识，也要培养个人的能力与素质，参加多项活动，在学院的篮球赛、乒乓球赛、跳绳比赛、辩论赛等活动中担任计分员，自己也参加了跳绳比赛、知识竞赛、书画摄影竞赛等，在这些活动中锻炼了自己的能力与品质，丰富了课余生活，在学院举办的职业生涯规划大赛中取得了不错的成绩，对自己的职业以及人生也做了一次深入的思考，收获颇为丰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同时，我主动参加了一些学生工作，在这些工作岗位上找出自己的不足，发现与别人的差距，渐渐培养自己接人待物的能力。每一个人都想有一个更好的前程，所以每一个人都想在大学中充分找到锻炼自己的机会，竞争与合作，一个不变的主题，让我明白自己的路还很长，从高中校园走出来的我还不够成熟，看看自己这一学期的工作，是完成了，没错，但从中也应该发现，做人做事是一门极深的学问，不仅要完成好工作任务，体现个人价值，还要展示当代大学生的青春风采，并逐渐成为能够担当重任的青年。</w:t>
      </w:r>
      <w:r>
        <w:rPr>
          <w:lang w:eastAsia="zh-CN"/>
        </w:rPr>
        <w:br/>
      </w:r>
      <w:r>
        <w:rPr>
          <w:lang w:eastAsia="zh-CN"/>
        </w:rPr>
        <w:t>　　我记得参加过的社团活动，用自身的体验告诉我团结合作的重要性，当把十几二十几个人聚在一起的时候，如果只是各自为阵，谁都不知道还能完成什么任务。一个人的力量毕竟是有限的，无论是现实还是虚幻中，那种能够力挽狂澜的英雄，除了自身英勇的气魄之外，一定少不了他人的鼎力相助。</w:t>
      </w:r>
      <w:r>
        <w:rPr>
          <w:lang w:eastAsia="zh-CN"/>
        </w:rPr>
        <w:br/>
      </w:r>
      <w:r>
        <w:rPr>
          <w:lang w:eastAsia="zh-CN"/>
        </w:rPr>
        <w:t xml:space="preserve">    大学生毕业个人自我总结范文 篇12 </w:t>
      </w:r>
      <w:r>
        <w:rPr>
          <w:lang w:eastAsia="zh-CN"/>
        </w:rPr>
        <w:br/>
      </w:r>
      <w:r>
        <w:rPr>
          <w:lang w:eastAsia="zh-CN"/>
        </w:rPr>
        <w:t>　　我是201_级机电一体化专业的，走过大学四年的校园生活，我成长了，不仅仅是学识上，下面我将从德、智、体三个方面，进行 自我鉴定 。</w:t>
      </w:r>
      <w:r>
        <w:rPr>
          <w:lang w:eastAsia="zh-CN"/>
        </w:rPr>
        <w:br/>
      </w:r>
      <w:r>
        <w:rPr>
          <w:lang w:eastAsia="zh-CN"/>
        </w:rPr>
        <w:t>　　德，即思想道德。大学三年系统全面地学习了马列主义、毛泽东思想和邓小平理论。树立集体主义为核心的人生价值观，正确处理国家、集体、个人三者之间的利益关系，认真参加学校及系上组织的各项政治活动，在思想上和行动上与党中央保持一致，我曾参加党校系统学习并取得结业证书，积极主动地向党组织靠拢。</w:t>
      </w:r>
      <w:r>
        <w:rPr>
          <w:lang w:eastAsia="zh-CN"/>
        </w:rPr>
        <w:br/>
      </w:r>
      <w:r>
        <w:rPr>
          <w:lang w:eastAsia="zh-CN"/>
        </w:rPr>
        <w:t>　　智，即科学文化知识。端正个人学习目的、学习态度，大学三年，我系统全面地学习了本专业的理论基础知识，在学习和掌握本专业理论知识和应用技能的同时，还努力拓宽自己的知识面，培养自己其他方面的能力;积极参加学生科协及科学研究活动中的各项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体，包括身体和心理两个方面。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r>
        <w:rPr>
          <w:lang w:eastAsia="zh-CN"/>
        </w:rPr>
        <w:br/>
      </w:r>
      <w:r>
        <w:rPr>
          <w:lang w:eastAsia="zh-CN"/>
        </w:rPr>
        <w:t>　　成绩已成为过去，未来属于自己。人生的道路还很长、很长，我希望能继续努力，不断提高和完善自己。</w:t>
      </w:r>
      <w:r>
        <w:rPr>
          <w:lang w:eastAsia="zh-CN"/>
        </w:rPr>
        <w:br/>
      </w:r>
      <w:r>
        <w:rPr>
          <w:lang w:eastAsia="zh-CN"/>
        </w:rPr>
        <w:t xml:space="preserve">    大学生毕业个人自我总结范文 篇13 </w:t>
      </w:r>
      <w:r>
        <w:rPr>
          <w:lang w:eastAsia="zh-CN"/>
        </w:rPr>
        <w:br/>
      </w:r>
      <w:r>
        <w:rPr>
          <w:lang w:eastAsia="zh-CN"/>
        </w:rPr>
        <w:t>　　我是20__级护理系普专护理__级1班学生中国人才网。通过2年的理论知识学习后，根据学习的需要，学校为我们安排了为期9个月的临床实践学习。</w:t>
      </w:r>
      <w:r>
        <w:rPr>
          <w:lang w:eastAsia="zh-CN"/>
        </w:rPr>
        <w:br/>
      </w:r>
      <w:r>
        <w:rPr>
          <w:lang w:eastAsia="zh-CN"/>
        </w:rPr>
        <w:t>　　我们于20__年7月份进入了德昌县人民医院，进行为期9个月的临床护理实践。临床的实习是对理论学习阶段的巩固和加强，也是对护理技能操作的培养与锻炼，同时也是我们就业前的最佳锻炼阶段。在这里我要感谢德昌县人民医院给我提供了这样好的实习环境和各种优越的实习条件，也感谢所有的带教老师对我的关心照顾和辛勤指导，让我能在踏上工作岗位之前拥有如此好的锻炼自己的机会。</w:t>
      </w:r>
      <w:r>
        <w:rPr>
          <w:lang w:eastAsia="zh-CN"/>
        </w:rPr>
        <w:br/>
      </w:r>
      <w:r>
        <w:rPr>
          <w:lang w:eastAsia="zh-CN"/>
        </w:rPr>
        <w:t>　　实习期间我一共经历了五个科室，分别是门诊、妇科、内科、外科、产科。实习生活丰富多彩，看到很多、学到很多，所以感触颇多。</w:t>
      </w:r>
      <w:r>
        <w:rPr>
          <w:lang w:eastAsia="zh-CN"/>
        </w:rPr>
        <w:br/>
      </w:r>
      <w:r>
        <w:rPr>
          <w:lang w:eastAsia="zh-CN"/>
        </w:rPr>
        <w:t>　　在此，我总结了以下几点：</w:t>
      </w:r>
      <w:r>
        <w:rPr>
          <w:lang w:eastAsia="zh-CN"/>
        </w:rPr>
        <w:br/>
      </w:r>
      <w:r>
        <w:rPr>
          <w:lang w:eastAsia="zh-CN"/>
        </w:rPr>
        <w:t>　　一、理论知识的问题：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以前当的一直是学生，学校是以学生为中心的。而中国式的教育一向是填压式的：被动地接受那么多的`知识，虽然考试考了那么多次，但现在我的知识在脑海中似乎没了踪迹，只好不断翻书。当在老师的提问下一次次哑口无言时，才认识到自己记的粗浅，没有时间经过的记忆犹如沙滩上的足迹，当时似乎深刻明显，却耐不住时光的清洗。人是有惰性的。特别现在独生子女多，这种惰性、依赖性表现比较强烈，实习阶段要注意克服。带教老师最喜欢勤奋的学生，只有勤奋才能被人赏识，被人接受，才有的机会去学习的实践知识。“四勤”首先要眼勤，就是要善于观察。</w:t>
      </w:r>
      <w:r>
        <w:rPr>
          <w:lang w:eastAsia="zh-CN"/>
        </w:rPr>
        <w:br/>
      </w:r>
      <w:r>
        <w:rPr>
          <w:lang w:eastAsia="zh-CN"/>
        </w:rPr>
        <w:t>　　①认真观察和学习带教老师严谨的工作态度，工作安排的周密性和计划性。</w:t>
      </w:r>
      <w:r>
        <w:rPr>
          <w:lang w:eastAsia="zh-CN"/>
        </w:rPr>
        <w:br/>
      </w:r>
      <w:r>
        <w:rPr>
          <w:lang w:eastAsia="zh-CN"/>
        </w:rPr>
        <w:t>　　②观察各项护理操作的操作流程和具体操作手法，临床上许多知识教科书上是没有的，有些知识和经验只有心悟而不可言传，只有在实践中多观察，多领悟其中的要领，才会在自己的实际工作中有质的进步和飞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③要勤察病情，对病区内的病人要做到心中有数，重点病人要密切观察。如手术病人存手术前后的病情观察、心脑血管病人各项牛命体征的观察、各种特殊治疗和用药疗效或不良反应的观察等等，通过观察才能掌握病人的病情变化，及时采取有效的治疗和护理手段处理突发事件，严密的观察病情，在很大程度上对于提高治疗率和抢救成功率是至关重要的。再则就是要口勤，通过言语才能沟通，但语言要讲究艺术和职业规范，不能自以为是、杂乱无章的乱讲。包括尊敬师长语言甜蜜、求学知识勤钻好问、安抚病人话语温馨、主动询问、耐心解释、入院宣教、科普知识等等。护患关系、同事关系、师生关系处理的好坏在很大程度上取决于语言的沟通，有了良好的人际关系，工作学习起来也就顺心多了。</w:t>
      </w:r>
      <w:r>
        <w:rPr>
          <w:lang w:eastAsia="zh-CN"/>
        </w:rPr>
        <w:br/>
      </w:r>
      <w:r>
        <w:rPr>
          <w:lang w:eastAsia="zh-CN"/>
        </w:rPr>
        <w:t>　　另外，最重要的还要手、脚勤，就是要乐于干活，主动做事。护理工作平凡而琐碎，各班工作职责只是比较粗略的分工，分工的基础上还需要合作。相当一部分工作是没办法明确分工和量化的，但又是必须要做的。所以只要人在病区，要是工作和病人需要，都要主动去做，绝对不能等待或推诿。做好治疗护理之余还要“没事”找事干，多下病房了解病人各方面的状况，协助做一些生活护理，以及病房环境的整理，办公室、治疗室的清洁整理等等。在这样的勤奋工作当中你将得到比别人加倍的学习机会，同时带教老师们也愿意把的知识和经验传授于你。</w:t>
      </w:r>
      <w:r>
        <w:rPr>
          <w:lang w:eastAsia="zh-CN"/>
        </w:rPr>
        <w:br/>
      </w:r>
      <w:r>
        <w:rPr>
          <w:lang w:eastAsia="zh-CN"/>
        </w:rPr>
        <w:t>　　二、角色转化问题。</w:t>
      </w:r>
      <w:r>
        <w:rPr>
          <w:lang w:eastAsia="zh-CN"/>
        </w:rPr>
        <w:br/>
      </w:r>
      <w:r>
        <w:rPr>
          <w:lang w:eastAsia="zh-CN"/>
        </w:rPr>
        <w:t>　　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r>
        <w:rPr>
          <w:lang w:eastAsia="zh-CN"/>
        </w:rPr>
        <w:br/>
      </w:r>
      <w:r>
        <w:rPr>
          <w:lang w:eastAsia="zh-CN"/>
        </w:rPr>
        <w:t>　　三、胆魄的锻炼。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r>
        <w:rPr>
          <w:lang w:eastAsia="zh-CN"/>
        </w:rPr>
        <w:br/>
      </w:r>
      <w:r>
        <w:rPr>
          <w:lang w:eastAsia="zh-CN"/>
        </w:rPr>
        <w:t>　　四，无菌观念和规范化操作。</w:t>
      </w:r>
      <w:r>
        <w:rPr>
          <w:lang w:eastAsia="zh-CN"/>
        </w:rPr>
        <w:br/>
      </w:r>
      <w:r>
        <w:rPr>
          <w:lang w:eastAsia="zh-CN"/>
        </w:rPr>
        <w:t>　　在各个科室实习期间，每个老师都强调无菌观念，因此，我深刻认识了无菌观念，操作中便不自觉地去遵守。而规范化操作也实在是个很保守和安全的做法!至于新办法，创新思维，那只有熟悉情况了再做打算。</w:t>
      </w:r>
      <w:r>
        <w:rPr>
          <w:lang w:eastAsia="zh-CN"/>
        </w:rPr>
        <w:br/>
      </w:r>
      <w:r>
        <w:rPr>
          <w:lang w:eastAsia="zh-CN"/>
        </w:rPr>
        <w:t>　　五、微笑服务：</w:t>
      </w:r>
      <w:r>
        <w:rPr>
          <w:lang w:eastAsia="zh-CN"/>
        </w:rPr>
        <w:br/>
      </w:r>
      <w:r>
        <w:rPr>
          <w:lang w:eastAsia="zh-CN"/>
        </w:rPr>
        <w:t>　　在这里，我看到的是笑容可掬的脸孔，也都觉得特别地漂亮与可爱，让我有种感觉，如果我是一位病人，我会毫不犹豫选择住在这里。因此我也要求自己不把情绪带到工作中，每天保持阳光灿烂的笑容，让病人感到温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半年多的护理工作实习，在带教老师的悉心指导与耐心带教下，认真学习《医疗事故处理条例》及其法律法规，并积极参加医院组织的医疗事故护理条例培训，多次参加护理部组织的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r>
        <w:rPr>
          <w:lang w:eastAsia="zh-CN"/>
        </w:rPr>
        <w:br/>
      </w:r>
      <w:r>
        <w:rPr>
          <w:lang w:eastAsia="zh-CN"/>
        </w:rPr>
        <w:t>　　在这日益激烈的社会竞争中，使我充分地认识到成为一名合格的护士的重要性，但当真正接触到病人后，我发现，临床护理和书本上还是存在着差距，自己不仅有扎实的理论，熟练的操作，还要有爱心、耐心、责任心观点等等。</w:t>
      </w:r>
      <w:r>
        <w:rPr>
          <w:lang w:eastAsia="zh-CN"/>
        </w:rPr>
        <w:br/>
      </w:r>
      <w:r>
        <w:rPr>
          <w:lang w:eastAsia="zh-CN"/>
        </w:rPr>
        <w:t>　　护理的全部工作都是围绕病人入院到出院来展开的。人是一个生物体，时时刻刻有着他(她)各种生理需求和社会需求，病人则在此基础上还有疾病治疗护理的需求。护理工作除执行医嘱和护理操作有着严格的操作规程外，其他大量工作都是根据病人需求去做的。因此，如何满足病人的各种正当需要，就囊括了我们所有的护理工作。急病人之所急，想病人之所想，解病人之所难，都是我们的职责所在。其中营造一个舒适安静的住院环境、耐心细致的入院宣教、温馨和蔼的语言沟通、体贴入微的生活护理、高度负责的人文关怀等等，都是护理工作的具体体现，护理质量的高低均会在这曰常的点点滴滴中反映出来。</w:t>
      </w:r>
      <w:r>
        <w:rPr>
          <w:lang w:eastAsia="zh-CN"/>
        </w:rPr>
        <w:br/>
      </w:r>
      <w:r>
        <w:rPr>
          <w:lang w:eastAsia="zh-CN"/>
        </w:rPr>
        <w:t xml:space="preserve">    大学生毕业个人自我总结范文 篇14 </w:t>
      </w:r>
      <w:r>
        <w:rPr>
          <w:lang w:eastAsia="zh-CN"/>
        </w:rPr>
        <w:br/>
      </w:r>
      <w:r>
        <w:rPr>
          <w:lang w:eastAsia="zh-CN"/>
        </w:rPr>
        <w:t>　　时间一晃而过，转眼间大学四年已接近尾声。这是我人生中弥足珍贵的经历，也给我留下了精彩而美好的回忆。我叫，是__学院工商管理专业的一名应届毕业生。作为一名工商管理专业的大学生，我热爱我的专业并为其投入了巨大的热度和精力。在四年的学习生活中，我学习并掌握了一定的管理学知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面对当今社会如此激烈的竞争，我还从各方面培养自己的兴趣和能力，不断地提高自身的素质。我爱好舞蹈表演，从大一开始就加入了校学生艺术团，并担任舞蹈队的队长一职。我曾多次代表学校参加校内外的演出以及省级的舞蹈比赛，并取得了较好的成绩。最重要的是，我在工作中，加强锻炼自身的处世能力，吸收管理经验，把学习到的理论知识与实际相结合。</w:t>
      </w:r>
      <w:r>
        <w:rPr>
          <w:lang w:eastAsia="zh-CN"/>
        </w:rPr>
        <w:br/>
      </w:r>
      <w:r>
        <w:rPr>
          <w:lang w:eastAsia="zh-CN"/>
        </w:rPr>
        <w:t>　　在生活上，养成了优良的生活习惯，生活充实而有条理，有严谨的生活态度和优良的生活态度和生活作风，为人热度大方，诚实守信，乐于助人，拥有自己的优良处事原则，主动参加各项课外活动，从而不断的丰富自己的阅历。</w:t>
      </w:r>
      <w:r>
        <w:rPr>
          <w:lang w:eastAsia="zh-CN"/>
        </w:rPr>
        <w:br/>
      </w:r>
      <w:r>
        <w:rPr>
          <w:lang w:eastAsia="zh-CN"/>
        </w:rPr>
        <w:t>　　我正处于人生中精力充沛的时期，我渴望在更广阔的天地里展现自己的才能，在实践中不断地锻炼和提高自身素质，因此我真诚地希望能够加入贵公司。我会踏踏实实的做好属于自己的每一份工作，竭尽全力地在工作中取得好的成绩。我相信经过自己的勤奋和努力，一定会做出应有的贡献。</w:t>
      </w:r>
      <w:r>
        <w:rPr>
          <w:lang w:eastAsia="zh-CN"/>
        </w:rPr>
        <w:br/>
      </w:r>
      <w:r>
        <w:rPr>
          <w:lang w:eastAsia="zh-CN"/>
        </w:rPr>
        <w:t xml:space="preserve">    大学生毕业个人自我总结范文 篇15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今年_月份，我正式走进罗蒙公司开始了自己人生中的第一份实习工作。由于我是应届毕业生，本身对企业的经营方式等都很陌生，公司让我们的北方区经理刘总带我学习，以师傅带徒弟的方式，指导我的日常实习。在刘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w:t>
      </w:r>
      <w:r>
        <w:rPr>
          <w:lang w:eastAsia="zh-CN"/>
        </w:rPr>
        <w:br/>
      </w:r>
      <w:r>
        <w:rPr>
          <w:lang w:eastAsia="zh-CN"/>
        </w:rPr>
        <w:t>　　通过实习，使我对宁波服装企业的生产、管理工作以及发展前景有了深层次的感性与理性的认识。在公司我主要的工作任务是与华北区分公司的联系，统计每周的销售情况，还有参与了公司春夏、秋冬产品的发布、订货会。罗蒙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自走进罗蒙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r>
        <w:rPr>
          <w:lang w:eastAsia="zh-CN"/>
        </w:rPr>
        <w:br/>
      </w:r>
      <w:r>
        <w:rPr>
          <w:lang w:eastAsia="zh-CN"/>
        </w:rPr>
        <w:t>　　实习收获，主要有4个方面：</w:t>
      </w:r>
      <w:r>
        <w:rPr>
          <w:lang w:eastAsia="zh-CN"/>
        </w:rPr>
        <w:br/>
      </w:r>
      <w:r>
        <w:rPr>
          <w:lang w:eastAsia="zh-CN"/>
        </w:rPr>
        <w:t>　　1、通过直接参与企业的运作过程，学到了实践知识，同时进1步加深了对理论知识的理解，使理论与实践知识都有所提高，圆满地完成了本科教学的实践任务。</w:t>
      </w:r>
      <w:r>
        <w:rPr>
          <w:lang w:eastAsia="zh-CN"/>
        </w:rPr>
        <w:br/>
      </w:r>
      <w:r>
        <w:rPr>
          <w:lang w:eastAsia="zh-CN"/>
        </w:rPr>
        <w:t>　　2、提高了实际工作能力，为就业和将来的工作取得了一些宝贵的实践经验。</w:t>
      </w:r>
      <w:r>
        <w:rPr>
          <w:lang w:eastAsia="zh-CN"/>
        </w:rPr>
        <w:br/>
      </w:r>
    </w:p>
    <w:p w:rsidR="001B1F19" w14:textId="27C3F48A">
      <w:pPr>
        <w:rPr>
          <w:rFonts w:hint="eastAsia"/>
          <w:lang w:eastAsia="zh-CN"/>
        </w:rPr>
      </w:pPr>
      <w:r>
        <w:rPr>
          <w:lang w:eastAsia="zh-CN"/>
        </w:rPr>
        <w:t>　　3、学生在实习单位受到认可并促成就业。并为毕业后的正式工作进行了良好的准备。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https://d.book118.com/228120134101006046</w:t>
        </w:r>
      </w:hyperlink>
    </w:p>
    <w:p w:rsidR="001B1F19">
      <w:pPr>
        <w:rPr>
          <w:rFonts w:hint="eastAsia"/>
          <w:lang w:eastAsia="zh-CN"/>
        </w:rPr>
      </w:pPr>
    </w:p>
    <w:sectPr>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2812013410100604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