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2024年汽车销售工作计划范文（30篇）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2024年汽车销售工作计划范文（精选30篇）</w:t>
      </w:r>
      <w:r>
        <w:rPr>
          <w:lang w:eastAsia="zh-CN"/>
        </w:rPr>
        <w:br/>
      </w:r>
      <w:r>
        <w:rPr>
          <w:lang w:eastAsia="zh-CN"/>
        </w:rPr>
        <w:t xml:space="preserve">    2024年汽车销售工作计划范文 篇1 </w:t>
      </w:r>
      <w:r>
        <w:rPr>
          <w:lang w:eastAsia="zh-CN"/>
        </w:rPr>
        <w:br/>
      </w:r>
      <w:r>
        <w:rPr>
          <w:lang w:eastAsia="zh-CN"/>
        </w:rPr>
        <w:t>　　一、营销背景</w:t>
      </w:r>
      <w:r>
        <w:rPr>
          <w:lang w:eastAsia="zh-CN"/>
        </w:rPr>
        <w:br/>
      </w:r>
      <w:r>
        <w:rPr>
          <w:lang w:eastAsia="zh-CN"/>
        </w:rPr>
        <w:t>　　世博中心占地6000平方米，条件独特，管理先进，售后服务齐全，工商、税务、银行、交管等相关配套服务完善，可为客户提供综合、全面的优质服务，使广大汽车及其他附属行业的经营者无需许多复杂的手续即可轻松运营。它为广大汽车及负行业的经营者提供了一个更完善的；市场前景广阔的现代汽车交易场所。</w:t>
      </w:r>
      <w:r>
        <w:rPr>
          <w:lang w:eastAsia="zh-CN"/>
        </w:rPr>
        <w:br/>
      </w:r>
      <w:r>
        <w:rPr>
          <w:lang w:eastAsia="zh-CN"/>
        </w:rPr>
        <w:t>　　为了更好地开展宣传活动，提高知名度，使南车博览中心在公众心目中拥有更高的地位，创造声势，前期广告能够合理、科学地运营；成功实施，受其委托，专门安排制定南方汽车博览中心前期广告计划。</w:t>
      </w:r>
      <w:r>
        <w:rPr>
          <w:lang w:eastAsia="zh-CN"/>
        </w:rPr>
        <w:br/>
      </w:r>
      <w:r>
        <w:rPr>
          <w:lang w:eastAsia="zh-CN"/>
        </w:rPr>
        <w:t>　　二、市场分析</w:t>
      </w:r>
      <w:r>
        <w:rPr>
          <w:lang w:eastAsia="zh-CN"/>
        </w:rPr>
        <w:br/>
      </w:r>
      <w:r>
        <w:rPr>
          <w:lang w:eastAsia="zh-CN"/>
        </w:rPr>
        <w:t>　　1.市场环境优势分析</w:t>
      </w:r>
      <w:r>
        <w:rPr>
          <w:lang w:eastAsia="zh-CN"/>
        </w:rPr>
        <w:br/>
      </w:r>
      <w:r>
        <w:rPr>
          <w:lang w:eastAsia="zh-CN"/>
        </w:rPr>
        <w:t>　　答：</w:t>
      </w:r>
      <w:r>
        <w:rPr>
          <w:lang w:eastAsia="zh-CN"/>
        </w:rPr>
        <w:br/>
      </w:r>
      <w:r>
        <w:rPr>
          <w:lang w:eastAsia="zh-CN"/>
        </w:rPr>
        <w:t>　　东风日产汽车博览中心位于解放公园旁，交通便捷。中心以东风日产汽车为中心，辐射武汉、襄樊、_、黄陂、荆州等周边城镇，地理环境优越。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b、</w:t>
      </w:r>
      <w:r>
        <w:rPr>
          <w:lang w:eastAsia="zh-CN"/>
        </w:rPr>
        <w:br/>
      </w:r>
      <w:r>
        <w:rPr>
          <w:lang w:eastAsia="zh-CN"/>
        </w:rPr>
        <w:t>　　东风日产汽车博览中心位于一个集中的地方。周边城镇有密集型制造业和加工业。未来几年，东风日产的经济将快速发展，为其他汽车会展中心创造更加优越的经济环境。</w:t>
      </w:r>
      <w:r>
        <w:rPr>
          <w:lang w:eastAsia="zh-CN"/>
        </w:rPr>
        <w:br/>
      </w:r>
      <w:r>
        <w:rPr>
          <w:lang w:eastAsia="zh-CN"/>
        </w:rPr>
        <w:t>　　c、</w:t>
      </w:r>
      <w:r>
        <w:rPr>
          <w:lang w:eastAsia="zh-CN"/>
        </w:rPr>
        <w:br/>
      </w:r>
      <w:r>
        <w:rPr>
          <w:lang w:eastAsia="zh-CN"/>
        </w:rPr>
        <w:t>　　随着经济的进一步增长和人民生活水平的逐步提高，汽车及其附属产业将实现新的飞跃。未来几年，汽车消费将是大众的主流消费，家庭和个人汽车将更加普及，汽车消费更接近普及，这将为东风日产汽车博览中心未来的发展创造良好的市场机遇。</w:t>
      </w:r>
      <w:r>
        <w:rPr>
          <w:lang w:eastAsia="zh-CN"/>
        </w:rPr>
        <w:br/>
      </w:r>
      <w:r>
        <w:rPr>
          <w:lang w:eastAsia="zh-CN"/>
        </w:rPr>
        <w:t>　　2.自身优势分析</w:t>
      </w:r>
      <w:r>
        <w:rPr>
          <w:lang w:eastAsia="zh-CN"/>
        </w:rPr>
        <w:br/>
      </w:r>
      <w:r>
        <w:rPr>
          <w:lang w:eastAsia="zh-CN"/>
        </w:rPr>
        <w:t>　　答：</w:t>
      </w:r>
      <w:r>
        <w:rPr>
          <w:lang w:eastAsia="zh-CN"/>
        </w:rPr>
        <w:br/>
      </w:r>
      <w:r>
        <w:rPr>
          <w:lang w:eastAsia="zh-CN"/>
        </w:rPr>
        <w:t>　　目前_内及周边的汽车销售比较分散，大部分配套服务设施不完善。东风日产汽车博览中心是周边地区第一个现代汽车交易市场——机械城。该中心的建成将吸引更多汽车及其附属行业的客户关注和投资咨询，市场前景非常广阔。</w:t>
      </w:r>
      <w:r>
        <w:rPr>
          <w:lang w:eastAsia="zh-CN"/>
        </w:rPr>
        <w:br/>
      </w:r>
      <w:r>
        <w:rPr>
          <w:lang w:eastAsia="zh-CN"/>
        </w:rPr>
        <w:t>　　b、</w:t>
      </w:r>
      <w:r>
        <w:rPr>
          <w:lang w:eastAsia="zh-CN"/>
        </w:rPr>
        <w:br/>
      </w:r>
      <w:r>
        <w:rPr>
          <w:lang w:eastAsia="zh-CN"/>
        </w:rPr>
        <w:t>　　环境优越，占地面积大，博览中心布局合理，大型停车场、展厅、交易大厅等相关设施齐全完善，是集销售、售后服务、零部件供应为一体的综合性专业汽车交易市场。整个中心设计高，质量好，是湖北省首家设备先进、功能齐全的先进汽车交易中心。</w:t>
      </w:r>
      <w:r>
        <w:rPr>
          <w:lang w:eastAsia="zh-CN"/>
        </w:rPr>
        <w:br/>
      </w:r>
      <w:r>
        <w:rPr>
          <w:lang w:eastAsia="zh-CN"/>
        </w:rPr>
        <w:t>　　c、</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工商、税务、交管、银行、保险等配套服务的优质服务将进入办公室，为汽车交易省去很多繁琐的手续，让整个汽车交易更快捷、更顺畅。会员俱乐部、信息中心等相关配套设施完善，可为客户提供优质一流的服务，为汽车及其关联经销商提供汽车文化、新车投放、现场推广等活动，并配备汽车美容、装饰工程，使整个交易中心更加规范和一体化。</w:t>
      </w:r>
      <w:r>
        <w:rPr>
          <w:lang w:eastAsia="zh-CN"/>
        </w:rPr>
        <w:br/>
      </w:r>
      <w:r>
        <w:rPr>
          <w:lang w:eastAsia="zh-CN"/>
        </w:rPr>
        <w:t>　　d、东风日产汽车博览中心拥有通讯、语言查询、数字展示、信息发布、电子摄像等完善的硬件设施，装修豪华典雅，运营环境舒适温馨。</w:t>
      </w:r>
      <w:r>
        <w:rPr>
          <w:lang w:eastAsia="zh-CN"/>
        </w:rPr>
        <w:br/>
      </w:r>
      <w:r>
        <w:rPr>
          <w:lang w:eastAsia="zh-CN"/>
        </w:rPr>
        <w:t>　　三、前期市场策略</w:t>
      </w:r>
      <w:r>
        <w:rPr>
          <w:lang w:eastAsia="zh-CN"/>
        </w:rPr>
        <w:br/>
      </w:r>
      <w:r>
        <w:rPr>
          <w:lang w:eastAsia="zh-CN"/>
        </w:rPr>
        <w:t>　　1.密切关注市场机会，进行大规模宣传，使其优势深入人心，吸引更多的汽车及其附属行业经销商和制造商投资。</w:t>
      </w:r>
      <w:r>
        <w:rPr>
          <w:lang w:eastAsia="zh-CN"/>
        </w:rPr>
        <w:br/>
      </w:r>
      <w:r>
        <w:rPr>
          <w:lang w:eastAsia="zh-CN"/>
        </w:rPr>
        <w:t>　　2、尽量展示自己的强势优势，扬长避短，扩大知名度和美誉度。</w:t>
      </w:r>
      <w:r>
        <w:rPr>
          <w:lang w:eastAsia="zh-CN"/>
        </w:rPr>
        <w:br/>
      </w:r>
      <w:r>
        <w:rPr>
          <w:lang w:eastAsia="zh-CN"/>
        </w:rPr>
        <w:t>　　ent: 2em; te_t_align: left;"&gt;3、早日导入CIS系统(企业形象识别系统)，实现闯名牌的市场战略目标。</w:t>
      </w:r>
      <w:r>
        <w:rPr>
          <w:lang w:eastAsia="zh-CN"/>
        </w:rPr>
        <w:br/>
      </w:r>
      <w:r>
        <w:rPr>
          <w:lang w:eastAsia="zh-CN"/>
        </w:rPr>
        <w:t>　　4、引用现代的管理模式和高品质的服务，树立良好的企业形象，提升企业美誉度。</w:t>
      </w:r>
      <w:r>
        <w:rPr>
          <w:lang w:eastAsia="zh-CN"/>
        </w:rPr>
        <w:br/>
      </w:r>
      <w:r>
        <w:rPr>
          <w:lang w:eastAsia="zh-CN"/>
        </w:rPr>
        <w:t>　　四、前期广告策略</w:t>
      </w:r>
      <w:r>
        <w:rPr>
          <w:lang w:eastAsia="zh-CN"/>
        </w:rPr>
        <w:br/>
      </w:r>
      <w:r>
        <w:rPr>
          <w:lang w:eastAsia="zh-CN"/>
        </w:rPr>
        <w:t>　　1、广告定位</w:t>
      </w:r>
      <w:r>
        <w:rPr>
          <w:lang w:eastAsia="zh-CN"/>
        </w:rPr>
        <w:br/>
      </w:r>
      <w:r>
        <w:rPr>
          <w:lang w:eastAsia="zh-CN"/>
        </w:rPr>
        <w:t>　　前期的广告定位应合理的考虑到有利于后期的广告投放计划，以及广告的具体实施。建议采用南方汽车博览中心的配套服务优势来作为广告定位。</w:t>
      </w:r>
      <w:r>
        <w:rPr>
          <w:lang w:eastAsia="zh-CN"/>
        </w:rPr>
        <w:br/>
      </w:r>
      <w:r>
        <w:rPr>
          <w:lang w:eastAsia="zh-CN"/>
        </w:rPr>
        <w:t>　　2、广告诉求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以理性的广告诉求为广告诉求点，用实实在在的的事实去说服人，以便在实际的操作中，有利于广告的操作。</w:t>
      </w:r>
      <w:r>
        <w:rPr>
          <w:lang w:eastAsia="zh-CN"/>
        </w:rPr>
        <w:br/>
      </w:r>
      <w:r>
        <w:rPr>
          <w:lang w:eastAsia="zh-CN"/>
        </w:rPr>
        <w:t>　　3、广告目标</w:t>
      </w:r>
      <w:r>
        <w:rPr>
          <w:lang w:eastAsia="zh-CN"/>
        </w:rPr>
        <w:br/>
      </w:r>
      <w:r>
        <w:rPr>
          <w:lang w:eastAsia="zh-CN"/>
        </w:rPr>
        <w:t>　　争取在开盘前来通过广告和其他的宣传手段相结合，使东风日产汽车博览中心在开盘前就能够深入人心，在市场中占有一定的地位。广告宣传的目标应该放在各个汽车经销商，以及其零配件和汽车美容、装潢等的生产商和经销商。在他们中间创造良好的信誉提升自身价值，以便吸引更多的客户来咨询投资。</w:t>
      </w:r>
      <w:r>
        <w:rPr>
          <w:lang w:eastAsia="zh-CN"/>
        </w:rPr>
        <w:br/>
      </w:r>
      <w:r>
        <w:rPr>
          <w:lang w:eastAsia="zh-CN"/>
        </w:rPr>
        <w:t>　　五、媒体分析</w:t>
      </w:r>
      <w:r>
        <w:rPr>
          <w:lang w:eastAsia="zh-CN"/>
        </w:rPr>
        <w:br/>
      </w:r>
      <w:r>
        <w:rPr>
          <w:lang w:eastAsia="zh-CN"/>
        </w:rPr>
        <w:t>　　A、在众多的广告媒体中，__地区主要以电视、报纸、户外、网络、电台等几种广告媒体为主。其中电视、报纸和电台的广告效果比较明显，选择性、针对性较突出，能够直接到达受众。户外广告的起效较慢，但是最容易树立良好的企业形象。</w:t>
      </w:r>
      <w:r>
        <w:rPr>
          <w:lang w:eastAsia="zh-CN"/>
        </w:rPr>
        <w:br/>
      </w:r>
      <w:r>
        <w:rPr>
          <w:lang w:eastAsia="zh-CN"/>
        </w:rPr>
        <w:t>　　B、媒介利用应遵循广告的整体策略，分阶段式投放，更加的接近目标群，简化传播途径，有效的利用广告资源。</w:t>
      </w:r>
      <w:r>
        <w:rPr>
          <w:lang w:eastAsia="zh-CN"/>
        </w:rPr>
        <w:br/>
      </w:r>
      <w:r>
        <w:rPr>
          <w:lang w:eastAsia="zh-CN"/>
        </w:rPr>
        <w:t xml:space="preserve">    2024年汽车销售工作计划范文 篇2 </w:t>
      </w:r>
      <w:r>
        <w:rPr>
          <w:lang w:eastAsia="zh-CN"/>
        </w:rPr>
        <w:br/>
      </w:r>
      <w:r>
        <w:rPr>
          <w:lang w:eastAsia="zh-CN"/>
        </w:rPr>
        <w:t>　　一、数据分析</w:t>
      </w:r>
      <w:r>
        <w:rPr>
          <w:lang w:eastAsia="zh-CN"/>
        </w:rPr>
        <w:br/>
      </w:r>
      <w:r>
        <w:rPr>
          <w:lang w:eastAsia="zh-CN"/>
        </w:rPr>
        <w:t>　　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r>
        <w:rPr>
          <w:lang w:eastAsia="zh-CN"/>
        </w:rPr>
        <w:br/>
      </w:r>
      <w:r>
        <w:rPr>
          <w:lang w:eastAsia="zh-CN"/>
        </w:rPr>
        <w:t>　　二、技能分析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对汽车销售顾问来说，销售技巧的总结能让自己更深去了解自己。大多数销售顾问在半年内都有一个质的进步，当然，这不能缺少自己本人的努力以及同事、上司的指点，还包括公司的培训。</w:t>
      </w:r>
      <w:r>
        <w:rPr>
          <w:lang w:eastAsia="zh-CN"/>
        </w:rPr>
        <w:br/>
      </w:r>
      <w:r>
        <w:rPr>
          <w:lang w:eastAsia="zh-CN"/>
        </w:rPr>
        <w:t>　　三、综合能力分析</w:t>
      </w:r>
      <w:r>
        <w:rPr>
          <w:lang w:eastAsia="zh-CN"/>
        </w:rPr>
        <w:br/>
      </w:r>
      <w:r>
        <w:rPr>
          <w:lang w:eastAsia="zh-CN"/>
        </w:rPr>
        <w:t>　　优秀的汽车销售顾问并不是只会卖车，他还能把持好各种关系。例如和同事、上司相处的关系。在售前和售后之间的关系，还有和客户之间的关系。</w:t>
      </w:r>
      <w:r>
        <w:rPr>
          <w:lang w:eastAsia="zh-CN"/>
        </w:rPr>
        <w:br/>
      </w:r>
      <w:r>
        <w:rPr>
          <w:lang w:eastAsia="zh-CN"/>
        </w:rPr>
        <w:t>　　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r>
        <w:rPr>
          <w:lang w:eastAsia="zh-CN"/>
        </w:rPr>
        <w:br/>
      </w:r>
      <w:r>
        <w:rPr>
          <w:lang w:eastAsia="zh-CN"/>
        </w:rPr>
        <w:t>　　总之：销售顾问的工作计划，既是对自身社会实践活动的`回顾过程，又是思想认识提高。通过计划，可以把零散的、肤浅的感性认识上升为系统、深刻的理性认识，从而得出科学的结论，以便发扬成绩，克服缺点，吸取经验教训，使今后的工作少走弯路，多出成果。</w:t>
      </w:r>
      <w:r>
        <w:rPr>
          <w:lang w:eastAsia="zh-CN"/>
        </w:rPr>
        <w:br/>
      </w:r>
      <w:r>
        <w:rPr>
          <w:lang w:eastAsia="zh-CN"/>
        </w:rPr>
        <w:t>　　四、执行销售流程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向顾客演示所销售的产品和服务，包括试乘试驾。消除顾客的疑虑与抗拒，专业地处理顾客投诉。维持与顾客的良好关系，并及时更新顾客资料。通过追踪潜在顾客，取得顾客名单，促进销售。填写销售报告、表卡。确保展厅和展车整洁参与制订销售活动、市场开发、促销计划所具备的能力素质。能够与各部门建立良好的关系，特别是财务部门和售后部门。</w:t>
      </w:r>
      <w:r>
        <w:rPr>
          <w:lang w:eastAsia="zh-CN"/>
        </w:rPr>
        <w:br/>
      </w:r>
      <w:r>
        <w:rPr>
          <w:lang w:eastAsia="zh-CN"/>
        </w:rPr>
        <w:t>　　并且能够在销售过程中特别关注这些部门的需求。能够不断学习新的销售方法、与产品有关的新信息，以及提高行政管理和与顾客打交道效率的新方法。了解最新的车型以及最新的改进技术。了解汽车系统（基础的汽车设计）和价格、车型、系列、选装和其它制造厂商产品。了解竞争产品和价格。熟悉与汽车相关法规，消费者相关法规和商业惯例。了解特约店的公司结构和各岗位的职责。</w:t>
      </w:r>
      <w:r>
        <w:rPr>
          <w:lang w:eastAsia="zh-CN"/>
        </w:rPr>
        <w:br/>
      </w:r>
      <w:r>
        <w:rPr>
          <w:lang w:eastAsia="zh-CN"/>
        </w:rPr>
        <w:t xml:space="preserve">    2024年汽车销售工作计划范文 篇3 </w:t>
      </w:r>
      <w:r>
        <w:rPr>
          <w:lang w:eastAsia="zh-CN"/>
        </w:rPr>
        <w:br/>
      </w:r>
      <w:r>
        <w:rPr>
          <w:lang w:eastAsia="zh-CN"/>
        </w:rPr>
        <w:t>　　一、汽车销售工作的销量指标：</w:t>
      </w:r>
      <w:r>
        <w:rPr>
          <w:lang w:eastAsia="zh-CN"/>
        </w:rPr>
        <w:br/>
      </w:r>
      <w:r>
        <w:rPr>
          <w:lang w:eastAsia="zh-CN"/>
        </w:rPr>
        <w:t>　　至20__年12月31日，山东区汽车销售工作任务560万元，销售700万元（20__年度销售计划表附后）；</w:t>
      </w:r>
      <w:r>
        <w:rPr>
          <w:lang w:eastAsia="zh-CN"/>
        </w:rPr>
        <w:br/>
      </w:r>
      <w:r>
        <w:rPr>
          <w:lang w:eastAsia="zh-CN"/>
        </w:rPr>
        <w:t>　　二、汽车销售工作计划拟定：</w:t>
      </w:r>
      <w:r>
        <w:rPr>
          <w:lang w:eastAsia="zh-CN"/>
        </w:rPr>
        <w:br/>
      </w:r>
      <w:r>
        <w:rPr>
          <w:lang w:eastAsia="zh-CN"/>
        </w:rPr>
        <w:t>　　1、年初拟定《年度销售总体计划》；</w:t>
      </w:r>
      <w:r>
        <w:rPr>
          <w:lang w:eastAsia="zh-CN"/>
        </w:rPr>
        <w:br/>
      </w:r>
      <w:r>
        <w:rPr>
          <w:lang w:eastAsia="zh-CN"/>
        </w:rPr>
        <w:t>　　2、年终拟定《年度销售总结》；</w:t>
      </w:r>
      <w:r>
        <w:rPr>
          <w:lang w:eastAsia="zh-CN"/>
        </w:rPr>
        <w:br/>
      </w:r>
      <w:r>
        <w:rPr>
          <w:lang w:eastAsia="zh-CN"/>
        </w:rPr>
        <w:t>　　3、月初拟定《月销售计划表》和《月访客户计划表》；</w:t>
      </w:r>
      <w:r>
        <w:rPr>
          <w:lang w:eastAsia="zh-CN"/>
        </w:rPr>
        <w:br/>
      </w:r>
      <w:r>
        <w:rPr>
          <w:lang w:eastAsia="zh-CN"/>
        </w:rPr>
        <w:t>　　4、月末拟定《月销售统计表》和《月访客户统计表》；</w:t>
      </w:r>
      <w:r>
        <w:rPr>
          <w:lang w:eastAsia="zh-CN"/>
        </w:rPr>
        <w:br/>
      </w:r>
      <w:r>
        <w:rPr>
          <w:lang w:eastAsia="zh-CN"/>
        </w:rPr>
        <w:t>　　三、汽车销售工作客户分类：</w:t>
      </w:r>
      <w:r>
        <w:rPr>
          <w:lang w:eastAsia="zh-CN"/>
        </w:rPr>
        <w:br/>
      </w:r>
      <w:r>
        <w:rPr>
          <w:lang w:eastAsia="zh-CN"/>
        </w:rPr>
        <w:t>　　__年度销售额度，对市场细分化，将现有客户分为VIP用户、一级用户、二级用户和其它用户四大类，并对各级用户分析。</w:t>
      </w:r>
      <w:r>
        <w:rPr>
          <w:lang w:eastAsia="zh-CN"/>
        </w:rPr>
        <w:br/>
      </w:r>
      <w:r>
        <w:rPr>
          <w:lang w:eastAsia="zh-CN"/>
        </w:rPr>
        <w:t>　　四、汽车销售工作实施措施：</w:t>
      </w:r>
      <w:r>
        <w:rPr>
          <w:lang w:eastAsia="zh-CN"/>
        </w:rPr>
        <w:br/>
      </w:r>
      <w:r>
        <w:rPr>
          <w:lang w:eastAsia="zh-CN"/>
        </w:rPr>
        <w:t>　　1、技术交流：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（1）本年度VIP客户的技术部、售后服务部一次技术交流研讨会；</w:t>
      </w:r>
      <w:r>
        <w:rPr>
          <w:lang w:eastAsia="zh-CN"/>
        </w:rPr>
        <w:br/>
      </w:r>
      <w:r>
        <w:rPr>
          <w:lang w:eastAsia="zh-CN"/>
        </w:rPr>
        <w:t>　　（2）参加行业展会两次，展会期间安排一场大型联谊座谈会；</w:t>
      </w:r>
      <w:r>
        <w:rPr>
          <w:lang w:eastAsia="zh-CN"/>
        </w:rPr>
        <w:br/>
      </w:r>
      <w:r>
        <w:rPr>
          <w:lang w:eastAsia="zh-CN"/>
        </w:rPr>
        <w:t>　　2、客户回访：</w:t>
      </w:r>
      <w:r>
        <w:rPr>
          <w:lang w:eastAsia="zh-CN"/>
        </w:rPr>
        <w:br/>
      </w:r>
      <w:r>
        <w:rPr>
          <w:lang w:eastAsia="zh-CN"/>
        </w:rPr>
        <w:t>　　在国内市场上流通的相似品牌有七八种之多，与我司品牌的有三四种，技术不相上下，竞争愈来愈激烈，已构成市场威胁。为稳固和拓展市场，务必与客户的交流，与客户、直接用户之间的关系。</w:t>
      </w:r>
      <w:r>
        <w:rPr>
          <w:lang w:eastAsia="zh-CN"/>
        </w:rPr>
        <w:br/>
      </w:r>
      <w:r>
        <w:rPr>
          <w:lang w:eastAsia="zh-CN"/>
        </w:rPr>
        <w:t>　　（1）为与客户信息交流，增近感情，对VIP客户每月拜访一次；对一级客户每两月拜访一次；二级客户情况另行安排拜访；</w:t>
      </w:r>
      <w:r>
        <w:rPr>
          <w:lang w:eastAsia="zh-CN"/>
        </w:rPr>
        <w:br/>
      </w:r>
      <w:r>
        <w:rPr>
          <w:lang w:eastAsia="zh-CN"/>
        </w:rPr>
        <w:t>　　（2）把握，汽车销售工作已仅是销货到的客户方即为结束，还要帮助客户出货，帮助客户做直接用户的工作，这项工作列入我__年工作。</w:t>
      </w:r>
      <w:r>
        <w:rPr>
          <w:lang w:eastAsia="zh-CN"/>
        </w:rPr>
        <w:br/>
      </w:r>
      <w:r>
        <w:rPr>
          <w:lang w:eastAsia="zh-CN"/>
        </w:rPr>
        <w:t>　　3、网络检索：</w:t>
      </w:r>
      <w:r>
        <w:rPr>
          <w:lang w:eastAsia="zh-CN"/>
        </w:rPr>
        <w:br/>
      </w:r>
      <w:r>
        <w:rPr>
          <w:lang w:eastAsia="zh-CN"/>
        </w:rPr>
        <w:t>　　我司网站及网络资源，信息检索销售信息。</w:t>
      </w:r>
      <w:r>
        <w:rPr>
          <w:lang w:eastAsia="zh-CN"/>
        </w:rPr>
        <w:br/>
      </w:r>
      <w:r>
        <w:rPr>
          <w:lang w:eastAsia="zh-CN"/>
        </w:rPr>
        <w:t>　　4、售后：</w:t>
      </w:r>
      <w:r>
        <w:rPr>
          <w:lang w:eastAsia="zh-CN"/>
        </w:rPr>
        <w:br/>
      </w:r>
      <w:r>
        <w:rPr>
          <w:lang w:eastAsia="zh-CN"/>
        </w:rPr>
        <w:t>　　情况下，我公司仍然以贸易为主，“卖产品不如卖服务”，在下一步汽车销售工作中，要责任感，强化优质服务。</w:t>
      </w:r>
      <w:r>
        <w:rPr>
          <w:lang w:eastAsia="zh-CN"/>
        </w:rPr>
        <w:br/>
      </w:r>
      <w:r>
        <w:rPr>
          <w:lang w:eastAsia="zh-CN"/>
        </w:rPr>
        <w:t>　　用户使用的产品如同享受的服务，从稳固市尝长远合作的角度，务必强化为客户的意识，把握每一次与用户接触的机会，热情详细周到的售后服务，给公司制胜的筹码。</w:t>
      </w:r>
      <w:r>
        <w:rPr>
          <w:lang w:eastAsia="zh-CN"/>
        </w:rPr>
        <w:br/>
      </w:r>
      <w:r>
        <w:rPr>
          <w:lang w:eastAsia="zh-CN"/>
        </w:rPr>
        <w:t>　　本年度我将遵守公司规章制度，学习，努力销售任务。挑战到来，既然选择了远方，何畏风雨兼程，我相信：用心能赢得精彩！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20__年，将遵守的工作思路：在公司的带领下，公司战略性持续改进活动，销售部的日常工作，对订单和发货计划的情况、平衡、监督和跟踪；对客户的产品按时交付和后续对客户的跟踪，开发新客户和新产品，各公司产销的任务。</w:t>
      </w:r>
      <w:r>
        <w:rPr>
          <w:lang w:eastAsia="zh-CN"/>
        </w:rPr>
        <w:br/>
      </w:r>
      <w:r>
        <w:rPr>
          <w:lang w:eastAsia="zh-CN"/>
        </w:rPr>
        <w:t xml:space="preserve">    2024年汽车销售工作计划范文 篇4 </w:t>
      </w:r>
      <w:r>
        <w:rPr>
          <w:lang w:eastAsia="zh-CN"/>
        </w:rPr>
        <w:br/>
      </w:r>
      <w:r>
        <w:rPr>
          <w:lang w:eastAsia="zh-CN"/>
        </w:rPr>
        <w:t>　　随着__区市场逐渐发展成熟，竞争日益激烈，机遇与考验并存。20__年，销售工作仍将是我们公司的工作重点，面对先期投入，正视现有市场，作为我山__区销售经理，我创业激情高涨，信心百倍，又深感责任重大。</w:t>
      </w:r>
      <w:r>
        <w:rPr>
          <w:lang w:eastAsia="zh-CN"/>
        </w:rPr>
        <w:br/>
      </w:r>
      <w:r>
        <w:rPr>
          <w:lang w:eastAsia="zh-CN"/>
        </w:rPr>
        <w:t>　　随着__区市场逐渐发展成熟，竞争日益激烈，机遇与考验并存。20__年，销售工作仍将是我们公司的工作重点，面对先期投入，正视现有市场，作为我山__区销售经理，我创业激情高涨，信心百倍，又深感责任重大。</w:t>
      </w:r>
      <w:r>
        <w:rPr>
          <w:lang w:eastAsia="zh-CN"/>
        </w:rPr>
        <w:br/>
      </w:r>
      <w:r>
        <w:rPr>
          <w:lang w:eastAsia="zh-CN"/>
        </w:rPr>
        <w:t>　　着眼公司当前，兼顾未来发展。20__年，在总经理的领导下，在销售工作中我坚持做到：突出重点维护现有市场，把握时机开发潜在客户，注重销售细节，强化优质服务，稳固和提高市场占有率，积极争取圆满完成销售任务。</w:t>
      </w:r>
      <w:r>
        <w:rPr>
          <w:lang w:eastAsia="zh-CN"/>
        </w:rPr>
        <w:br/>
      </w:r>
      <w:r>
        <w:rPr>
          <w:lang w:eastAsia="zh-CN"/>
        </w:rPr>
        <w:t>　　一、销量指标：</w:t>
      </w:r>
      <w:r>
        <w:rPr>
          <w:lang w:eastAsia="zh-CN"/>
        </w:rPr>
        <w:br/>
      </w:r>
      <w:r>
        <w:rPr>
          <w:lang w:eastAsia="zh-CN"/>
        </w:rPr>
        <w:t>　　至20__年12月31日，山__区销售任务560万元，销售目标700万元(20__年度销售计划表附后);</w:t>
      </w:r>
      <w:r>
        <w:rPr>
          <w:lang w:eastAsia="zh-CN"/>
        </w:rPr>
        <w:br/>
      </w:r>
      <w:r>
        <w:rPr>
          <w:lang w:eastAsia="zh-CN"/>
        </w:rPr>
        <w:t>　　二、计划拟定：</w:t>
      </w:r>
      <w:r>
        <w:rPr>
          <w:lang w:eastAsia="zh-CN"/>
        </w:rPr>
        <w:br/>
      </w:r>
      <w:r>
        <w:rPr>
          <w:lang w:eastAsia="zh-CN"/>
        </w:rPr>
        <w:t>　　1、年初拟定《年度销售总体计划》;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2、年终拟定《年度销售总结》;</w:t>
      </w:r>
      <w:r>
        <w:rPr>
          <w:lang w:eastAsia="zh-CN"/>
        </w:rPr>
        <w:br/>
      </w:r>
      <w:r>
        <w:rPr>
          <w:lang w:eastAsia="zh-CN"/>
        </w:rPr>
        <w:t>　　3、月初拟定《月销售计划表》和《月访客户计划表》;</w:t>
      </w:r>
      <w:r>
        <w:rPr>
          <w:lang w:eastAsia="zh-CN"/>
        </w:rPr>
        <w:br/>
      </w:r>
      <w:r>
        <w:rPr>
          <w:lang w:eastAsia="zh-CN"/>
        </w:rPr>
        <w:t>　　4、月末拟定《月销售统计表》和《月访客户统计表》;</w:t>
      </w:r>
      <w:r>
        <w:rPr>
          <w:lang w:eastAsia="zh-CN"/>
        </w:rPr>
        <w:br/>
      </w:r>
      <w:r>
        <w:rPr>
          <w:lang w:eastAsia="zh-CN"/>
        </w:rPr>
        <w:t>　　三、客户</w:t>
      </w:r>
      <w:r>
        <w:rPr>
          <w:lang w:eastAsia="zh-CN"/>
        </w:rPr>
        <w:br/>
      </w:r>
      <w:r>
        <w:rPr>
          <w:lang w:eastAsia="zh-CN"/>
        </w:rPr>
        <w:t>　　2、对国外客户的信息收集、及时传递、及时处理，如：图纸、ppap信息反馈等等;并及时了解国际机械制造市场和外汇市场的消息，为公司的发展壮大提供信息支持。</w:t>
      </w:r>
      <w:r>
        <w:rPr>
          <w:lang w:eastAsia="zh-CN"/>
        </w:rPr>
        <w:br/>
      </w:r>
      <w:r>
        <w:rPr>
          <w:lang w:eastAsia="zh-CN"/>
        </w:rPr>
        <w:t>　　3、按时完成全部发货所需要单据的缮制和交付和给客户单据的.交付，包括发货单、装箱单、商业发票、运输合同、运输声明、原产地证等等。</w:t>
      </w:r>
      <w:r>
        <w:rPr>
          <w:lang w:eastAsia="zh-CN"/>
        </w:rPr>
        <w:br/>
      </w:r>
      <w:r>
        <w:rPr>
          <w:lang w:eastAsia="zh-CN"/>
        </w:rPr>
        <w:t>　　4、及时就发货所涉及的相关事务与客户有效沟通。</w:t>
      </w:r>
      <w:r>
        <w:rPr>
          <w:lang w:eastAsia="zh-CN"/>
        </w:rPr>
        <w:br/>
      </w:r>
      <w:r>
        <w:rPr>
          <w:lang w:eastAsia="zh-CN"/>
        </w:rPr>
        <w:t>　　5、参与公司新产品项目的生产评估和实施过程监控。如发放新产品评审图纸和进展过程跟踪20__年度汽车销售工作计划20__年度汽车销售工作计划。</w:t>
      </w:r>
      <w:r>
        <w:rPr>
          <w:lang w:eastAsia="zh-CN"/>
        </w:rPr>
        <w:br/>
      </w:r>
      <w:r>
        <w:rPr>
          <w:lang w:eastAsia="zh-CN"/>
        </w:rPr>
        <w:t>　　6、准确完成统计月度出口明细、月度应收汇明细，并和财务对帐。</w:t>
      </w:r>
      <w:r>
        <w:rPr>
          <w:lang w:eastAsia="zh-CN"/>
        </w:rPr>
        <w:br/>
      </w:r>
      <w:r>
        <w:rPr>
          <w:lang w:eastAsia="zh-CN"/>
        </w:rPr>
        <w:t>　　7、向国外客户催要应付款项，包括在webedi生成asn和发票，制作纸质收汇单据等，及时回款，对未达帐项积极负责。</w:t>
      </w:r>
      <w:r>
        <w:rPr>
          <w:lang w:eastAsia="zh-CN"/>
        </w:rPr>
        <w:br/>
      </w:r>
      <w:r>
        <w:rPr>
          <w:lang w:eastAsia="zh-CN"/>
        </w:rPr>
        <w:t>　　8、参加生产经营例会，进行会议记录，并履行会议的决议情况。</w:t>
      </w:r>
      <w:r>
        <w:rPr>
          <w:lang w:eastAsia="zh-CN"/>
        </w:rPr>
        <w:br/>
      </w:r>
      <w:r>
        <w:rPr>
          <w:lang w:eastAsia="zh-CN"/>
        </w:rPr>
        <w:t>　　9、随时完成上级领导交给的临时任务等。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10、理解、掌握本岗位所使用的质量体系文件，按照质量体系文件规定完成各项质量活动，并就涉及销售部的环节严格执行程序文件和相关管理规定。</w:t>
      </w:r>
      <w:r>
        <w:rPr>
          <w:lang w:eastAsia="zh-CN"/>
        </w:rPr>
        <w:br/>
      </w:r>
      <w:r>
        <w:rPr>
          <w:lang w:eastAsia="zh-CN"/>
        </w:rPr>
        <w:t>　　11、增强自己的综合业务分析能力，学习和掌握产品技术知识，熟练掌握生产流程的相关知识，更好的应用于实际工作过程中。</w:t>
      </w:r>
      <w:r>
        <w:rPr>
          <w:lang w:eastAsia="zh-CN"/>
        </w:rPr>
        <w:br/>
      </w:r>
      <w:r>
        <w:rPr>
          <w:lang w:eastAsia="zh-CN"/>
        </w:rPr>
        <w:t>　　12、本部门员工将一如既往的团结协作，协调处理本部门计划和预算执行过程中出现的问题，积极协助领导处理紧急事件和重大事件。</w:t>
      </w:r>
      <w:r>
        <w:rPr>
          <w:lang w:eastAsia="zh-CN"/>
        </w:rPr>
        <w:br/>
      </w:r>
      <w:r>
        <w:rPr>
          <w:lang w:eastAsia="zh-CN"/>
        </w:rPr>
        <w:t>　　在公司各个部门的积极配合下，预计在20__年要达成发货量吨以上，销售额万美元以上的目标。</w:t>
      </w:r>
      <w:r>
        <w:rPr>
          <w:lang w:eastAsia="zh-CN"/>
        </w:rPr>
        <w:br/>
      </w:r>
      <w:r>
        <w:rPr>
          <w:lang w:eastAsia="zh-CN"/>
        </w:rPr>
        <w:t>　　在20__年的工作中，本部门保证按时完成各项工作任务，本着“公司荣我荣”的精神，提高客户满意度，为公司多寻求利润，为公司的长期发展多做贡献，为把公司尽快建设成为一流的国际化精铸企业不断努力。</w:t>
      </w:r>
      <w:r>
        <w:rPr>
          <w:lang w:eastAsia="zh-CN"/>
        </w:rPr>
        <w:br/>
      </w:r>
      <w:r>
        <w:rPr>
          <w:lang w:eastAsia="zh-CN"/>
        </w:rPr>
        <w:t xml:space="preserve">    2024年汽车销售工作计划范文 篇5 </w:t>
      </w:r>
      <w:r>
        <w:rPr>
          <w:lang w:eastAsia="zh-CN"/>
        </w:rPr>
        <w:br/>
      </w:r>
      <w:r>
        <w:rPr>
          <w:lang w:eastAsia="zh-CN"/>
        </w:rPr>
        <w:t>　　一、市场分析</w:t>
      </w:r>
      <w:r>
        <w:rPr>
          <w:lang w:eastAsia="zh-CN"/>
        </w:rPr>
        <w:br/>
      </w:r>
      <w:r>
        <w:rPr>
          <w:lang w:eastAsia="zh-CN"/>
        </w:rPr>
        <w:t>　　随着汽车的日益普及化，__市汽车市场逐渐发展成熟，竞争日益激烈，机遇与考验并存。20__年，销售工作仍是我们公司的工作重点，秒面对先期投入，正视现有市场，作为汽车销售公司销售经理，我创业激情高涨，信心直倍，又深感责任重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着眼__公司当前，兼顾未来发展，必须紧随汽车销售服务有限公司的步骤，在_公司的领导下，在往后的销售公司中我坚持做到：突出重点微服公司经营的品牌的现有市场，把握时机开发潜在客户，注重销售人员培养，销售细节，强化优质服务，稳固和提高市场占有率，积极争取圆满完成销售任务。</w:t>
      </w:r>
      <w:r>
        <w:rPr>
          <w:lang w:eastAsia="zh-CN"/>
        </w:rPr>
        <w:br/>
      </w:r>
      <w:r>
        <w:rPr>
          <w:lang w:eastAsia="zh-CN"/>
        </w:rPr>
        <w:t>　　二、销量目标</w:t>
      </w:r>
      <w:r>
        <w:rPr>
          <w:lang w:eastAsia="zh-CN"/>
        </w:rPr>
        <w:br/>
      </w:r>
      <w:r>
        <w:rPr>
          <w:lang w:eastAsia="zh-CN"/>
        </w:rPr>
        <w:t>　　以目前__公司20__年1月—8月销售159辆汽车，销售额1900万元，盈利20万元；</w:t>
      </w:r>
      <w:r>
        <w:rPr>
          <w:lang w:eastAsia="zh-CN"/>
        </w:rPr>
        <w:br/>
      </w:r>
      <w:r>
        <w:rPr>
          <w:lang w:eastAsia="zh-CN"/>
        </w:rPr>
        <w:t>　　上海通用共119台；别克凯越15台，新君威13台（其中1.6T 5台），新君越3台，英朗3台；</w:t>
      </w:r>
      <w:r>
        <w:rPr>
          <w:lang w:eastAsia="zh-CN"/>
        </w:rPr>
        <w:br/>
      </w:r>
      <w:r>
        <w:rPr>
          <w:lang w:eastAsia="zh-CN"/>
        </w:rPr>
        <w:t>　　雪佛兰科鲁兹40台，新景程15台，乐风10台，新赛欧15台；</w:t>
      </w:r>
      <w:r>
        <w:rPr>
          <w:lang w:eastAsia="zh-CN"/>
        </w:rPr>
        <w:br/>
      </w:r>
      <w:r>
        <w:rPr>
          <w:lang w:eastAsia="zh-CN"/>
        </w:rPr>
        <w:t>　　荣威550 2台；</w:t>
      </w:r>
      <w:r>
        <w:rPr>
          <w:lang w:eastAsia="zh-CN"/>
        </w:rPr>
        <w:br/>
      </w:r>
      <w:r>
        <w:rPr>
          <w:lang w:eastAsia="zh-CN"/>
        </w:rPr>
        <w:t>　　比亚迪共30台；其他品牌10台。</w:t>
      </w:r>
      <w:r>
        <w:rPr>
          <w:lang w:eastAsia="zh-CN"/>
        </w:rPr>
        <w:br/>
      </w:r>
      <w:r>
        <w:rPr>
          <w:lang w:eastAsia="zh-CN"/>
        </w:rPr>
        <w:t>　　20__年9月—12月销售具体目标：60台；</w:t>
      </w:r>
      <w:r>
        <w:rPr>
          <w:lang w:eastAsia="zh-CN"/>
        </w:rPr>
        <w:br/>
      </w:r>
      <w:r>
        <w:rPr>
          <w:lang w:eastAsia="zh-CN"/>
        </w:rPr>
        <w:t>　　上海通用别克10台，雪佛兰20台，上海通用其余品牌5台；</w:t>
      </w:r>
      <w:r>
        <w:rPr>
          <w:lang w:eastAsia="zh-CN"/>
        </w:rPr>
        <w:br/>
      </w:r>
      <w:r>
        <w:rPr>
          <w:lang w:eastAsia="zh-CN"/>
        </w:rPr>
        <w:t>　　上海大众15台，上海汽车其余品牌5台。</w:t>
      </w:r>
      <w:r>
        <w:rPr>
          <w:lang w:eastAsia="zh-CN"/>
        </w:rPr>
        <w:br/>
      </w:r>
      <w:r>
        <w:rPr>
          <w:lang w:eastAsia="zh-CN"/>
        </w:rPr>
        <w:t>　　三、资金使用</w:t>
      </w:r>
      <w:r>
        <w:rPr>
          <w:lang w:eastAsia="zh-CN"/>
        </w:rPr>
        <w:br/>
      </w:r>
      <w:r>
        <w:rPr>
          <w:lang w:eastAsia="zh-CN"/>
        </w:rPr>
        <w:t>　　__公司目前总投入资金240万及其：</w:t>
      </w:r>
      <w:r>
        <w:rPr>
          <w:lang w:eastAsia="zh-CN"/>
        </w:rPr>
        <w:br/>
      </w:r>
      <w:r>
        <w:rPr>
          <w:lang w:eastAsia="zh-CN"/>
        </w:rPr>
        <w:t>　　公司筹建，服务站，广告：80万</w:t>
      </w:r>
      <w:r>
        <w:rPr>
          <w:lang w:eastAsia="zh-CN"/>
        </w:rPr>
        <w:br/>
      </w:r>
      <w:r>
        <w:rPr>
          <w:lang w:eastAsia="zh-CN"/>
        </w:rPr>
        <w:t>　　周转资金：160万，公司展车与流动和保证金。</w:t>
      </w:r>
      <w:r>
        <w:rPr>
          <w:lang w:eastAsia="zh-CN"/>
        </w:rPr>
        <w:br/>
      </w:r>
      <w:r>
        <w:rPr>
          <w:lang w:eastAsia="zh-CN"/>
        </w:rPr>
        <w:t>　　资金来源：40%约90万元通过银行房产抵押贷款，50%约120万元自有资金，10%约30万朋友借款。</w:t>
      </w:r>
      <w:r>
        <w:rPr>
          <w:lang w:eastAsia="zh-CN"/>
        </w:rPr>
        <w:br/>
      </w:r>
      <w:r>
        <w:rPr>
          <w:lang w:eastAsia="zh-CN"/>
        </w:rPr>
        <w:t>　　近期__公司将80万元跟随_公司所有汽车品牌的销售与售后的投入。</w:t>
      </w:r>
      <w:r>
        <w:rPr>
          <w:lang w:eastAsia="zh-CN"/>
        </w:rPr>
        <w:br/>
      </w:r>
      <w:r>
        <w:rPr>
          <w:lang w:eastAsia="zh-CN"/>
        </w:rPr>
        <w:t>　　四、公司团队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总经理一名（兼销售经理）刘瑞喜，财务会记一名，出纳一名，展厅经理一名何燕芳，销售顾问6名，服务站售后经理一名刘明，售后客服接待一名，维修部6人，装潢部二名。</w:t>
      </w:r>
      <w:r>
        <w:rPr>
          <w:lang w:eastAsia="zh-CN"/>
        </w:rPr>
        <w:br/>
      </w:r>
      <w:r>
        <w:rPr>
          <w:lang w:eastAsia="zh-CN"/>
        </w:rPr>
        <w:t>　　五、实施措施</w:t>
      </w:r>
      <w:r>
        <w:rPr>
          <w:lang w:eastAsia="zh-CN"/>
        </w:rPr>
        <w:br/>
      </w:r>
      <w:r>
        <w:rPr>
          <w:lang w:eastAsia="zh-CN"/>
        </w:rPr>
        <w:t>　　1、首先将售后服务站各方面硬件设施投入和服务、技术人员的各方面提升。</w:t>
      </w:r>
      <w:r>
        <w:rPr>
          <w:lang w:eastAsia="zh-CN"/>
        </w:rPr>
        <w:br/>
      </w:r>
      <w:r>
        <w:rPr>
          <w:lang w:eastAsia="zh-CN"/>
        </w:rPr>
        <w:t>　　2、客户回访，道县市场上流通的相似品牌有七八种之多，与我们公司品牌相当的有三四种，竞争越来越激烈，已构成市场威胁，为稳定和开展市场，必须加强与老客户的交流，维护好客户与公司之间的关系，加强与客户信息交流，增进感情。</w:t>
      </w:r>
      <w:r>
        <w:rPr>
          <w:lang w:eastAsia="zh-CN"/>
        </w:rPr>
        <w:br/>
      </w:r>
      <w:r>
        <w:rPr>
          <w:lang w:eastAsia="zh-CN"/>
        </w:rPr>
        <w:t>　　3、10月__公司网站做好，通过网络信息发布销售信息。</w:t>
      </w:r>
      <w:r>
        <w:rPr>
          <w:lang w:eastAsia="zh-CN"/>
        </w:rPr>
        <w:br/>
      </w:r>
      <w:r>
        <w:rPr>
          <w:lang w:eastAsia="zh-CN"/>
        </w:rPr>
        <w:t>　　4、公司仍然以“卖产品不如卖服务”在下一步工作中，我们要增强责任感，不断强化优质服务。</w:t>
      </w:r>
      <w:r>
        <w:rPr>
          <w:lang w:eastAsia="zh-CN"/>
        </w:rPr>
        <w:br/>
      </w:r>
      <w:r>
        <w:rPr>
          <w:lang w:eastAsia="zh-CN"/>
        </w:rPr>
        <w:t>　　5、车贷仍是我们公司的销售重点，我们要以诚信为主，将车贷的后期工作与服务要完善与跟踪。</w:t>
      </w:r>
      <w:r>
        <w:rPr>
          <w:lang w:eastAsia="zh-CN"/>
        </w:rPr>
        <w:br/>
      </w:r>
      <w:r>
        <w:rPr>
          <w:lang w:eastAsia="zh-CN"/>
        </w:rPr>
        <w:t>　　6、准确完成月度统计，财务对帐，客户与车型信息。</w:t>
      </w:r>
      <w:r>
        <w:rPr>
          <w:lang w:eastAsia="zh-CN"/>
        </w:rPr>
        <w:br/>
      </w:r>
      <w:r>
        <w:rPr>
          <w:lang w:eastAsia="zh-CN"/>
        </w:rPr>
        <w:t>　　7、定期送员工到永守__公司培训学习，增强公司整体的综合业务能力，学习掌握产品技术知识，更好的应用于工作中。</w:t>
      </w:r>
      <w:r>
        <w:rPr>
          <w:lang w:eastAsia="zh-CN"/>
        </w:rPr>
        <w:br/>
      </w:r>
      <w:r>
        <w:rPr>
          <w:lang w:eastAsia="zh-CN"/>
        </w:rPr>
        <w:t>　　8、富顺公司与与_公司团结合作，积极协助处理整个__市的紧急事件，把客户维护好。</w:t>
      </w:r>
      <w:r>
        <w:rPr>
          <w:lang w:eastAsia="zh-CN"/>
        </w:rPr>
        <w:br/>
      </w:r>
      <w:r>
        <w:rPr>
          <w:lang w:eastAsia="zh-CN"/>
        </w:rPr>
        <w:t>　　六、广告投放：</w:t>
      </w:r>
      <w:r>
        <w:rPr>
          <w:lang w:eastAsia="zh-CN"/>
        </w:rPr>
        <w:br/>
      </w:r>
      <w:r>
        <w:rPr>
          <w:lang w:eastAsia="zh-CN"/>
        </w:rPr>
        <w:t>　　1、在道州通往江华及江永、广东、广西方向，道州所有公路及国道、省道的交通路口醒目位置投放巨幅广告、墙面广告，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2、联合各汽车产生联合宣传，</w:t>
      </w:r>
      <w:r>
        <w:rPr>
          <w:lang w:eastAsia="zh-CN"/>
        </w:rPr>
        <w:br/>
      </w:r>
      <w:r>
        <w:rPr>
          <w:lang w:eastAsia="zh-CN"/>
        </w:rPr>
        <w:t>　　3、_县定期做单业广告单的宣传。</w:t>
      </w:r>
      <w:r>
        <w:rPr>
          <w:lang w:eastAsia="zh-CN"/>
        </w:rPr>
        <w:br/>
      </w:r>
      <w:r>
        <w:rPr>
          <w:lang w:eastAsia="zh-CN"/>
        </w:rPr>
        <w:t xml:space="preserve">    2024年汽车销售工作计划范文 篇6 </w:t>
      </w:r>
      <w:r>
        <w:rPr>
          <w:lang w:eastAsia="zh-CN"/>
        </w:rPr>
        <w:br/>
      </w:r>
      <w:r>
        <w:rPr>
          <w:lang w:eastAsia="zh-CN"/>
        </w:rPr>
        <w:t>　　__年，将继续严格遵守这样的工作思路：在公司领导的带领下，参与公司战略性持续改进活动，及时准确做好销售部的日常工作，对日常销售计划的执行情况进行协调、平衡和跟踪、完成对客户的产品按时交付和后续对客户的跟踪，继续开发新客户，及时完成公司产销的各项任务。</w:t>
      </w:r>
      <w:r>
        <w:rPr>
          <w:lang w:eastAsia="zh-CN"/>
        </w:rPr>
        <w:br/>
      </w:r>
      <w:r>
        <w:rPr>
          <w:lang w:eastAsia="zh-CN"/>
        </w:rPr>
        <w:t>　　__年的计划如下：</w:t>
      </w:r>
      <w:r>
        <w:rPr>
          <w:lang w:eastAsia="zh-CN"/>
        </w:rPr>
        <w:br/>
      </w:r>
      <w:r>
        <w:rPr>
          <w:lang w:eastAsia="zh-CN"/>
        </w:rPr>
        <w:t>　　一、对于老客户，和固定客户，要经常保持联系，在有时间有条件的情况下，送一些小礼物，好稳定与客户关系。</w:t>
      </w:r>
      <w:r>
        <w:rPr>
          <w:lang w:eastAsia="zh-CN"/>
        </w:rPr>
        <w:br/>
      </w:r>
      <w:r>
        <w:rPr>
          <w:lang w:eastAsia="zh-CN"/>
        </w:rPr>
        <w:t>　　二、在拥有老客户的同时还要不断从各渠道获得更多潜在客户信息。三、要有好业绩就得加强业务学习，开拓视野，丰富知识，采取多样化形式，把学业务与交流技能向结合。</w:t>
      </w:r>
      <w:r>
        <w:rPr>
          <w:lang w:eastAsia="zh-CN"/>
        </w:rPr>
        <w:br/>
      </w:r>
      <w:r>
        <w:rPr>
          <w:lang w:eastAsia="zh-CN"/>
        </w:rPr>
        <w:t>　　四、今年对自己有以下要求</w:t>
      </w:r>
      <w:r>
        <w:rPr>
          <w:lang w:eastAsia="zh-CN"/>
        </w:rPr>
        <w:br/>
      </w:r>
      <w:r>
        <w:rPr>
          <w:lang w:eastAsia="zh-CN"/>
        </w:rPr>
        <w:t>　　1：一周一小结，每月一大结，看看有哪些工作上的失误，及时改正下次不要再犯。</w:t>
      </w:r>
      <w:r>
        <w:rPr>
          <w:lang w:eastAsia="zh-CN"/>
        </w:rPr>
        <w:br/>
      </w:r>
      <w:r>
        <w:rPr>
          <w:lang w:eastAsia="zh-CN"/>
        </w:rPr>
        <w:t>　　2：邀约客户之前要多了解客户的状态和需求，再做好准备工作才有可能不会丢失这个客户。</w:t>
      </w:r>
      <w:r>
        <w:rPr>
          <w:lang w:eastAsia="zh-CN"/>
        </w:rPr>
        <w:br/>
      </w:r>
      <w:r>
        <w:rPr>
          <w:lang w:eastAsia="zh-CN"/>
        </w:rPr>
        <w:t>　　3：对客户不能有隐瞒和欺骗，这样不会有忠诚的客户。</w:t>
      </w:r>
      <w:r>
        <w:rPr>
          <w:lang w:eastAsia="zh-CN"/>
        </w:rPr>
        <w:br/>
      </w:r>
      <w:r>
        <w:rPr>
          <w:lang w:eastAsia="zh-CN"/>
        </w:rPr>
        <w:t>　　4：要不断加强业务方面的学习，多看书，上网查阅相关资料，与同事们交流，向他们学习更好的方式方法。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5：对所有客户的工作态度都要一样，但不能太低三下气。给客户一好印象，为公司树立更好的形象。</w:t>
      </w:r>
      <w:r>
        <w:rPr>
          <w:lang w:eastAsia="zh-CN"/>
        </w:rPr>
        <w:br/>
      </w:r>
      <w:r>
        <w:rPr>
          <w:lang w:eastAsia="zh-CN"/>
        </w:rPr>
        <w:t>　　6：客户遇到问题，不能置之不理一定要尽全力帮助他们解决。要先做人再做生意，让客户相信我们的工作实力，才能更好的完成任务。</w:t>
      </w:r>
      <w:r>
        <w:rPr>
          <w:lang w:eastAsia="zh-CN"/>
        </w:rPr>
        <w:br/>
      </w:r>
      <w:r>
        <w:rPr>
          <w:lang w:eastAsia="zh-CN"/>
        </w:rPr>
        <w:t>　　7：自信是非常重要的。要经常对自己说你是最好的，你是独一无二的。拥有健康乐观积极向上的工作态度才能更好的完成任务。</w:t>
      </w:r>
      <w:r>
        <w:rPr>
          <w:lang w:eastAsia="zh-CN"/>
        </w:rPr>
        <w:br/>
      </w:r>
      <w:r>
        <w:rPr>
          <w:lang w:eastAsia="zh-CN"/>
        </w:rPr>
        <w:t>　　8：和公司其他员工要有良好的沟通，有团队意识，多交流，多探讨，才能不断增长业务技能。</w:t>
      </w:r>
      <w:r>
        <w:rPr>
          <w:lang w:eastAsia="zh-CN"/>
        </w:rPr>
        <w:br/>
      </w:r>
      <w:r>
        <w:rPr>
          <w:lang w:eastAsia="zh-CN"/>
        </w:rPr>
        <w:t>　　以上就是我这一年的工作计划，工作中总会有各种各样的困难，我会向领导请示，向同事探讨，共同努力克服。为公司做出自己最大的贡献。</w:t>
      </w:r>
      <w:r>
        <w:rPr>
          <w:lang w:eastAsia="zh-CN"/>
        </w:rPr>
        <w:br/>
      </w:r>
      <w:r>
        <w:rPr>
          <w:lang w:eastAsia="zh-CN"/>
        </w:rPr>
        <w:t>　　一、数据总结分析</w:t>
      </w:r>
      <w:r>
        <w:rPr>
          <w:lang w:eastAsia="zh-CN"/>
        </w:rPr>
        <w:br/>
      </w:r>
      <w:r>
        <w:rPr>
          <w:lang w:eastAsia="zh-CN"/>
        </w:rPr>
        <w:t>　　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r>
        <w:rPr>
          <w:lang w:eastAsia="zh-CN"/>
        </w:rPr>
        <w:br/>
      </w:r>
      <w:r>
        <w:rPr>
          <w:lang w:eastAsia="zh-CN"/>
        </w:rPr>
        <w:t>　　在写总结时，关键是写您上半年完成的业绩情况，总任务目标是多少台车，你一共销售了几台车;总利润是多少;单月销量最高的是多少;以及你目前掌握的客户数量有多少……。销售顾问要懂得用数据来说话，用数据做总结，分析自己的优势和劣势，找出对策。</w:t>
      </w:r>
      <w:r>
        <w:rPr>
          <w:lang w:eastAsia="zh-CN"/>
        </w:rPr>
        <w:br/>
      </w:r>
      <w:r>
        <w:rPr>
          <w:lang w:eastAsia="zh-CN"/>
        </w:rPr>
        <w:t>　　二、技能的总结分析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对汽车销售顾问来说，销售技巧的总结能让自己更深去了解自己。大多数销售顾问在半年内都有一个质的进步，当然，这不能缺少自己本人的努力以及同事、上司的指点，还包括公司的培训。</w:t>
      </w:r>
      <w:r>
        <w:rPr>
          <w:lang w:eastAsia="zh-CN"/>
        </w:rPr>
        <w:br/>
      </w:r>
      <w:r>
        <w:rPr>
          <w:lang w:eastAsia="zh-CN"/>
        </w:rPr>
        <w:t>　　因此，在写总结时，可以从几个方面来写。1、自己对销售技巧的总结、琢磨，可以结合让你印象深刻的客户来谈。2、参加公司的`培训，获得的进步;3、同事、上司的指点，获得的进步……这些都是可以作为工作技能的总结部分。</w:t>
      </w:r>
      <w:r>
        <w:rPr>
          <w:lang w:eastAsia="zh-CN"/>
        </w:rPr>
        <w:br/>
      </w:r>
      <w:r>
        <w:rPr>
          <w:lang w:eastAsia="zh-CN"/>
        </w:rPr>
        <w:t>　　三、综合能力的总结分析</w:t>
      </w:r>
      <w:r>
        <w:rPr>
          <w:lang w:eastAsia="zh-CN"/>
        </w:rPr>
        <w:br/>
      </w:r>
      <w:r>
        <w:rPr>
          <w:lang w:eastAsia="zh-CN"/>
        </w:rPr>
        <w:t>　　优秀的汽车销售顾问并不是只会卖车，他还能把持好各种关系。例如和同事、上司相处的关系;在售前和售后之间的关系，还有和客户之间的关系。</w:t>
      </w:r>
      <w:r>
        <w:rPr>
          <w:lang w:eastAsia="zh-CN"/>
        </w:rPr>
        <w:br/>
      </w:r>
      <w:r>
        <w:rPr>
          <w:lang w:eastAsia="zh-CN"/>
        </w:rPr>
        <w:t>　　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r>
        <w:rPr>
          <w:lang w:eastAsia="zh-CN"/>
        </w:rPr>
        <w:br/>
      </w:r>
      <w:r>
        <w:rPr>
          <w:lang w:eastAsia="zh-CN"/>
        </w:rPr>
        <w:t>　　总之：销售顾问的工作总结，既是对自身社会实践活动的回顾过程，又是思想认识提高的过程。通过总结，可以把零散的、肤浅的感性认识上升为系统、深刻的理性认识，从而得出科学的结论，以便发扬成绩，克服缺点，吸取经验教训，使今后的工作少走弯路，多出成果。</w:t>
      </w:r>
      <w:r>
        <w:rPr>
          <w:lang w:eastAsia="zh-CN"/>
        </w:rPr>
        <w:br/>
      </w:r>
      <w:r>
        <w:rPr>
          <w:lang w:eastAsia="zh-CN"/>
        </w:rPr>
        <w:t>　　1、执行销售汽车是的喜悦销售流程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2、向顾客演示所销售的产品和服务，包括试乘试驾</w:t>
      </w:r>
      <w:r>
        <w:rPr>
          <w:lang w:eastAsia="zh-CN"/>
        </w:rPr>
        <w:br/>
      </w:r>
      <w:r>
        <w:rPr>
          <w:lang w:eastAsia="zh-CN"/>
        </w:rPr>
        <w:t>　　3、消除顾客的疑虑与抗拒，专业地处理顾客投诉</w:t>
      </w:r>
      <w:r>
        <w:rPr>
          <w:lang w:eastAsia="zh-CN"/>
        </w:rPr>
        <w:br/>
      </w:r>
      <w:r>
        <w:rPr>
          <w:lang w:eastAsia="zh-CN"/>
        </w:rPr>
        <w:t>　　4、维持与顾客的良好关系，并及时更新顾客资料</w:t>
      </w:r>
      <w:r>
        <w:rPr>
          <w:lang w:eastAsia="zh-CN"/>
        </w:rPr>
        <w:br/>
      </w:r>
      <w:r>
        <w:rPr>
          <w:lang w:eastAsia="zh-CN"/>
        </w:rPr>
        <w:t>　　5、通过追踪潜在顾客，取得顾客名单，促进销售</w:t>
      </w:r>
      <w:r>
        <w:rPr>
          <w:lang w:eastAsia="zh-CN"/>
        </w:rPr>
        <w:br/>
      </w:r>
      <w:r>
        <w:rPr>
          <w:lang w:eastAsia="zh-CN"/>
        </w:rPr>
        <w:t>　　6、填写销售报告、表卡</w:t>
      </w:r>
      <w:r>
        <w:rPr>
          <w:lang w:eastAsia="zh-CN"/>
        </w:rPr>
        <w:br/>
      </w:r>
      <w:r>
        <w:rPr>
          <w:lang w:eastAsia="zh-CN"/>
        </w:rPr>
        <w:t>　　7、确保展厅和展车整洁参与制订销售活动、市场开发、促销计划所具备的能力素质</w:t>
      </w:r>
      <w:r>
        <w:rPr>
          <w:lang w:eastAsia="zh-CN"/>
        </w:rPr>
        <w:br/>
      </w:r>
      <w:r>
        <w:rPr>
          <w:lang w:eastAsia="zh-CN"/>
        </w:rPr>
        <w:t>　　1、热爱汽车销售工作</w:t>
      </w:r>
      <w:r>
        <w:rPr>
          <w:lang w:eastAsia="zh-CN"/>
        </w:rPr>
        <w:br/>
      </w:r>
      <w:r>
        <w:rPr>
          <w:lang w:eastAsia="zh-CN"/>
        </w:rPr>
        <w:t>　　2、会驾驶，具有驾驶执照</w:t>
      </w:r>
      <w:r>
        <w:rPr>
          <w:lang w:eastAsia="zh-CN"/>
        </w:rPr>
        <w:br/>
      </w:r>
      <w:r>
        <w:rPr>
          <w:lang w:eastAsia="zh-CN"/>
        </w:rPr>
        <w:t>　　3、能够精确了解产品的各项参数</w:t>
      </w:r>
      <w:r>
        <w:rPr>
          <w:lang w:eastAsia="zh-CN"/>
        </w:rPr>
        <w:br/>
      </w:r>
      <w:r>
        <w:rPr>
          <w:lang w:eastAsia="zh-CN"/>
        </w:rPr>
        <w:t>　　4、能够与各部门建立良好的关系，特别是财务部门和售后部门。并且能够在销售过程中特别关注这些部门的需求</w:t>
      </w:r>
      <w:r>
        <w:rPr>
          <w:lang w:eastAsia="zh-CN"/>
        </w:rPr>
        <w:br/>
      </w:r>
      <w:r>
        <w:rPr>
          <w:lang w:eastAsia="zh-CN"/>
        </w:rPr>
        <w:t>　　5、能够在繁忙，活跃的环境中独立作业</w:t>
      </w:r>
      <w:r>
        <w:rPr>
          <w:lang w:eastAsia="zh-CN"/>
        </w:rPr>
        <w:br/>
      </w:r>
      <w:r>
        <w:rPr>
          <w:lang w:eastAsia="zh-CN"/>
        </w:rPr>
        <w:t>　　6、具有专业的仪表和积极、热情的工作态度</w:t>
      </w:r>
      <w:r>
        <w:rPr>
          <w:lang w:eastAsia="zh-CN"/>
        </w:rPr>
        <w:br/>
      </w:r>
      <w:r>
        <w:rPr>
          <w:lang w:eastAsia="zh-CN"/>
        </w:rPr>
        <w:t>　　7、能够不断学习新的销售方法、与产品有关的新信息，以及提高行政管理和与顾客打交道效率的新方法</w:t>
      </w:r>
      <w:r>
        <w:rPr>
          <w:lang w:eastAsia="zh-CN"/>
        </w:rPr>
        <w:br/>
      </w:r>
      <w:r>
        <w:rPr>
          <w:lang w:eastAsia="zh-CN"/>
        </w:rPr>
        <w:t>　　8、有能力管理自己的时间与工作正确的电话技巧和礼节</w:t>
      </w:r>
      <w:r>
        <w:rPr>
          <w:lang w:eastAsia="zh-CN"/>
        </w:rPr>
        <w:br/>
      </w:r>
      <w:r>
        <w:rPr>
          <w:lang w:eastAsia="zh-CN"/>
        </w:rPr>
        <w:t>　　9、了解最新的车型以及最新的改进技术</w:t>
      </w:r>
      <w:r>
        <w:rPr>
          <w:lang w:eastAsia="zh-CN"/>
        </w:rPr>
        <w:br/>
      </w:r>
      <w:r>
        <w:rPr>
          <w:lang w:eastAsia="zh-CN"/>
        </w:rPr>
        <w:t>　　10、了解汽车系统(基础的汽车设计)和价格、车型、系列、选装和其它制造厂商产品</w:t>
      </w:r>
      <w:r>
        <w:rPr>
          <w:lang w:eastAsia="zh-CN"/>
        </w:rPr>
        <w:br/>
      </w:r>
      <w:r>
        <w:rPr>
          <w:lang w:eastAsia="zh-CN"/>
        </w:rPr>
        <w:t>　　11、了解竞争产品和价格</w:t>
      </w:r>
      <w:r>
        <w:rPr>
          <w:lang w:eastAsia="zh-CN"/>
        </w:rPr>
        <w:br/>
      </w:r>
      <w:r>
        <w:rPr>
          <w:lang w:eastAsia="zh-CN"/>
        </w:rPr>
        <w:t>　　12、了解销售程序、过程和跟踪程序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15、了解所销售的车型、价格、系列、选装件、保修、车身色、标准件、规格等16、了解进销标准，并严格遵守</w:t>
      </w:r>
      <w:r>
        <w:rPr>
          <w:lang w:eastAsia="zh-CN"/>
        </w:rPr>
        <w:br/>
      </w:r>
      <w:r>
        <w:rPr>
          <w:lang w:eastAsia="zh-CN"/>
        </w:rPr>
        <w:t>　　17、会使用计算机</w:t>
      </w:r>
      <w:r>
        <w:rPr>
          <w:lang w:eastAsia="zh-CN"/>
        </w:rPr>
        <w:br/>
      </w:r>
      <w:r>
        <w:rPr>
          <w:lang w:eastAsia="zh-CN"/>
        </w:rPr>
        <w:t>　　18、会使用一般的办公室设备(如电话，复印机，传真机等)</w:t>
      </w:r>
      <w:r>
        <w:rPr>
          <w:lang w:eastAsia="zh-CN"/>
        </w:rPr>
        <w:br/>
      </w:r>
      <w:r>
        <w:rPr>
          <w:lang w:eastAsia="zh-CN"/>
        </w:rPr>
        <w:t>　　19、熟悉与汽车相关法规，消费者相关法规和商业惯例</w:t>
      </w:r>
      <w:r>
        <w:rPr>
          <w:lang w:eastAsia="zh-CN"/>
        </w:rPr>
        <w:br/>
      </w:r>
      <w:r>
        <w:rPr>
          <w:lang w:eastAsia="zh-CN"/>
        </w:rPr>
        <w:t>　　20、了解特约店的公司结构和各岗位的职责</w:t>
      </w:r>
      <w:r>
        <w:rPr>
          <w:lang w:eastAsia="zh-CN"/>
        </w:rPr>
        <w:br/>
      </w:r>
      <w:r>
        <w:rPr>
          <w:lang w:eastAsia="zh-CN"/>
        </w:rPr>
        <w:t xml:space="preserve">    2024年汽车销售工作计划范文 篇7 </w:t>
      </w:r>
      <w:r>
        <w:rPr>
          <w:lang w:eastAsia="zh-CN"/>
        </w:rPr>
        <w:br/>
      </w:r>
      <w:r>
        <w:rPr>
          <w:lang w:eastAsia="zh-CN"/>
        </w:rPr>
        <w:t>　　一、活动背景</w:t>
      </w:r>
      <w:r>
        <w:rPr>
          <w:lang w:eastAsia="zh-CN"/>
        </w:rPr>
        <w:br/>
      </w:r>
      <w:r>
        <w:rPr>
          <w:lang w:eastAsia="zh-CN"/>
        </w:rPr>
        <w:t>　　宝马汽车凭借国内外品牌知名度和美誉度，经多年以来销售量得到大幅度的增长，已是有口皆碑；同时在适当时机提供更高品质服务满足消费者的需求，让懂得生活的人能更好的享受生活，为市场提供的、最有影响力的服务，成了宝马汽车的理想与抱负。宝马汽车借助公益活动走进社区、广场，与目标客户群零距离的接触与互动，将受到各界的关注，提升更高的品牌地位，让品牌深入民心，进一步得到消费者的肯定，最终成为宝马汽车最忠诚的客户。</w:t>
      </w:r>
      <w:r>
        <w:rPr>
          <w:lang w:eastAsia="zh-CN"/>
        </w:rPr>
        <w:br/>
      </w:r>
      <w:r>
        <w:rPr>
          <w:lang w:eastAsia="zh-CN"/>
        </w:rPr>
        <w:t>　　二、活动目的</w:t>
      </w:r>
      <w:r>
        <w:rPr>
          <w:lang w:eastAsia="zh-CN"/>
        </w:rPr>
        <w:br/>
      </w:r>
      <w:r>
        <w:rPr>
          <w:lang w:eastAsia="zh-CN"/>
        </w:rPr>
        <w:t>　　1、与目标消费者追求尊贵、地位、身份、品牌、时尚、安全性、高品位的特性完美结合，满足消费者的心理需求。</w:t>
      </w:r>
      <w:r>
        <w:rPr>
          <w:lang w:eastAsia="zh-CN"/>
        </w:rPr>
        <w:br/>
      </w:r>
      <w:r>
        <w:rPr>
          <w:lang w:eastAsia="zh-CN"/>
        </w:rPr>
        <w:t>　　2、借夏日人们向往的轻松心理，推出个性、时尚、轻松、公益的活动形式，让消费者体验夏日的轻松心情。</w:t>
      </w:r>
      <w:r>
        <w:rPr>
          <w:lang w:eastAsia="zh-CN"/>
        </w:rPr>
        <w:br/>
      </w:r>
      <w:r>
        <w:rPr>
          <w:lang w:eastAsia="zh-CN"/>
        </w:rPr>
        <w:t>　　3、通过品牌与公益结合，提高媒体炒作，促进销售力。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4、通过系列活动拉近消费者与宝马的距离，提高公司的品牌形象。</w:t>
      </w:r>
      <w:r>
        <w:rPr>
          <w:lang w:eastAsia="zh-CN"/>
        </w:rPr>
        <w:br/>
      </w:r>
      <w:r>
        <w:rPr>
          <w:lang w:eastAsia="zh-CN"/>
        </w:rPr>
        <w:t>　　三、活动重点</w:t>
      </w:r>
      <w:r>
        <w:rPr>
          <w:lang w:eastAsia="zh-CN"/>
        </w:rPr>
        <w:br/>
      </w:r>
      <w:r>
        <w:rPr>
          <w:lang w:eastAsia="zh-CN"/>
        </w:rPr>
        <w:t>　　1、针对客户：追求时尚、尊贵的消费需求，体验生活真谛，突出个性品位。</w:t>
      </w:r>
      <w:r>
        <w:rPr>
          <w:lang w:eastAsia="zh-CN"/>
        </w:rPr>
        <w:br/>
      </w:r>
      <w:r>
        <w:rPr>
          <w:lang w:eastAsia="zh-CN"/>
        </w:rPr>
        <w:t>　　2、针对媒介：通过公益性活动将吸引众多媒体关注，成为他们宣传的焦点，促进消费者的购买行为，创造品牌氛围和产品价值。</w:t>
      </w:r>
      <w:r>
        <w:rPr>
          <w:lang w:eastAsia="zh-CN"/>
        </w:rPr>
        <w:br/>
      </w:r>
      <w:r>
        <w:rPr>
          <w:lang w:eastAsia="zh-CN"/>
        </w:rPr>
        <w:t>　　3、针对企业：了解消费心理，树立信心，力创佳绩，提升品牌形象。</w:t>
      </w:r>
      <w:r>
        <w:rPr>
          <w:lang w:eastAsia="zh-CN"/>
        </w:rPr>
        <w:br/>
      </w:r>
      <w:r>
        <w:rPr>
          <w:lang w:eastAsia="zh-CN"/>
        </w:rPr>
        <w:t>　　4、针对行业：不可低估，拭目以待，认清品牌定位和产品的功能价值。</w:t>
      </w:r>
      <w:r>
        <w:rPr>
          <w:lang w:eastAsia="zh-CN"/>
        </w:rPr>
        <w:br/>
      </w:r>
      <w:r>
        <w:rPr>
          <w:lang w:eastAsia="zh-CN"/>
        </w:rPr>
        <w:t>　　四、效果评估</w:t>
      </w:r>
      <w:r>
        <w:rPr>
          <w:lang w:eastAsia="zh-CN"/>
        </w:rPr>
        <w:br/>
      </w:r>
      <w:r>
        <w:rPr>
          <w:lang w:eastAsia="zh-CN"/>
        </w:rPr>
        <w:t>　　1、在这一系列的活动过后，将会给宝马汽车销售带来质的飞跃。市场将对宝马汽车有了更高层次明确的认识和印象！</w:t>
      </w:r>
      <w:r>
        <w:rPr>
          <w:lang w:eastAsia="zh-CN"/>
        </w:rPr>
        <w:br/>
      </w:r>
      <w:r>
        <w:rPr>
          <w:lang w:eastAsia="zh-CN"/>
        </w:rPr>
        <w:t>　　2、势必会成为社会和媒体关注的焦点。对树立宝马汽车品牌形象和传播品牌形象起到巨大的作用！</w:t>
      </w:r>
      <w:r>
        <w:rPr>
          <w:lang w:eastAsia="zh-CN"/>
        </w:rPr>
        <w:br/>
      </w:r>
      <w:r>
        <w:rPr>
          <w:lang w:eastAsia="zh-CN"/>
        </w:rPr>
        <w:t>　　五、活动内容</w:t>
      </w:r>
      <w:r>
        <w:rPr>
          <w:lang w:eastAsia="zh-CN"/>
        </w:rPr>
        <w:br/>
      </w:r>
      <w:r>
        <w:rPr>
          <w:lang w:eastAsia="zh-CN"/>
        </w:rPr>
        <w:t>　　1、“关爱儿童成就未来”，由宝马汽车与大型社区携手举办的互动活动，吸引了社区众多小朋友热情地参与，小朋友在老师同家长的帮助下，绘画了属于他们心中的最喜爱的宝马汽车——“我心中喜爱的宝马儿童绘画巡展”。充分发挥了孩子们的想象力以及热爱汽车的激情。</w:t>
      </w:r>
      <w:r>
        <w:rPr>
          <w:lang w:eastAsia="zh-CN"/>
        </w:rPr>
        <w:br/>
      </w:r>
      <w:r>
        <w:rPr>
          <w:lang w:eastAsia="zh-CN"/>
        </w:rPr>
        <w:t>　　2、“品位生活共鉴非凡”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宝马品质生活尊贵夜”，与业主们一起共鉴非凡，品鉴生活，共同分享品质生活带来成功与喜悦。香车美酒，拉丁表演，各类展品融合在一起，带来了一个美好的盛会。分享非凡时刻，传递品质生活，与广大业主一起共同分享宝马品质生活带来成功与喜悦。</w:t>
      </w:r>
      <w:r>
        <w:rPr>
          <w:lang w:eastAsia="zh-CN"/>
        </w:rPr>
        <w:br/>
      </w:r>
      <w:r>
        <w:rPr>
          <w:lang w:eastAsia="zh-CN"/>
        </w:rPr>
        <w:t>　　3、“试乘试驾实现梦想”——宝马完美驾乘分享活动，为期一天的从化道路深度试驾及寻宝体验，让客户在体验车辆性能的同时，加入更多的轻松元素。期间城市道路、快速路、高速路段、乡镇道路的各类道路体验，更是让各位充分体会到了宝马的车辆驾驶乐趣。此次驾乘的目的地是宝趣玫瑰园，玫瑰园的清香也给此次旅途增加了几分温馨浪漫的乐趣。</w:t>
      </w:r>
      <w:r>
        <w:rPr>
          <w:lang w:eastAsia="zh-CN"/>
        </w:rPr>
        <w:br/>
      </w:r>
      <w:r>
        <w:rPr>
          <w:lang w:eastAsia="zh-CN"/>
        </w:rPr>
        <w:t>　　4、“精彩电影与您共赏”播放了各类影院大片，受到社区各业主的喜好及欢迎，开放式的电影带给大家很温馨的感觉，虽然没有电影院的那种震撼，但更多的带来的是回忆及一家人在一起观看的乐趣。</w:t>
      </w:r>
      <w:r>
        <w:rPr>
          <w:lang w:eastAsia="zh-CN"/>
        </w:rPr>
        <w:br/>
      </w:r>
      <w:r>
        <w:rPr>
          <w:lang w:eastAsia="zh-CN"/>
        </w:rPr>
        <w:t>　　5、汽车安全公益讲座</w:t>
      </w:r>
      <w:r>
        <w:rPr>
          <w:lang w:eastAsia="zh-CN"/>
        </w:rPr>
        <w:br/>
      </w:r>
      <w:r>
        <w:rPr>
          <w:lang w:eastAsia="zh-CN"/>
        </w:rPr>
        <w:t>　　主持人和嘉宾将专业的汽车知识化解为容易让人接受和理解的真实案例传递给业主，纠正驾乘者日常生活中常犯的错误。与业主有一个面对面的接触机会，把安全汽车生活的理念带给业主，就是倡导业主在享受汽车带来乐趣的同时，更能过上安全的汽车生活。此次活动结合了趣味安全游戏，直观现场演示，把枯燥的安全知识生动地传达给了活动中的每一个人。</w:t>
      </w:r>
      <w:r>
        <w:rPr>
          <w:lang w:eastAsia="zh-CN"/>
        </w:rPr>
        <w:br/>
      </w:r>
      <w:r>
        <w:rPr>
          <w:lang w:eastAsia="zh-CN"/>
        </w:rPr>
        <w:t>　　6、汽车日常保养讲座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7、网上车市、供车、改装等咨询活动</w:t>
      </w:r>
      <w:r>
        <w:rPr>
          <w:lang w:eastAsia="zh-CN"/>
        </w:rPr>
        <w:br/>
      </w:r>
      <w:r>
        <w:rPr>
          <w:lang w:eastAsia="zh-CN"/>
        </w:rPr>
        <w:t>　　8、现场征集意见和建议</w:t>
      </w:r>
      <w:r>
        <w:rPr>
          <w:lang w:eastAsia="zh-CN"/>
        </w:rPr>
        <w:br/>
      </w:r>
      <w:r>
        <w:rPr>
          <w:lang w:eastAsia="zh-CN"/>
        </w:rPr>
        <w:t>　　9、汽车音响、汽车改装（酷车）展示</w:t>
      </w:r>
      <w:r>
        <w:rPr>
          <w:lang w:eastAsia="zh-CN"/>
        </w:rPr>
        <w:br/>
      </w:r>
      <w:r>
        <w:rPr>
          <w:lang w:eastAsia="zh-CN"/>
        </w:rPr>
        <w:t>　　活动中，众多客户体验到了宝马品牌一贯的“突破科技，追求卓越”之精髓，同时也为社区带去了丰富多彩的文化生活，秉承着宝马的尊贵性，带给更多客户尊贵的享受。</w:t>
      </w:r>
      <w:r>
        <w:rPr>
          <w:lang w:eastAsia="zh-CN"/>
        </w:rPr>
        <w:br/>
      </w:r>
      <w:r>
        <w:rPr>
          <w:lang w:eastAsia="zh-CN"/>
        </w:rPr>
        <w:t>　　六、现场服务</w:t>
      </w:r>
      <w:r>
        <w:rPr>
          <w:lang w:eastAsia="zh-CN"/>
        </w:rPr>
        <w:br/>
      </w:r>
      <w:r>
        <w:rPr>
          <w:lang w:eastAsia="zh-CN"/>
        </w:rPr>
        <w:t>　　服务一：当天到展台前登记的业主，每人奖励500元代金券，购车时可抵现金使用。</w:t>
      </w:r>
      <w:r>
        <w:rPr>
          <w:lang w:eastAsia="zh-CN"/>
        </w:rPr>
        <w:br/>
      </w:r>
      <w:r>
        <w:rPr>
          <w:lang w:eastAsia="zh-CN"/>
        </w:rPr>
        <w:t>　　服务二：当天服务站技术专家对社区车主进行免费检测、免费检查胎压、免费添加机油、免费添加玻璃水、免费添加防冻液等数项免费服务。并且当场办理6折维修会员卡。</w:t>
      </w:r>
      <w:r>
        <w:rPr>
          <w:lang w:eastAsia="zh-CN"/>
        </w:rPr>
        <w:br/>
      </w:r>
      <w:r>
        <w:rPr>
          <w:lang w:eastAsia="zh-CN"/>
        </w:rPr>
        <w:t>　　七、整合资源</w:t>
      </w:r>
      <w:r>
        <w:rPr>
          <w:lang w:eastAsia="zh-CN"/>
        </w:rPr>
        <w:br/>
      </w:r>
      <w:r>
        <w:rPr>
          <w:lang w:eastAsia="zh-CN"/>
        </w:rPr>
        <w:t>　　将与婚纱影楼、家私、地产等行业共享客户资源，进行大型的联展活动，把不同行业的资源充分利用起来，达到多赢的局面。</w:t>
      </w:r>
      <w:r>
        <w:rPr>
          <w:lang w:eastAsia="zh-CN"/>
        </w:rPr>
        <w:br/>
      </w:r>
      <w:r>
        <w:rPr>
          <w:lang w:eastAsia="zh-CN"/>
        </w:rPr>
        <w:t>　　八、联合营销</w:t>
      </w:r>
      <w:r>
        <w:rPr>
          <w:lang w:eastAsia="zh-CN"/>
        </w:rPr>
        <w:br/>
      </w:r>
      <w:r>
        <w:rPr>
          <w:lang w:eastAsia="zh-CN"/>
        </w:rPr>
        <w:t>　　同时邀请汽车影音导航厂家、汽车内饰用品厂家、汽车外饰用品厂家、自驾游备厂家等借助平台进行品牌宣传、互动与销售。</w:t>
      </w:r>
      <w:r>
        <w:rPr>
          <w:lang w:eastAsia="zh-CN"/>
        </w:rPr>
        <w:br/>
      </w:r>
      <w:r>
        <w:rPr>
          <w:lang w:eastAsia="zh-CN"/>
        </w:rPr>
        <w:t xml:space="preserve">    2024年汽车销售工作计划范文 篇8 </w:t>
      </w:r>
      <w:r>
        <w:rPr>
          <w:lang w:eastAsia="zh-CN"/>
        </w:rPr>
        <w:br/>
      </w:r>
      <w:r>
        <w:rPr>
          <w:lang w:eastAsia="zh-CN"/>
        </w:rPr>
        <w:t>　　一、积极学习产品知识，熟练掌握销售技巧，加强二网销售人员的培训和沟通。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二、做好二网和总部各部门的协调工作，维系二网经销商与总部的关系，达到长期合作、互惠共赢的目的。</w:t>
      </w:r>
      <w:r>
        <w:rPr>
          <w:lang w:eastAsia="zh-CN"/>
        </w:rPr>
        <w:br/>
      </w:r>
      <w:r>
        <w:rPr>
          <w:lang w:eastAsia="zh-CN"/>
        </w:rPr>
        <w:t>　　三、根据厂家政策及公司政策调整，及时出台具有可操作性的相关政策，通知并监督各二级网点实施;定期对各二级网点巡回检查，检查其执行协议情况、执行销售政策情况及日常业务开展情况。</w:t>
      </w:r>
      <w:r>
        <w:rPr>
          <w:lang w:eastAsia="zh-CN"/>
        </w:rPr>
        <w:br/>
      </w:r>
      <w:r>
        <w:rPr>
          <w:lang w:eastAsia="zh-CN"/>
        </w:rPr>
        <w:t>　　四、帮助二级网点做好广告宣传工作，组织以乡镇为主的巡展，定展。</w:t>
      </w:r>
      <w:r>
        <w:rPr>
          <w:lang w:eastAsia="zh-CN"/>
        </w:rPr>
        <w:br/>
      </w:r>
      <w:r>
        <w:rPr>
          <w:lang w:eastAsia="zh-CN"/>
        </w:rPr>
        <w:t>　　五、积极开拓市场，走访政府采购单位及大型企事业单位。</w:t>
      </w:r>
      <w:r>
        <w:rPr>
          <w:lang w:eastAsia="zh-CN"/>
        </w:rPr>
        <w:br/>
      </w:r>
      <w:r>
        <w:rPr>
          <w:lang w:eastAsia="zh-CN"/>
        </w:rPr>
        <w:t>　　经过分析，宝骏630车型和价位非常适合菏泽市的出租车运输行业，20--年，应该列为重点攻关对象。设想一下，如果菏泽大街小巷行驶的出租车是宝骏汽车的话，对品牌影响力和市场竞争力将会是多么大的提升。这样也可以为公司节省一大部分广告宣传费用。</w:t>
      </w:r>
      <w:r>
        <w:rPr>
          <w:lang w:eastAsia="zh-CN"/>
        </w:rPr>
        <w:br/>
      </w:r>
      <w:r>
        <w:rPr>
          <w:lang w:eastAsia="zh-CN"/>
        </w:rPr>
        <w:t>　　六、为了扩大销售渠道，增强品牌店市场渗透力，拓展辐射区域，公司应该在空白县区内增开二级网点数量。寻找较有销售能力和具有一定经济实力的二级经销商作为合作伙伴。</w:t>
      </w:r>
      <w:r>
        <w:rPr>
          <w:lang w:eastAsia="zh-CN"/>
        </w:rPr>
        <w:br/>
      </w:r>
      <w:r>
        <w:rPr>
          <w:lang w:eastAsia="zh-CN"/>
        </w:rPr>
        <w:t>　　我相信，在上汽通用五菱的品牌影响下，在公司领导的大力支持下，加上所有宝骏汽车菏泽正鑫4S店各部门员工的努力，宝骏汽车可以很快的打开菏泽市场。争取本年度二级网点的销售量达到总销售额的40%。</w:t>
      </w:r>
      <w:r>
        <w:rPr>
          <w:lang w:eastAsia="zh-CN"/>
        </w:rPr>
        <w:br/>
      </w:r>
      <w:r>
        <w:rPr>
          <w:lang w:eastAsia="zh-CN"/>
        </w:rPr>
        <w:t xml:space="preserve">    2024年汽车销售工作计划范文 篇9 </w:t>
      </w:r>
      <w:r>
        <w:rPr>
          <w:lang w:eastAsia="zh-CN"/>
        </w:rPr>
        <w:br/>
      </w:r>
      <w:r>
        <w:rPr>
          <w:lang w:eastAsia="zh-CN"/>
        </w:rPr>
        <w:t>　　一、健全销售管理基础</w:t>
      </w:r>
      <w:r>
        <w:rPr>
          <w:lang w:eastAsia="zh-CN"/>
        </w:rPr>
        <w:br/>
      </w:r>
      <w:r>
        <w:rPr>
          <w:lang w:eastAsia="zh-CN"/>
        </w:rPr>
        <w:t>　　工作重点：</w:t>
      </w:r>
      <w:r>
        <w:rPr>
          <w:lang w:eastAsia="zh-CN"/>
        </w:rPr>
        <w:br/>
      </w:r>
      <w:r>
        <w:rPr>
          <w:lang w:eastAsia="zh-CN"/>
        </w:rPr>
        <w:t>　　1、认真研究好公司下发商务政策，做好订货、进销存管理;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2、密切跟进厂方及公司市场推广;</w:t>
      </w:r>
      <w:r>
        <w:rPr>
          <w:lang w:eastAsia="zh-CN"/>
        </w:rPr>
        <w:br/>
      </w:r>
      <w:r>
        <w:rPr>
          <w:lang w:eastAsia="zh-CN"/>
        </w:rPr>
        <w:t>　　3、通过实施品牌营销方案快速打开市场;</w:t>
      </w:r>
      <w:r>
        <w:rPr>
          <w:lang w:eastAsia="zh-CN"/>
        </w:rPr>
        <w:br/>
      </w:r>
      <w:r>
        <w:rPr>
          <w:lang w:eastAsia="zh-CN"/>
        </w:rPr>
        <w:t>　　4、通过销售管理系列培训计划提升团队业务技能;</w:t>
      </w:r>
      <w:r>
        <w:rPr>
          <w:lang w:eastAsia="zh-CN"/>
        </w:rPr>
        <w:br/>
      </w:r>
      <w:r>
        <w:rPr>
          <w:lang w:eastAsia="zh-CN"/>
        </w:rPr>
        <w:t>　　5、健全部门各项管理制度，规范部门运营平台。</w:t>
      </w:r>
      <w:r>
        <w:rPr>
          <w:lang w:eastAsia="zh-CN"/>
        </w:rPr>
        <w:br/>
      </w:r>
      <w:r>
        <w:rPr>
          <w:lang w:eastAsia="zh-CN"/>
        </w:rPr>
        <w:t>　　工作思路:</w:t>
      </w:r>
      <w:r>
        <w:rPr>
          <w:lang w:eastAsia="zh-CN"/>
        </w:rPr>
        <w:br/>
      </w:r>
      <w:r>
        <w:rPr>
          <w:lang w:eastAsia="zh-CN"/>
        </w:rPr>
        <w:t>　　1、展厅现场5S管理</w:t>
      </w:r>
      <w:r>
        <w:rPr>
          <w:lang w:eastAsia="zh-CN"/>
        </w:rPr>
        <w:br/>
      </w:r>
      <w:r>
        <w:rPr>
          <w:lang w:eastAsia="zh-CN"/>
        </w:rPr>
        <w:t>　　A、展厅布置温馨化----以顾客为中心营造温馨舒适的销售环境;</w:t>
      </w:r>
      <w:r>
        <w:rPr>
          <w:lang w:eastAsia="zh-CN"/>
        </w:rPr>
        <w:br/>
      </w:r>
      <w:r>
        <w:rPr>
          <w:lang w:eastAsia="zh-CN"/>
        </w:rPr>
        <w:t>　　B、销售工具表格化----统一印制合同、销售文件和DMS系统使工作标准化、规范化;</w:t>
      </w:r>
      <w:r>
        <w:rPr>
          <w:lang w:eastAsia="zh-CN"/>
        </w:rPr>
        <w:br/>
      </w:r>
      <w:r>
        <w:rPr>
          <w:lang w:eastAsia="zh-CN"/>
        </w:rPr>
        <w:t>　　C、销售看板实时化----动态实时管理销售团队目标达成和进度，激励销售人员开展销售竞赛。</w:t>
      </w:r>
      <w:r>
        <w:rPr>
          <w:lang w:eastAsia="zh-CN"/>
        </w:rPr>
        <w:br/>
      </w:r>
      <w:r>
        <w:rPr>
          <w:lang w:eastAsia="zh-CN"/>
        </w:rPr>
        <w:t>　　2、展厅人员标准化管理</w:t>
      </w:r>
      <w:r>
        <w:rPr>
          <w:lang w:eastAsia="zh-CN"/>
        </w:rPr>
        <w:br/>
      </w:r>
      <w:r>
        <w:rPr>
          <w:lang w:eastAsia="zh-CN"/>
        </w:rPr>
        <w:t>　　A、仪容仪表职业化----着装规范、微笑服务;</w:t>
      </w:r>
      <w:r>
        <w:rPr>
          <w:lang w:eastAsia="zh-CN"/>
        </w:rPr>
        <w:br/>
      </w:r>
      <w:r>
        <w:rPr>
          <w:lang w:eastAsia="zh-CN"/>
        </w:rPr>
        <w:t>　　B、接待服务标准化----电话接待流程、来店接待流程、表卡登记流程、表卡管理流程、交车流程;</w:t>
      </w:r>
      <w:r>
        <w:rPr>
          <w:lang w:eastAsia="zh-CN"/>
        </w:rPr>
        <w:br/>
      </w:r>
      <w:r>
        <w:rPr>
          <w:lang w:eastAsia="zh-CN"/>
        </w:rPr>
        <w:t>　　C、检查工作常态化----对展厅人员的仪容仪表、接待流程等标准化检查做到每日检查，每周抽查，长期坚持不懈才能督促人员的自觉意识，形成习惯。</w:t>
      </w:r>
      <w:r>
        <w:rPr>
          <w:lang w:eastAsia="zh-CN"/>
        </w:rPr>
        <w:br/>
      </w:r>
      <w:r>
        <w:rPr>
          <w:lang w:eastAsia="zh-CN"/>
        </w:rPr>
        <w:t>　　3、销售人员管理</w:t>
      </w:r>
      <w:r>
        <w:rPr>
          <w:lang w:eastAsia="zh-CN"/>
        </w:rPr>
        <w:br/>
      </w:r>
      <w:r>
        <w:rPr>
          <w:lang w:eastAsia="zh-CN"/>
        </w:rPr>
        <w:t>　　A、例会总结制度化----晨夕会、周会、月销售总结分析会、活动总结会;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B、培训考核细致化----车型介绍个个过、业务知识培训考试、谈判技巧培训、竞争对手知识考核、销售话术演练等;</w:t>
      </w:r>
      <w:r>
        <w:rPr>
          <w:lang w:eastAsia="zh-CN"/>
        </w:rPr>
        <w:br/>
      </w:r>
      <w:r>
        <w:rPr>
          <w:lang w:eastAsia="zh-CN"/>
        </w:rPr>
        <w:t>　　C、业务办理规范化----报价签约流程、订单及变更流程、价格优惠申请流程、车辆交付流程、保险贷款上牌流程等标准化。</w:t>
      </w:r>
      <w:r>
        <w:rPr>
          <w:lang w:eastAsia="zh-CN"/>
        </w:rPr>
        <w:br/>
      </w:r>
      <w:r>
        <w:rPr>
          <w:lang w:eastAsia="zh-CN"/>
        </w:rPr>
        <w:t>　　4、业务管理重点</w:t>
      </w:r>
      <w:r>
        <w:rPr>
          <w:lang w:eastAsia="zh-CN"/>
        </w:rPr>
        <w:br/>
      </w:r>
      <w:r>
        <w:rPr>
          <w:lang w:eastAsia="zh-CN"/>
        </w:rPr>
        <w:t>　　A、数据分析科学化----来店(电)量、试驾率、展厅成交率、户外展示成交比、销售顾问个体生产力等;</w:t>
      </w:r>
      <w:r>
        <w:rPr>
          <w:lang w:eastAsia="zh-CN"/>
        </w:rPr>
        <w:br/>
      </w:r>
      <w:r>
        <w:rPr>
          <w:lang w:eastAsia="zh-CN"/>
        </w:rPr>
        <w:t>　　B、销售模式差异化----从顾客感受出发创新服务模式，做到人无我有，人有我细;</w:t>
      </w:r>
      <w:r>
        <w:rPr>
          <w:lang w:eastAsia="zh-CN"/>
        </w:rPr>
        <w:br/>
      </w:r>
      <w:r>
        <w:rPr>
          <w:lang w:eastAsia="zh-CN"/>
        </w:rPr>
        <w:t>　　C、销售任务指标化----从年度计划细分至季度、月度、每周指标，在部门内从上至下对任务指标要时刻关注准确掌握;</w:t>
      </w:r>
      <w:r>
        <w:rPr>
          <w:lang w:eastAsia="zh-CN"/>
        </w:rPr>
        <w:br/>
      </w:r>
      <w:r>
        <w:rPr>
          <w:lang w:eastAsia="zh-CN"/>
        </w:rPr>
        <w:t>　　D、销售队伍竞赛化----通过不定期分组销售竞赛、促销、看板管理、以老带新、月度考核、末位淘汰，使销售队伍竞赛常态化;</w:t>
      </w:r>
      <w:r>
        <w:rPr>
          <w:lang w:eastAsia="zh-CN"/>
        </w:rPr>
        <w:br/>
      </w:r>
      <w:r>
        <w:rPr>
          <w:lang w:eastAsia="zh-CN"/>
        </w:rPr>
        <w:t>　　E、销售培训系统化----从业务流程培训到销售技巧培训、从现场管理培训到活动组织培训、从岗位资格培训到能力提升培训等贯穿全员;</w:t>
      </w:r>
      <w:r>
        <w:rPr>
          <w:lang w:eastAsia="zh-CN"/>
        </w:rPr>
        <w:br/>
      </w:r>
      <w:r>
        <w:rPr>
          <w:lang w:eastAsia="zh-CN"/>
        </w:rPr>
        <w:t>　　F、活动组织严谨化----严谨细致的制定店头(户外)活动计划，充分与各部门沟通落实协调分工，制定应急方案，确保顾客邀约数量达标、现场气氛活跃、促销资料发放有序、危机事件得到妥善处理;</w:t>
      </w:r>
      <w:r>
        <w:rPr>
          <w:lang w:eastAsia="zh-CN"/>
        </w:rPr>
        <w:br/>
      </w:r>
      <w:r>
        <w:rPr>
          <w:lang w:eastAsia="zh-CN"/>
        </w:rPr>
        <w:t>　　二、培养打造优秀销售管理团队</w:t>
      </w:r>
      <w:r>
        <w:rPr>
          <w:lang w:eastAsia="zh-CN"/>
        </w:rPr>
        <w:br/>
      </w:r>
      <w:r>
        <w:rPr>
          <w:lang w:eastAsia="zh-CN"/>
        </w:rPr>
        <w:t>　　工作重点：</w:t>
      </w:r>
      <w:r>
        <w:rPr>
          <w:lang w:eastAsia="zh-CN"/>
        </w:rPr>
        <w:br/>
      </w:r>
      <w:r>
        <w:rPr>
          <w:lang w:eastAsia="zh-CN"/>
        </w:rPr>
        <w:t>　　1、总结前期管理不足，分析提出改进方案，不断提升管理能力;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2、以市场为中心，不断探索销售创新与服务差异化;</w:t>
      </w:r>
      <w:r>
        <w:rPr>
          <w:lang w:eastAsia="zh-CN"/>
        </w:rPr>
        <w:br/>
      </w:r>
      <w:r>
        <w:rPr>
          <w:lang w:eastAsia="zh-CN"/>
        </w:rPr>
        <w:t>　　3、时刻关注公司总体运营KPI指标并持续改进;</w:t>
      </w:r>
      <w:r>
        <w:rPr>
          <w:lang w:eastAsia="zh-CN"/>
        </w:rPr>
        <w:br/>
      </w:r>
      <w:r>
        <w:rPr>
          <w:lang w:eastAsia="zh-CN"/>
        </w:rPr>
        <w:t>　　4、完善各项管理制度和流程，推行销售部全员绩效考核体系;</w:t>
      </w:r>
      <w:r>
        <w:rPr>
          <w:lang w:eastAsia="zh-CN"/>
        </w:rPr>
        <w:br/>
      </w:r>
      <w:r>
        <w:rPr>
          <w:lang w:eastAsia="zh-CN"/>
        </w:rPr>
        <w:t>　　5、建设高素质、高专业化销售团队。</w:t>
      </w:r>
      <w:r>
        <w:rPr>
          <w:lang w:eastAsia="zh-CN"/>
        </w:rPr>
        <w:br/>
      </w:r>
      <w:r>
        <w:rPr>
          <w:lang w:eastAsia="zh-CN"/>
        </w:rPr>
        <w:t>　　工作思路：</w:t>
      </w:r>
      <w:r>
        <w:rPr>
          <w:lang w:eastAsia="zh-CN"/>
        </w:rPr>
        <w:br/>
      </w:r>
      <w:r>
        <w:rPr>
          <w:lang w:eastAsia="zh-CN"/>
        </w:rPr>
        <w:t>　　1、关注KPI运营指标，降低部门运营成本;</w:t>
      </w:r>
      <w:r>
        <w:rPr>
          <w:lang w:eastAsia="zh-CN"/>
        </w:rPr>
        <w:br/>
      </w:r>
      <w:r>
        <w:rPr>
          <w:lang w:eastAsia="zh-CN"/>
        </w:rPr>
        <w:t>　　2、精细化进销存管理，根据月度销售量及滞销量，结合库存车型数量和在途订购车辆及日期，在充分研究内外部环境后，做好月度订货分析计划，提高资金周转率;</w:t>
      </w:r>
      <w:r>
        <w:rPr>
          <w:lang w:eastAsia="zh-CN"/>
        </w:rPr>
        <w:br/>
      </w:r>
      <w:r>
        <w:rPr>
          <w:lang w:eastAsia="zh-CN"/>
        </w:rPr>
        <w:t>　　3、销售创新，协同市场部、售后服务部等部门积极开拓客户、二级网点，积极推广品牌活动，紧密关注社会热点和行业发展，结合车型特点策划销售方案，适时开展二手车置换业务，汽车消费信贷业务，精品销售业务等;</w:t>
      </w:r>
      <w:r>
        <w:rPr>
          <w:lang w:eastAsia="zh-CN"/>
        </w:rPr>
        <w:br/>
      </w:r>
      <w:r>
        <w:rPr>
          <w:lang w:eastAsia="zh-CN"/>
        </w:rPr>
        <w:t>　　4、做好客户资源管理，不断提升客户满意度，定期举办客户维系活动，研究分析客户投诉并处理，客户问卷，客户转介绍等;</w:t>
      </w:r>
      <w:r>
        <w:rPr>
          <w:lang w:eastAsia="zh-CN"/>
        </w:rPr>
        <w:br/>
      </w:r>
      <w:r>
        <w:rPr>
          <w:lang w:eastAsia="zh-CN"/>
        </w:rPr>
        <w:t>　　5、业务技能持续提升计划，推行维系微笑服务之星，推行工作高效率之星，开展岗位技能提升培训计划，岗位比武，形成员工内部热爱本职、钻研业务、自我学习的良好氛围;</w:t>
      </w:r>
      <w:r>
        <w:rPr>
          <w:lang w:eastAsia="zh-CN"/>
        </w:rPr>
        <w:br/>
      </w:r>
      <w:r>
        <w:rPr>
          <w:lang w:eastAsia="zh-CN"/>
        </w:rPr>
        <w:t>　　6、不断优化改进业务流程，创造管理效益，在实践中不断改进制定清晰严谨的规章制度和业务流程;</w:t>
      </w:r>
      <w:r>
        <w:rPr>
          <w:lang w:eastAsia="zh-CN"/>
        </w:rPr>
        <w:br/>
      </w:r>
      <w:r>
        <w:rPr>
          <w:lang w:eastAsia="zh-CN"/>
        </w:rPr>
        <w:t>　　7、完善奖励机制和考核，奖勤罚懒，表彰先进，提倡团队协作精神;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8、团队长期建设，发现人才，培养人才，对员工职业生涯进行引导和规划，设置高难度工作计划鼓励员工挑战高峰，关心员工生活注重思想交流;</w:t>
      </w:r>
      <w:r>
        <w:rPr>
          <w:lang w:eastAsia="zh-CN"/>
        </w:rPr>
        <w:br/>
      </w:r>
      <w:r>
        <w:rPr>
          <w:lang w:eastAsia="zh-CN"/>
        </w:rPr>
        <w:t>　　三、分销网络建立</w:t>
      </w:r>
      <w:r>
        <w:rPr>
          <w:lang w:eastAsia="zh-CN"/>
        </w:rPr>
        <w:br/>
      </w:r>
      <w:r>
        <w:rPr>
          <w:lang w:eastAsia="zh-CN"/>
        </w:rPr>
        <w:t>　　1、对合作商进行考察、评估</w:t>
      </w:r>
      <w:r>
        <w:rPr>
          <w:lang w:eastAsia="zh-CN"/>
        </w:rPr>
        <w:br/>
      </w:r>
      <w:r>
        <w:rPr>
          <w:lang w:eastAsia="zh-CN"/>
        </w:rPr>
        <w:t>　　以合资的方式建立2-4个股份制地区分销中心，使合作商与公司的利益紧密相连，简化繁琐的工作流程和可能出现的矛盾，达成一致的目标。</w:t>
      </w:r>
      <w:r>
        <w:rPr>
          <w:lang w:eastAsia="zh-CN"/>
        </w:rPr>
        <w:br/>
      </w:r>
      <w:r>
        <w:rPr>
          <w:lang w:eastAsia="zh-CN"/>
        </w:rPr>
        <w:t>　　2、建立地区分销中心</w:t>
      </w:r>
      <w:r>
        <w:rPr>
          <w:lang w:eastAsia="zh-CN"/>
        </w:rPr>
        <w:br/>
      </w:r>
      <w:r>
        <w:rPr>
          <w:lang w:eastAsia="zh-CN"/>
        </w:rPr>
        <w:t>　　各分销中心具有整车销售、储运分流、配件配送、资金结算、信息反馈、服务支持、培训评估、以及市场管理与规范八大功能，通过各分销中心直接渗透到各辖区市场，从而更直接、准确、及时的了解市场的变变化情况。</w:t>
      </w:r>
      <w:r>
        <w:rPr>
          <w:lang w:eastAsia="zh-CN"/>
        </w:rPr>
        <w:br/>
      </w:r>
      <w:r>
        <w:rPr>
          <w:lang w:eastAsia="zh-CN"/>
        </w:rPr>
        <w:t>　　分销中心统一向辖区内的代理商供货，代理商直接面向当地最终用户，不实施批发销售，代理商每月向所属分销中心预报下月的产品需求，分销中心向4S店销售部预报下月产品需求量，这种做法有利于促进代理商和分销中心对市场的分析和预测，对市场的变化能迅速的做出反应，也有利于价格的统一和运作的规范化管理，不易造成各代理商业务的重叠。</w:t>
      </w:r>
      <w:r>
        <w:rPr>
          <w:lang w:eastAsia="zh-CN"/>
        </w:rPr>
        <w:br/>
      </w:r>
      <w:r>
        <w:rPr>
          <w:lang w:eastAsia="zh-CN"/>
        </w:rPr>
        <w:t>　　分销特点</w:t>
      </w:r>
      <w:r>
        <w:rPr>
          <w:lang w:eastAsia="zh-CN"/>
        </w:rPr>
        <w:br/>
      </w:r>
      <w:r>
        <w:rPr>
          <w:lang w:eastAsia="zh-CN"/>
        </w:rPr>
        <w:t>　　1、直销</w:t>
      </w:r>
      <w:r>
        <w:rPr>
          <w:lang w:eastAsia="zh-CN"/>
        </w:rPr>
        <w:br/>
      </w:r>
      <w:r>
        <w:rPr>
          <w:lang w:eastAsia="zh-CN"/>
        </w:rPr>
        <w:t>　　由4S店直接向最终用户销售。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2、总代理式</w:t>
      </w:r>
      <w:r>
        <w:rPr>
          <w:lang w:eastAsia="zh-CN"/>
        </w:rPr>
        <w:br/>
      </w:r>
      <w:r>
        <w:rPr>
          <w:lang w:eastAsia="zh-CN"/>
        </w:rPr>
        <w:t>　　4S店→大区总代理→片区代理→终端代理商→顾客</w:t>
      </w:r>
      <w:r>
        <w:rPr>
          <w:lang w:eastAsia="zh-CN"/>
        </w:rPr>
        <w:br/>
      </w:r>
      <w:r>
        <w:rPr>
          <w:lang w:eastAsia="zh-CN"/>
        </w:rPr>
        <w:t>　　3、特许代理式</w:t>
      </w:r>
      <w:r>
        <w:rPr>
          <w:lang w:eastAsia="zh-CN"/>
        </w:rPr>
        <w:br/>
      </w:r>
      <w:r>
        <w:rPr>
          <w:lang w:eastAsia="zh-CN"/>
        </w:rPr>
        <w:t>　　4S店→分销中心→片区代理→顾客</w:t>
      </w:r>
      <w:r>
        <w:rPr>
          <w:lang w:eastAsia="zh-CN"/>
        </w:rPr>
        <w:br/>
      </w:r>
      <w:r>
        <w:rPr>
          <w:lang w:eastAsia="zh-CN"/>
        </w:rPr>
        <w:t>　　4、品牌专卖式</w:t>
      </w:r>
      <w:r>
        <w:rPr>
          <w:lang w:eastAsia="zh-CN"/>
        </w:rPr>
        <w:br/>
      </w:r>
      <w:r>
        <w:rPr>
          <w:lang w:eastAsia="zh-CN"/>
        </w:rPr>
        <w:t>　　4S店→片区专卖店→顾客</w:t>
      </w:r>
      <w:r>
        <w:rPr>
          <w:lang w:eastAsia="zh-CN"/>
        </w:rPr>
        <w:br/>
      </w:r>
      <w:r>
        <w:rPr>
          <w:lang w:eastAsia="zh-CN"/>
        </w:rPr>
        <w:t xml:space="preserve">    2024年汽车销售工作计划范文 篇10 </w:t>
      </w:r>
      <w:r>
        <w:rPr>
          <w:lang w:eastAsia="zh-CN"/>
        </w:rPr>
        <w:br/>
      </w:r>
      <w:r>
        <w:rPr>
          <w:lang w:eastAsia="zh-CN"/>
        </w:rPr>
        <w:t>　　一、市场分析</w:t>
      </w:r>
      <w:r>
        <w:rPr>
          <w:lang w:eastAsia="zh-CN"/>
        </w:rPr>
        <w:br/>
      </w:r>
      <w:r>
        <w:rPr>
          <w:lang w:eastAsia="zh-CN"/>
        </w:rPr>
        <w:t>　　随着汽车的日益普及，永州的汽车市场逐渐发展成熟，竞争日趋激烈，机遇与考验并存。20__年，销售工作仍然是我公司的工作重点。作为一名汽车销售公司的销售经理，我对创业充满热情，自信且深具责任感。</w:t>
      </w:r>
      <w:r>
        <w:rPr>
          <w:lang w:eastAsia="zh-CN"/>
        </w:rPr>
        <w:br/>
      </w:r>
      <w:r>
        <w:rPr>
          <w:lang w:eastAsia="zh-CN"/>
        </w:rPr>
        <w:t>　　着眼于__公司的现状和未来发展，我们必须跟随永州申翔汽车销售服务有限公司的步伐，在永州申翔公司的领导下，我坚持:突出重点微服务公司经营品牌的现有市场，抓住机遇开发潜在客户，注重销售人员培训，销售细节，强化优质服务，稳定和提高市场份额，积极争取销售任务的圆满完成。</w:t>
      </w:r>
      <w:r>
        <w:rPr>
          <w:lang w:eastAsia="zh-CN"/>
        </w:rPr>
        <w:br/>
      </w:r>
      <w:r>
        <w:rPr>
          <w:lang w:eastAsia="zh-CN"/>
        </w:rPr>
        <w:t>　　二、销售目标</w:t>
      </w:r>
      <w:r>
        <w:rPr>
          <w:lang w:eastAsia="zh-CN"/>
        </w:rPr>
        <w:br/>
      </w:r>
      <w:r>
        <w:rPr>
          <w:lang w:eastAsia="zh-CN"/>
        </w:rPr>
        <w:t>　　目前__公司20__年1-8月销售汽车159辆，销售额1900万元，利润20万元；</w:t>
      </w:r>
      <w:r>
        <w:rPr>
          <w:lang w:eastAsia="zh-CN"/>
        </w:rPr>
        <w:br/>
      </w:r>
      <w:r>
        <w:rPr>
          <w:lang w:eastAsia="zh-CN"/>
        </w:rPr>
        <w:t>　　上海通用119套；15款别克凯越，13款新君威(含1.6T 5)，3款新君越，3款英朗；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40雪佛兰科鲁兹，15新风光，10乐风，15新赛欧；</w:t>
      </w:r>
      <w:r>
        <w:rPr>
          <w:lang w:eastAsia="zh-CN"/>
        </w:rPr>
        <w:br/>
      </w:r>
      <w:r>
        <w:rPr>
          <w:lang w:eastAsia="zh-CN"/>
        </w:rPr>
        <w:t>　　荣威550 2台；</w:t>
      </w:r>
      <w:r>
        <w:rPr>
          <w:lang w:eastAsia="zh-CN"/>
        </w:rPr>
        <w:br/>
      </w:r>
      <w:r>
        <w:rPr>
          <w:lang w:eastAsia="zh-CN"/>
        </w:rPr>
        <w:t>　　比亚迪机组共计30台；其他10个品牌。</w:t>
      </w:r>
      <w:r>
        <w:rPr>
          <w:lang w:eastAsia="zh-CN"/>
        </w:rPr>
        <w:br/>
      </w:r>
      <w:r>
        <w:rPr>
          <w:lang w:eastAsia="zh-CN"/>
        </w:rPr>
        <w:t>　　20__年9-12月销售目标:60套；</w:t>
      </w:r>
      <w:r>
        <w:rPr>
          <w:lang w:eastAsia="zh-CN"/>
        </w:rPr>
        <w:br/>
      </w:r>
      <w:r>
        <w:rPr>
          <w:lang w:eastAsia="zh-CN"/>
        </w:rPr>
        <w:t>　　上海通用别克10，雪佛兰20，上海通用其他品牌5；</w:t>
      </w:r>
      <w:r>
        <w:rPr>
          <w:lang w:eastAsia="zh-CN"/>
        </w:rPr>
        <w:br/>
      </w:r>
      <w:r>
        <w:rPr>
          <w:lang w:eastAsia="zh-CN"/>
        </w:rPr>
        <w:t>　　上海大众15个，上海汽车其他品牌5个。</w:t>
      </w:r>
      <w:r>
        <w:rPr>
          <w:lang w:eastAsia="zh-CN"/>
        </w:rPr>
        <w:br/>
      </w:r>
      <w:r>
        <w:rPr>
          <w:lang w:eastAsia="zh-CN"/>
        </w:rPr>
        <w:t>　　三、资金用途</w:t>
      </w:r>
      <w:r>
        <w:rPr>
          <w:lang w:eastAsia="zh-CN"/>
        </w:rPr>
        <w:br/>
      </w:r>
      <w:r>
        <w:rPr>
          <w:lang w:eastAsia="zh-CN"/>
        </w:rPr>
        <w:t>　　_公司目前总投资为240万元，其:</w:t>
      </w:r>
      <w:r>
        <w:rPr>
          <w:lang w:eastAsia="zh-CN"/>
        </w:rPr>
        <w:br/>
      </w:r>
      <w:r>
        <w:rPr>
          <w:lang w:eastAsia="zh-CN"/>
        </w:rPr>
        <w:t>　　公司成立、服务站及广告:80万元</w:t>
      </w:r>
      <w:r>
        <w:rPr>
          <w:lang w:eastAsia="zh-CN"/>
        </w:rPr>
        <w:br/>
      </w:r>
      <w:r>
        <w:rPr>
          <w:lang w:eastAsia="zh-CN"/>
        </w:rPr>
        <w:t>　　营业额:160万元，公司展车，流动资金，保证金。</w:t>
      </w:r>
      <w:r>
        <w:rPr>
          <w:lang w:eastAsia="zh-CN"/>
        </w:rPr>
        <w:br/>
      </w:r>
      <w:r>
        <w:rPr>
          <w:lang w:eastAsia="zh-CN"/>
        </w:rPr>
        <w:t>　　资金来源:40%约90万元通过银行房产抵押贷款，50%约120万元自有资金，10%。约30万朋友借钱。</w:t>
      </w:r>
      <w:r>
        <w:rPr>
          <w:lang w:eastAsia="zh-CN"/>
        </w:rPr>
        <w:br/>
      </w:r>
      <w:r>
        <w:rPr>
          <w:lang w:eastAsia="zh-CN"/>
        </w:rPr>
        <w:t>　　近期__公司将投入80万元用于永州申翔公司所有汽车品牌的销售和售后。</w:t>
      </w:r>
      <w:r>
        <w:rPr>
          <w:lang w:eastAsia="zh-CN"/>
        </w:rPr>
        <w:br/>
      </w:r>
      <w:r>
        <w:rPr>
          <w:lang w:eastAsia="zh-CN"/>
        </w:rPr>
        <w:t>　　四、公司团队</w:t>
      </w:r>
      <w:r>
        <w:rPr>
          <w:lang w:eastAsia="zh-CN"/>
        </w:rPr>
        <w:br/>
      </w:r>
      <w:r>
        <w:rPr>
          <w:lang w:eastAsia="zh-CN"/>
        </w:rPr>
        <w:t>　　刘瑞喜，一名总经理(兼销售经理)，一名出纳，一名收银员，一名展厅经理何艳芳，六名销售顾问，一名服务站售后经理刘明，一名售后客服接待员，六名维修部，两个装修部。</w:t>
      </w:r>
      <w:r>
        <w:rPr>
          <w:lang w:eastAsia="zh-CN"/>
        </w:rPr>
        <w:br/>
      </w:r>
      <w:r>
        <w:rPr>
          <w:lang w:eastAsia="zh-CN"/>
        </w:rPr>
        <w:t>　　动词（verb的缩写）实施措施</w:t>
      </w:r>
      <w:r>
        <w:rPr>
          <w:lang w:eastAsia="zh-CN"/>
        </w:rPr>
        <w:br/>
      </w:r>
      <w:r>
        <w:rPr>
          <w:lang w:eastAsia="zh-CN"/>
        </w:rPr>
        <w:t>　　1.首先，把售后服务站的各方面硬件设施投入服务，提高各方面技术人员。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2.顾客回访。道县市场上流通的类似品牌多达七八个，和我们公司相当的品牌有三四个。竞争越来越激烈，这对市场构成了威胁。稳定和发展市场，需要加强与老客户的沟通，维护客户与公司的关系，加强与客户的信息交流，增进感情。</w:t>
      </w:r>
      <w:r>
        <w:rPr>
          <w:lang w:eastAsia="zh-CN"/>
        </w:rPr>
        <w:br/>
      </w:r>
      <w:r>
        <w:rPr>
          <w:lang w:eastAsia="zh-CN"/>
        </w:rPr>
        <w:t>　　3. __公司网站，通过网络信息发布销售信息。</w:t>
      </w:r>
      <w:r>
        <w:rPr>
          <w:lang w:eastAsia="zh-CN"/>
        </w:rPr>
        <w:br/>
      </w:r>
      <w:r>
        <w:rPr>
          <w:lang w:eastAsia="zh-CN"/>
        </w:rPr>
        <w:t>　　4.公司还是把“卖产品比卖服务好”。下一步，要增强责任意识，不断强化优质服务。</w:t>
      </w:r>
      <w:r>
        <w:rPr>
          <w:lang w:eastAsia="zh-CN"/>
        </w:rPr>
        <w:br/>
      </w:r>
      <w:r>
        <w:rPr>
          <w:lang w:eastAsia="zh-CN"/>
        </w:rPr>
        <w:t>　　5.车贷仍然是我公司的销售重点。以诚信为主，完善和跟踪车贷的后期工作和服务。</w:t>
      </w:r>
      <w:r>
        <w:rPr>
          <w:lang w:eastAsia="zh-CN"/>
        </w:rPr>
        <w:br/>
      </w:r>
      <w:r>
        <w:rPr>
          <w:lang w:eastAsia="zh-CN"/>
        </w:rPr>
        <w:t>　　6.准确完成月度统计、财务对账、客户和车型信息。</w:t>
      </w:r>
      <w:r>
        <w:rPr>
          <w:lang w:eastAsia="zh-CN"/>
        </w:rPr>
        <w:br/>
      </w:r>
      <w:r>
        <w:rPr>
          <w:lang w:eastAsia="zh-CN"/>
        </w:rPr>
        <w:t>　　7.定期送员工到永寿神象公司培训学习，提升公司整体综合业务能力，学习和掌握产品技术知识，更好地运用到工作中。</w:t>
      </w:r>
      <w:r>
        <w:rPr>
          <w:lang w:eastAsia="zh-CN"/>
        </w:rPr>
        <w:br/>
      </w:r>
      <w:r>
        <w:rPr>
          <w:lang w:eastAsia="zh-CN"/>
        </w:rPr>
        <w:t>　　8.富顺公司配合永州沈巷公司积极协助处理永州突发事件，维护客户。</w:t>
      </w:r>
      <w:r>
        <w:rPr>
          <w:lang w:eastAsia="zh-CN"/>
        </w:rPr>
        <w:br/>
      </w:r>
      <w:r>
        <w:rPr>
          <w:lang w:eastAsia="zh-CN"/>
        </w:rPr>
        <w:t>　　不及物动词广告:</w:t>
      </w:r>
      <w:r>
        <w:rPr>
          <w:lang w:eastAsia="zh-CN"/>
        </w:rPr>
        <w:br/>
      </w:r>
      <w:r>
        <w:rPr>
          <w:lang w:eastAsia="zh-CN"/>
        </w:rPr>
        <w:t>　　1.在道州通往江华、江永、两广方向，在道州所有道路、国道、省道的交通路口显著位置投放巨幅广告。墙面广告，</w:t>
      </w:r>
      <w:r>
        <w:rPr>
          <w:lang w:eastAsia="zh-CN"/>
        </w:rPr>
        <w:br/>
      </w:r>
      <w:r>
        <w:rPr>
          <w:lang w:eastAsia="zh-CN"/>
        </w:rPr>
        <w:t>　　2.联合所有汽车进行联合宣传，</w:t>
      </w:r>
      <w:r>
        <w:rPr>
          <w:lang w:eastAsia="zh-CN"/>
        </w:rPr>
        <w:br/>
      </w:r>
      <w:r>
        <w:rPr>
          <w:lang w:eastAsia="zh-CN"/>
        </w:rPr>
        <w:t>　　3.南流县定期宣传单业广告。</w:t>
      </w:r>
      <w:r>
        <w:rPr>
          <w:lang w:eastAsia="zh-CN"/>
        </w:rPr>
        <w:br/>
      </w:r>
      <w:r>
        <w:rPr>
          <w:lang w:eastAsia="zh-CN"/>
        </w:rPr>
        <w:t xml:space="preserve">    2024年汽车销售工作计划范文 篇11 </w:t>
      </w:r>
      <w:r>
        <w:rPr>
          <w:lang w:eastAsia="zh-CN"/>
        </w:rPr>
        <w:br/>
      </w:r>
      <w:r>
        <w:rPr>
          <w:lang w:eastAsia="zh-CN"/>
        </w:rPr>
        <w:t>　　在此，我就如何建立和带领销售团队开展销售工作，提高销售业绩计划做如下简要陈述:</w:t>
      </w:r>
      <w:r>
        <w:rPr>
          <w:lang w:eastAsia="zh-CN"/>
        </w:rPr>
        <w:br/>
      </w:r>
      <w:r>
        <w:rPr>
          <w:lang w:eastAsia="zh-CN"/>
        </w:rPr>
        <w:t>　　首先，建立一个团结、积极、稳定、训练有素的销售团队。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一个公司的发展壮大首先要以销售业绩为基础，而要实现更高的销售目标，销售人才是关键。可能有人会觉得现在汽车行业很火，客户都是主动上门的，所以销售人员只是走过场，对销售人员的素质没有太大要求。我要说这实际上是一种错误而危险的观点。我们应该从高处看问题。如今，市场竞争日益激烈。回顾20__年和20__年上半年，汽车市场一直不是很景气，消费者的购买行为也越来越理性。只有一流的销售人员才能准确有效地将品牌价值、先进技术、优质服务甚至品牌增值行为传递给消费者。东风作为国内老字号，以成熟的技术、高标准的质量、可靠的服务而广受欢迎。这不是一般人能表达的。所以我工作中的第一要务就是打造一支既有凝聚力又有杀伤力的销售团队，使之成为泰安汽车行业第一服务团队。</w:t>
      </w:r>
      <w:r>
        <w:rPr>
          <w:lang w:eastAsia="zh-CN"/>
        </w:rPr>
        <w:br/>
      </w:r>
      <w:r>
        <w:rPr>
          <w:lang w:eastAsia="zh-CN"/>
        </w:rPr>
        <w:t>　　1.人员的选择。我相信贵公司有很多一流的销售人才。但优胜劣汰，优秀的人有更高的标准来衡量。我认为专业销售人才必备的五大基本素质缺一不可，即端正态度、专业知识、销售技能、自律和履行职责。</w:t>
      </w:r>
      <w:r>
        <w:rPr>
          <w:lang w:eastAsia="zh-CN"/>
        </w:rPr>
        <w:br/>
      </w:r>
      <w:r>
        <w:rPr>
          <w:lang w:eastAsia="zh-CN"/>
        </w:rPr>
        <w:t>　　2.人员培训。在这个信息社会，只有不断用知识武装自己，才能在社会上立于不败之地。我们的销售人员必须不断吸收新知识，掌握更多信息。要做好规划，定期进行专业培训。销售礼仪、产品知识、销售技巧、标准销售流程都是销售人员的必修课。在培训方式上，主要注重培训内容的系统性和一致性，打造汽车销售正规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3.建立激励机制，增加销售人员的积极性。比如将基本工资+提成分解为基本工资+提成+奖金，将销售人员划分明确的等级(详细情况会详细汇报)。这将促进员工的'积极性，提高工作效率，实现公司和员工的双赢。</w:t>
      </w:r>
      <w:r>
        <w:rPr>
          <w:lang w:eastAsia="zh-CN"/>
        </w:rPr>
        <w:br/>
      </w:r>
      <w:r>
        <w:rPr>
          <w:lang w:eastAsia="zh-CN"/>
        </w:rPr>
        <w:t>　　第二，规范展厅管理</w:t>
      </w:r>
      <w:r>
        <w:rPr>
          <w:lang w:eastAsia="zh-CN"/>
        </w:rPr>
        <w:br/>
      </w:r>
      <w:r>
        <w:rPr>
          <w:lang w:eastAsia="zh-CN"/>
        </w:rPr>
        <w:t>　　1.开展展厅5S管理(整理、整顿、清洁、修养)，建设标准化、现代化的展厅(具体细节制定方案)。</w:t>
      </w:r>
      <w:r>
        <w:rPr>
          <w:lang w:eastAsia="zh-CN"/>
        </w:rPr>
        <w:br/>
      </w:r>
      <w:r>
        <w:rPr>
          <w:lang w:eastAsia="zh-CN"/>
        </w:rPr>
        <w:t>　　2.人员规范应有详细周密的展厅值班计划，明确分工和职责，并逐步养成良好习惯。</w:t>
      </w:r>
      <w:r>
        <w:rPr>
          <w:lang w:eastAsia="zh-CN"/>
        </w:rPr>
        <w:br/>
      </w:r>
      <w:r>
        <w:rPr>
          <w:lang w:eastAsia="zh-CN"/>
        </w:rPr>
        <w:t>　　第三，加大大众品牌的宣传力度，提高品牌影响力，最大限度地发挥品牌效应的作用，以品牌促销售。</w:t>
      </w:r>
      <w:r>
        <w:rPr>
          <w:lang w:eastAsia="zh-CN"/>
        </w:rPr>
        <w:br/>
      </w:r>
      <w:r>
        <w:rPr>
          <w:lang w:eastAsia="zh-CN"/>
        </w:rPr>
        <w:t>　　我选了几个人，有当红车主，有购车人，有熟悉汽车品牌的人，有车盲。结果大家对大众品牌都不太了解。的确，我对时尚的深入了解也是最近的事情。众所周知，品牌推广简单而集中，效果明显，印象深刻，有利于消费者熟悉产品，激发购买欲望。所以在日常生活中一定要加强大众品牌的推广。</w:t>
      </w:r>
      <w:r>
        <w:rPr>
          <w:lang w:eastAsia="zh-CN"/>
        </w:rPr>
        <w:br/>
      </w:r>
      <w:r>
        <w:rPr>
          <w:lang w:eastAsia="zh-CN"/>
        </w:rPr>
        <w:t xml:space="preserve">    2024年汽车销售工作计划范文 篇12 </w:t>
      </w:r>
      <w:r>
        <w:rPr>
          <w:lang w:eastAsia="zh-CN"/>
        </w:rPr>
        <w:br/>
      </w:r>
      <w:r>
        <w:rPr>
          <w:lang w:eastAsia="zh-CN"/>
        </w:rPr>
        <w:t>　　20____年，在总经理的领导下，在销售工作方面，我坚持：重点维持现有市场，抓住机遇，开发潜在客户，注重销售细节，强化服务，逐步增加市场份额，并积极争取成功完成销售任务。</w:t>
      </w:r>
      <w:r>
        <w:rPr>
          <w:lang w:eastAsia="zh-CN"/>
        </w:rPr>
        <w:br/>
      </w:r>
      <w:r>
        <w:rPr>
          <w:lang w:eastAsia="zh-CN"/>
        </w:rPr>
        <w:t>　　一，销售目标</w:t>
      </w:r>
      <w:r>
        <w:rPr>
          <w:lang w:eastAsia="zh-CN"/>
        </w:rPr>
        <w:br/>
      </w:r>
      <w:r>
        <w:rPr>
          <w:lang w:eastAsia="zh-CN"/>
        </w:rPr>
        <w:t>　　至20____年12月31日，销售部实现在____地区的销售任务3000万元，销售目标5000万元。</w:t>
      </w:r>
      <w:r>
        <w:rPr>
          <w:lang w:eastAsia="zh-CN"/>
        </w:rPr>
        <w:br/>
      </w:r>
      <w:r>
        <w:rPr>
          <w:lang w:eastAsia="zh-CN"/>
        </w:rPr>
        <w:t>　　二，计划拟定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1、年初拟定《年度销售总体工作计划》；</w:t>
      </w:r>
      <w:r>
        <w:rPr>
          <w:lang w:eastAsia="zh-CN"/>
        </w:rPr>
        <w:br/>
      </w:r>
      <w:r>
        <w:rPr>
          <w:lang w:eastAsia="zh-CN"/>
        </w:rPr>
        <w:t>　　2、年底制订《年度销售工作总结》；</w:t>
      </w:r>
      <w:r>
        <w:rPr>
          <w:lang w:eastAsia="zh-CN"/>
        </w:rPr>
        <w:br/>
      </w:r>
      <w:r>
        <w:rPr>
          <w:lang w:eastAsia="zh-CN"/>
        </w:rPr>
        <w:t>　　3、年初制定《每月销售的时间表》和《客户如期访问表》；</w:t>
      </w:r>
      <w:r>
        <w:rPr>
          <w:lang w:eastAsia="zh-CN"/>
        </w:rPr>
        <w:br/>
      </w:r>
      <w:r>
        <w:rPr>
          <w:lang w:eastAsia="zh-CN"/>
        </w:rPr>
        <w:t>　　4、制定《月销售统计表》和《月访客户统计表》；</w:t>
      </w:r>
      <w:r>
        <w:rPr>
          <w:lang w:eastAsia="zh-CN"/>
        </w:rPr>
        <w:br/>
      </w:r>
      <w:r>
        <w:rPr>
          <w:lang w:eastAsia="zh-CN"/>
        </w:rPr>
        <w:t>　　三，客户分类</w:t>
      </w:r>
      <w:r>
        <w:rPr>
          <w:lang w:eastAsia="zh-CN"/>
        </w:rPr>
        <w:br/>
      </w:r>
      <w:r>
        <w:rPr>
          <w:lang w:eastAsia="zh-CN"/>
        </w:rPr>
        <w:t>　　根据20____年销售额度进行市场细分，将现有客户进行划分，分成vip客户，一级客户，二级客户和其他四个主要类别的客户，对客户进行全面的分析。</w:t>
      </w:r>
      <w:r>
        <w:rPr>
          <w:lang w:eastAsia="zh-CN"/>
        </w:rPr>
        <w:br/>
      </w:r>
      <w:r>
        <w:rPr>
          <w:lang w:eastAsia="zh-CN"/>
        </w:rPr>
        <w:t>　　四，各项措施的落实</w:t>
      </w:r>
      <w:r>
        <w:rPr>
          <w:lang w:eastAsia="zh-CN"/>
        </w:rPr>
        <w:br/>
      </w:r>
      <w:r>
        <w:rPr>
          <w:lang w:eastAsia="zh-CN"/>
        </w:rPr>
        <w:t>　　1、技术交流：</w:t>
      </w:r>
      <w:r>
        <w:rPr>
          <w:lang w:eastAsia="zh-CN"/>
        </w:rPr>
        <w:br/>
      </w:r>
      <w:r>
        <w:rPr>
          <w:lang w:eastAsia="zh-CN"/>
        </w:rPr>
        <w:t>　　（1）今年的技术部门要针对vip客户，开展售后服务的技术研讨会；</w:t>
      </w:r>
      <w:r>
        <w:rPr>
          <w:lang w:eastAsia="zh-CN"/>
        </w:rPr>
        <w:br/>
      </w:r>
      <w:r>
        <w:rPr>
          <w:lang w:eastAsia="zh-CN"/>
        </w:rPr>
        <w:t>　　（2）参加两次有关的贸易展会，其中包括一个大型网络联谊座谈会；</w:t>
      </w:r>
      <w:r>
        <w:rPr>
          <w:lang w:eastAsia="zh-CN"/>
        </w:rPr>
        <w:br/>
      </w:r>
      <w:r>
        <w:rPr>
          <w:lang w:eastAsia="zh-CN"/>
        </w:rPr>
        <w:t>　　2、客户回访：</w:t>
      </w:r>
      <w:r>
        <w:rPr>
          <w:lang w:eastAsia="zh-CN"/>
        </w:rPr>
        <w:br/>
      </w:r>
      <w:r>
        <w:rPr>
          <w:lang w:eastAsia="zh-CN"/>
        </w:rPr>
        <w:t>　　要巩固和扩大市场，一定要加强与客户的沟通，协调与客户，用户之间的直接关系。必须按照《客户如期访问表》如期如实如数地进行客户回访工作。</w:t>
      </w:r>
      <w:r>
        <w:rPr>
          <w:lang w:eastAsia="zh-CN"/>
        </w:rPr>
        <w:br/>
      </w:r>
      <w:r>
        <w:rPr>
          <w:lang w:eastAsia="zh-CN"/>
        </w:rPr>
        <w:t>　　3、网络搜索：</w:t>
      </w:r>
      <w:r>
        <w:rPr>
          <w:lang w:eastAsia="zh-CN"/>
        </w:rPr>
        <w:br/>
      </w:r>
      <w:r>
        <w:rPr>
          <w:lang w:eastAsia="zh-CN"/>
        </w:rPr>
        <w:t>　　充分发公司网站和网络资源优势，通过信息检索，及时掌握分析实现销售信息。</w:t>
      </w:r>
      <w:r>
        <w:rPr>
          <w:lang w:eastAsia="zh-CN"/>
        </w:rPr>
        <w:br/>
      </w:r>
      <w:r>
        <w:rPr>
          <w:lang w:eastAsia="zh-CN"/>
        </w:rPr>
        <w:t>　　4、售后协调：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目前的情况下，我公司仍然以贸易为主，贯彻“卖产品不如卖服务”的理念，在下一步工作当中，我们要增强责任感，继续加强优化我们的销售服务。20____年，在总经理的领导下，在销售工作方面，我坚持：重点维持现有市场，抓住机遇，开发潜在客户，注重销售细节，强化服务，逐步增加市场份额，并积极争取成功完成销售任务。</w:t>
      </w:r>
      <w:r>
        <w:rPr>
          <w:lang w:eastAsia="zh-CN"/>
        </w:rPr>
        <w:br/>
      </w:r>
      <w:r>
        <w:rPr>
          <w:lang w:eastAsia="zh-CN"/>
        </w:rPr>
        <w:t xml:space="preserve">    2024年汽车销售工作计划范文 篇13 </w:t>
      </w:r>
      <w:r>
        <w:rPr>
          <w:lang w:eastAsia="zh-CN"/>
        </w:rPr>
        <w:br/>
      </w:r>
      <w:r>
        <w:rPr>
          <w:lang w:eastAsia="zh-CN"/>
        </w:rPr>
        <w:t>　　走过20__年，是收获的一年。回眸我过去一年的销售心得，甚有感触。</w:t>
      </w:r>
      <w:r>
        <w:rPr>
          <w:lang w:eastAsia="zh-CN"/>
        </w:rPr>
        <w:br/>
      </w:r>
      <w:r>
        <w:rPr>
          <w:lang w:eastAsia="zh-CN"/>
        </w:rPr>
        <w:t>　　在接任展厅经理一职后，我在销售工作中积极进取，用心、努力地去做好每一件事情，不管是个人还是整个销售团队的销售业绩都有所提高。这里必须要感谢邓经理的帮助和领导。我们公司大众销售部也完成了各项任务和计划，顺利通过了上海大众DSSA、DQSA、DMS等严审。20__年相信也会是激情奋进的一年。机遇与挑战共存，我期盼20__也是一个收获的一年，这是我们整个销售团队共同期待并时刻准备与之奋斗的结果。一份耕耘一份收获，这一年要做的工作还有很多，从一个销售员成长为一个展厅经理，公司对我的期望很高，自己的担子也很重。从一个执行者转变为一个管理者，这一角色转换并不意味着到达了学习的尽头，在管理方面和业务方面自身更要加紧学习。</w:t>
      </w:r>
      <w:r>
        <w:rPr>
          <w:lang w:eastAsia="zh-CN"/>
        </w:rPr>
        <w:br/>
      </w:r>
      <w:r>
        <w:rPr>
          <w:lang w:eastAsia="zh-CN"/>
        </w:rPr>
        <w:t>　　在新的一年里我的工作计划如下：</w:t>
      </w:r>
      <w:r>
        <w:rPr>
          <w:lang w:eastAsia="zh-CN"/>
        </w:rPr>
        <w:br/>
      </w:r>
      <w:r>
        <w:rPr>
          <w:lang w:eastAsia="zh-CN"/>
        </w:rPr>
        <w:t>　　1、销售顾问培训：</w:t>
      </w:r>
      <w:r>
        <w:rPr>
          <w:lang w:eastAsia="zh-CN"/>
        </w:rPr>
        <w:br/>
      </w:r>
    </w:p>
    <w:p w:rsidR="001B1F19" w14:textId="27C3F48A">
      <w:pPr>
        <w:rPr>
          <w:rFonts w:hint="eastAsia"/>
          <w:lang w:eastAsia="zh-CN"/>
        </w:rPr>
      </w:pPr>
      <w:r>
        <w:rPr>
          <w:lang w:eastAsia="zh-CN"/>
        </w:rPr>
        <w:t>　　在销售顾问的培训上多下功夫，现在销售员业务知识明显匮乏，直接的影响销售部的业绩，08年的销售顾问的培训是重点，除按计划每月一次培训以外，按需要多增加培训，特别针对不同时期竞争车型上得多下功夫研究，这在培训中应作重点。</w:t>
      </w:r>
      <w:r>
        <w:rPr>
          <w:lang w:eastAsia="zh-CN"/>
        </w:rPr>
        <w:br/>
      </w:r>
      <w:r>
        <w:rPr>
          <w:lang w:eastAsia="zh-CN"/>
        </w:rPr>
        <w:t>　　2、销售核心流程：</w:t>
      </w:r>
      <w:r>
        <w:rPr>
          <w:lang w:eastAsia="zh-CN"/>
        </w:rPr>
        <w:br/>
      </w:r>
      <w:r>
        <w:rPr>
          <w:lang w:eastAsia="zh-CN"/>
        </w:rPr>
        <w:t>　　完整运用核心流程，上海大众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邓经理常教导大家的话。在08年的工作中我们将深入贯彻上海大众销售核心流程，把每一个流程细节做好，相信这是完成全年任务的又一保障。</w:t>
      </w:r>
      <w:r>
        <w:rPr>
          <w:lang w:eastAsia="zh-CN"/>
        </w:rPr>
        <w:br/>
      </w:r>
      <w:r>
        <w:rPr>
          <w:lang w:eastAsia="zh-CN"/>
        </w:rPr>
        <w:t>　　3、提高销售市场占有率：</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https://d.book118.com/235020234243011102</w:t>
        </w:r>
      </w:hyperlink>
    </w:p>
    <w:p w:rsidR="001B1F19">
      <w:pPr>
        <w:rPr>
          <w:rFonts w:hint="eastAsia"/>
          <w:lang w:eastAsia="zh-CN"/>
        </w:rPr>
      </w:pPr>
    </w:p>
    <w:sectPr>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3502023424301110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