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电器公司销售工作计划（34篇）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电器公司销售工作计划（精选34篇）</w:t>
      </w:r>
      <w:r>
        <w:rPr>
          <w:lang w:eastAsia="zh-CN"/>
        </w:rPr>
        <w:br/>
      </w:r>
      <w:r>
        <w:rPr>
          <w:lang w:eastAsia="zh-CN"/>
        </w:rPr>
        <w:t xml:space="preserve">    电器公司销售工作计划 篇1 </w:t>
      </w:r>
      <w:r>
        <w:rPr>
          <w:lang w:eastAsia="zh-CN"/>
        </w:rPr>
        <w:br/>
      </w:r>
      <w:r>
        <w:rPr>
          <w:lang w:eastAsia="zh-CN"/>
        </w:rPr>
        <w:t>　　根据公司__年度深圳地区总销售额1亿元，销量总量5万套的总目标及公司__年度的渠道策略做出以下工作计划：</w:t>
      </w:r>
      <w:r>
        <w:rPr>
          <w:lang w:eastAsia="zh-CN"/>
        </w:rPr>
        <w:br/>
      </w:r>
      <w:r>
        <w:rPr>
          <w:lang w:eastAsia="zh-CN"/>
        </w:rPr>
        <w:t>　　一、市场分析</w:t>
      </w:r>
      <w:r>
        <w:rPr>
          <w:lang w:eastAsia="zh-CN"/>
        </w:rPr>
        <w:br/>
      </w:r>
      <w:r>
        <w:rPr>
          <w:lang w:eastAsia="zh-CN"/>
        </w:rPr>
        <w:t>　　空调市场连续几年的价格战逐步启动了。二、三级市场的低端需求，同时随着城市建设和人民生活水平的不断提高以及产品更新换代时期的到来带动了一级市场的持续增长幅度，从而带动了整体市场容量的扩张。__年度内销总量达到1950万套，较__年度增长11.4%。__年度预计可达到2500万—3000万套。根据行业数据显示全球市场容量在5500万套—6000万套。中国市场容量约为3800万套，根据区域市场份额容量的划分，深圳空调市场的容量约为40万套左右，5万套的销售目标约占市场份额的13%。</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目前格兰仕在深圳空调市场的占有率约为2.8%左右，但根据行业数据显示近几年一直处于“洗牌”阶段，品牌市场占有率将形成高度的集中化。根据公司的实力及__年度的产品线，公司__年度销售目标完全有可能实现。__年中国空调品牌约有400个，到__年下降到140个左右，年均淘汰率32%。到__年在格力、美的、海尔等一线品牌的“围剿”下，中国空调市场活跃的品牌不足50个，淘汰率达60%。__年度lg受到美国指责倾销；科龙遇到财务问题，市场份额急剧下滑。新科、长虹、奥克斯也受到企业、品牌等方面的不良影响，市场份额也有所下滑。日资品牌如松下、三菱等品牌在__年度受到中国人民的强烈抵日情绪的影响，市场份额下划较大。而格兰仕空调在广东市场则呈现出急速增长的趋势。但深圳市场基础比较薄弱，团队还比较年轻，品牌影响力还需要巩固与拓展。根据以上情况做以下工作规划。</w:t>
      </w:r>
      <w:r>
        <w:rPr>
          <w:lang w:eastAsia="zh-CN"/>
        </w:rPr>
        <w:br/>
      </w:r>
      <w:r>
        <w:rPr>
          <w:lang w:eastAsia="zh-CN"/>
        </w:rPr>
        <w:t>　　二、工作规划</w:t>
      </w:r>
      <w:r>
        <w:rPr>
          <w:lang w:eastAsia="zh-CN"/>
        </w:rPr>
        <w:br/>
      </w:r>
      <w:r>
        <w:rPr>
          <w:lang w:eastAsia="zh-CN"/>
        </w:rPr>
        <w:t>　　根据以上情况在__年度计划主抓六项工作：</w:t>
      </w:r>
      <w:r>
        <w:rPr>
          <w:lang w:eastAsia="zh-CN"/>
        </w:rPr>
        <w:br/>
      </w:r>
      <w:r>
        <w:rPr>
          <w:lang w:eastAsia="zh-CN"/>
        </w:rPr>
        <w:t>　　1、销售业绩</w:t>
      </w:r>
      <w:r>
        <w:rPr>
          <w:lang w:eastAsia="zh-CN"/>
        </w:rPr>
        <w:br/>
      </w:r>
      <w:r>
        <w:rPr>
          <w:lang w:eastAsia="zh-CN"/>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lang w:eastAsia="zh-CN"/>
        </w:rPr>
        <w:br/>
      </w:r>
      <w:r>
        <w:rPr>
          <w:lang w:eastAsia="zh-CN"/>
        </w:rPr>
        <w:t>　　2、k/a、代理商管理及关系维护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针对现有的k/a客户、代理商或将拓展的k/a及代理商进行有效管理及关系维护，对各个k/a客户及代理商建立客户档案，了解前期销售情况及实力情况，进行公司的企业文化传播和公司__年度的新产品传播。此项工作在8月末完成。在旺季结束后和旺季来临前不定时的进行传播。了解各k/a及代理商负责人的基本情况进行定期拜访，进行有效沟通。</w:t>
      </w:r>
      <w:r>
        <w:rPr>
          <w:lang w:eastAsia="zh-CN"/>
        </w:rPr>
        <w:br/>
      </w:r>
      <w:r>
        <w:rPr>
          <w:lang w:eastAsia="zh-CN"/>
        </w:rPr>
        <w:t>　　3、品牌及产品推广</w:t>
      </w:r>
      <w:r>
        <w:rPr>
          <w:lang w:eastAsia="zh-CN"/>
        </w:rPr>
        <w:br/>
      </w:r>
      <w:r>
        <w:rPr>
          <w:lang w:eastAsia="zh-CN"/>
        </w:rPr>
        <w:t>　　品牌及产品推广在__年至__年度配合及执行公司的定期品牌宣传及产品推广活动，并策划一些投入成本，较低的公共关系宣传活动，提升品牌形象。如“格兰仕空调健康、环保、爱我家”等公益活动。有可能的情况下与各个k/a系统联合进行推广，不但可以扩大影响力，还可以建立良好的客情关系。产品推广主要进行一些“路演”或户外静态展示进行一些产品推广和正常营业推广。</w:t>
      </w:r>
      <w:r>
        <w:rPr>
          <w:lang w:eastAsia="zh-CN"/>
        </w:rPr>
        <w:br/>
      </w:r>
      <w:r>
        <w:rPr>
          <w:lang w:eastAsia="zh-CN"/>
        </w:rPr>
        <w:t xml:space="preserve">    电器公司销售工作计划 篇2 </w:t>
      </w:r>
      <w:r>
        <w:rPr>
          <w:lang w:eastAsia="zh-CN"/>
        </w:rPr>
        <w:br/>
      </w:r>
      <w:r>
        <w:rPr>
          <w:lang w:eastAsia="zh-CN"/>
        </w:rPr>
        <w:t>　　根据公司20__年度深圳地区总销售额1亿元，销量总量5万套的总目标及公司20__年度的渠道策略做出以下工作计划：</w:t>
      </w:r>
      <w:r>
        <w:rPr>
          <w:lang w:eastAsia="zh-CN"/>
        </w:rPr>
        <w:br/>
      </w:r>
      <w:r>
        <w:rPr>
          <w:lang w:eastAsia="zh-CN"/>
        </w:rPr>
        <w:t>　　一、市场分析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目前格兰仕在深圳空调市场的占有率约为2。8%左右，但根据行业数据显示近几年一直处于“洗牌”阶段，品牌市场占有率将形成高度的集中化。根据公司的实力及20__年度的产品线，公司20__年度销售目标完全有可能实现。20__年中国空调品牌约有400个，到20__年下降到140个左右，年均淘汰率32%。到20__年在格力、美的、海尔等一线品牌的“围剿”下，中国空调市场活跃的品牌不足50个，淘汰率达60%。20__年度lg受到美国指责倾销；科龙遇到财务问题，市场份额急剧下滑。新科、长虹、奥克斯也受到企业、品牌等方面的不良影响，市场份额也有所下滑。日资品牌如松下、三菱等品牌在20__年度受到中国人民的强烈抵日情绪的影响，市场份额下划较大。而格兰仕空调在广东市场则呈现出急速增长的趋势。但深圳市场基础比较薄弱，团队还比较年轻，品牌影响力还需要巩固与拓展。根据以上情况做以下工作规划。</w:t>
      </w:r>
      <w:r>
        <w:rPr>
          <w:lang w:eastAsia="zh-CN"/>
        </w:rPr>
        <w:br/>
      </w:r>
      <w:r>
        <w:rPr>
          <w:lang w:eastAsia="zh-CN"/>
        </w:rPr>
        <w:t>　　二、工作规划</w:t>
      </w:r>
      <w:r>
        <w:rPr>
          <w:lang w:eastAsia="zh-CN"/>
        </w:rPr>
        <w:br/>
      </w:r>
      <w:r>
        <w:rPr>
          <w:lang w:eastAsia="zh-CN"/>
        </w:rPr>
        <w:t>　　根据以上情况在20__年度计划主抓六项工作：</w:t>
      </w:r>
      <w:r>
        <w:rPr>
          <w:lang w:eastAsia="zh-CN"/>
        </w:rPr>
        <w:br/>
      </w:r>
      <w:r>
        <w:rPr>
          <w:lang w:eastAsia="zh-CN"/>
        </w:rPr>
        <w:t>　　1、销售业绩</w:t>
      </w:r>
      <w:r>
        <w:rPr>
          <w:lang w:eastAsia="zh-CN"/>
        </w:rPr>
        <w:br/>
      </w:r>
      <w:r>
        <w:rPr>
          <w:lang w:eastAsia="zh-CN"/>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lang w:eastAsia="zh-CN"/>
        </w:rPr>
        <w:br/>
      </w:r>
      <w:r>
        <w:rPr>
          <w:lang w:eastAsia="zh-CN"/>
        </w:rPr>
        <w:t>　　2、k/a、代理商管理及关系维护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针对现有的k/a客户、代理商或将拓展的k/a及代理商进行有效管理及关系维护，对各个k/a客户及代理商建立客户档案，了解前期销售情况及实力情况，进行公司的企业文化传播和公司20__年度的新产品传播。此项工作在8月末完成。在旺季结束后和旺季来临前不定时的进行传播。了解各k/a及代理商负责人的基本情况进行定期拜访，进行有效沟通。</w:t>
      </w:r>
      <w:r>
        <w:rPr>
          <w:lang w:eastAsia="zh-CN"/>
        </w:rPr>
        <w:br/>
      </w:r>
      <w:r>
        <w:rPr>
          <w:lang w:eastAsia="zh-CN"/>
        </w:rPr>
        <w:t>　　3、品牌及产品推广</w:t>
      </w:r>
      <w:r>
        <w:rPr>
          <w:lang w:eastAsia="zh-CN"/>
        </w:rPr>
        <w:br/>
      </w:r>
      <w:r>
        <w:rPr>
          <w:lang w:eastAsia="zh-CN"/>
        </w:rPr>
        <w:t>　　品牌及产品推广在20__年至20__年度配合及执行公司的定期品牌宣传及产品推广活动，并策划一些投入成本，较低的公共关系宣传活动，提升品牌形象。如“格兰仕空调健康、环保、爱我家”等公益活动。有可能的情况下与各个k/a系统联合进行推广，不但可以扩大影响力，还可以建立良好的客情关系。产品推广主要进行一些“路演”或户外静态展示进行一些产品推广和正常营业推广。</w:t>
      </w:r>
      <w:r>
        <w:rPr>
          <w:lang w:eastAsia="zh-CN"/>
        </w:rPr>
        <w:br/>
      </w:r>
      <w:r>
        <w:rPr>
          <w:lang w:eastAsia="zh-CN"/>
        </w:rPr>
        <w:t>　　4、终端布置（配合业务条线的渠道拓展）</w:t>
      </w:r>
      <w:r>
        <w:rPr>
          <w:lang w:eastAsia="zh-CN"/>
        </w:rPr>
        <w:br/>
      </w:r>
      <w:r>
        <w:rPr>
          <w:lang w:eastAsia="zh-CN"/>
        </w:rPr>
        <w:t>　　根据公司的06年度的销售目标，渠道网点普及还会大量的增加，根据此种情况随时随地积极配合业务部门的工作，积极配合店中店、园中园、店中柜的形象建设，（根据公司的展台布置六个氛围的要求进行）。积极对促销安排上岗及上样跟踪和产品陈列等工作。此项工作根据公司的业务部门的需要进行开展。布置标准严格按照公司的统一标准。（特殊情况再适时调整）</w:t>
      </w:r>
      <w:r>
        <w:rPr>
          <w:lang w:eastAsia="zh-CN"/>
        </w:rPr>
        <w:br/>
      </w:r>
      <w:r>
        <w:rPr>
          <w:lang w:eastAsia="zh-CN"/>
        </w:rPr>
        <w:t>　　5、促销活动的策划与执行</w:t>
      </w:r>
      <w:r>
        <w:rPr>
          <w:lang w:eastAsia="zh-CN"/>
        </w:rPr>
        <w:br/>
      </w:r>
      <w:r>
        <w:rPr>
          <w:lang w:eastAsia="zh-CN"/>
        </w:rPr>
        <w:t>　　促销活动的策划及执行主要在06年04月—8月销售旺季进行，第一严格执行公司的销售促进活动，第二根据届时的市场情况和竞争对手的`销售促进活动，灵活策划一些销售促进活动。主题思路以避其优势，攻其劣势，根据公司的产品优势及资源优势，突出重点进行策划与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6、团队建设、团队管理、团队培训</w:t>
      </w:r>
      <w:r>
        <w:rPr>
          <w:lang w:eastAsia="zh-CN"/>
        </w:rPr>
        <w:br/>
      </w:r>
      <w:r>
        <w:rPr>
          <w:lang w:eastAsia="zh-CN"/>
        </w:rPr>
        <w:t>　　团队工作分四个阶段进行：</w:t>
      </w:r>
      <w:r>
        <w:rPr>
          <w:lang w:eastAsia="zh-CN"/>
        </w:rPr>
        <w:br/>
      </w:r>
      <w:r>
        <w:rPr>
          <w:lang w:eastAsia="zh-CN"/>
        </w:rPr>
        <w:t>　　第一阶段：8月1日—8月30日a、有的促销员进行重点排查，进行量化考核。清除部分能力底下的人员，重点保留在40人左右，进行重点培养。b、制定相关的团队管理制度及权责分明明晰和工作范围明晰，完善促销员的工作报表。c、完成格兰仕空调系统培训资料。</w:t>
      </w:r>
      <w:r>
        <w:rPr>
          <w:lang w:eastAsia="zh-CN"/>
        </w:rPr>
        <w:br/>
      </w:r>
      <w:r>
        <w:rPr>
          <w:lang w:eastAsia="zh-CN"/>
        </w:rPr>
        <w:t>　　①培训系统安排进行分级和集中培训</w:t>
      </w:r>
      <w:r>
        <w:rPr>
          <w:lang w:eastAsia="zh-CN"/>
        </w:rPr>
        <w:br/>
      </w:r>
      <w:r>
        <w:rPr>
          <w:lang w:eastAsia="zh-CN"/>
        </w:rPr>
        <w:t>　　业务人员→促销员</w:t>
      </w:r>
      <w:r>
        <w:rPr>
          <w:lang w:eastAsia="zh-CN"/>
        </w:rPr>
        <w:br/>
      </w:r>
      <w:r>
        <w:rPr>
          <w:lang w:eastAsia="zh-CN"/>
        </w:rPr>
        <w:t>　　培训讲师＜促销员</w:t>
      </w:r>
      <w:r>
        <w:rPr>
          <w:lang w:eastAsia="zh-CN"/>
        </w:rPr>
        <w:br/>
      </w:r>
      <w:r>
        <w:rPr>
          <w:lang w:eastAsia="zh-CN"/>
        </w:rPr>
        <w:t>　　②利用周例会对全体促销员进行集中培训</w:t>
      </w:r>
      <w:r>
        <w:rPr>
          <w:lang w:eastAsia="zh-CN"/>
        </w:rPr>
        <w:br/>
      </w:r>
      <w:r>
        <w:rPr>
          <w:lang w:eastAsia="zh-CN"/>
        </w:rPr>
        <w:t>　　9月1日-10月1日：进行四节的企业文化培训和行业知识的培训</w:t>
      </w:r>
      <w:r>
        <w:rPr>
          <w:lang w:eastAsia="zh-CN"/>
        </w:rPr>
        <w:br/>
      </w:r>
      <w:r>
        <w:rPr>
          <w:lang w:eastAsia="zh-CN"/>
        </w:rPr>
        <w:t>　　10月1日-10月31日：进行四节的专业知识培训</w:t>
      </w:r>
      <w:r>
        <w:rPr>
          <w:lang w:eastAsia="zh-CN"/>
        </w:rPr>
        <w:br/>
      </w:r>
      <w:r>
        <w:rPr>
          <w:lang w:eastAsia="zh-CN"/>
        </w:rPr>
        <w:t>　　11月1日-11月30日：进行四节的促销技巧培训</w:t>
      </w:r>
      <w:r>
        <w:rPr>
          <w:lang w:eastAsia="zh-CN"/>
        </w:rPr>
        <w:br/>
      </w:r>
      <w:r>
        <w:rPr>
          <w:lang w:eastAsia="zh-CN"/>
        </w:rPr>
        <w:t>　　20__年1月1日-1月31日：进行四节的促销活动及终端布置培训</w:t>
      </w:r>
      <w:r>
        <w:rPr>
          <w:lang w:eastAsia="zh-CN"/>
        </w:rPr>
        <w:br/>
      </w:r>
      <w:r>
        <w:rPr>
          <w:lang w:eastAsia="zh-CN"/>
        </w:rPr>
        <w:t>　　第三阶段：20__年2月1日-2月29日</w:t>
      </w:r>
      <w:r>
        <w:rPr>
          <w:lang w:eastAsia="zh-CN"/>
        </w:rPr>
        <w:br/>
      </w:r>
      <w:r>
        <w:rPr>
          <w:lang w:eastAsia="zh-CN"/>
        </w:rPr>
        <w:t>　　①用一周的时间根据网点数量的需求进行招聘促销员工作，利用10天的时间对新入职促销进行系统培训、考核、筛选。对合格人员进行卖场安排试用一周后对所人的促销再次进行考核，最后确定定岗定人，保证在3月1日之前所有的终端岗位有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②所有工作都建立在基础工作之上</w:t>
      </w:r>
      <w:r>
        <w:rPr>
          <w:lang w:eastAsia="zh-CN"/>
        </w:rPr>
        <w:br/>
      </w:r>
      <w:r>
        <w:rPr>
          <w:lang w:eastAsia="zh-CN"/>
        </w:rPr>
        <w:t>　　第四阶段：20__年3月1日-7月31日</w:t>
      </w:r>
      <w:r>
        <w:rPr>
          <w:lang w:eastAsia="zh-CN"/>
        </w:rPr>
        <w:br/>
      </w:r>
      <w:r>
        <w:rPr>
          <w:lang w:eastAsia="zh-CN"/>
        </w:rPr>
        <w:t>　　第四阶段全面启动整个深圳市场，主抓销售所有工作重心都向提高销售倾斜。</w:t>
      </w:r>
      <w:r>
        <w:rPr>
          <w:lang w:eastAsia="zh-CN"/>
        </w:rPr>
        <w:br/>
      </w:r>
      <w:r>
        <w:rPr>
          <w:lang w:eastAsia="zh-CN"/>
        </w:rPr>
        <w:t>　　第一：跟随进货源，保证货源充足，比例协调，达到库存最优化，习题尽量避免断货或缺货现象。</w:t>
      </w:r>
      <w:r>
        <w:rPr>
          <w:lang w:eastAsia="zh-CN"/>
        </w:rPr>
        <w:br/>
      </w:r>
      <w:r>
        <w:rPr>
          <w:lang w:eastAsia="zh-CN"/>
        </w:rPr>
        <w:t>　　第二：招聘培训临时促销员，以备做活动，全力打造在各个环节都比较有战斗力的团队。</w:t>
      </w:r>
      <w:r>
        <w:rPr>
          <w:lang w:eastAsia="zh-CN"/>
        </w:rPr>
        <w:br/>
      </w:r>
      <w:r>
        <w:rPr>
          <w:lang w:eastAsia="zh-CN"/>
        </w:rPr>
        <w:t>　　第三：严格执行公司的销售策略及促销活动，并策划执行销售促进活动，拉动市场，提升销量。</w:t>
      </w:r>
      <w:r>
        <w:rPr>
          <w:lang w:eastAsia="zh-CN"/>
        </w:rPr>
        <w:br/>
      </w:r>
      <w:r>
        <w:rPr>
          <w:lang w:eastAsia="zh-CN"/>
        </w:rPr>
        <w:t>　　第四：跟进促销赠品及赠品的合理化分配。</w:t>
      </w:r>
      <w:r>
        <w:rPr>
          <w:lang w:eastAsia="zh-CN"/>
        </w:rPr>
        <w:br/>
      </w:r>
      <w:r>
        <w:rPr>
          <w:lang w:eastAsia="zh-CN"/>
        </w:rPr>
        <w:t>　　第五：进行布点建设，提升品牌形象。随访辅导，执行督导。</w:t>
      </w:r>
      <w:r>
        <w:rPr>
          <w:lang w:eastAsia="zh-CN"/>
        </w:rPr>
        <w:br/>
      </w:r>
      <w:r>
        <w:rPr>
          <w:lang w:eastAsia="zh-CN"/>
        </w:rPr>
        <w:t>　　第六：每月进行量化考核</w:t>
      </w:r>
      <w:r>
        <w:rPr>
          <w:lang w:eastAsia="zh-CN"/>
        </w:rPr>
        <w:br/>
      </w:r>
      <w:r>
        <w:rPr>
          <w:lang w:eastAsia="zh-CN"/>
        </w:rPr>
        <w:t>　　第七：对每月的任务进行分解，并严格按照wbs法对工作任务进行分解做到环环相扣，权责分明，责任到人，工作细节分到不能再细分为止。</w:t>
      </w:r>
      <w:r>
        <w:rPr>
          <w:lang w:eastAsia="zh-CN"/>
        </w:rPr>
        <w:br/>
      </w:r>
      <w:r>
        <w:rPr>
          <w:lang w:eastAsia="zh-CN"/>
        </w:rPr>
        <w:t>　　第八：利用团队管理四大手段：即周工作例会；随访辅导；述职谈话；报表管理。严格控制团队，保持团队的稳定性。</w:t>
      </w:r>
      <w:r>
        <w:rPr>
          <w:lang w:eastAsia="zh-CN"/>
        </w:rPr>
        <w:br/>
      </w:r>
      <w:r>
        <w:rPr>
          <w:lang w:eastAsia="zh-CN"/>
        </w:rPr>
        <w:t>　　第九：时时进行市场调研、市场动态分析及信息反馈做好企业与市场的传递员。全力打造一个快速反应的机制。</w:t>
      </w:r>
      <w:r>
        <w:rPr>
          <w:lang w:eastAsia="zh-CN"/>
        </w:rPr>
        <w:br/>
      </w:r>
      <w:r>
        <w:rPr>
          <w:lang w:eastAsia="zh-CN"/>
        </w:rPr>
        <w:t>　　第十：协调好代理商及经销商等各环节的关系。根据技术与人员支持，全力以赴完成终端任务。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电器公司销售工作计划 篇3 </w:t>
      </w:r>
      <w:r>
        <w:rPr>
          <w:lang w:eastAsia="zh-CN"/>
        </w:rPr>
        <w:br/>
      </w:r>
      <w:r>
        <w:rPr>
          <w:lang w:eastAsia="zh-CN"/>
        </w:rPr>
        <w:t>　　我们已经站在20__年的门槛上了，回望上一年的销售工作，我发现咱们公司的销售业绩其实是没有达到我们的预期的，这除了和市场的变化有关之外，和我们的工作情况也有着密不可分的联系，所以为了在新的一年里更好地开展个人的工作，我得好好地计划一下20__年的工作计划。</w:t>
      </w:r>
      <w:r>
        <w:rPr>
          <w:lang w:eastAsia="zh-CN"/>
        </w:rPr>
        <w:br/>
      </w:r>
      <w:r>
        <w:rPr>
          <w:lang w:eastAsia="zh-CN"/>
        </w:rPr>
        <w:t>　　我是在20__年加入到咱们公司的，那时候我是以销售助理的身份进入到了咱们的销售部，成为了经理的助手，为大家分忧解难。从20__年的工作情况来看，我发现公司的销售业绩之所以不太理想，正是因为大家没有好好地计划自己的工作，虽然我们在年初的时候都制定了大致的工作方向以及销售指标，但是我们落实的不太好，这就导致了我们在工作的时候出现了脱节的情况。为了解决这种情况，我觉得在新的一年里，首先便是要加强个人的业务能力，唯有对咱们公司的业务了解的更多更透彻了，才能把自己的销售工作给做好，不然是无法打动我们的客户的，而我身为助理，自然也得承担起更多的责任，争取为大家出谋划策，做好服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20__年里，我会多多参加一些销售讲座，同时会在空闲时间里主动地去学习一些和销售相关的知识，毕竟我的工作时间还不长，得多多向一些前辈们学习经验才行，不然我就如同一个打酱油的人一样，光是只会做一些基础的工作是不够的。公司既然相信我的能力，让我担任了销售助理的职位，我自然也要把自己的任务给处理好，我要做好表率，在各方面表现的积极一点，我要争取在新的一年里做到上班不迟到、不早退，当公司需要我的时，就一定第一时间站出来，这样才无愧于诸位领导对我的信任。目前，虽然我的主要工作只是负责配合同事们开展工作，做一些繁杂的事情，但是我知道这是一个学习的过程，所以我一定会积极努力的做好本职工作，争取早日能独立地承担好更多的工作任务，做到即便没有人指点我，我也能正确的做出抉择。</w:t>
      </w:r>
      <w:r>
        <w:rPr>
          <w:lang w:eastAsia="zh-CN"/>
        </w:rPr>
        <w:br/>
      </w:r>
      <w:r>
        <w:rPr>
          <w:lang w:eastAsia="zh-CN"/>
        </w:rPr>
        <w:t>　　在最后，我也要祝全体同事在新的一年里能健健康康，并让自己的销售业绩呈现爆发式的增长，我会竭尽全力地配合好各位同事的工作，争取让咱们销售部在新的一年里取得更好的业绩，为咱们公司创造更多的利润！</w:t>
      </w:r>
      <w:r>
        <w:rPr>
          <w:lang w:eastAsia="zh-CN"/>
        </w:rPr>
        <w:br/>
      </w:r>
      <w:r>
        <w:rPr>
          <w:lang w:eastAsia="zh-CN"/>
        </w:rPr>
        <w:t xml:space="preserve">    电器公司销售工作计划 篇4 </w:t>
      </w:r>
      <w:r>
        <w:rPr>
          <w:lang w:eastAsia="zh-CN"/>
        </w:rPr>
        <w:br/>
      </w:r>
      <w:r>
        <w:rPr>
          <w:lang w:eastAsia="zh-CN"/>
        </w:rPr>
        <w:t>　　在20__年刚接触这个行业时，在选择客户的问题上走过不少弯路，那是因为对这个行业还不太熟悉，总是选择一些食品行业，但这些企业往往对标签的价格是非常注重的.所以今年不要在选一些只看价格，对质量没要求的客户.没有要求的客户不是好客户。</w:t>
      </w:r>
      <w:r>
        <w:rPr>
          <w:lang w:eastAsia="zh-CN"/>
        </w:rPr>
        <w:br/>
      </w:r>
      <w:r>
        <w:rPr>
          <w:lang w:eastAsia="zh-CN"/>
        </w:rPr>
        <w:t>　　20__年的计划如下：</w:t>
      </w:r>
      <w:r>
        <w:rPr>
          <w:lang w:eastAsia="zh-CN"/>
        </w:rPr>
        <w:br/>
      </w:r>
      <w:r>
        <w:rPr>
          <w:lang w:eastAsia="zh-CN"/>
        </w:rPr>
        <w:t>　　一.对于老客户，和固定客户，要经常保持联系，在有时间有条件的情况下，送一些小礼物或宴请客户，好稳定与客户关系。</w:t>
      </w:r>
      <w:r>
        <w:rPr>
          <w:lang w:eastAsia="zh-CN"/>
        </w:rPr>
        <w:br/>
      </w:r>
      <w:r>
        <w:rPr>
          <w:lang w:eastAsia="zh-CN"/>
        </w:rPr>
        <w:t>　　二.在拥有老客户的同时还要不断从各种媒体获得更多客户信息。</w:t>
      </w:r>
      <w:r>
        <w:rPr>
          <w:lang w:eastAsia="zh-CN"/>
        </w:rPr>
        <w:br/>
      </w:r>
      <w:r>
        <w:rPr>
          <w:lang w:eastAsia="zh-CN"/>
        </w:rPr>
        <w:t>　　三.要有好业绩就得加强业务学习，开拓视野，丰富知识，采取多样化形式，把学业务与交流技能向结合。</w:t>
      </w:r>
      <w:r>
        <w:rPr>
          <w:lang w:eastAsia="zh-CN"/>
        </w:rPr>
        <w:br/>
      </w:r>
      <w:r>
        <w:rPr>
          <w:lang w:eastAsia="zh-CN"/>
        </w:rPr>
        <w:t>　　四.今年对自己有以下要求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1：每周要增加新客户，还要有潜在客户。</w:t>
      </w:r>
      <w:r>
        <w:rPr>
          <w:lang w:eastAsia="zh-CN"/>
        </w:rPr>
        <w:br/>
      </w:r>
      <w:r>
        <w:rPr>
          <w:lang w:eastAsia="zh-CN"/>
        </w:rPr>
        <w:t>　　2：一周一小结，每月一大结，看看有哪些工作上的失误，及时改正下次不要再犯。</w:t>
      </w:r>
      <w:r>
        <w:rPr>
          <w:lang w:eastAsia="zh-CN"/>
        </w:rPr>
        <w:br/>
      </w:r>
      <w:r>
        <w:rPr>
          <w:lang w:eastAsia="zh-CN"/>
        </w:rPr>
        <w:t>　　3：见客户之前要多了解客户的状态和需求，再做好准备工作才有可能不会丢失这个客户。</w:t>
      </w:r>
      <w:r>
        <w:rPr>
          <w:lang w:eastAsia="zh-CN"/>
        </w:rPr>
        <w:br/>
      </w:r>
      <w:r>
        <w:rPr>
          <w:lang w:eastAsia="zh-CN"/>
        </w:rPr>
        <w:t>　　4：对客户不能有隐瞒和欺骗，这样不会有忠诚的客户。在有些问题上你和客户是一直的。</w:t>
      </w:r>
      <w:r>
        <w:rPr>
          <w:lang w:eastAsia="zh-CN"/>
        </w:rPr>
        <w:br/>
      </w:r>
      <w:r>
        <w:rPr>
          <w:lang w:eastAsia="zh-CN"/>
        </w:rPr>
        <w:t>　　5：要不断加强业务方面的学习，多看书，上网查阅相关资料，与同行们交流，向他们学习更好的方式方法。</w:t>
      </w:r>
      <w:r>
        <w:rPr>
          <w:lang w:eastAsia="zh-CN"/>
        </w:rPr>
        <w:br/>
      </w:r>
      <w:r>
        <w:rPr>
          <w:lang w:eastAsia="zh-CN"/>
        </w:rPr>
        <w:t>　　6：对所有客户的工作态度都要一样，但不能太低三下气。给客户一好印象，为公司树立更好的形象。</w:t>
      </w:r>
      <w:r>
        <w:rPr>
          <w:lang w:eastAsia="zh-CN"/>
        </w:rPr>
        <w:br/>
      </w:r>
      <w:r>
        <w:rPr>
          <w:lang w:eastAsia="zh-CN"/>
        </w:rPr>
        <w:t xml:space="preserve">    电器公司销售工作计划 篇5 </w:t>
      </w:r>
      <w:r>
        <w:rPr>
          <w:lang w:eastAsia="zh-CN"/>
        </w:rPr>
        <w:br/>
      </w:r>
      <w:r>
        <w:rPr>
          <w:lang w:eastAsia="zh-CN"/>
        </w:rPr>
        <w:t>　　一、销售部获得利润的途径和措施</w:t>
      </w:r>
      <w:r>
        <w:rPr>
          <w:lang w:eastAsia="zh-CN"/>
        </w:rPr>
        <w:br/>
      </w:r>
      <w:r>
        <w:rPr>
          <w:lang w:eastAsia="zh-CN"/>
        </w:rPr>
        <w:t>　　销售部利润主要来源有：计算机销售;电脑耗材;打印机耗材;打字复印;计算机网校等和计算机产业相关的业务。今年主要目标：家庭用户市场的开发、办公耗材市场的抢占。针对家庭用户加大宣传力度，办公耗材市场用价格去竞争、薄利多销。建立完善的销售档案，定期进行售后跟踪，抢占办公耗材市场，争取获得更大的利润。这里也需要我们做大量的工作，送货一定及时、售后服务一定要好，让客户信任我们、让客户真真切切的享受到上帝般的待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能够完成的利润指标，_万元，纯利润_万元。其中：打字复印_万元，网校_万元，计算机_万元，电脑耗材及配件_万元，其他：_万元，人员工资_万元。</w:t>
      </w:r>
      <w:r>
        <w:rPr>
          <w:lang w:eastAsia="zh-CN"/>
        </w:rPr>
        <w:br/>
      </w:r>
      <w:r>
        <w:rPr>
          <w:lang w:eastAsia="zh-CN"/>
        </w:rPr>
        <w:t>　　二、客户服务部获得的利润途径和措施</w:t>
      </w:r>
      <w:r>
        <w:rPr>
          <w:lang w:eastAsia="zh-CN"/>
        </w:rPr>
        <w:br/>
      </w:r>
      <w:r>
        <w:rPr>
          <w:lang w:eastAsia="zh-CN"/>
        </w:rPr>
        <w:t>　　客服部利润主要来源：七喜电脑维修站;打印机维修;计算机维修;电脑会员制。__年我们被授权为七喜电脑授权维修站;实创润邦打印机连锁维修站，所以说今年主要目标是客户服务部的统一化、规范化、标准化，实现自给自足，为来年服务市场打下坚实的基础。能够完成的利润指标，利润_万元。</w:t>
      </w:r>
      <w:r>
        <w:rPr>
          <w:lang w:eastAsia="zh-CN"/>
        </w:rPr>
        <w:br/>
      </w:r>
      <w:r>
        <w:rPr>
          <w:lang w:eastAsia="zh-CN"/>
        </w:rPr>
        <w:t>　　三、工程部获得的利润途径和措施</w:t>
      </w:r>
      <w:r>
        <w:rPr>
          <w:lang w:eastAsia="zh-CN"/>
        </w:rPr>
        <w:br/>
      </w:r>
      <w:r>
        <w:rPr>
          <w:lang w:eastAsia="zh-CN"/>
        </w:rPr>
        <w:t>　　工程部利润主要来源：计算机网络工程;无线网络工程。由于本地网络实施基本建成，无线网络一旦推广开来可以带来更多的利润点，便于计算机网络工程的顺利开展，还能为其他部门创造出一个切入点，便于开展相应的业务工作。今年主要目标也是利润的增长点-----无线网，和一部分的上网费预计利润在_万元;单机多用户系统、集团电话、售饭系统这部分的利润_万元;多功能电子教室、多媒体会议室_万元;其余网络工程部分_万元;新业务部分_万元;电脑部分_万元，人员工资—_万元，能够完成的利润指标，利润_万元。</w:t>
      </w:r>
      <w:r>
        <w:rPr>
          <w:lang w:eastAsia="zh-CN"/>
        </w:rPr>
        <w:br/>
      </w:r>
      <w:r>
        <w:rPr>
          <w:lang w:eastAsia="zh-CN"/>
        </w:rPr>
        <w:t>　　在追求利润完成的同时必须保证工程质量，建立完善的工程验收制度，由客户服务部监督、验收，这样可以激励工程部提高工程质量，从而更好的树立公司形象。</w:t>
      </w:r>
      <w:r>
        <w:rPr>
          <w:lang w:eastAsia="zh-CN"/>
        </w:rPr>
        <w:br/>
      </w:r>
      <w:r>
        <w:rPr>
          <w:lang w:eastAsia="zh-CN"/>
        </w:rPr>
        <w:t>　　四、在管理上下大力度、严格执行公司的各项规章制度、在工作效率、服务意识上上一个层次，树立公司在社会上的形象。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对那些不遵守公司规章制度、懒散的员工决不手软，损坏公司形象的一定严肃处理。</w:t>
      </w:r>
      <w:r>
        <w:rPr>
          <w:lang w:eastAsia="zh-CN"/>
        </w:rPr>
        <w:br/>
      </w:r>
      <w:r>
        <w:rPr>
          <w:lang w:eastAsia="zh-CN"/>
        </w:rPr>
        <w:t>　　五、要建立一个比较完善、健全的管理运行体系。</w:t>
      </w:r>
      <w:r>
        <w:rPr>
          <w:lang w:eastAsia="zh-CN"/>
        </w:rPr>
        <w:br/>
      </w:r>
      <w:r>
        <w:rPr>
          <w:lang w:eastAsia="zh-CN"/>
        </w:rPr>
        <w:t>　　1、从方案的设计、施工、验收、到工程的培训这一流程必须严格、坚决地贯彻执行，客户服务部要坚持不验收合格不进行维修的原则。</w:t>
      </w:r>
      <w:r>
        <w:rPr>
          <w:lang w:eastAsia="zh-CN"/>
        </w:rPr>
        <w:br/>
      </w:r>
      <w:r>
        <w:rPr>
          <w:lang w:eastAsia="zh-CN"/>
        </w:rPr>
        <w:t>　　2、尽量创造出一些固定收入群体，如计算机维修会员制、和比较完备的设备维修收费制度，把一些比较有实力、有经济基础的企事业单位、委办_变成我们长期客户。</w:t>
      </w:r>
      <w:r>
        <w:rPr>
          <w:lang w:eastAsia="zh-CN"/>
        </w:rPr>
        <w:br/>
      </w:r>
      <w:r>
        <w:rPr>
          <w:lang w:eastAsia="zh-CN"/>
        </w:rPr>
        <w:t>　　3、对大型客户要进行定期回访，进行免费技术支持，建立一个比较友好的客户关系。要利用各种手段、媒体，如利用我们自己的主页把公司的收费标准公布出去、从领导到每位员工要贯彻执行。</w:t>
      </w:r>
      <w:r>
        <w:rPr>
          <w:lang w:eastAsia="zh-CN"/>
        </w:rPr>
        <w:br/>
      </w:r>
      <w:r>
        <w:rPr>
          <w:lang w:eastAsia="zh-CN"/>
        </w:rPr>
        <w:t>　　4、服务、维修也能创造利润。近几年工程越来越少、电脑利润越做越薄、竞争越来越激烈，我们可以从服务、维修创造利润，比较看好的有保修期以外的计算机维修市场、打印机维修市场等。</w:t>
      </w:r>
      <w:r>
        <w:rPr>
          <w:lang w:eastAsia="zh-CN"/>
        </w:rPr>
        <w:br/>
      </w:r>
      <w:r>
        <w:rPr>
          <w:lang w:eastAsia="zh-CN"/>
        </w:rPr>
        <w:t>　　六、创造学习的机会。</w:t>
      </w:r>
      <w:r>
        <w:rPr>
          <w:lang w:eastAsia="zh-CN"/>
        </w:rPr>
        <w:br/>
      </w:r>
      <w:r>
        <w:rPr>
          <w:lang w:eastAsia="zh-CN"/>
        </w:rPr>
        <w:t>　　不断为员工提供或创造学习和培训的机会，内部互相学习，互相提高，努力把_公司建成平谷地_计算机的机构。</w:t>
      </w:r>
      <w:r>
        <w:rPr>
          <w:lang w:eastAsia="zh-CN"/>
        </w:rPr>
        <w:br/>
      </w:r>
      <w:r>
        <w:rPr>
          <w:lang w:eastAsia="zh-CN"/>
        </w:rPr>
        <w:t>　　职工培训工作是人力资源开发、干部队伍建设与企业文化建设的重要内容，通过培训，可以统一目标、统一认识、统一步调，提高企业的凝聚力、向心力和战斗力。树立学习风气，不懂得要问，不会的要学。</w:t>
      </w:r>
      <w:r>
        <w:rPr>
          <w:lang w:eastAsia="zh-CN"/>
        </w:rPr>
        <w:br/>
      </w:r>
      <w:r>
        <w:rPr>
          <w:lang w:eastAsia="zh-CN"/>
        </w:rPr>
        <w:t>　　培训内容：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一、爱岗敬业：回顾历史、展望未来，了解企业的光荣传统与奋斗目标，增强使命感与责任感，培养主人翁意识。</w:t>
      </w:r>
      <w:r>
        <w:rPr>
          <w:lang w:eastAsia="zh-CN"/>
        </w:rPr>
        <w:br/>
      </w:r>
      <w:r>
        <w:rPr>
          <w:lang w:eastAsia="zh-CN"/>
        </w:rPr>
        <w:t>　　二、岗位职责：学习公司制度、员工纪律，明确岗位职责、行为规范。</w:t>
      </w:r>
      <w:r>
        <w:rPr>
          <w:lang w:eastAsia="zh-CN"/>
        </w:rPr>
        <w:br/>
      </w:r>
      <w:r>
        <w:rPr>
          <w:lang w:eastAsia="zh-CN"/>
        </w:rPr>
        <w:t>　　三、岗位技能：学习从业技能、工作流程及在岗成才的方法。</w:t>
      </w:r>
      <w:r>
        <w:rPr>
          <w:lang w:eastAsia="zh-CN"/>
        </w:rPr>
        <w:br/>
      </w:r>
      <w:r>
        <w:rPr>
          <w:lang w:eastAsia="zh-CN"/>
        </w:rPr>
        <w:t>　　培训方式：</w:t>
      </w:r>
      <w:r>
        <w:rPr>
          <w:lang w:eastAsia="zh-CN"/>
        </w:rPr>
        <w:br/>
      </w:r>
      <w:r>
        <w:rPr>
          <w:lang w:eastAsia="zh-CN"/>
        </w:rPr>
        <w:t>　　1、公司内部定期不定期安排员工培训。</w:t>
      </w:r>
      <w:r>
        <w:rPr>
          <w:lang w:eastAsia="zh-CN"/>
        </w:rPr>
        <w:br/>
      </w:r>
      <w:r>
        <w:rPr>
          <w:lang w:eastAsia="zh-CN"/>
        </w:rPr>
        <w:t>　　2、积极参与中心或公司组织的管理人员、技术员和全体员工的培训活动。</w:t>
      </w:r>
      <w:r>
        <w:rPr>
          <w:lang w:eastAsia="zh-CN"/>
        </w:rPr>
        <w:br/>
      </w:r>
      <w:r>
        <w:rPr>
          <w:lang w:eastAsia="zh-CN"/>
        </w:rPr>
        <w:t>　　3、培训目标：为员工在岗成才创造条件，为企业提供员工积累。</w:t>
      </w:r>
      <w:r>
        <w:rPr>
          <w:lang w:eastAsia="zh-CN"/>
        </w:rPr>
        <w:br/>
      </w:r>
      <w:r>
        <w:rPr>
          <w:lang w:eastAsia="zh-CN"/>
        </w:rPr>
        <w:t>　　我们是一个团结的集体，具有团队精神的集体，变成一支能够打硬仗的队伍。每个部门、每位员工，岗位明确，责任到人，个人奖金与部门效益直接挂钩。这样一来我们应该既有压力又要有信心，没有信心就不会成功，没有压力就不会使人在各个层面进步、提高。</w:t>
      </w:r>
      <w:r>
        <w:rPr>
          <w:lang w:eastAsia="zh-CN"/>
        </w:rPr>
        <w:br/>
      </w:r>
      <w:r>
        <w:rPr>
          <w:lang w:eastAsia="zh-CN"/>
        </w:rPr>
        <w:t>　　同志们，时间是有限的、尤其是从事我们这个行业的，计算机技术的发展日新月异，一天不学习就会落后，因此现在我们在座的每位职工都应该要有树立时间意识、竞争意识，引用__大精神里的一句话就是要“与时俱进”。</w:t>
      </w:r>
      <w:r>
        <w:rPr>
          <w:lang w:eastAsia="zh-CN"/>
        </w:rPr>
        <w:br/>
      </w:r>
      <w:r>
        <w:rPr>
          <w:lang w:eastAsia="zh-CN"/>
        </w:rPr>
        <w:t>　　公司各个部门应互相配合相互协作、按时按量、完成领导交给我们的各项工作任务，努力去实现本次大会制定的121万利润指标。</w:t>
      </w:r>
      <w:r>
        <w:rPr>
          <w:lang w:eastAsia="zh-CN"/>
        </w:rPr>
        <w:br/>
      </w:r>
      <w:r>
        <w:rPr>
          <w:lang w:eastAsia="zh-CN"/>
        </w:rPr>
        <w:t xml:space="preserve">    电器公司销售工作计划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刚接触这个行业时，在选择客户的问题上走过不少弯路，那是因为对这个行业还不太熟悉，总是选择一些食品行业，但这些企业往往对标签的价格是非常注重的。所以今年不要在选一些只看价格，对质量没要求的客户。没有要求的客户不是好客户。</w:t>
      </w:r>
      <w:r>
        <w:rPr>
          <w:lang w:eastAsia="zh-CN"/>
        </w:rPr>
        <w:br/>
      </w:r>
      <w:r>
        <w:rPr>
          <w:lang w:eastAsia="zh-CN"/>
        </w:rPr>
        <w:t>　　一；对于老客户，和固定客户，要经常保持联系，在有时间有条件的情况下，送一些小礼物或宴请客户，好稳定与客户关系。</w:t>
      </w:r>
      <w:r>
        <w:rPr>
          <w:lang w:eastAsia="zh-CN"/>
        </w:rPr>
        <w:br/>
      </w:r>
      <w:r>
        <w:rPr>
          <w:lang w:eastAsia="zh-CN"/>
        </w:rPr>
        <w:t>　　二；在拥有老客户的同时还要不断从各种媒体获得 客户信息。</w:t>
      </w:r>
      <w:r>
        <w:rPr>
          <w:lang w:eastAsia="zh-CN"/>
        </w:rPr>
        <w:br/>
      </w:r>
      <w:r>
        <w:rPr>
          <w:lang w:eastAsia="zh-CN"/>
        </w:rPr>
        <w:t>　　三；要有好业绩就得加强业务学习，开拓视野，丰富知识，采取多样化形式，把学业务与交流技能向结合。</w:t>
      </w:r>
      <w:r>
        <w:rPr>
          <w:lang w:eastAsia="zh-CN"/>
        </w:rPr>
        <w:br/>
      </w:r>
      <w:r>
        <w:rPr>
          <w:lang w:eastAsia="zh-CN"/>
        </w:rPr>
        <w:t>　　四；今年对自己有以下要求</w:t>
      </w:r>
      <w:r>
        <w:rPr>
          <w:lang w:eastAsia="zh-CN"/>
        </w:rPr>
        <w:br/>
      </w:r>
      <w:r>
        <w:rPr>
          <w:lang w:eastAsia="zh-CN"/>
        </w:rPr>
        <w:t>　　1：每周要增加？个以上的新客户，还要有？到？个潜在客户。</w:t>
      </w:r>
      <w:r>
        <w:rPr>
          <w:lang w:eastAsia="zh-CN"/>
        </w:rPr>
        <w:br/>
      </w:r>
      <w:r>
        <w:rPr>
          <w:lang w:eastAsia="zh-CN"/>
        </w:rPr>
        <w:t>　　2：一周一小结，每月一大结，看看有哪些工作上的失误，及时改正下次不要再犯。</w:t>
      </w:r>
      <w:r>
        <w:rPr>
          <w:lang w:eastAsia="zh-CN"/>
        </w:rPr>
        <w:br/>
      </w:r>
      <w:r>
        <w:rPr>
          <w:lang w:eastAsia="zh-CN"/>
        </w:rPr>
        <w:t>　　3：见客户之前要多了解客户的状态和需求，再做好准备工作才有可能不会丢失这个客户。</w:t>
      </w:r>
      <w:r>
        <w:rPr>
          <w:lang w:eastAsia="zh-CN"/>
        </w:rPr>
        <w:br/>
      </w:r>
      <w:r>
        <w:rPr>
          <w:lang w:eastAsia="zh-CN"/>
        </w:rPr>
        <w:t>　　4：对客户不能有隐瞒和欺骗，这样不会有忠诚的客户。在有些问题上你和客户是一直的。</w:t>
      </w:r>
      <w:r>
        <w:rPr>
          <w:lang w:eastAsia="zh-CN"/>
        </w:rPr>
        <w:br/>
      </w:r>
      <w:r>
        <w:rPr>
          <w:lang w:eastAsia="zh-CN"/>
        </w:rPr>
        <w:t>　　5：要不断加强业务方面的学习，多看书，上网查阅相关资料，与同行们交流，向他们学习更好的方式方法。</w:t>
      </w:r>
      <w:r>
        <w:rPr>
          <w:lang w:eastAsia="zh-CN"/>
        </w:rPr>
        <w:br/>
      </w:r>
      <w:r>
        <w:rPr>
          <w:lang w:eastAsia="zh-CN"/>
        </w:rPr>
        <w:t>　　6：对所有客户的工作态度都要一样，但不能太低三下气。给客户一好印象，为公司树立更好的形象。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7：客户遇到问题，不能置之不理一定要尽全力帮助他们解决。要先做人再做生意，让客户相信我们的工作实力，才能更好的完成任务。</w:t>
      </w:r>
      <w:r>
        <w:rPr>
          <w:lang w:eastAsia="zh-CN"/>
        </w:rPr>
        <w:br/>
      </w:r>
      <w:r>
        <w:rPr>
          <w:lang w:eastAsia="zh-CN"/>
        </w:rPr>
        <w:t>　　8：自信是非常重要的。要经常对自己说你是最好的，你是独一无二的。拥有健康乐观积极向上的工作态度才能更好的完成任务。</w:t>
      </w:r>
      <w:r>
        <w:rPr>
          <w:lang w:eastAsia="zh-CN"/>
        </w:rPr>
        <w:br/>
      </w:r>
      <w:r>
        <w:rPr>
          <w:lang w:eastAsia="zh-CN"/>
        </w:rPr>
        <w:t>　　9：和公司其他员工要有良好的沟通，有团队意识，多交流，多探讨，才能不断增长业务技能。</w:t>
      </w:r>
      <w:r>
        <w:rPr>
          <w:lang w:eastAsia="zh-CN"/>
        </w:rPr>
        <w:br/>
      </w:r>
      <w:r>
        <w:rPr>
          <w:lang w:eastAsia="zh-CN"/>
        </w:rPr>
        <w:t>　　10：为了今年的销售任务每月我要努力完成？到？万元的任务额，为公司创造 利润。</w:t>
      </w:r>
      <w:r>
        <w:rPr>
          <w:lang w:eastAsia="zh-CN"/>
        </w:rPr>
        <w:br/>
      </w:r>
      <w:r>
        <w:rPr>
          <w:lang w:eastAsia="zh-CN"/>
        </w:rPr>
        <w:t xml:space="preserve">    电器公司销售工作计划 篇7 </w:t>
      </w:r>
      <w:r>
        <w:rPr>
          <w:lang w:eastAsia="zh-CN"/>
        </w:rPr>
        <w:br/>
      </w:r>
      <w:r>
        <w:rPr>
          <w:lang w:eastAsia="zh-CN"/>
        </w:rPr>
        <w:t>　　根据公司20__年度__地区总销售额_亿元，销量总量_万套的总目标及公司20__年度的渠道策略做出以下工作计划：</w:t>
      </w:r>
      <w:r>
        <w:rPr>
          <w:lang w:eastAsia="zh-CN"/>
        </w:rPr>
        <w:br/>
      </w:r>
      <w:r>
        <w:rPr>
          <w:lang w:eastAsia="zh-CN"/>
        </w:rPr>
        <w:t>　　一、市场分析</w:t>
      </w:r>
      <w:r>
        <w:rPr>
          <w:lang w:eastAsia="zh-CN"/>
        </w:rPr>
        <w:br/>
      </w:r>
      <w:r>
        <w:rPr>
          <w:lang w:eastAsia="zh-CN"/>
        </w:rPr>
        <w:t>　　空调市场连续几年的价格战逐步启动了。二、三级市场的低端需求，同时随着城市建设和人民生活水平的不断提高以及产品更新换代时期的到来带动了一级市场的持续增长幅度，从而带动了整体市场容量的扩张。20__年度内销总量达到__万套，较20__年度增长__%。20__年度预计可达到__万套。根据行业数据显示全球市场容量在__万套。中国市场容量约为__万套，根据区域市场份额容量的划分，__空调市场的容量约为__万套左右，_万套的销售目标约占市场份额的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目前__在__空调市场的占有率约为__%左右，但根据行业数据显示近几年一直处于“洗牌”阶段，品牌市场占有率将形成高度的集中化。根据公司的实力及20__年度的产品线，公司20__年度销售目标完全有可能实现。20__年中国空调品牌约有__个，到20__年下降到__个左右，年均淘汰率__%。到20__年在__等一线品牌的“围剿”下，中国空调市场活跃的品牌不足__个，淘汰率达__%。20__年度__受到美国指责倾销；科龙遇到财务问题，市场份额急剧下滑。__也受到企业、品牌等方面的不良影响，市场份额也有所下滑。日资品牌如__等品牌在20__年度受到中国人民的强烈抵日情绪的影响，市场份额下划较大。而__空调在__市场则呈现出急速增长的趋势。但__市场基础比较薄弱，团队还比较年轻，品牌影响力还需要巩固与拓展。根据以上情况做以下工作规划。</w:t>
      </w:r>
      <w:r>
        <w:rPr>
          <w:lang w:eastAsia="zh-CN"/>
        </w:rPr>
        <w:br/>
      </w:r>
      <w:r>
        <w:rPr>
          <w:lang w:eastAsia="zh-CN"/>
        </w:rPr>
        <w:t>　　二、工作规划</w:t>
      </w:r>
      <w:r>
        <w:rPr>
          <w:lang w:eastAsia="zh-CN"/>
        </w:rPr>
        <w:br/>
      </w:r>
      <w:r>
        <w:rPr>
          <w:lang w:eastAsia="zh-CN"/>
        </w:rPr>
        <w:t>　　根据以上情况在20__年度计划主抓六项工作：</w:t>
      </w:r>
      <w:r>
        <w:rPr>
          <w:lang w:eastAsia="zh-CN"/>
        </w:rPr>
        <w:br/>
      </w:r>
      <w:r>
        <w:rPr>
          <w:lang w:eastAsia="zh-CN"/>
        </w:rPr>
        <w:t>　　1、销售业绩</w:t>
      </w:r>
      <w:r>
        <w:rPr>
          <w:lang w:eastAsia="zh-CN"/>
        </w:rPr>
        <w:br/>
      </w:r>
      <w:r>
        <w:rPr>
          <w:lang w:eastAsia="zh-CN"/>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lang w:eastAsia="zh-CN"/>
        </w:rPr>
        <w:br/>
      </w:r>
      <w:r>
        <w:rPr>
          <w:lang w:eastAsia="zh-CN"/>
        </w:rPr>
        <w:t>　　2、K/A、代理商管理及关系维护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针对现有的K/A客户、代理商或将拓展的K/A及代理商进行有效管理及关系维护，对各个K/A客户及代理商建立客户档案，了解前期销售情况及实力情况，进行公司的企业文化传播和公司20__年度的新产品传播。此项工作在_月末完成。在旺季结束后和旺季来临前不定时的进行传播。了解各K/A及代理商负责人的基本情况进行定期拜访，进行有效沟通。</w:t>
      </w:r>
      <w:r>
        <w:rPr>
          <w:lang w:eastAsia="zh-CN"/>
        </w:rPr>
        <w:br/>
      </w:r>
      <w:r>
        <w:rPr>
          <w:lang w:eastAsia="zh-CN"/>
        </w:rPr>
        <w:t>　　3、品牌及产品推广</w:t>
      </w:r>
      <w:r>
        <w:rPr>
          <w:lang w:eastAsia="zh-CN"/>
        </w:rPr>
        <w:br/>
      </w:r>
      <w:r>
        <w:rPr>
          <w:lang w:eastAsia="zh-CN"/>
        </w:rPr>
        <w:t>　　品牌及产品推广在20__年至20__年度配合及执行公司的定期品牌宣传及产品推广活动，并策划一些投入成本，较低的公共关系宣传活动，提升品牌形象。如“__空调健康、环保、爱我家”等公益活动。有可能的情况下与各个K/A系统联合进行推广，不但可以扩大影响力，还可以建立良好的客情关系。产品推广主要进行一些“路演”或户外静态展示进行一些产品推广和正常营业推广。</w:t>
      </w:r>
      <w:r>
        <w:rPr>
          <w:lang w:eastAsia="zh-CN"/>
        </w:rPr>
        <w:br/>
      </w:r>
      <w:r>
        <w:rPr>
          <w:lang w:eastAsia="zh-CN"/>
        </w:rPr>
        <w:t>　　4、终端布置（配合业务条线的渠道拓展）</w:t>
      </w:r>
      <w:r>
        <w:rPr>
          <w:lang w:eastAsia="zh-CN"/>
        </w:rPr>
        <w:br/>
      </w:r>
      <w:r>
        <w:rPr>
          <w:lang w:eastAsia="zh-CN"/>
        </w:rPr>
        <w:t>　　根据公司的__年度的销售目标，渠道网点普及还会大量的增加，根据此种情况随时、随地积极配合业务部门的工作，积极配合店中店、园中园、店中柜的形象建设，（根据公司的展台布置六个氛围的要求进行）。积极对促销安排上岗及上样跟踪和产品陈列等工作。此项工作根据公司的业务部门的需要进行开展。布置标准严格按照公司的统一标准。（特殊情况再适时调整）</w:t>
      </w:r>
      <w:r>
        <w:rPr>
          <w:lang w:eastAsia="zh-CN"/>
        </w:rPr>
        <w:br/>
      </w:r>
      <w:r>
        <w:rPr>
          <w:lang w:eastAsia="zh-CN"/>
        </w:rPr>
        <w:t>　　5、促销活动的策划与执行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促销活动的策划及执行主要在20__年_月—_月销售旺季进行，第一严格执行公司的销售促进活动，第二根据届时的市场情况和竞争对手的销售促进活动，灵活策划一些销售促进活动。主题思路以避其优势，攻其劣势，根据公司的产品优势及资源优势，突出重点进行策划与执行。</w:t>
      </w:r>
      <w:r>
        <w:rPr>
          <w:lang w:eastAsia="zh-CN"/>
        </w:rPr>
        <w:br/>
      </w:r>
      <w:r>
        <w:rPr>
          <w:lang w:eastAsia="zh-CN"/>
        </w:rPr>
        <w:t>　　6、团队建设、团队管理、团队培训</w:t>
      </w:r>
      <w:r>
        <w:rPr>
          <w:lang w:eastAsia="zh-CN"/>
        </w:rPr>
        <w:br/>
      </w:r>
      <w:r>
        <w:rPr>
          <w:lang w:eastAsia="zh-CN"/>
        </w:rPr>
        <w:t>　　团队工作分四个阶段进行：</w:t>
      </w:r>
      <w:r>
        <w:rPr>
          <w:lang w:eastAsia="zh-CN"/>
        </w:rPr>
        <w:br/>
      </w:r>
      <w:r>
        <w:rPr>
          <w:lang w:eastAsia="zh-CN"/>
        </w:rPr>
        <w:t>　　第一阶段：_月__日—_月__日A、有的促销员进行重点排查，进行量化考核。清除部分能力底下的人员，重点保留在__人左右，进行重点培养。B、制定相关的团队管理制度及权责分明明晰和工作范围明晰，完善促销员的工作报表。C、完成__空调系统培训资料。</w:t>
      </w:r>
      <w:r>
        <w:rPr>
          <w:lang w:eastAsia="zh-CN"/>
        </w:rPr>
        <w:br/>
      </w:r>
      <w:r>
        <w:rPr>
          <w:lang w:eastAsia="zh-CN"/>
        </w:rPr>
        <w:t>　　第二阶段_月_号—20__年_月_日第二阶段主要是对主力团队进行系统的强化培训，配合公司的品牌及产品的推广活动及策划系列品牌及产品宣传活动，并协作业务部门进行网点扩张，积极进行终端布置建设，并保持与原有？端的有效沟通，维护好终端关系。</w:t>
      </w:r>
      <w:r>
        <w:rPr>
          <w:lang w:eastAsia="zh-CN"/>
        </w:rPr>
        <w:br/>
      </w:r>
      <w:r>
        <w:rPr>
          <w:lang w:eastAsia="zh-CN"/>
        </w:rPr>
        <w:t xml:space="preserve">    电器公司销售工作计划 篇8 </w:t>
      </w:r>
      <w:r>
        <w:rPr>
          <w:lang w:eastAsia="zh-CN"/>
        </w:rPr>
        <w:br/>
      </w:r>
      <w:r>
        <w:rPr>
          <w:lang w:eastAsia="zh-CN"/>
        </w:rPr>
        <w:t>　　我是从事销售工作的，为了实现明年的计划目标，结合公司和市场实际情况，特制定工作计划如下：</w:t>
      </w:r>
      <w:r>
        <w:rPr>
          <w:lang w:eastAsia="zh-CN"/>
        </w:rPr>
        <w:br/>
      </w:r>
      <w:r>
        <w:rPr>
          <w:lang w:eastAsia="zh-CN"/>
        </w:rPr>
        <w:t>　　1、建立一支熟悉业务，比较稳定的销售团队。</w:t>
      </w:r>
      <w:r>
        <w:rPr>
          <w:lang w:eastAsia="zh-CN"/>
        </w:rPr>
        <w:br/>
      </w:r>
      <w:r>
        <w:rPr>
          <w:lang w:eastAsia="zh-CN"/>
        </w:rPr>
        <w:t>　　人才是企业最宝贵的资源，一切销售业绩都起源于有一个好的销售人员。没错，先制定出销售人员个人工作计划并监督完成。建立一支具有凝聚力，合作精神的销售团队是我们现在的一个重点。在工作中建立一个和谐，具有杀伤力的销售团队应作为一项主要的工作来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2、完善销售制度，建立一套明确系统的业务管理办法。</w:t>
      </w:r>
      <w:r>
        <w:rPr>
          <w:lang w:eastAsia="zh-CN"/>
        </w:rPr>
        <w:br/>
      </w:r>
      <w:r>
        <w:rPr>
          <w:lang w:eastAsia="zh-CN"/>
        </w:rPr>
        <w:t>　　销售管理是企业的老大难问题，销售人员出差，见客户处于放任自流的状态。完善销售管理制度的目的是让销售人员在工作中发挥主观能动性，对工作有较强的责任心，提高销售人员的主人公意识。</w:t>
      </w:r>
      <w:r>
        <w:rPr>
          <w:lang w:eastAsia="zh-CN"/>
        </w:rPr>
        <w:br/>
      </w:r>
      <w:r>
        <w:rPr>
          <w:lang w:eastAsia="zh-CN"/>
        </w:rPr>
        <w:t>　　3、培养销售人员发现问题，总结问题，不断自我提高的习惯。</w:t>
      </w:r>
      <w:r>
        <w:rPr>
          <w:lang w:eastAsia="zh-CN"/>
        </w:rPr>
        <w:br/>
      </w:r>
      <w:r>
        <w:rPr>
          <w:lang w:eastAsia="zh-CN"/>
        </w:rPr>
        <w:t>　　培养销售人员发现问题，总结问题目的在于提高销售人员综合素质，在工作中能发现问题总结问题并能提出自己的看法和建议，业务能力提高到一个成熟业务员的档次。</w:t>
      </w:r>
      <w:r>
        <w:rPr>
          <w:lang w:eastAsia="zh-CN"/>
        </w:rPr>
        <w:br/>
      </w:r>
      <w:r>
        <w:rPr>
          <w:lang w:eastAsia="zh-CN"/>
        </w:rPr>
        <w:t>　　4、市场分析。</w:t>
      </w:r>
      <w:r>
        <w:rPr>
          <w:lang w:eastAsia="zh-CN"/>
        </w:rPr>
        <w:br/>
      </w:r>
      <w:r>
        <w:rPr>
          <w:lang w:eastAsia="zh-CN"/>
        </w:rPr>
        <w:t>　　也就是根据我们所了解到的市场情况，对我们公司产品的卖点，消费体，销量等进行适当的定位。</w:t>
      </w:r>
      <w:r>
        <w:rPr>
          <w:lang w:eastAsia="zh-CN"/>
        </w:rPr>
        <w:br/>
      </w:r>
      <w:r>
        <w:rPr>
          <w:lang w:eastAsia="zh-CN"/>
        </w:rPr>
        <w:t>　　5、销售方式。</w:t>
      </w:r>
      <w:r>
        <w:rPr>
          <w:lang w:eastAsia="zh-CN"/>
        </w:rPr>
        <w:br/>
      </w:r>
      <w:r>
        <w:rPr>
          <w:lang w:eastAsia="zh-CN"/>
        </w:rPr>
        <w:t>　　就是找出适合我们公司产品销售的模式和方法。</w:t>
      </w:r>
      <w:r>
        <w:rPr>
          <w:lang w:eastAsia="zh-CN"/>
        </w:rPr>
        <w:br/>
      </w:r>
      <w:r>
        <w:rPr>
          <w:lang w:eastAsia="zh-CN"/>
        </w:rPr>
        <w:t>　　6、销售目标</w:t>
      </w:r>
      <w:r>
        <w:rPr>
          <w:lang w:eastAsia="zh-CN"/>
        </w:rPr>
        <w:br/>
      </w:r>
      <w:r>
        <w:rPr>
          <w:lang w:eastAsia="zh-CN"/>
        </w:rPr>
        <w:t>　　根据公司下达的销售任务，把任务根据具体情况分解到每月，每周，每日；以每月，每周，每日的销售目标分解到各个销售人员身上，完成各个时间段的销售任务。并在完成销售任务的基础上提高销售业绩。</w:t>
      </w:r>
      <w:r>
        <w:rPr>
          <w:lang w:eastAsia="zh-CN"/>
        </w:rPr>
        <w:br/>
      </w:r>
      <w:r>
        <w:rPr>
          <w:lang w:eastAsia="zh-CN"/>
        </w:rPr>
        <w:t>　　7、客户管理。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就是对一开发的客户如何进行服务和怎样促使他们提高销售或购买；对潜在客户怎样进行跟进。根据我以往的销售过程中遇到的一些问题，约好的客户突然改变行程，毁约，使计划好的行程被打乱，不能完成出差的目的。造成时间，资金上的浪费。我希望领导能多注意这方面的工作！</w:t>
      </w:r>
      <w:r>
        <w:rPr>
          <w:lang w:eastAsia="zh-CN"/>
        </w:rPr>
        <w:br/>
      </w:r>
      <w:r>
        <w:rPr>
          <w:lang w:eastAsia="zh-CN"/>
        </w:rPr>
        <w:t xml:space="preserve">    电器公司销售工作计划 篇9 </w:t>
      </w:r>
      <w:r>
        <w:rPr>
          <w:lang w:eastAsia="zh-CN"/>
        </w:rPr>
        <w:br/>
      </w:r>
      <w:r>
        <w:rPr>
          <w:lang w:eastAsia="zh-CN"/>
        </w:rPr>
        <w:t>　　自从做业务以来负责__销售区域工作以来，在这过程中我学会了很多很多。包括和顾客之间的言谈举止，自己的口才得到了锻炼，自己的胆量得到了很大的提升。20__年，新的一年，新的开端，为更好的完成公司所安排的销售任务，现制定20__年个人销售工作计划如下：</w:t>
      </w:r>
      <w:r>
        <w:rPr>
          <w:lang w:eastAsia="zh-CN"/>
        </w:rPr>
        <w:br/>
      </w:r>
      <w:r>
        <w:rPr>
          <w:lang w:eastAsia="zh-CN"/>
        </w:rPr>
        <w:t>　　一、工作的想法：</w:t>
      </w:r>
      <w:r>
        <w:rPr>
          <w:lang w:eastAsia="zh-CN"/>
        </w:rPr>
        <w:br/>
      </w:r>
      <w:r>
        <w:rPr>
          <w:lang w:eastAsia="zh-CN"/>
        </w:rPr>
        <w:t>　　1、对于老顾客，和固定顾客，要经常保持联系，在有时间有条件的情况下，送一些小礼物或宴请顾客，好稳定与顾客关系。</w:t>
      </w:r>
      <w:r>
        <w:rPr>
          <w:lang w:eastAsia="zh-CN"/>
        </w:rPr>
        <w:br/>
      </w:r>
      <w:r>
        <w:rPr>
          <w:lang w:eastAsia="zh-CN"/>
        </w:rPr>
        <w:t>　　2、在拥有老顾客的同时还要不断从各种媒体获得更多顾客信息，包括货站的基本信息。</w:t>
      </w:r>
      <w:r>
        <w:rPr>
          <w:lang w:eastAsia="zh-CN"/>
        </w:rPr>
        <w:br/>
      </w:r>
      <w:r>
        <w:rPr>
          <w:lang w:eastAsia="zh-CN"/>
        </w:rPr>
        <w:t>　　3、要有好业绩就得加强业务学习，开拓视野，丰富知识，采取多样化形式，把学业务与交流技能向结合。</w:t>
      </w:r>
      <w:r>
        <w:rPr>
          <w:lang w:eastAsia="zh-CN"/>
        </w:rPr>
        <w:br/>
      </w:r>
      <w:r>
        <w:rPr>
          <w:lang w:eastAsia="zh-CN"/>
        </w:rPr>
        <w:t>　　二、主要工作：</w:t>
      </w:r>
      <w:r>
        <w:rPr>
          <w:lang w:eastAsia="zh-CN"/>
        </w:rPr>
        <w:br/>
      </w:r>
      <w:r>
        <w:rPr>
          <w:lang w:eastAsia="zh-CN"/>
        </w:rPr>
        <w:t>　　1、每月要增加至少15个以上的新顾客，还要有5到10个潜在顾客。</w:t>
      </w:r>
      <w:r>
        <w:rPr>
          <w:lang w:eastAsia="zh-CN"/>
        </w:rPr>
        <w:br/>
      </w:r>
      <w:r>
        <w:rPr>
          <w:lang w:eastAsia="zh-CN"/>
        </w:rPr>
        <w:t>　　2、每月一个总结，看看自己有哪些工作上的失误，及时改正下次不要再犯。并及时和内勤沟通，得到单位的最新情况和政策上的支持。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3、见顾客之前要多了解顾客的状态和需求，再做好准备工作才有可能不会丢失这个顾客。</w:t>
      </w:r>
      <w:r>
        <w:rPr>
          <w:lang w:eastAsia="zh-CN"/>
        </w:rPr>
        <w:br/>
      </w:r>
      <w:r>
        <w:rPr>
          <w:lang w:eastAsia="zh-CN"/>
        </w:rPr>
        <w:t>　　4、对所有顾客的都要有一个很好的工作态度，但是对有一些顾客提出的无理要求上，决不能在低三下气。要为公司树立良好的形企业形象。</w:t>
      </w:r>
      <w:r>
        <w:rPr>
          <w:lang w:eastAsia="zh-CN"/>
        </w:rPr>
        <w:br/>
      </w:r>
      <w:r>
        <w:rPr>
          <w:lang w:eastAsia="zh-CN"/>
        </w:rPr>
        <w:t>　　5、顾客遇到问题，不能置之不理一定要尽全力帮助他们解决。要先做人再做事，让顾客相信我们的工作实力，才能更好的完成任务。</w:t>
      </w:r>
      <w:r>
        <w:rPr>
          <w:lang w:eastAsia="zh-CN"/>
        </w:rPr>
        <w:br/>
      </w:r>
      <w:r>
        <w:rPr>
          <w:lang w:eastAsia="zh-CN"/>
        </w:rPr>
        <w:t>　　6、要对公司和自己有足够的信心。拥有健康、乐观、积极向上的工作态度，这样才能更好的完成全年任务。</w:t>
      </w:r>
      <w:r>
        <w:rPr>
          <w:lang w:eastAsia="zh-CN"/>
        </w:rPr>
        <w:br/>
      </w:r>
      <w:r>
        <w:rPr>
          <w:lang w:eastAsia="zh-CN"/>
        </w:rPr>
        <w:t>　　7、与其他地区业务和内勤进行交流，有团队意识，这样才能更好的了解最新的产品情况和他们方式方法。才能不断增长业务技能。</w:t>
      </w:r>
      <w:r>
        <w:rPr>
          <w:lang w:eastAsia="zh-CN"/>
        </w:rPr>
        <w:br/>
      </w:r>
      <w:r>
        <w:rPr>
          <w:lang w:eastAsia="zh-CN"/>
        </w:rPr>
        <w:t>　　以上就是我这一年的工作计划，工作中总会有各种各样的困难，我会向领导请示，向其他的业务员探讨，和__研究顾客心里，共同努力克服，为自己开创一片新的天空，为公司做出自己最大的贡献。</w:t>
      </w:r>
      <w:r>
        <w:rPr>
          <w:lang w:eastAsia="zh-CN"/>
        </w:rPr>
        <w:br/>
      </w:r>
      <w:r>
        <w:rPr>
          <w:lang w:eastAsia="zh-CN"/>
        </w:rPr>
        <w:t xml:space="preserve">    电器公司销售工作计划 篇10 </w:t>
      </w:r>
      <w:r>
        <w:rPr>
          <w:lang w:eastAsia="zh-CN"/>
        </w:rPr>
        <w:br/>
      </w:r>
      <w:r>
        <w:rPr>
          <w:lang w:eastAsia="zh-CN"/>
        </w:rPr>
        <w:t>　　20__年已经来了，作为公司销售助理的我，有很多的工作需要我去做。在总结了自己在20__年的工作后，我发现了自己不足之处，我想我在20__年的工作中会努力的改正的，不过现在的情况是这样的，即使不能够全部改正，努力去改就好了。在新的一年，我会继续不断的努力工作，相信我在20__年会做的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产品的摆放，接下来新的一年里我会尽量跟北京办事处这边的人员沟通，使得这边仓库整洁规范。这个问题解决之后。对于库存方面会更好。可以方便清楚的知道哪些品销量?库存不足，哪些产品积压库存。对于积压库存产品还是较少的，我会及时每月请点一遍，如有积压库存产品，我会及时与总公司有关部门协商，或者与北京部这边的销售人员协商，想办法清理掉这些产品。</w:t>
      </w:r>
      <w:r>
        <w:rPr>
          <w:lang w:eastAsia="zh-CN"/>
        </w:rPr>
        <w:br/>
      </w:r>
      <w:r>
        <w:rPr>
          <w:lang w:eastAsia="zh-CN"/>
        </w:rPr>
        <w:t>　　产品价格方面跟一些产品包装问题，我会多跟总公司有关部门沟通，公司产品价格的升降能够争取在第一时间知道，将最新的信息传达给北京部的销售员，使得公司产品的销量更好!</w:t>
      </w:r>
      <w:r>
        <w:rPr>
          <w:lang w:eastAsia="zh-CN"/>
        </w:rPr>
        <w:br/>
      </w:r>
      <w:r>
        <w:rPr>
          <w:lang w:eastAsia="zh-CN"/>
        </w:rPr>
        <w:t>　　对于自己能力的问题。我会虚心讨教，自己在业余时间报读一些培训班。加强锻炼，让自己自身的能力得到提高。素质也能够进一步提高!</w:t>
      </w:r>
      <w:r>
        <w:rPr>
          <w:lang w:eastAsia="zh-CN"/>
        </w:rPr>
        <w:br/>
      </w:r>
      <w:r>
        <w:rPr>
          <w:lang w:eastAsia="zh-CN"/>
        </w:rPr>
        <w:t>　　我的计划主要分为两大部分:</w:t>
      </w:r>
      <w:r>
        <w:rPr>
          <w:lang w:eastAsia="zh-CN"/>
        </w:rPr>
        <w:br/>
      </w:r>
      <w:r>
        <w:rPr>
          <w:lang w:eastAsia="zh-CN"/>
        </w:rPr>
        <w:t>　　1、把握的不是很好。这一年我会把严，尽量的避免风险。3、及时准确登记银行、现金日记账，做到日清月结。4、做好办事处职工的工资、补助的统计汇总，做好工资、补助的发放工作。另外。我现在在这边已经稳定下来了。我在打算报读一些培训班。加强一下，到时假如条件不答应的话，我也会买一些书来自己自习!</w:t>
      </w:r>
      <w:r>
        <w:rPr>
          <w:lang w:eastAsia="zh-CN"/>
        </w:rPr>
        <w:br/>
      </w:r>
      <w:r>
        <w:rPr>
          <w:lang w:eastAsia="zh-CN"/>
        </w:rPr>
        <w:t>　　回顾20__年还存在的问题，有以下5点:</w:t>
      </w:r>
      <w:r>
        <w:rPr>
          <w:lang w:eastAsia="zh-CN"/>
        </w:rPr>
        <w:br/>
      </w:r>
      <w:r>
        <w:rPr>
          <w:lang w:eastAsia="zh-CN"/>
        </w:rPr>
        <w:t>　　1、与总公司洽谈还不到位。包装跟一些产品价格还没洽谈好。</w:t>
      </w:r>
      <w:r>
        <w:rPr>
          <w:lang w:eastAsia="zh-CN"/>
        </w:rPr>
        <w:br/>
      </w:r>
      <w:r>
        <w:rPr>
          <w:lang w:eastAsia="zh-CN"/>
        </w:rPr>
        <w:t>　　2、自己的能力跟素质不够高。</w:t>
      </w:r>
      <w:r>
        <w:rPr>
          <w:lang w:eastAsia="zh-CN"/>
        </w:rPr>
        <w:br/>
      </w:r>
      <w:r>
        <w:rPr>
          <w:lang w:eastAsia="zh-CN"/>
        </w:rPr>
        <w:t>　　3、仓库产品的实际数量跟erp数量还没能</w:t>
      </w:r>
      <w:r>
        <w:rPr>
          <w:lang w:eastAsia="zh-CN"/>
        </w:rPr>
        <w:br/>
      </w:r>
      <w:r>
        <w:rPr>
          <w:lang w:eastAsia="zh-CN"/>
        </w:rPr>
        <w:t>　　够完全准确的对上数。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4、返修货的处理还不得当，经常拖欠客户的，导致给客户留下售后服务不到位的印象。</w:t>
      </w:r>
      <w:r>
        <w:rPr>
          <w:lang w:eastAsia="zh-CN"/>
        </w:rPr>
        <w:br/>
      </w:r>
      <w:r>
        <w:rPr>
          <w:lang w:eastAsia="zh-CN"/>
        </w:rPr>
        <w:t>　　5、产品的摆放比较混乱。积压库存的产品，对于这5点存在问题，将会在下一年计划尽快解决，对于实际库存与erp账面库存的问题，我会采用”一帐一人一事”的方法解决这个问题，返修货问题，我会与总公司有关部门协商。洽谈，尽快将这个问题落实解决!</w:t>
      </w:r>
      <w:r>
        <w:rPr>
          <w:lang w:eastAsia="zh-CN"/>
        </w:rPr>
        <w:br/>
      </w:r>
      <w:r>
        <w:rPr>
          <w:lang w:eastAsia="zh-CN"/>
        </w:rPr>
        <w:t>　　20__年其实并不好过，因为金融危机的影响，公司的发展受到了很大的限制，公司的业务也不是很好了，这些都是存在的现实问题。在今年的工作中，我会努力配合好与上面的领导之间的工作关系，一定要做的更好，这些都是作为助理的我应该做到了，我相信20__年我会工作的更好！</w:t>
      </w:r>
      <w:r>
        <w:rPr>
          <w:lang w:eastAsia="zh-CN"/>
        </w:rPr>
        <w:br/>
      </w:r>
      <w:r>
        <w:rPr>
          <w:lang w:eastAsia="zh-CN"/>
        </w:rPr>
        <w:t xml:space="preserve">    电器公司销售工作计划 篇11 </w:t>
      </w:r>
      <w:r>
        <w:rPr>
          <w:lang w:eastAsia="zh-CN"/>
        </w:rPr>
        <w:br/>
      </w:r>
      <w:r>
        <w:rPr>
          <w:lang w:eastAsia="zh-CN"/>
        </w:rPr>
        <w:t>　　20__年工作目标如下：</w:t>
      </w:r>
      <w:r>
        <w:rPr>
          <w:lang w:eastAsia="zh-CN"/>
        </w:rPr>
        <w:br/>
      </w:r>
      <w:r>
        <w:rPr>
          <w:lang w:eastAsia="zh-CN"/>
        </w:rPr>
        <w:t>　　一;对于老客户，和固定客户，要经常保持联系，在有时间有条件的情况下，送一些小礼物或宴请客户，好稳定与客户关系。</w:t>
      </w:r>
      <w:r>
        <w:rPr>
          <w:lang w:eastAsia="zh-CN"/>
        </w:rPr>
        <w:br/>
      </w:r>
      <w:r>
        <w:rPr>
          <w:lang w:eastAsia="zh-CN"/>
        </w:rPr>
        <w:t>　　二;在拥有老客户的同时还要不断从各种媒体获得客户信息。</w:t>
      </w:r>
      <w:r>
        <w:rPr>
          <w:lang w:eastAsia="zh-CN"/>
        </w:rPr>
        <w:br/>
      </w:r>
      <w:r>
        <w:rPr>
          <w:lang w:eastAsia="zh-CN"/>
        </w:rPr>
        <w:t>　　三;要有好业绩就得加强业务学习，开拓视野，丰富知识，采取多样化形式，把学业务与交流技能向结合。</w:t>
      </w:r>
      <w:r>
        <w:rPr>
          <w:lang w:eastAsia="zh-CN"/>
        </w:rPr>
        <w:br/>
      </w:r>
      <w:r>
        <w:rPr>
          <w:lang w:eastAsia="zh-CN"/>
        </w:rPr>
        <w:t>　　四;今年对自己有以下要求</w:t>
      </w:r>
      <w:r>
        <w:rPr>
          <w:lang w:eastAsia="zh-CN"/>
        </w:rPr>
        <w:br/>
      </w:r>
      <w:r>
        <w:rPr>
          <w:lang w:eastAsia="zh-CN"/>
        </w:rPr>
        <w:t>　　1：每周要增加2个以上的新客户，还要有到_个潜在客户。</w:t>
      </w:r>
      <w:r>
        <w:rPr>
          <w:lang w:eastAsia="zh-CN"/>
        </w:rPr>
        <w:br/>
      </w:r>
      <w:r>
        <w:rPr>
          <w:lang w:eastAsia="zh-CN"/>
        </w:rPr>
        <w:t>　　2：一周一小结，每月一大结，看看有哪些工作上的失误，及时改正下次不要再犯。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3：见客户之前要多了解客户的状态和需求，再做好准备工作才有可能不会丢失这个客户。</w:t>
      </w:r>
      <w:r>
        <w:rPr>
          <w:lang w:eastAsia="zh-CN"/>
        </w:rPr>
        <w:br/>
      </w:r>
      <w:r>
        <w:rPr>
          <w:lang w:eastAsia="zh-CN"/>
        </w:rPr>
        <w:t>　　4：对客户不能有隐瞒和欺骗，这样不会有忠诚的客户。在有些问题上你和客户是一直的。</w:t>
      </w:r>
      <w:r>
        <w:rPr>
          <w:lang w:eastAsia="zh-CN"/>
        </w:rPr>
        <w:br/>
      </w:r>
      <w:r>
        <w:rPr>
          <w:lang w:eastAsia="zh-CN"/>
        </w:rPr>
        <w:t>　　5：要不断加强业务方面的学习，多看书，上网查阅相关资料，与同行们交流，向他们学习更好的方式方法。</w:t>
      </w:r>
      <w:r>
        <w:rPr>
          <w:lang w:eastAsia="zh-CN"/>
        </w:rPr>
        <w:br/>
      </w:r>
      <w:r>
        <w:rPr>
          <w:lang w:eastAsia="zh-CN"/>
        </w:rPr>
        <w:t>　　6：对所有客户的工作态度都要一样，但不能太低三(!)下气。给客户一好印象，为公司树立更好的形象。</w:t>
      </w:r>
      <w:r>
        <w:rPr>
          <w:lang w:eastAsia="zh-CN"/>
        </w:rPr>
        <w:br/>
      </w:r>
      <w:r>
        <w:rPr>
          <w:lang w:eastAsia="zh-CN"/>
        </w:rPr>
        <w:t>　　7：客户遇到问题，不能置之不理一定要尽全力帮助他们解决。要先做人再做生意，让客户相信我们的工作实力，才能更好的完成任务。</w:t>
      </w:r>
      <w:r>
        <w:rPr>
          <w:lang w:eastAsia="zh-CN"/>
        </w:rPr>
        <w:br/>
      </w:r>
      <w:r>
        <w:rPr>
          <w:lang w:eastAsia="zh-CN"/>
        </w:rPr>
        <w:t>　　8：自信是非常重要的。要经常对自己说你是最好的，你是独一无二的。拥有健康乐观积极向上的工作态度才能更好的完成任务。</w:t>
      </w:r>
      <w:r>
        <w:rPr>
          <w:lang w:eastAsia="zh-CN"/>
        </w:rPr>
        <w:br/>
      </w:r>
      <w:r>
        <w:rPr>
          <w:lang w:eastAsia="zh-CN"/>
        </w:rPr>
        <w:t>　　9：和公司其他员工要有良好的沟通，有团队意识，多交流，多探讨，才能不断增长业务技能。</w:t>
      </w:r>
      <w:r>
        <w:rPr>
          <w:lang w:eastAsia="zh-CN"/>
        </w:rPr>
        <w:br/>
      </w:r>
      <w:r>
        <w:rPr>
          <w:lang w:eastAsia="zh-CN"/>
        </w:rPr>
        <w:t>　　10：为了今年的销售任务每月我要努力完成达到_万元的任务额，为公司创造 利润。</w:t>
      </w:r>
      <w:r>
        <w:rPr>
          <w:lang w:eastAsia="zh-CN"/>
        </w:rPr>
        <w:br/>
      </w:r>
      <w:r>
        <w:rPr>
          <w:lang w:eastAsia="zh-CN"/>
        </w:rPr>
        <w:t>　　以上就是20__年的个人销售工作目标，工作中总会有各种各样的困难，我会向领导请示，向同事探讨，共同努力克服。为公司做出自己最大的贡献。</w:t>
      </w:r>
      <w:r>
        <w:rPr>
          <w:lang w:eastAsia="zh-CN"/>
        </w:rPr>
        <w:br/>
      </w:r>
      <w:r>
        <w:rPr>
          <w:lang w:eastAsia="zh-CN"/>
        </w:rPr>
        <w:t>　　1.</w:t>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建议公司生产的所有产品能拟定产品详细资料，一方面可对灯具的所有详细资料进行记载，以完善资料，另一方面可方便销售人员在向客人介绍产品时更清楚和肯定地向客人介绍产品的各种的性能、材质、优势等，使得客人更加相信我们的专业水平和实力;</w:t>
      </w:r>
      <w:r>
        <w:rPr>
          <w:lang w:eastAsia="zh-CN"/>
        </w:rPr>
        <w:br/>
      </w:r>
      <w:r>
        <w:rPr>
          <w:lang w:eastAsia="zh-CN"/>
        </w:rPr>
        <w:t>　　2. 适应东南亚区域国家的新产品开发较缓慢，建议每个月开发1款(1个系列)新产品，以吸引客户眼球，赚取高的利润空间;</w:t>
      </w:r>
      <w:r>
        <w:rPr>
          <w:lang w:eastAsia="zh-CN"/>
        </w:rPr>
        <w:br/>
      </w:r>
      <w:r>
        <w:rPr>
          <w:lang w:eastAsia="zh-CN"/>
        </w:rPr>
        <w:t>　　随着公司和市场不断快速发展，可以预料我们今后的工作将更加繁重，要求也更高，需掌握的知识更高更广。为此，我将更加努力学习，提高文化素质和各种工作技能，为公司尽应有的贡献。</w:t>
      </w:r>
      <w:r>
        <w:rPr>
          <w:lang w:eastAsia="zh-CN"/>
        </w:rPr>
        <w:br/>
      </w:r>
      <w:r>
        <w:rPr>
          <w:lang w:eastAsia="zh-CN"/>
        </w:rPr>
        <w:t xml:space="preserve">    电器公司销售工作计划 篇12 </w:t>
      </w:r>
      <w:r>
        <w:rPr>
          <w:lang w:eastAsia="zh-CN"/>
        </w:rPr>
        <w:br/>
      </w:r>
      <w:r>
        <w:rPr>
          <w:lang w:eastAsia="zh-CN"/>
        </w:rPr>
        <w:t>　　20__年，我将一如既往地按照公司的要求，在20__年的工作基础上，本着“多沟通、多协调、积极主动、创造性地开展工作”的指导思想，确立工作目标，全面开展__年度的工作。现制定工作划如下：</w:t>
      </w:r>
      <w:r>
        <w:rPr>
          <w:lang w:eastAsia="zh-CN"/>
        </w:rPr>
        <w:br/>
      </w:r>
      <w:r>
        <w:rPr>
          <w:lang w:eastAsia="zh-CN"/>
        </w:rPr>
        <w:t>　　1、对于老客户，和固定客户，要经常保持联系，在有时间有条件的情况下，送一些小礼物或宴请客户，好稳定与客户关系；</w:t>
      </w:r>
      <w:r>
        <w:rPr>
          <w:lang w:eastAsia="zh-CN"/>
        </w:rPr>
        <w:br/>
      </w:r>
      <w:r>
        <w:rPr>
          <w:lang w:eastAsia="zh-CN"/>
        </w:rPr>
        <w:t>　　2、在拥有老客户的同时还要不断从各种媒体获得更多客户信息；</w:t>
      </w:r>
      <w:r>
        <w:rPr>
          <w:lang w:eastAsia="zh-CN"/>
        </w:rPr>
        <w:br/>
      </w:r>
      <w:r>
        <w:rPr>
          <w:lang w:eastAsia="zh-CN"/>
        </w:rPr>
        <w:t>　　3、要有好业绩就得加强业务学习，开拓视野，丰富知识，采取多样化形式，把学业务与交流技能向结合；</w:t>
      </w:r>
      <w:r>
        <w:rPr>
          <w:lang w:eastAsia="zh-CN"/>
        </w:rPr>
        <w:br/>
      </w:r>
      <w:r>
        <w:rPr>
          <w:lang w:eastAsia="zh-CN"/>
        </w:rPr>
        <w:t>　　4、今年对自己有以下要求</w:t>
      </w:r>
      <w:r>
        <w:rPr>
          <w:lang w:eastAsia="zh-CN"/>
        </w:rPr>
        <w:br/>
      </w:r>
      <w:r>
        <w:rPr>
          <w:lang w:eastAsia="zh-CN"/>
        </w:rPr>
        <w:t>　　（1）每月要增加1个以上的新客户，还要有到个潜在客户；</w:t>
      </w:r>
      <w:r>
        <w:rPr>
          <w:lang w:eastAsia="zh-CN"/>
        </w:rPr>
        <w:br/>
      </w:r>
      <w:r>
        <w:rPr>
          <w:lang w:eastAsia="zh-CN"/>
        </w:rPr>
        <w:t>　　（2）一周一小结，每月一大结，看看有哪些工作上的失误，及时改正下次不要再犯；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（3）见客户之前要多了解客户的状态和需求，再做好准备工作才有可能不会丢失这个客户；</w:t>
      </w:r>
      <w:r>
        <w:rPr>
          <w:lang w:eastAsia="zh-CN"/>
        </w:rPr>
        <w:br/>
      </w:r>
      <w:r>
        <w:rPr>
          <w:lang w:eastAsia="zh-CN"/>
        </w:rPr>
        <w:t>　　（4）对客户不能有隐瞒和欺骗，这样不会有忠诚的客户。在有些问题上你和客户是一直的；</w:t>
      </w:r>
      <w:r>
        <w:rPr>
          <w:lang w:eastAsia="zh-CN"/>
        </w:rPr>
        <w:br/>
      </w:r>
      <w:r>
        <w:rPr>
          <w:lang w:eastAsia="zh-CN"/>
        </w:rPr>
        <w:t>　　（5）要不断加强业务方面的学习，多看书，上网查阅相关资料，与同行们交流，向他们学习更好的方式方法；</w:t>
      </w:r>
      <w:r>
        <w:rPr>
          <w:lang w:eastAsia="zh-CN"/>
        </w:rPr>
        <w:br/>
      </w:r>
      <w:r>
        <w:rPr>
          <w:lang w:eastAsia="zh-CN"/>
        </w:rPr>
        <w:t>　　（6）对所有客户的工作态度都要一样，但不能太低三下气。给客户一好印象，为公司树立更好的形象；</w:t>
      </w:r>
      <w:r>
        <w:rPr>
          <w:lang w:eastAsia="zh-CN"/>
        </w:rPr>
        <w:br/>
      </w:r>
      <w:r>
        <w:rPr>
          <w:lang w:eastAsia="zh-CN"/>
        </w:rPr>
        <w:t>　　（7）客户遇到问题，不能置之不理一定要尽全力帮助他们解决。要先做人再做生意，让客户相信我们的工作实力，才能更好的完成任务；</w:t>
      </w:r>
      <w:r>
        <w:rPr>
          <w:lang w:eastAsia="zh-CN"/>
        </w:rPr>
        <w:br/>
      </w:r>
      <w:r>
        <w:rPr>
          <w:lang w:eastAsia="zh-CN"/>
        </w:rPr>
        <w:t>　　（8）自信是非常重要的。要经常对自己说你是最好的，你是独一无二的。拥有健康乐观积极向上的工作态度才能更好的完成任务；</w:t>
      </w:r>
      <w:r>
        <w:rPr>
          <w:lang w:eastAsia="zh-CN"/>
        </w:rPr>
        <w:br/>
      </w:r>
      <w:r>
        <w:rPr>
          <w:lang w:eastAsia="zh-CN"/>
        </w:rPr>
        <w:t>　　（9）和公司其他员工要有良好的沟通，有团队意识，多交流，多探讨，才能不断增长业务技能；</w:t>
      </w:r>
      <w:r>
        <w:rPr>
          <w:lang w:eastAsia="zh-CN"/>
        </w:rPr>
        <w:br/>
      </w:r>
      <w:r>
        <w:rPr>
          <w:lang w:eastAsia="zh-CN"/>
        </w:rPr>
        <w:t>　　（10）为了今年的.销售任务我要努力完成6000台的任务额，为公司创造更多利润。</w:t>
      </w:r>
      <w:r>
        <w:rPr>
          <w:lang w:eastAsia="zh-CN"/>
        </w:rPr>
        <w:br/>
      </w:r>
      <w:r>
        <w:rPr>
          <w:lang w:eastAsia="zh-CN"/>
        </w:rPr>
        <w:t xml:space="preserve">    电器公司销售工作计划 篇13 </w:t>
      </w:r>
      <w:r>
        <w:rPr>
          <w:lang w:eastAsia="zh-CN"/>
        </w:rPr>
        <w:br/>
      </w:r>
      <w:r>
        <w:rPr>
          <w:lang w:eastAsia="zh-CN"/>
        </w:rPr>
        <w:t>　　20__年是我们服装店新的一年，面对新的一年的服装销售，作为店里的销售人员，我在新的一年里制定了我的新的销售工作计划：</w:t>
      </w:r>
      <w:r>
        <w:rPr>
          <w:lang w:eastAsia="zh-CN"/>
        </w:rPr>
        <w:br/>
      </w:r>
      <w:r>
        <w:rPr>
          <w:lang w:eastAsia="zh-CN"/>
        </w:rPr>
        <w:t>　　1、认真贯彻公司的经营方针，同时将公司的经营策略正确并及时的传达给每个员工，起好承上启下的桥梁作用。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2、做好员工的思想工作，团结好店内员工，充分调动和发挥员工的积极性，了解每一位员工的优点所在，并发挥其特长，做到量才适用。增强本店的凝聚力，使之成为一个团结的集体。</w:t>
      </w:r>
      <w:r>
        <w:rPr>
          <w:lang w:eastAsia="zh-CN"/>
        </w:rPr>
        <w:br/>
      </w:r>
      <w:r>
        <w:rPr>
          <w:lang w:eastAsia="zh-CN"/>
        </w:rPr>
        <w:t>　　3、通过各种渠道了解同业信息，了解顾客的购物心理，做到知己知彼，心中有数，有的放矢，使我们的工作更具针对性，从而避免因此而带来的不必要的损失。</w:t>
      </w:r>
      <w:r>
        <w:rPr>
          <w:lang w:eastAsia="zh-CN"/>
        </w:rPr>
        <w:br/>
      </w:r>
      <w:r>
        <w:rPr>
          <w:lang w:eastAsia="zh-CN"/>
        </w:rPr>
        <w:t>　　4、以身作则，做员工的表帅。不断的向员工灌输企业文化，教育员工有全局意识，做事情要从公司整体利益出发。</w:t>
      </w:r>
      <w:r>
        <w:rPr>
          <w:lang w:eastAsia="zh-CN"/>
        </w:rPr>
        <w:br/>
      </w:r>
      <w:r>
        <w:rPr>
          <w:lang w:eastAsia="zh-CN"/>
        </w:rPr>
        <w:t>　　5、靠周到而细致的服务去吸引顾客。发挥所有员工的主动性和创作性，使员工从被动的“让我干”到积极的“我要干”。为了给顾客创造一个良好的购物环境，为公司创作更多的销售业绩，带领员工在以下几方面做好本职工作。首先，做好每天的清洁工作，为顾客营造一个舒心的购物环境；其次，积极主动的为顾客服务，尽可能的满足消费者需求；要不断强化服务意识，并以发自内心的微笑和礼貌的文明用语，使顾客满意的离开本店。</w:t>
      </w:r>
      <w:r>
        <w:rPr>
          <w:lang w:eastAsia="zh-CN"/>
        </w:rPr>
        <w:br/>
      </w:r>
      <w:r>
        <w:rPr>
          <w:lang w:eastAsia="zh-CN"/>
        </w:rPr>
        <w:t>　　6、处理好部门间的合作、上下级之间的工作协作，少一些牢骚，多一些热情，客观的去看待工作中的问题，并以积极的态度去解决。</w:t>
      </w:r>
      <w:r>
        <w:rPr>
          <w:lang w:eastAsia="zh-CN"/>
        </w:rPr>
        <w:br/>
      </w:r>
      <w:r>
        <w:rPr>
          <w:lang w:eastAsia="zh-CN"/>
        </w:rPr>
        <w:t>　　现在，门店的管理正在逐步走向数据化、科学化，管理手段的提升，对店长提出了新的工作要求，熟练的业务将帮助我们实现各项营运指标。新的一年开始了，成绩只能代表过去。我将以更精湛熟练的业务治理好我们华东店。</w:t>
      </w:r>
      <w:r>
        <w:rPr>
          <w:lang w:eastAsia="zh-CN"/>
        </w:rPr>
        <w:br/>
      </w:r>
      <w:r>
        <w:rPr>
          <w:lang w:eastAsia="zh-CN"/>
        </w:rPr>
        <w:t>　　面对20__年的工作，我深感责任重大。要随时保持清醒的头脑，理清明年的工作思路，重点要在以下几个方面狠下功夫：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1、加强日常管理，特别是抓好基础工作的管理；</w:t>
      </w:r>
      <w:r>
        <w:rPr>
          <w:lang w:eastAsia="zh-CN"/>
        </w:rPr>
        <w:br/>
      </w:r>
      <w:r>
        <w:rPr>
          <w:lang w:eastAsia="zh-CN"/>
        </w:rPr>
        <w:t>　　2、对内加大员工的培训力度，全面提高员工的整体素质；</w:t>
      </w:r>
      <w:r>
        <w:rPr>
          <w:lang w:eastAsia="zh-CN"/>
        </w:rPr>
        <w:br/>
      </w:r>
      <w:r>
        <w:rPr>
          <w:lang w:eastAsia="zh-CN"/>
        </w:rPr>
        <w:t>　　3、树立对公司高度忠诚，爱岗敬业，顾全大局，一切为公司着想，为公司全面提升经济效益增砖添瓦。</w:t>
      </w:r>
      <w:r>
        <w:rPr>
          <w:lang w:eastAsia="zh-CN"/>
        </w:rPr>
        <w:br/>
      </w:r>
      <w:r>
        <w:rPr>
          <w:lang w:eastAsia="zh-CN"/>
        </w:rPr>
        <w:t>　　4、加强和各部门、各兄弟公司的团结协作，创造最良好、无间的工作环境，去掉不和-谐的音符，发挥员工最大的工作热情，逐步成为一个最优秀的团队。</w:t>
      </w:r>
      <w:r>
        <w:rPr>
          <w:lang w:eastAsia="zh-CN"/>
        </w:rPr>
        <w:br/>
      </w:r>
      <w:r>
        <w:rPr>
          <w:lang w:eastAsia="zh-CN"/>
        </w:rPr>
        <w:t xml:space="preserve">    电器公司销售工作计划 篇14 </w:t>
      </w:r>
      <w:r>
        <w:rPr>
          <w:lang w:eastAsia="zh-CN"/>
        </w:rPr>
        <w:br/>
      </w:r>
      <w:r>
        <w:rPr>
          <w:lang w:eastAsia="zh-CN"/>
        </w:rPr>
        <w:t>　　一、市场开拓</w:t>
      </w:r>
      <w:r>
        <w:rPr>
          <w:lang w:eastAsia="zh-CN"/>
        </w:rPr>
        <w:br/>
      </w:r>
      <w:r>
        <w:rPr>
          <w:lang w:eastAsia="zh-CN"/>
        </w:rPr>
        <w:t>　　根据目前的公司产品理念及价位，首先必须给产品定好方位，一个好的方向才能确保公司产品的良性发展，前面市场分析里面介绍了市场竞争力的转变，红酒行业终端市场已经开始转变成为厂家竞争的主要战场，红酒连锁店的扩张就是一个明显的例子。厂家要想在这部分市场站住脚，必须在服务与革新上有突破。鉴于公司此刻的情景，我提议采取阶梯分散式开拓方法，所谓阶梯分散式开拓方法，就是区域先样板店后分散店，以点带面的形式开拓市场。在开拓市场的过程中方向是第一要素，方法是第二要素，这二者不可分离，必须有力结合才开拓出适合公司发展的市场。</w:t>
      </w:r>
      <w:r>
        <w:rPr>
          <w:lang w:eastAsia="zh-CN"/>
        </w:rPr>
        <w:br/>
      </w:r>
      <w:r>
        <w:rPr>
          <w:lang w:eastAsia="zh-CN"/>
        </w:rPr>
        <w:t>　　二、产品销售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根据公司与店的具体情景制定年销售任务，月销售任务，再根据市场的具体情景进行分解。分解到每月、每周、每日。以每月、每月、每日的销售目标分解到各个系统及各个门店，完成各个时段的销售任务，并在销售完成任务的基础上，提高销售业绩。对与完不成的店面，要进行总结和及时的调整。主要手段是：提高团队素质，加强团队管理，开展不一样阶段各种促销活动，制定合理有效的奖罚制度及激励方案（此项根据市场情景及时间段的实际情景进行。销售旺季针对红酒连锁专卖店实施力度较大的销售促进活动，强势推进终端市场销售。</w:t>
      </w:r>
      <w:r>
        <w:rPr>
          <w:lang w:eastAsia="zh-CN"/>
        </w:rPr>
        <w:br/>
      </w:r>
      <w:r>
        <w:rPr>
          <w:lang w:eastAsia="zh-CN"/>
        </w:rPr>
        <w:t>　　三、客户管理及维护</w:t>
      </w:r>
      <w:r>
        <w:rPr>
          <w:lang w:eastAsia="zh-CN"/>
        </w:rPr>
        <w:br/>
      </w:r>
      <w:r>
        <w:rPr>
          <w:lang w:eastAsia="zh-CN"/>
        </w:rPr>
        <w:t>　　针对现有的终端连锁店和代理商客户进行有效管理及关系维护，对每一个连锁店客户及代理商客户建立客户档案，了解销售情景及实力情景，进行公司的企业文化和公司产品知识理念的不定期有计划的传播，在旺季结束后和旺季来临前更要加大力度传播。了解代理商及连锁店经销商负责人的基本情景并建档进行定期拜访，相互沟通，制定销售计划及促销方案。</w:t>
      </w:r>
      <w:r>
        <w:rPr>
          <w:lang w:eastAsia="zh-CN"/>
        </w:rPr>
        <w:br/>
      </w:r>
      <w:r>
        <w:rPr>
          <w:lang w:eastAsia="zh-CN"/>
        </w:rPr>
        <w:t>　　四、品牌及产品推广</w:t>
      </w:r>
      <w:r>
        <w:rPr>
          <w:lang w:eastAsia="zh-CN"/>
        </w:rPr>
        <w:br/>
      </w:r>
      <w:r>
        <w:rPr>
          <w:lang w:eastAsia="zh-CN"/>
        </w:rPr>
        <w:t>　　品牌及产品推广在20__年度配合及执行公司的定期品牌宣传及产品推广促销活动，促进品牌的知晓度，培养品牌使用频率和品牌忠诚度，经过电视、杂志、报纸、网络、户外宣传渠道策划一些投入成本较低的公共关系宣传活动，提升品牌形象。再有可能的情景下与各个连锁客户联合进行推广，不但能够扩大影响力，还能够建立良好的客情关系。产品推广主要进行一些“路演”或外静态展示进行一些产品推广和正常营业推广。</w:t>
      </w:r>
      <w:r>
        <w:rPr>
          <w:lang w:eastAsia="zh-CN"/>
        </w:rPr>
        <w:br/>
      </w:r>
      <w:r>
        <w:rPr>
          <w:lang w:eastAsia="zh-CN"/>
        </w:rPr>
        <w:t xml:space="preserve">    电器公司销售工作计划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一、市场分析</w:t>
      </w:r>
      <w:r>
        <w:rPr>
          <w:lang w:eastAsia="zh-CN"/>
        </w:rPr>
        <w:br/>
      </w:r>
      <w:r>
        <w:rPr>
          <w:lang w:eastAsia="zh-CN"/>
        </w:rPr>
        <w:t>　　目前在深圳空调市场的占有率约为2.8_左右,但根据行业数据显示近几年一直处于洗牌阶段，品牌市场占有率将形成高度的集中化。根据公司的实力及2019年度的产品线,公司2019年度销售目标完全有可能实现.2019年中国空调品牌约有400个，到2019年下降到140个左右,年均淘汰率32_.到2019年在格力、美的、海尔等一线品牌的围剿下，中国空调市场活跃的品牌不足50个，淘汰率达60_。2019年度lg受到美国指责倾销;科龙遇到财务问题，市场份额急剧下滑。新科、长虹、奥克斯也受到企业、品牌等方面的不良影响，市场份额也有所下滑。日资品牌如松下、三菱等品牌在2019年度受到中国人民的强烈抵日情绪的影响，市场份额下划较大。而空调在广东市场则呈现出急速增长的趋势。但深圳市场基础比较薄弱，团队还比较年轻，品牌影响力还需要巩固与拓展。根据以上情况做以下工作规划。</w:t>
      </w:r>
      <w:r>
        <w:rPr>
          <w:lang w:eastAsia="zh-CN"/>
        </w:rPr>
        <w:br/>
      </w:r>
      <w:r>
        <w:rPr>
          <w:lang w:eastAsia="zh-CN"/>
        </w:rPr>
        <w:t>　　二、工作规划</w:t>
      </w:r>
      <w:r>
        <w:rPr>
          <w:lang w:eastAsia="zh-CN"/>
        </w:rPr>
        <w:br/>
      </w:r>
      <w:r>
        <w:rPr>
          <w:lang w:eastAsia="zh-CN"/>
        </w:rPr>
        <w:t>　　根据以上情况在2019年度计划主抓六项工作：</w:t>
      </w:r>
      <w:r>
        <w:rPr>
          <w:lang w:eastAsia="zh-CN"/>
        </w:rPr>
        <w:br/>
      </w:r>
      <w:r>
        <w:rPr>
          <w:lang w:eastAsia="zh-CN"/>
        </w:rPr>
        <w:t>　　1、销售业绩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lang w:eastAsia="zh-CN"/>
        </w:rPr>
        <w:br/>
      </w:r>
      <w:r>
        <w:rPr>
          <w:lang w:eastAsia="zh-CN"/>
        </w:rPr>
        <w:t>　　2、k/a、代理商管理及关系维护</w:t>
      </w:r>
      <w:r>
        <w:rPr>
          <w:lang w:eastAsia="zh-CN"/>
        </w:rPr>
        <w:br/>
      </w:r>
      <w:r>
        <w:rPr>
          <w:lang w:eastAsia="zh-CN"/>
        </w:rPr>
        <w:t>　　针对现有的k/a客户、代理商或将拓展的k/a及代理商进行有效管理及关系维护，对各个k/a客户及代理商建立客户档案，了解前期销售情况及实力情况，进行公司的企业文化传播和公司2019年度的新产品传播。此项工作在8月末完成。在旺季结束后和旺季来临前不定时的进行传播。了解各k/a及代理商负责人的基本情况进行定期拜访，进行有效沟通。</w:t>
      </w:r>
      <w:r>
        <w:rPr>
          <w:lang w:eastAsia="zh-CN"/>
        </w:rPr>
        <w:br/>
      </w:r>
      <w:r>
        <w:rPr>
          <w:lang w:eastAsia="zh-CN"/>
        </w:rPr>
        <w:t>　　3、品牌及产品推广</w:t>
      </w:r>
      <w:r>
        <w:rPr>
          <w:lang w:eastAsia="zh-CN"/>
        </w:rPr>
        <w:br/>
      </w:r>
      <w:r>
        <w:rPr>
          <w:lang w:eastAsia="zh-CN"/>
        </w:rPr>
        <w:t>　　品牌及产品推广在2019年至2019年度配合及执行公司的定期品牌宣传及产品推广活动，并策划一些投入成本，较低的公共关系宣传活动，提升品牌形象。如空调健康、环保、爱我家等公益活动。有可能的情况下与各个k/a系统联合进行推广，不但可以扩大影响力，还可以建立良好的客情关系。产品推广主要进行一些路演或户外静态展示进行一些产品推广和正常营业推广。</w:t>
      </w:r>
      <w:r>
        <w:rPr>
          <w:lang w:eastAsia="zh-CN"/>
        </w:rPr>
        <w:br/>
      </w:r>
      <w:r>
        <w:rPr>
          <w:lang w:eastAsia="zh-CN"/>
        </w:rPr>
        <w:t>　　4、终端布置(配合业务条线的渠道拓展)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根据公司的2019年度的销售目标，渠道网点普及还会大量的增加，根据此种情况随时、随地积极配合业务部门的工作，积极配合店中店、园中园、店中柜的形象建设，(根据公司的展台布置六个氛围的要求进行)。积极对促销安排上岗及上样跟踪和产品陈列等工作。此项工作根据公司的业务部门的需要进行开展。布置标准严格按照公司的统一标准。(特殊情况再适时调整)</w:t>
      </w:r>
      <w:r>
        <w:rPr>
          <w:lang w:eastAsia="zh-CN"/>
        </w:rPr>
        <w:br/>
      </w:r>
      <w:r>
        <w:rPr>
          <w:lang w:eastAsia="zh-CN"/>
        </w:rPr>
        <w:t xml:space="preserve">    电器公司销售工作计划 篇16 </w:t>
      </w:r>
      <w:r>
        <w:rPr>
          <w:lang w:eastAsia="zh-CN"/>
        </w:rPr>
        <w:br/>
      </w:r>
      <w:r>
        <w:rPr>
          <w:lang w:eastAsia="zh-CN"/>
        </w:rPr>
        <w:t>　　作为一名销售人员，针对过去一年，我对自己的工作总结如下。</w:t>
      </w:r>
      <w:r>
        <w:rPr>
          <w:lang w:eastAsia="zh-CN"/>
        </w:rPr>
        <w:br/>
      </w:r>
      <w:r>
        <w:rPr>
          <w:lang w:eastAsia="zh-CN"/>
        </w:rPr>
        <w:t>　　一、加强学习，不断提高思想业务素质</w:t>
      </w:r>
      <w:r>
        <w:rPr>
          <w:lang w:eastAsia="zh-CN"/>
        </w:rPr>
        <w:br/>
      </w:r>
      <w:r>
        <w:rPr>
          <w:lang w:eastAsia="zh-CN"/>
        </w:rPr>
        <w:t>　　“学海无涯，学无止境”，只有不断充电，才能维持业务发展。所以，一直以来我都积极学习。一年来公司组织了有关电脑的培训和知识理论及各类学习讲座，我都认真参加。通过学习知识让自己树立先进的工作理念，也明确了今后工作努力的方向。随着社会的发展，知识的更新，也催促着我不断学习。通过这些学习活动，不断充实了自己、丰富了自己的知识和见识、为自己更好的工作实践作好了预备。</w:t>
      </w:r>
      <w:r>
        <w:rPr>
          <w:lang w:eastAsia="zh-CN"/>
        </w:rPr>
        <w:br/>
      </w:r>
      <w:r>
        <w:rPr>
          <w:lang w:eastAsia="zh-CN"/>
        </w:rPr>
        <w:t>　　二、求实创新，认真开展招商工作</w:t>
      </w:r>
      <w:r>
        <w:rPr>
          <w:lang w:eastAsia="zh-CN"/>
        </w:rPr>
        <w:br/>
      </w:r>
      <w:r>
        <w:rPr>
          <w:lang w:eastAsia="zh-CN"/>
        </w:rPr>
        <w:t>　　招商工作是招商部的首要任务工作。今年的招商工作虽无突飞猛进的发展，但我们还是在现实中谋得小小的创新。我们公司的代理商比较零散，大部分是做终端销售的客户，这样治理起来也很麻烦，价格也会很乱，影响到业务经理的销售，因此我们就将部分散户转给当地的业务经理来治理，相应的减少了很多浪费和不足;选择部分产品让业务经理在当地进行招商，业务经理对代理商的情况很了解，既可以招到满足的代理商，又可以更广泛的扩展招商工作，提高公司的总体销量。</w:t>
      </w:r>
      <w:r>
        <w:rPr>
          <w:lang w:eastAsia="zh-CN"/>
        </w:rPr>
        <w:br/>
      </w:r>
      <w:r>
        <w:rPr>
          <w:lang w:eastAsia="zh-CN"/>
        </w:rPr>
        <w:t>　　三、任劳任怨，完成公司交给的工作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本年度招商工作虽没有较大的起伏，但是其中之工作也是很为烦琐，其中包括了客户资料的邮寄，客户售前售后的电话回访，代理商的调研，以及客户日常的琐事，如查货、传真资料、市场销售协调工作等等一系列的工作，都需要工作人员认真的完成。对于公司交待下来的每一项任务，我都以我最大的热情把它完成好，基本上能够做到“任劳任怨、优质高效”。</w:t>
      </w:r>
      <w:r>
        <w:rPr>
          <w:lang w:eastAsia="zh-CN"/>
        </w:rPr>
        <w:br/>
      </w:r>
      <w:r>
        <w:rPr>
          <w:lang w:eastAsia="zh-CN"/>
        </w:rPr>
        <w:t>　　四、加强反思，及时总结工作得失</w:t>
      </w:r>
      <w:r>
        <w:rPr>
          <w:lang w:eastAsia="zh-CN"/>
        </w:rPr>
        <w:br/>
      </w:r>
      <w:r>
        <w:rPr>
          <w:lang w:eastAsia="zh-CN"/>
        </w:rPr>
        <w:t>　　反思本年来的工作，在喜看成绩的同时，也在思量着自己在工作中的不足。对于招商工作的学习还不够深入，在招商的实践中思考得还不够多，不能及时将一些招商想法和问题记录下来，进行反思。招商工作方面本年加大了招商工作学习的力度，认真研读了一些有关招商方面的理论书籍，但在工作实践中的应用还不到位，研究做得不够细和实，没达到自己心中的目标。</w:t>
      </w:r>
      <w:r>
        <w:rPr>
          <w:lang w:eastAsia="zh-CN"/>
        </w:rPr>
        <w:br/>
      </w:r>
      <w:r>
        <w:rPr>
          <w:lang w:eastAsia="zh-CN"/>
        </w:rPr>
        <w:t>　　招商工作中没有自己的理念，今后还要努力找出一些招商的路子，为开创公司招商的新天地做出微薄之力。工作观念陈旧，没有先进的工作思想，对工作的积极性不高，达不到百分百的投入，融入不到紧张无松弛的工作中。“转变观念”做的很不到位，工作拘泥习惯，平日的不良的工作习惯、作风难以改掉。</w:t>
      </w:r>
      <w:r>
        <w:rPr>
          <w:lang w:eastAsia="zh-CN"/>
        </w:rPr>
        <w:br/>
      </w:r>
      <w:r>
        <w:rPr>
          <w:lang w:eastAsia="zh-CN"/>
        </w:rPr>
        <w:t>　　总结过去的一年，总体工作有所提高，其他的有些工作也有待于精益求精，以后工作应更加兢兢业业，完满的完成公司交给的任务。</w:t>
      </w:r>
      <w:r>
        <w:rPr>
          <w:lang w:eastAsia="zh-CN"/>
        </w:rPr>
        <w:br/>
      </w:r>
      <w:r>
        <w:rPr>
          <w:lang w:eastAsia="zh-CN"/>
        </w:rPr>
        <w:t xml:space="preserve">    电器公司销售工作计划 篇17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已经来了，作为公司销售助理的我，有很多的工作需要我去做。在总结了自己在2_年的工作后，我发现了自己不足之处，我想我在2_年的工作中会努力的改正的，不过现在的情况是这样的，即使不能够全部改正，努力去改就好了。在新的一年，我会继续不断的努力工作，相信我在2_年会做的更好！</w:t>
      </w:r>
      <w:r>
        <w:rPr>
          <w:lang w:eastAsia="zh-CN"/>
        </w:rPr>
        <w:br/>
      </w:r>
      <w:r>
        <w:rPr>
          <w:lang w:eastAsia="zh-CN"/>
        </w:rPr>
        <w:t>　　产品的摆放，接下来新的一年里我会尽量跟北京办事处这边的人员沟通，使得这边仓库整洁规范。这个问题解决之后。对于库存方面会更好。可以方便清楚的知道哪些?废?看?库存不足，哪些产品积压库存。对于积压库存产品还是较少的，我会及时每月请点一遍，如有积压库存产品，我会及时与总公司有关部门协商，或者与北京部这边的销售人员协商，想办法清理掉这些产品。</w:t>
      </w:r>
      <w:r>
        <w:rPr>
          <w:lang w:eastAsia="zh-CN"/>
        </w:rPr>
        <w:br/>
      </w:r>
      <w:r>
        <w:rPr>
          <w:lang w:eastAsia="zh-CN"/>
        </w:rPr>
        <w:t>　　产品价格方面跟一些产品包装问题，我会多跟总公司有关部门沟通，公司产品价格的升降能够争取在第一时间知道，将最新的信息传达给北京部的销售员，使得公司产品的销量更好!</w:t>
      </w:r>
      <w:r>
        <w:rPr>
          <w:lang w:eastAsia="zh-CN"/>
        </w:rPr>
        <w:br/>
      </w:r>
      <w:r>
        <w:rPr>
          <w:lang w:eastAsia="zh-CN"/>
        </w:rPr>
        <w:t>　　对于自己能力的问题。我会虚心讨教，自己在业余时间报读一些培训班。加强锻炼，让自己自身的能力得到提高。素质也能够进一步提高!</w:t>
      </w:r>
      <w:r>
        <w:rPr>
          <w:lang w:eastAsia="zh-CN"/>
        </w:rPr>
        <w:br/>
      </w:r>
      <w:r>
        <w:rPr>
          <w:lang w:eastAsia="zh-CN"/>
        </w:rPr>
        <w:t>　　我的计划主要分为两大部分: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把握的不是很好。这一年我会把严，尽量的避免风险。3。及时准确登记银行、现金日记账，做到日清月结。4。做好办事处职工的工资、补助的统计汇总，做好工资、补助的发放工作。另外。我现在在这边已经稳定下来了。我在打算报读一些培训班。加强一下，到时假如条件不答应的话，我也会买一些书来自己自习!</w:t>
      </w:r>
      <w:r>
        <w:rPr>
          <w:lang w:eastAsia="zh-CN"/>
        </w:rPr>
        <w:br/>
      </w:r>
      <w:r>
        <w:rPr>
          <w:lang w:eastAsia="zh-CN"/>
        </w:rPr>
        <w:t>　　回顾2_年还存在的问题，有以下5点:</w:t>
      </w:r>
      <w:r>
        <w:rPr>
          <w:lang w:eastAsia="zh-CN"/>
        </w:rPr>
        <w:br/>
      </w:r>
      <w:r>
        <w:rPr>
          <w:lang w:eastAsia="zh-CN"/>
        </w:rPr>
        <w:t>　　1。与总公司洽谈还不到位。包装跟一些产品价格还没洽谈好。</w:t>
      </w:r>
      <w:r>
        <w:rPr>
          <w:lang w:eastAsia="zh-CN"/>
        </w:rPr>
        <w:br/>
      </w:r>
      <w:r>
        <w:rPr>
          <w:lang w:eastAsia="zh-CN"/>
        </w:rPr>
        <w:t>　　2。自己的能力跟素质不够高。</w:t>
      </w:r>
      <w:r>
        <w:rPr>
          <w:lang w:eastAsia="zh-CN"/>
        </w:rPr>
        <w:br/>
      </w:r>
      <w:r>
        <w:rPr>
          <w:lang w:eastAsia="zh-CN"/>
        </w:rPr>
        <w:t>　　3。仓库产品的实际数量跟erp数量还没能</w:t>
      </w:r>
      <w:r>
        <w:rPr>
          <w:lang w:eastAsia="zh-CN"/>
        </w:rPr>
        <w:br/>
      </w:r>
      <w:r>
        <w:rPr>
          <w:lang w:eastAsia="zh-CN"/>
        </w:rPr>
        <w:t>　　够完全准确的对上数。</w:t>
      </w:r>
      <w:r>
        <w:rPr>
          <w:lang w:eastAsia="zh-CN"/>
        </w:rPr>
        <w:br/>
      </w:r>
      <w:r>
        <w:rPr>
          <w:lang w:eastAsia="zh-CN"/>
        </w:rPr>
        <w:t>　　4。返修货的处理还不得当，经常拖欠客户的，导致给客户留下售后服务不到位的印象。</w:t>
      </w:r>
      <w:r>
        <w:rPr>
          <w:lang w:eastAsia="zh-CN"/>
        </w:rPr>
        <w:br/>
      </w:r>
      <w:r>
        <w:rPr>
          <w:lang w:eastAsia="zh-CN"/>
        </w:rPr>
        <w:t>　　5。产品的摆放比较混乱。积压库存的产品，</w:t>
      </w:r>
      <w:r>
        <w:rPr>
          <w:lang w:eastAsia="zh-CN"/>
        </w:rPr>
        <w:br/>
      </w:r>
      <w:r>
        <w:rPr>
          <w:lang w:eastAsia="zh-CN"/>
        </w:rPr>
        <w:t>　　对于这5点存在问题，将会在下一年计划尽快解决，对于实际库存与erp账面库存的问题，我会采用”一帐一人一事”的方法解决这个问题，返修货问题，我会与总公司有关部门协商。洽谈，尽快将这个问题落实解决!</w:t>
      </w:r>
      <w:r>
        <w:rPr>
          <w:lang w:eastAsia="zh-CN"/>
        </w:rPr>
        <w:br/>
      </w:r>
      <w:r>
        <w:rPr>
          <w:lang w:eastAsia="zh-CN"/>
        </w:rPr>
        <w:t>　　2_年其实并不好过，因为金融危机的影响，公司的发展受到了很大的限制，公司的业务也不是很好了，这些都是存在的现实问题。在今年的工作中，我会努力配合好与上面的领导之间的工作关系，一定要做的更好，这些都是作为助理的我应该做到了，我相信2_年我会工作的更好！</w:t>
      </w:r>
      <w:r>
        <w:rPr>
          <w:lang w:eastAsia="zh-CN"/>
        </w:rPr>
        <w:br/>
      </w:r>
      <w:r>
        <w:rPr>
          <w:lang w:eastAsia="zh-CN"/>
        </w:rPr>
        <w:t xml:space="preserve">    电器公司销售工作计划 篇18 </w:t>
      </w:r>
      <w:r>
        <w:rPr>
          <w:lang w:eastAsia="zh-CN"/>
        </w:rPr>
        <w:br/>
      </w:r>
      <w:r>
        <w:rPr>
          <w:lang w:eastAsia="zh-CN"/>
        </w:rPr>
        <w:t>　　__年全年计划销售70万盒，力争100万盒，需要对市场问题进行必要的分析，对进行更细致的划分，并进行必要的工作指导和要求。</w:t>
      </w:r>
      <w:r>
        <w:rPr>
          <w:lang w:eastAsia="zh-CN"/>
        </w:rPr>
        <w:br/>
      </w:r>
    </w:p>
    <w:p w:rsidR="001B1F19" w14:textId="27C3F48A">
      <w:pPr>
        <w:rPr>
          <w:rFonts w:hint="eastAsia"/>
          <w:lang w:eastAsia="zh-CN"/>
        </w:rPr>
      </w:pPr>
      <w:r>
        <w:rPr>
          <w:lang w:eastAsia="zh-CN"/>
        </w:rPr>
        <w:t>　　一、目前医药市场分析：</w:t>
      </w:r>
      <w:r>
        <w:rPr>
          <w:lang w:eastAsia="zh-CN"/>
        </w:rPr>
        <w:br/>
      </w:r>
      <w:r>
        <w:rPr>
          <w:lang w:eastAsia="zh-CN"/>
        </w:rPr>
        <w:t>　　目前在全国基本上进行了点的销售网络建设，但因为零售价格过低，18.00元/盒，平均销售价格在11.74元，共货价格在3—3.60元，相当于19—23扣，部分地区的零售价格在17.10元/盒，因为为新品牌，需要进行大量的开发工作，而折合到单位盒的利润空间过小，造成了代理商业或业务员不愿意投入而没有进行必要的市场拓展.</w:t>
      </w:r>
      <w:r>
        <w:rPr>
          <w:lang w:eastAsia="zh-CN"/>
        </w:rPr>
        <w:br/>
      </w:r>
      <w:r>
        <w:rPr>
          <w:lang w:eastAsia="zh-CN"/>
        </w:rPr>
        <w:t>　　经过与业务员的大量沟通，业务员缺乏对公司的信赖，主要原因是公司管理表面简单，实际复杂，加上地区经理的感情及不合适的沟通措辞其他相关因素，造成了心理上的压力，害怕投入后市场进行新的划分、或市场的失控，造成冲货、窜货的发生，不愿意进行市场投入，将变为情感的销售，实际上，因为低利润的原因，这样的情况将可能持续到每个市场的润利润在10000以后才有所改变。</w:t>
      </w:r>
      <w:r>
        <w:rPr>
          <w:lang w:eastAsia="zh-CN"/>
        </w:rPr>
        <w:br/>
      </w:r>
      <w:r>
        <w:rPr>
          <w:lang w:eastAsia="zh-CN"/>
        </w:rPr>
        <w:t>　　如果强制性的进行市场的划分，因为公司没有进行必要的投入、更没有工资、费用的支持，加上产品的单一、目前利润很少，并没有让业务员形成对公司的依赖、销售代表对公司也没有无忠实度，势必造成市场竞争的混乱，相互的恶意竞争，不仅不能拓展市场，更可能会使市场畏缩。</w:t>
      </w:r>
      <w:r>
        <w:rPr>
          <w:lang w:eastAsia="zh-CN"/>
        </w:rPr>
        <w:br/>
      </w:r>
      <w:r>
        <w:rPr>
          <w:lang w:eastAsia="zh-CN"/>
        </w:rPr>
        <w:t>　　二、营销手段的分析：</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https://d.book118.com/235114013014011104</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3511401301401110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