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2024幼儿园中秋节活动工作计划（33篇）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2024最新幼儿园中秋节活动工作计划（精选33篇）</w:t>
      </w:r>
      <w:r>
        <w:rPr>
          <w:lang w:eastAsia="zh-CN"/>
        </w:rPr>
        <w:br/>
      </w:r>
      <w:r>
        <w:rPr>
          <w:lang w:eastAsia="zh-CN"/>
        </w:rPr>
        <w:t xml:space="preserve">    2024最新幼儿园中秋节活动工作计划 篇1 </w:t>
      </w:r>
      <w:r>
        <w:rPr>
          <w:lang w:eastAsia="zh-CN"/>
        </w:rPr>
        <w:br/>
      </w:r>
      <w:r>
        <w:rPr>
          <w:lang w:eastAsia="zh-CN"/>
        </w:rPr>
        <w:t>　　活动时间:__年_月_日上午8：30&amp;&amp;10：30</w:t>
      </w:r>
      <w:r>
        <w:rPr>
          <w:lang w:eastAsia="zh-CN"/>
        </w:rPr>
        <w:br/>
      </w:r>
      <w:r>
        <w:rPr>
          <w:lang w:eastAsia="zh-CN"/>
        </w:rPr>
        <w:t>　　活动地点: 集中地点：</w:t>
      </w:r>
      <w:r>
        <w:rPr>
          <w:lang w:eastAsia="zh-CN"/>
        </w:rPr>
        <w:br/>
      </w:r>
      <w:r>
        <w:rPr>
          <w:lang w:eastAsia="zh-CN"/>
        </w:rPr>
        <w:t>　　活动参与者：中班组全体老师和实习老师、中班全体幼儿及家长。 活动目标:</w:t>
      </w:r>
      <w:r>
        <w:rPr>
          <w:lang w:eastAsia="zh-CN"/>
        </w:rPr>
        <w:br/>
      </w:r>
      <w:r>
        <w:rPr>
          <w:lang w:eastAsia="zh-CN"/>
        </w:rPr>
        <w:t>　　1、通过秋游活动,让幼儿充分感受集体外出时的兴奋和喜悦。</w:t>
      </w:r>
      <w:r>
        <w:rPr>
          <w:lang w:eastAsia="zh-CN"/>
        </w:rPr>
        <w:br/>
      </w:r>
      <w:r>
        <w:rPr>
          <w:lang w:eastAsia="zh-CN"/>
        </w:rPr>
        <w:t>　　2、寻找和观察秋天的美景,感受大自然中各种植物的变化。</w:t>
      </w:r>
      <w:r>
        <w:rPr>
          <w:lang w:eastAsia="zh-CN"/>
        </w:rPr>
        <w:br/>
      </w:r>
      <w:r>
        <w:rPr>
          <w:lang w:eastAsia="zh-CN"/>
        </w:rPr>
        <w:t>　　3、知道要跟着老师和同伴,不能擅自离开集体。</w:t>
      </w:r>
      <w:r>
        <w:rPr>
          <w:lang w:eastAsia="zh-CN"/>
        </w:rPr>
        <w:br/>
      </w:r>
      <w:r>
        <w:rPr>
          <w:lang w:eastAsia="zh-CN"/>
        </w:rPr>
        <w:t>　　4、锻炼幼儿坚持到底的意志，吃苦耐劳的精神。</w:t>
      </w:r>
      <w:r>
        <w:rPr>
          <w:lang w:eastAsia="zh-CN"/>
        </w:rPr>
        <w:br/>
      </w:r>
      <w:r>
        <w:rPr>
          <w:lang w:eastAsia="zh-CN"/>
        </w:rPr>
        <w:t>　　活动准备:与家长联系,帮助幼儿准备一些零食。并对幼儿进行卫生教育，不乱扔垃圾，应扔到垃圾袋。</w:t>
      </w:r>
      <w:r>
        <w:rPr>
          <w:lang w:eastAsia="zh-CN"/>
        </w:rPr>
        <w:br/>
      </w:r>
      <w:r>
        <w:rPr>
          <w:lang w:eastAsia="zh-CN"/>
        </w:rPr>
        <w:t>　　幼儿园准备好小礼物，每位幼儿一份礼物。</w:t>
      </w:r>
      <w:r>
        <w:rPr>
          <w:lang w:eastAsia="zh-CN"/>
        </w:rPr>
        <w:br/>
      </w:r>
      <w:r>
        <w:rPr>
          <w:lang w:eastAsia="zh-CN"/>
        </w:rPr>
        <w:t>　　活动过程：</w:t>
      </w:r>
      <w:r>
        <w:rPr>
          <w:lang w:eastAsia="zh-CN"/>
        </w:rPr>
        <w:br/>
      </w:r>
      <w:r>
        <w:rPr>
          <w:lang w:eastAsia="zh-CN"/>
        </w:rPr>
        <w:t>　　一、结合图片谈论自己的家乡</w:t>
      </w:r>
      <w:r>
        <w:rPr>
          <w:lang w:eastAsia="zh-CN"/>
        </w:rPr>
        <w:br/>
      </w:r>
      <w:r>
        <w:rPr>
          <w:lang w:eastAsia="zh-CN"/>
        </w:rPr>
        <w:t>　　谈话：</w:t>
      </w:r>
      <w:r>
        <w:rPr>
          <w:lang w:eastAsia="zh-CN"/>
        </w:rPr>
        <w:br/>
      </w:r>
      <w:r>
        <w:rPr>
          <w:lang w:eastAsia="zh-CN"/>
        </w:rPr>
        <w:t>　　1、我们的家乡有什么有名的地方?</w:t>
      </w:r>
      <w:r>
        <w:rPr>
          <w:lang w:eastAsia="zh-CN"/>
        </w:rPr>
        <w:br/>
      </w:r>
      <w:r>
        <w:rPr>
          <w:lang w:eastAsia="zh-CN"/>
        </w:rPr>
        <w:t>　　2、我们的家乡有哪些好玩的地方?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二、交代游玩的地点及安全要求</w:t>
      </w:r>
      <w:r>
        <w:rPr>
          <w:lang w:eastAsia="zh-CN"/>
        </w:rPr>
        <w:br/>
      </w:r>
      <w:r>
        <w:rPr>
          <w:lang w:eastAsia="zh-CN"/>
        </w:rPr>
        <w:t>　　三、组织幼儿进行秋游活动&amp;&amp;登长城比赛</w:t>
      </w:r>
      <w:r>
        <w:rPr>
          <w:lang w:eastAsia="zh-CN"/>
        </w:rPr>
        <w:br/>
      </w:r>
      <w:r>
        <w:rPr>
          <w:lang w:eastAsia="zh-CN"/>
        </w:rPr>
        <w:t>　　1、8：00全体人员集中下。</w:t>
      </w:r>
      <w:r>
        <w:rPr>
          <w:lang w:eastAsia="zh-CN"/>
        </w:rPr>
        <w:br/>
      </w:r>
      <w:r>
        <w:rPr>
          <w:lang w:eastAsia="zh-CN"/>
        </w:rPr>
        <w:t>　　2、集中幼儿和家长集体合影留念。</w:t>
      </w:r>
      <w:r>
        <w:rPr>
          <w:lang w:eastAsia="zh-CN"/>
        </w:rPr>
        <w:br/>
      </w:r>
      <w:r>
        <w:rPr>
          <w:lang w:eastAsia="zh-CN"/>
        </w:rPr>
        <w:t>　　3、比赛开始，比赛路程：从到。提醒孩子和家长安全第一，比赛第二，做到自己保护好自己，一切安全第一。</w:t>
      </w:r>
      <w:r>
        <w:rPr>
          <w:lang w:eastAsia="zh-CN"/>
        </w:rPr>
        <w:br/>
      </w:r>
      <w:r>
        <w:rPr>
          <w:lang w:eastAsia="zh-CN"/>
        </w:rPr>
        <w:t>　　4、在终点站集中，分发奖品，并休息，让幼儿享受自己带来的美食，并留影。提醒不乱扔垃圾，应扔到垃圾袋。</w:t>
      </w:r>
      <w:r>
        <w:rPr>
          <w:lang w:eastAsia="zh-CN"/>
        </w:rPr>
        <w:br/>
      </w:r>
      <w:r>
        <w:rPr>
          <w:lang w:eastAsia="zh-CN"/>
        </w:rPr>
        <w:t>　　5、游览老人公园，感受秋天的美，下长城，活动结束。</w:t>
      </w:r>
      <w:r>
        <w:rPr>
          <w:lang w:eastAsia="zh-CN"/>
        </w:rPr>
        <w:br/>
      </w:r>
      <w:r>
        <w:rPr>
          <w:lang w:eastAsia="zh-CN"/>
        </w:rPr>
        <w:t>　　注意事项：</w:t>
      </w:r>
      <w:r>
        <w:rPr>
          <w:lang w:eastAsia="zh-CN"/>
        </w:rPr>
        <w:br/>
      </w:r>
      <w:r>
        <w:rPr>
          <w:lang w:eastAsia="zh-CN"/>
        </w:rPr>
        <w:t>　　1、对幼儿进行安全教育，提醒幼儿在活动地点不拥挤，不乱跑，不离开老师和家长制定的活动范围。</w:t>
      </w:r>
      <w:r>
        <w:rPr>
          <w:lang w:eastAsia="zh-CN"/>
        </w:rPr>
        <w:br/>
      </w:r>
      <w:r>
        <w:rPr>
          <w:lang w:eastAsia="zh-CN"/>
        </w:rPr>
        <w:t>　　2、携带急救用品，以防幼儿突发事件。</w:t>
      </w:r>
      <w:r>
        <w:rPr>
          <w:lang w:eastAsia="zh-CN"/>
        </w:rPr>
        <w:br/>
      </w:r>
      <w:r>
        <w:rPr>
          <w:lang w:eastAsia="zh-CN"/>
        </w:rPr>
        <w:t>　　3、家长幼儿鞋子的大小要合脚的运动鞋。</w:t>
      </w:r>
      <w:r>
        <w:rPr>
          <w:lang w:eastAsia="zh-CN"/>
        </w:rPr>
        <w:br/>
      </w:r>
      <w:r>
        <w:rPr>
          <w:lang w:eastAsia="zh-CN"/>
        </w:rPr>
        <w:t>　　4、幼儿穿秋装园服，白色短袖穿里面。</w:t>
      </w:r>
      <w:r>
        <w:rPr>
          <w:lang w:eastAsia="zh-CN"/>
        </w:rPr>
        <w:br/>
      </w:r>
      <w:r>
        <w:rPr>
          <w:lang w:eastAsia="zh-CN"/>
        </w:rPr>
        <w:t>　　5、自带适量的零食和饮料，杜绝浪费;并注意公共场所的卫生工作。</w:t>
      </w:r>
      <w:r>
        <w:rPr>
          <w:lang w:eastAsia="zh-CN"/>
        </w:rPr>
        <w:br/>
      </w:r>
      <w:r>
        <w:rPr>
          <w:lang w:eastAsia="zh-CN"/>
        </w:rPr>
        <w:t>　　6、家长请带好自己身份证(__户口身份证)。</w:t>
      </w:r>
      <w:r>
        <w:rPr>
          <w:lang w:eastAsia="zh-CN"/>
        </w:rPr>
        <w:br/>
      </w:r>
      <w:r>
        <w:rPr>
          <w:lang w:eastAsia="zh-CN"/>
        </w:rPr>
        <w:t xml:space="preserve">    2024最新幼儿园中秋节活动工作计划 篇2 </w:t>
      </w:r>
      <w:r>
        <w:rPr>
          <w:lang w:eastAsia="zh-CN"/>
        </w:rPr>
        <w:br/>
      </w:r>
      <w:r>
        <w:rPr>
          <w:lang w:eastAsia="zh-CN"/>
        </w:rPr>
        <w:t>　　活动主题：月儿圆圆，心儿甜甜</w:t>
      </w:r>
      <w:r>
        <w:rPr>
          <w:lang w:eastAsia="zh-CN"/>
        </w:rPr>
        <w:br/>
      </w:r>
      <w:r>
        <w:rPr>
          <w:lang w:eastAsia="zh-CN"/>
        </w:rPr>
        <w:t>　　活动时间：20__-9-18</w:t>
      </w:r>
      <w:r>
        <w:rPr>
          <w:lang w:eastAsia="zh-CN"/>
        </w:rPr>
        <w:br/>
      </w:r>
      <w:r>
        <w:rPr>
          <w:lang w:eastAsia="zh-CN"/>
        </w:rPr>
        <w:t>　　活动地点：小12班教室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活动目的：</w:t>
      </w:r>
      <w:r>
        <w:rPr>
          <w:lang w:eastAsia="zh-CN"/>
        </w:rPr>
        <w:br/>
      </w:r>
      <w:r>
        <w:rPr>
          <w:lang w:eastAsia="zh-CN"/>
        </w:rPr>
        <w:t>　　⒈ 通过各种活动让幼儿知道阴历八月十五是中秋节，初步了解中秋节的来历，知道中秋节是我国的传统节日。</w:t>
      </w:r>
      <w:r>
        <w:rPr>
          <w:lang w:eastAsia="zh-CN"/>
        </w:rPr>
        <w:br/>
      </w:r>
      <w:r>
        <w:rPr>
          <w:lang w:eastAsia="zh-CN"/>
        </w:rPr>
        <w:t>　　⒉ 让幼儿通过品尝月饼，制作水果拼盘，月饼拼盘等活动体验节日的快乐。</w:t>
      </w:r>
      <w:r>
        <w:rPr>
          <w:lang w:eastAsia="zh-CN"/>
        </w:rPr>
        <w:br/>
      </w:r>
      <w:r>
        <w:rPr>
          <w:lang w:eastAsia="zh-CN"/>
        </w:rPr>
        <w:t>　　⒊ 通过活动，促进亲子交流，增进幼儿与家长之间的感情。体验节日的快乐。</w:t>
      </w:r>
      <w:r>
        <w:rPr>
          <w:lang w:eastAsia="zh-CN"/>
        </w:rPr>
        <w:br/>
      </w:r>
      <w:r>
        <w:rPr>
          <w:lang w:eastAsia="zh-CN"/>
        </w:rPr>
        <w:t>　　活动准备：</w:t>
      </w:r>
      <w:r>
        <w:rPr>
          <w:lang w:eastAsia="zh-CN"/>
        </w:rPr>
        <w:br/>
      </w:r>
      <w:r>
        <w:rPr>
          <w:lang w:eastAsia="zh-CN"/>
        </w:rPr>
        <w:t>　　⒈ 水果、月饼家长提供。</w:t>
      </w:r>
      <w:r>
        <w:rPr>
          <w:lang w:eastAsia="zh-CN"/>
        </w:rPr>
        <w:br/>
      </w:r>
      <w:r>
        <w:rPr>
          <w:lang w:eastAsia="zh-CN"/>
        </w:rPr>
        <w:t>　　⒉ 呼啦圈、气球若干个。</w:t>
      </w:r>
      <w:r>
        <w:rPr>
          <w:lang w:eastAsia="zh-CN"/>
        </w:rPr>
        <w:br/>
      </w:r>
      <w:r>
        <w:rPr>
          <w:lang w:eastAsia="zh-CN"/>
        </w:rPr>
        <w:t>　　⒊ 一次性水果盘</w:t>
      </w:r>
      <w:r>
        <w:rPr>
          <w:lang w:eastAsia="zh-CN"/>
        </w:rPr>
        <w:br/>
      </w:r>
      <w:r>
        <w:rPr>
          <w:lang w:eastAsia="zh-CN"/>
        </w:rPr>
        <w:t>　　活动过程：</w:t>
      </w:r>
      <w:r>
        <w:rPr>
          <w:lang w:eastAsia="zh-CN"/>
        </w:rPr>
        <w:br/>
      </w:r>
      <w:r>
        <w:rPr>
          <w:lang w:eastAsia="zh-CN"/>
        </w:rPr>
        <w:t>　　第一环节：</w:t>
      </w:r>
      <w:r>
        <w:rPr>
          <w:lang w:eastAsia="zh-CN"/>
        </w:rPr>
        <w:br/>
      </w:r>
      <w:r>
        <w:rPr>
          <w:lang w:eastAsia="zh-CN"/>
        </w:rPr>
        <w:t>　　1、 介绍中秋节的</w:t>
      </w:r>
      <w:r>
        <w:rPr>
          <w:lang w:eastAsia="zh-CN"/>
        </w:rPr>
        <w:br/>
      </w:r>
      <w:r>
        <w:rPr>
          <w:lang w:eastAsia="zh-CN"/>
        </w:rPr>
        <w:t>　　第二环节：亲子其乐融融</w:t>
      </w:r>
      <w:r>
        <w:rPr>
          <w:lang w:eastAsia="zh-CN"/>
        </w:rPr>
        <w:br/>
      </w:r>
      <w:r>
        <w:rPr>
          <w:lang w:eastAsia="zh-CN"/>
        </w:rPr>
        <w:t>　　1亲子游戏： 蜈蚣散步</w:t>
      </w:r>
      <w:r>
        <w:rPr>
          <w:lang w:eastAsia="zh-CN"/>
        </w:rPr>
        <w:br/>
      </w:r>
      <w:r>
        <w:rPr>
          <w:lang w:eastAsia="zh-CN"/>
        </w:rPr>
        <w:t>　　先讲一个故事：第一范文网森林里举行运动会，蜈蚣报名参加了赛跑。一大早蜈蚣妈妈就把小蜈蚣从床上拉了起来，叫他吃好早饭后赶到比赛现场。说完妈妈便到屋后菜园种菜去了。好半天，忽然听见小兔在喊：蜈蚣，蜈蚣，比赛快开始啦!你怎么还不去呀?蜈蚣妈妈想着：这孩子跑到哪去了?推开门一看，可把她吓了一跳。原来小蜈蚣在忙着穿鞋呢。他的脚太多太多，穿了好半天都还没穿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目的：锻炼孩子的耐力和腿部力量。准备：给孩子看蜈蚣的图片，让孩子知道蜈蚣走路的方式。</w:t>
      </w:r>
      <w:r>
        <w:rPr>
          <w:lang w:eastAsia="zh-CN"/>
        </w:rPr>
        <w:br/>
      </w:r>
      <w:r>
        <w:rPr>
          <w:lang w:eastAsia="zh-CN"/>
        </w:rPr>
        <w:t>　　1、由孩子做排头，家长将手搭在孩子肩上，蹲下。</w:t>
      </w:r>
      <w:r>
        <w:rPr>
          <w:lang w:eastAsia="zh-CN"/>
        </w:rPr>
        <w:br/>
      </w:r>
      <w:r>
        <w:rPr>
          <w:lang w:eastAsia="zh-CN"/>
        </w:rPr>
        <w:t>　　2、随着一、二、一、二的口令，孩子和家长向前行走，脚步要协调，不能乱。</w:t>
      </w:r>
      <w:r>
        <w:rPr>
          <w:lang w:eastAsia="zh-CN"/>
        </w:rPr>
        <w:br/>
      </w:r>
      <w:r>
        <w:rPr>
          <w:lang w:eastAsia="zh-CN"/>
        </w:rPr>
        <w:t>　　提示：可以多叫几个家庭成员一起参加。</w:t>
      </w:r>
      <w:r>
        <w:rPr>
          <w:lang w:eastAsia="zh-CN"/>
        </w:rPr>
        <w:br/>
      </w:r>
      <w:r>
        <w:rPr>
          <w:lang w:eastAsia="zh-CN"/>
        </w:rPr>
        <w:t>　　再念一首儿歌：一百只脚的小蜈蚣，穿起鞋来不轻松，不轻松，快用功，赶紧上路急匆匆</w:t>
      </w:r>
      <w:r>
        <w:rPr>
          <w:lang w:eastAsia="zh-CN"/>
        </w:rPr>
        <w:br/>
      </w:r>
      <w:r>
        <w:rPr>
          <w:lang w:eastAsia="zh-CN"/>
        </w:rPr>
        <w:t>　　3亲子制作水果拼盘和月饼拼盘</w:t>
      </w:r>
      <w:r>
        <w:rPr>
          <w:lang w:eastAsia="zh-CN"/>
        </w:rPr>
        <w:br/>
      </w:r>
      <w:r>
        <w:rPr>
          <w:lang w:eastAsia="zh-CN"/>
        </w:rPr>
        <w:t>　　按六个家庭为一组，利用自己带来的水果和月饼合作制作水果拼盘和月饼拼盘。并且和幼儿一起品尝。</w:t>
      </w:r>
      <w:r>
        <w:rPr>
          <w:lang w:eastAsia="zh-CN"/>
        </w:rPr>
        <w:br/>
      </w:r>
      <w:r>
        <w:rPr>
          <w:lang w:eastAsia="zh-CN"/>
        </w:rPr>
        <w:t>　　第四环节：放孔明灯，活动结束</w:t>
      </w:r>
      <w:r>
        <w:rPr>
          <w:lang w:eastAsia="zh-CN"/>
        </w:rPr>
        <w:br/>
      </w:r>
      <w:r>
        <w:rPr>
          <w:lang w:eastAsia="zh-CN"/>
        </w:rPr>
        <w:t xml:space="preserve">    2024最新幼儿园中秋节活动工作计划 篇3 </w:t>
      </w:r>
      <w:r>
        <w:rPr>
          <w:lang w:eastAsia="zh-CN"/>
        </w:rPr>
        <w:br/>
      </w:r>
      <w:r>
        <w:rPr>
          <w:lang w:eastAsia="zh-CN"/>
        </w:rPr>
        <w:t>　　幼儿园的活动区域具有多样性，自由性和趣味性，能促进幼儿全面发展。幼儿园的各种活动的探索过程要比探索的结果重要，区域活动正好为幼儿提供探索的机会，让幼儿在动手操作中加以认知，区域活动不仅是集中教育活动的延伸、拓宽与补充，而且应与集中教育相结合。教师通过观察记录，根据活动情况及时进行修正、补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探索活动是幼儿的一种自主性和和实践活动，幼儿个体间存在差异，对问题的探索能力是不同的，我们提供的操作材料应有适用的层次性，提出的操作要求应有所不同，以增进幼儿的兴趣和活动活动深度。</w:t>
      </w:r>
      <w:r>
        <w:rPr>
          <w:lang w:eastAsia="zh-CN"/>
        </w:rPr>
        <w:br/>
      </w:r>
      <w:r>
        <w:rPr>
          <w:lang w:eastAsia="zh-CN"/>
        </w:rPr>
        <w:t>　　一、区域活动时间安排</w:t>
      </w:r>
      <w:r>
        <w:rPr>
          <w:lang w:eastAsia="zh-CN"/>
        </w:rPr>
        <w:br/>
      </w:r>
      <w:r>
        <w:rPr>
          <w:lang w:eastAsia="zh-CN"/>
        </w:rPr>
        <w:t>　　自由安排，尽量保证活动时间充分</w:t>
      </w:r>
      <w:r>
        <w:rPr>
          <w:lang w:eastAsia="zh-CN"/>
        </w:rPr>
        <w:br/>
      </w:r>
      <w:r>
        <w:rPr>
          <w:lang w:eastAsia="zh-CN"/>
        </w:rPr>
        <w:t>　　二、区域活动的内容</w:t>
      </w:r>
      <w:r>
        <w:rPr>
          <w:lang w:eastAsia="zh-CN"/>
        </w:rPr>
        <w:br/>
      </w:r>
      <w:r>
        <w:rPr>
          <w:lang w:eastAsia="zh-CN"/>
        </w:rPr>
        <w:t>　　分三个区域：益智园(科学、建构、操作、计算、棋类);手工坊(美术、编织、手工);宝宝秀(表演、角色(宝贝超市);图书角，运动区。</w:t>
      </w:r>
      <w:r>
        <w:rPr>
          <w:lang w:eastAsia="zh-CN"/>
        </w:rPr>
        <w:br/>
      </w:r>
      <w:r>
        <w:rPr>
          <w:lang w:eastAsia="zh-CN"/>
        </w:rPr>
        <w:t>　　三、各活动区要求：</w:t>
      </w:r>
      <w:r>
        <w:rPr>
          <w:lang w:eastAsia="zh-CN"/>
        </w:rPr>
        <w:br/>
      </w:r>
      <w:r>
        <w:rPr>
          <w:lang w:eastAsia="zh-CN"/>
        </w:rPr>
        <w:t>　　1、益智园</w:t>
      </w:r>
      <w:r>
        <w:rPr>
          <w:lang w:eastAsia="zh-CN"/>
        </w:rPr>
        <w:br/>
      </w:r>
      <w:r>
        <w:rPr>
          <w:lang w:eastAsia="zh-CN"/>
        </w:rPr>
        <w:t>　　1)科学区</w:t>
      </w:r>
      <w:r>
        <w:rPr>
          <w:lang w:eastAsia="zh-CN"/>
        </w:rPr>
        <w:br/>
      </w:r>
      <w:r>
        <w:rPr>
          <w:lang w:eastAsia="zh-CN"/>
        </w:rPr>
        <w:t>　　(1)、能按规则进行操作，发现其中的奥秘。</w:t>
      </w:r>
      <w:r>
        <w:rPr>
          <w:lang w:eastAsia="zh-CN"/>
        </w:rPr>
        <w:br/>
      </w:r>
      <w:r>
        <w:rPr>
          <w:lang w:eastAsia="zh-CN"/>
        </w:rPr>
        <w:t>　　(2)、知道轻拿轻放，爱护材料，结束后知道整理干净。</w:t>
      </w:r>
      <w:r>
        <w:rPr>
          <w:lang w:eastAsia="zh-CN"/>
        </w:rPr>
        <w:br/>
      </w:r>
      <w:r>
        <w:rPr>
          <w:lang w:eastAsia="zh-CN"/>
        </w:rPr>
        <w:t>　　2)、建构区</w:t>
      </w:r>
      <w:r>
        <w:rPr>
          <w:lang w:eastAsia="zh-CN"/>
        </w:rPr>
        <w:br/>
      </w:r>
      <w:r>
        <w:rPr>
          <w:lang w:eastAsia="zh-CN"/>
        </w:rPr>
        <w:t>　　(1)、积木大家玩，如遇冲突，相互商量谁先玩或一起玩。</w:t>
      </w:r>
      <w:r>
        <w:rPr>
          <w:lang w:eastAsia="zh-CN"/>
        </w:rPr>
        <w:br/>
      </w:r>
      <w:r>
        <w:rPr>
          <w:lang w:eastAsia="zh-CN"/>
        </w:rPr>
        <w:t>　　(2)、在规定的区域内玩，不大声嚷嚷，遵守游戏规则。</w:t>
      </w:r>
      <w:r>
        <w:rPr>
          <w:lang w:eastAsia="zh-CN"/>
        </w:rPr>
        <w:br/>
      </w:r>
      <w:r>
        <w:rPr>
          <w:lang w:eastAsia="zh-CN"/>
        </w:rPr>
        <w:t>　　3)、操作区</w:t>
      </w:r>
      <w:r>
        <w:rPr>
          <w:lang w:eastAsia="zh-CN"/>
        </w:rPr>
        <w:br/>
      </w:r>
      <w:r>
        <w:rPr>
          <w:lang w:eastAsia="zh-CN"/>
        </w:rPr>
        <w:t>　　(1)、鼓励幼儿大胆动手操作材料，勇于探索，不怕困难，体验成功的快乐。</w:t>
      </w:r>
      <w:r>
        <w:rPr>
          <w:lang w:eastAsia="zh-CN"/>
        </w:rPr>
        <w:br/>
      </w:r>
      <w:r>
        <w:rPr>
          <w:lang w:eastAsia="zh-CN"/>
        </w:rPr>
        <w:t>　　(2)、爱护材料，玩好后知道放回原处。</w:t>
      </w:r>
      <w:r>
        <w:rPr>
          <w:lang w:eastAsia="zh-CN"/>
        </w:rPr>
        <w:br/>
      </w:r>
      <w:r>
        <w:rPr>
          <w:lang w:eastAsia="zh-CN"/>
        </w:rPr>
        <w:t>　　4)、计算区</w:t>
      </w:r>
      <w:r>
        <w:rPr>
          <w:lang w:eastAsia="zh-CN"/>
        </w:rPr>
        <w:br/>
      </w:r>
      <w:r>
        <w:rPr>
          <w:lang w:eastAsia="zh-CN"/>
        </w:rPr>
        <w:t>　　(1)、正确操作活动，并用笔记下操作结果。</w:t>
      </w:r>
      <w:r>
        <w:rPr>
          <w:lang w:eastAsia="zh-CN"/>
        </w:rPr>
        <w:br/>
      </w:r>
      <w:r>
        <w:rPr>
          <w:lang w:eastAsia="zh-CN"/>
        </w:rPr>
        <w:t>　　2)、爱护材料，玩好后知道放回原处。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5)、棋类区</w:t>
      </w:r>
      <w:r>
        <w:rPr>
          <w:lang w:eastAsia="zh-CN"/>
        </w:rPr>
        <w:br/>
      </w:r>
      <w:r>
        <w:rPr>
          <w:lang w:eastAsia="zh-CN"/>
        </w:rPr>
        <w:t>　　(1)、互相协商，找到棋友。</w:t>
      </w:r>
      <w:r>
        <w:rPr>
          <w:lang w:eastAsia="zh-CN"/>
        </w:rPr>
        <w:br/>
      </w:r>
      <w:r>
        <w:rPr>
          <w:lang w:eastAsia="zh-CN"/>
        </w:rPr>
        <w:t>　　(2)、遵守规则，结束后一起整理棋具。</w:t>
      </w:r>
      <w:r>
        <w:rPr>
          <w:lang w:eastAsia="zh-CN"/>
        </w:rPr>
        <w:br/>
      </w:r>
      <w:r>
        <w:rPr>
          <w:lang w:eastAsia="zh-CN"/>
        </w:rPr>
        <w:t>　　2、手工坊</w:t>
      </w:r>
      <w:r>
        <w:rPr>
          <w:lang w:eastAsia="zh-CN"/>
        </w:rPr>
        <w:br/>
      </w:r>
      <w:r>
        <w:rPr>
          <w:lang w:eastAsia="zh-CN"/>
        </w:rPr>
        <w:t>　　1)、美术</w:t>
      </w:r>
      <w:r>
        <w:rPr>
          <w:lang w:eastAsia="zh-CN"/>
        </w:rPr>
        <w:br/>
      </w:r>
      <w:r>
        <w:rPr>
          <w:lang w:eastAsia="zh-CN"/>
        </w:rPr>
        <w:t>　　(1)、设计自己喜欢的画。</w:t>
      </w:r>
      <w:r>
        <w:rPr>
          <w:lang w:eastAsia="zh-CN"/>
        </w:rPr>
        <w:br/>
      </w:r>
      <w:r>
        <w:rPr>
          <w:lang w:eastAsia="zh-CN"/>
        </w:rPr>
        <w:t>　　(2)、小心色笔别弄脏衣服。</w:t>
      </w:r>
      <w:r>
        <w:rPr>
          <w:lang w:eastAsia="zh-CN"/>
        </w:rPr>
        <w:br/>
      </w:r>
      <w:r>
        <w:rPr>
          <w:lang w:eastAsia="zh-CN"/>
        </w:rPr>
        <w:t>　　2)、编织</w:t>
      </w:r>
      <w:r>
        <w:rPr>
          <w:lang w:eastAsia="zh-CN"/>
        </w:rPr>
        <w:br/>
      </w:r>
      <w:r>
        <w:rPr>
          <w:lang w:eastAsia="zh-CN"/>
        </w:rPr>
        <w:t>　　(1)、学会系鞋带，编小辫</w:t>
      </w:r>
      <w:r>
        <w:rPr>
          <w:lang w:eastAsia="zh-CN"/>
        </w:rPr>
        <w:br/>
      </w:r>
      <w:r>
        <w:rPr>
          <w:lang w:eastAsia="zh-CN"/>
        </w:rPr>
        <w:t>　　(2)结束后把物品恢复原样。</w:t>
      </w:r>
      <w:r>
        <w:rPr>
          <w:lang w:eastAsia="zh-CN"/>
        </w:rPr>
        <w:br/>
      </w:r>
      <w:r>
        <w:rPr>
          <w:lang w:eastAsia="zh-CN"/>
        </w:rPr>
        <w:t>　　3)、手工</w:t>
      </w:r>
      <w:r>
        <w:rPr>
          <w:lang w:eastAsia="zh-CN"/>
        </w:rPr>
        <w:br/>
      </w:r>
      <w:r>
        <w:rPr>
          <w:lang w:eastAsia="zh-CN"/>
        </w:rPr>
        <w:t>　　(1)、自己会看图示制作，认真完成作品。</w:t>
      </w:r>
      <w:r>
        <w:rPr>
          <w:lang w:eastAsia="zh-CN"/>
        </w:rPr>
        <w:br/>
      </w:r>
      <w:r>
        <w:rPr>
          <w:lang w:eastAsia="zh-CN"/>
        </w:rPr>
        <w:t>　　(2)、会及时整理材料，清理这些纸屑。</w:t>
      </w:r>
      <w:r>
        <w:rPr>
          <w:lang w:eastAsia="zh-CN"/>
        </w:rPr>
        <w:br/>
      </w:r>
      <w:r>
        <w:rPr>
          <w:lang w:eastAsia="zh-CN"/>
        </w:rPr>
        <w:t>　　3、宝宝秀</w:t>
      </w:r>
      <w:r>
        <w:rPr>
          <w:lang w:eastAsia="zh-CN"/>
        </w:rPr>
        <w:br/>
      </w:r>
      <w:r>
        <w:rPr>
          <w:lang w:eastAsia="zh-CN"/>
        </w:rPr>
        <w:t>　　1、语言表演</w:t>
      </w:r>
      <w:r>
        <w:rPr>
          <w:lang w:eastAsia="zh-CN"/>
        </w:rPr>
        <w:br/>
      </w:r>
      <w:r>
        <w:rPr>
          <w:lang w:eastAsia="zh-CN"/>
        </w:rPr>
        <w:t>　　(1)、能够看图讲述故事。</w:t>
      </w:r>
      <w:r>
        <w:rPr>
          <w:lang w:eastAsia="zh-CN"/>
        </w:rPr>
        <w:br/>
      </w:r>
      <w:r>
        <w:rPr>
          <w:lang w:eastAsia="zh-CN"/>
        </w:rPr>
        <w:t>　　(2)、根据故事内容进行角色表演，</w:t>
      </w:r>
      <w:r>
        <w:rPr>
          <w:lang w:eastAsia="zh-CN"/>
        </w:rPr>
        <w:br/>
      </w:r>
      <w:r>
        <w:rPr>
          <w:lang w:eastAsia="zh-CN"/>
        </w:rPr>
        <w:t>　　2、角色区(宝贝超市)</w:t>
      </w:r>
      <w:r>
        <w:rPr>
          <w:lang w:eastAsia="zh-CN"/>
        </w:rPr>
        <w:br/>
      </w:r>
      <w:r>
        <w:rPr>
          <w:lang w:eastAsia="zh-CN"/>
        </w:rPr>
        <w:t>　　(1)、学会互相协商，分配角色。</w:t>
      </w:r>
      <w:r>
        <w:rPr>
          <w:lang w:eastAsia="zh-CN"/>
        </w:rPr>
        <w:br/>
      </w:r>
      <w:r>
        <w:rPr>
          <w:lang w:eastAsia="zh-CN"/>
        </w:rPr>
        <w:t>　　(2)、根据自己的生活经验进行游戏，能热情招待客人。</w:t>
      </w:r>
      <w:r>
        <w:rPr>
          <w:lang w:eastAsia="zh-CN"/>
        </w:rPr>
        <w:br/>
      </w:r>
      <w:r>
        <w:rPr>
          <w:lang w:eastAsia="zh-CN"/>
        </w:rPr>
        <w:t>　　(3)、结束时整理好物品。</w:t>
      </w:r>
      <w:r>
        <w:rPr>
          <w:lang w:eastAsia="zh-CN"/>
        </w:rPr>
        <w:br/>
      </w:r>
      <w:r>
        <w:rPr>
          <w:lang w:eastAsia="zh-CN"/>
        </w:rPr>
        <w:t>　　4、图书角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(1)、阅读时保持安静，不大声讲话，不影响别人。</w:t>
      </w:r>
      <w:r>
        <w:rPr>
          <w:lang w:eastAsia="zh-CN"/>
        </w:rPr>
        <w:br/>
      </w:r>
      <w:r>
        <w:rPr>
          <w:lang w:eastAsia="zh-CN"/>
        </w:rPr>
        <w:t>　　(2)、注意用眼卫生，眼睛与书保持一定距离，坐姿端正，看完书要及时整理，摆放整齐。</w:t>
      </w:r>
      <w:r>
        <w:rPr>
          <w:lang w:eastAsia="zh-CN"/>
        </w:rPr>
        <w:br/>
      </w:r>
      <w:r>
        <w:rPr>
          <w:lang w:eastAsia="zh-CN"/>
        </w:rPr>
        <w:t>　　5、运动区</w:t>
      </w:r>
      <w:r>
        <w:rPr>
          <w:lang w:eastAsia="zh-CN"/>
        </w:rPr>
        <w:br/>
      </w:r>
      <w:r>
        <w:rPr>
          <w:lang w:eastAsia="zh-CN"/>
        </w:rPr>
        <w:t>　　能自觉遵守各项运动规则，与同伴友好进行活动。</w:t>
      </w:r>
      <w:r>
        <w:rPr>
          <w:lang w:eastAsia="zh-CN"/>
        </w:rPr>
        <w:br/>
      </w:r>
      <w:r>
        <w:rPr>
          <w:lang w:eastAsia="zh-CN"/>
        </w:rPr>
        <w:t>　　各个区域之间可以互相转换。如益智园和宝宝秀结合活动，引导幼儿利用废物利用开展美工活动，让幼儿把自己创作的构思和画面表达出来;班与班之间可以多加交流，某些活动可以交互使用完成。</w:t>
      </w:r>
      <w:r>
        <w:rPr>
          <w:lang w:eastAsia="zh-CN"/>
        </w:rPr>
        <w:br/>
      </w:r>
      <w:r>
        <w:rPr>
          <w:lang w:eastAsia="zh-CN"/>
        </w:rPr>
        <w:t>　　区域活动是幼儿的自主活动，是孩子们最喜欢的活动，我们在活动中不要过多的指点干预，在观察幼儿的活动中，要了解和满足幼儿的需要、兴趣和行为表现。并有计划的观察和记录，对于个案进行分析，做活动后的反思，有针对性地调整区域内容，补充活动材料、丰富幼儿学习经验。</w:t>
      </w:r>
      <w:r>
        <w:rPr>
          <w:lang w:eastAsia="zh-CN"/>
        </w:rPr>
        <w:br/>
      </w:r>
      <w:r>
        <w:rPr>
          <w:lang w:eastAsia="zh-CN"/>
        </w:rPr>
        <w:t xml:space="preserve">    2024最新幼儿园中秋节活动工作计划 篇4 </w:t>
      </w:r>
      <w:r>
        <w:rPr>
          <w:lang w:eastAsia="zh-CN"/>
        </w:rPr>
        <w:br/>
      </w:r>
      <w:r>
        <w:rPr>
          <w:lang w:eastAsia="zh-CN"/>
        </w:rPr>
        <w:t>　　一、活动目标：</w:t>
      </w:r>
      <w:r>
        <w:rPr>
          <w:lang w:eastAsia="zh-CN"/>
        </w:rPr>
        <w:br/>
      </w:r>
      <w:r>
        <w:rPr>
          <w:lang w:eastAsia="zh-CN"/>
        </w:rPr>
        <w:t>　　1.让幼儿知道六一是他们自己的节日，体验节日的欢乐气氛。</w:t>
      </w:r>
      <w:r>
        <w:rPr>
          <w:lang w:eastAsia="zh-CN"/>
        </w:rPr>
        <w:br/>
      </w:r>
      <w:r>
        <w:rPr>
          <w:lang w:eastAsia="zh-CN"/>
        </w:rPr>
        <w:t>　　2.让幼儿在游戏中有表现自己的机会，展示自己的本领。</w:t>
      </w:r>
      <w:r>
        <w:rPr>
          <w:lang w:eastAsia="zh-CN"/>
        </w:rPr>
        <w:br/>
      </w:r>
      <w:r>
        <w:rPr>
          <w:lang w:eastAsia="zh-CN"/>
        </w:rPr>
        <w:t>　　3.使幼儿体验与家长一起进行游戏活动的乐趣，给孩子提供一段快乐的时光并留下童年的美好记忆。</w:t>
      </w:r>
      <w:r>
        <w:rPr>
          <w:lang w:eastAsia="zh-CN"/>
        </w:rPr>
        <w:br/>
      </w:r>
      <w:r>
        <w:rPr>
          <w:lang w:eastAsia="zh-CN"/>
        </w:rPr>
        <w:t>　　4.让家长在参观和参与幼儿的节日庆祝活动中，进一步感悟幼儿教育的观念，从中使自己对如何教育孩子有所启发。</w:t>
      </w:r>
      <w:r>
        <w:rPr>
          <w:lang w:eastAsia="zh-CN"/>
        </w:rPr>
        <w:br/>
      </w:r>
      <w:r>
        <w:rPr>
          <w:lang w:eastAsia="zh-CN"/>
        </w:rPr>
        <w:t>　　二、活动安排：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1.在欢快的音乐中带幼儿入场就位。</w:t>
      </w:r>
      <w:r>
        <w:rPr>
          <w:lang w:eastAsia="zh-CN"/>
        </w:rPr>
        <w:br/>
      </w:r>
      <w:r>
        <w:rPr>
          <w:lang w:eastAsia="zh-CN"/>
        </w:rPr>
        <w:t>　　2.欣赏幼儿大型舞蹈《永远的映山红》。</w:t>
      </w:r>
      <w:r>
        <w:rPr>
          <w:lang w:eastAsia="zh-CN"/>
        </w:rPr>
        <w:br/>
      </w:r>
      <w:r>
        <w:rPr>
          <w:lang w:eastAsia="zh-CN"/>
        </w:rPr>
        <w:t>　　3.幼儿讲故事比赛。</w:t>
      </w:r>
      <w:r>
        <w:rPr>
          <w:lang w:eastAsia="zh-CN"/>
        </w:rPr>
        <w:br/>
      </w:r>
      <w:r>
        <w:rPr>
          <w:lang w:eastAsia="zh-CN"/>
        </w:rPr>
        <w:t>　　4.亲子游戏《夹球跑》。</w:t>
      </w:r>
      <w:r>
        <w:rPr>
          <w:lang w:eastAsia="zh-CN"/>
        </w:rPr>
        <w:br/>
      </w:r>
      <w:r>
        <w:rPr>
          <w:lang w:eastAsia="zh-CN"/>
        </w:rPr>
        <w:t>　　游戏玩法及规则：幼儿站在起点，家长站在终点，面对站立。幼儿抱球从起点跑至终点，将球交给家长。家长将球夹在腿间到起点，快者获胜。如球掉了需捡回球重新夹住继续。</w:t>
      </w:r>
      <w:r>
        <w:rPr>
          <w:lang w:eastAsia="zh-CN"/>
        </w:rPr>
        <w:br/>
      </w:r>
      <w:r>
        <w:rPr>
          <w:lang w:eastAsia="zh-CN"/>
        </w:rPr>
        <w:t>　　三、发放节日礼物结束。</w:t>
      </w:r>
      <w:r>
        <w:rPr>
          <w:lang w:eastAsia="zh-CN"/>
        </w:rPr>
        <w:br/>
      </w:r>
      <w:r>
        <w:rPr>
          <w:lang w:eastAsia="zh-CN"/>
        </w:rPr>
        <w:t xml:space="preserve">    2024最新幼儿园中秋节活动工作计划 篇5 </w:t>
      </w:r>
      <w:r>
        <w:rPr>
          <w:lang w:eastAsia="zh-CN"/>
        </w:rPr>
        <w:br/>
      </w:r>
      <w:r>
        <w:rPr>
          <w:lang w:eastAsia="zh-CN"/>
        </w:rPr>
        <w:t>　　一、活动名称：欢欢乐乐庆国庆</w:t>
      </w:r>
      <w:r>
        <w:rPr>
          <w:lang w:eastAsia="zh-CN"/>
        </w:rPr>
        <w:br/>
      </w:r>
      <w:r>
        <w:rPr>
          <w:lang w:eastAsia="zh-CN"/>
        </w:rPr>
        <w:t>　　二、活动目的：</w:t>
      </w:r>
      <w:r>
        <w:rPr>
          <w:lang w:eastAsia="zh-CN"/>
        </w:rPr>
        <w:br/>
      </w:r>
      <w:r>
        <w:rPr>
          <w:lang w:eastAsia="zh-CN"/>
        </w:rPr>
        <w:t>　　1、通过此活动，加强幼儿的爱国主义热度，使幼儿懂得我们的幸福生活来之不易，从而更加刻苦学习。</w:t>
      </w:r>
      <w:r>
        <w:rPr>
          <w:lang w:eastAsia="zh-CN"/>
        </w:rPr>
        <w:br/>
      </w:r>
      <w:r>
        <w:rPr>
          <w:lang w:eastAsia="zh-CN"/>
        </w:rPr>
        <w:t>　　2、让幼儿了解我们中国的首都是北京，以及国旗、国徽的含义。</w:t>
      </w:r>
      <w:r>
        <w:rPr>
          <w:lang w:eastAsia="zh-CN"/>
        </w:rPr>
        <w:br/>
      </w:r>
      <w:r>
        <w:rPr>
          <w:lang w:eastAsia="zh-CN"/>
        </w:rPr>
        <w:t>　　3、培养幼儿敢于在集体面前大胆表现的性格。</w:t>
      </w:r>
      <w:r>
        <w:rPr>
          <w:lang w:eastAsia="zh-CN"/>
        </w:rPr>
        <w:br/>
      </w:r>
      <w:r>
        <w:rPr>
          <w:lang w:eastAsia="zh-CN"/>
        </w:rPr>
        <w:t>　　三、活动准备：</w:t>
      </w:r>
      <w:r>
        <w:rPr>
          <w:lang w:eastAsia="zh-CN"/>
        </w:rPr>
        <w:br/>
      </w:r>
      <w:r>
        <w:rPr>
          <w:lang w:eastAsia="zh-CN"/>
        </w:rPr>
        <w:t>　　1、道具：幼儿人手一面自制的红旗。</w:t>
      </w:r>
      <w:r>
        <w:rPr>
          <w:lang w:eastAsia="zh-CN"/>
        </w:rPr>
        <w:br/>
      </w:r>
      <w:r>
        <w:rPr>
          <w:lang w:eastAsia="zh-CN"/>
        </w:rPr>
        <w:t>　　2、庆祝国庆的英文口号、诗歌、歌曲等。</w:t>
      </w:r>
      <w:r>
        <w:rPr>
          <w:lang w:eastAsia="zh-CN"/>
        </w:rPr>
        <w:br/>
      </w:r>
      <w:r>
        <w:rPr>
          <w:lang w:eastAsia="zh-CN"/>
        </w:rPr>
        <w:t>　　四、活动时间</w:t>
      </w:r>
      <w:r>
        <w:rPr>
          <w:lang w:eastAsia="zh-CN"/>
        </w:rPr>
        <w:br/>
      </w:r>
      <w:r>
        <w:rPr>
          <w:lang w:eastAsia="zh-CN"/>
        </w:rPr>
        <w:t>　　20__年__月__日五、活动过程。</w:t>
      </w:r>
      <w:r>
        <w:rPr>
          <w:lang w:eastAsia="zh-CN"/>
        </w:rPr>
        <w:br/>
      </w:r>
      <w:r>
        <w:rPr>
          <w:lang w:eastAsia="zh-CN"/>
        </w:rPr>
        <w:t>　　1、集体齐唱国歌。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A、当庄严的国歌演奏完毕，孩子们共同高呼：“祖国生日快乐!“B、主持人详细向孩子们介绍中国的首都、少数民族以及国旗、国徽的含义。</w:t>
      </w:r>
      <w:r>
        <w:rPr>
          <w:lang w:eastAsia="zh-CN"/>
        </w:rPr>
        <w:br/>
      </w:r>
      <w:r>
        <w:rPr>
          <w:lang w:eastAsia="zh-CN"/>
        </w:rPr>
        <w:t>　　2、各班集体大合唱。(有关国庆的歌曲)</w:t>
      </w:r>
      <w:r>
        <w:rPr>
          <w:lang w:eastAsia="zh-CN"/>
        </w:rPr>
        <w:br/>
      </w:r>
      <w:r>
        <w:rPr>
          <w:lang w:eastAsia="zh-CN"/>
        </w:rPr>
        <w:t>　　3、分教室进行表演节目。(分教室准备)活动过程中注意幼儿的站姿，手势等方面的表现。</w:t>
      </w:r>
      <w:r>
        <w:rPr>
          <w:lang w:eastAsia="zh-CN"/>
        </w:rPr>
        <w:br/>
      </w:r>
      <w:r>
        <w:rPr>
          <w:lang w:eastAsia="zh-CN"/>
        </w:rPr>
        <w:t>　　4、互赠节日礼物。(以教室为单位)A、礼物内容是和祖国节日相关。如，祖国地图，民族服饰等方面的图片。</w:t>
      </w:r>
      <w:r>
        <w:rPr>
          <w:lang w:eastAsia="zh-CN"/>
        </w:rPr>
        <w:br/>
      </w:r>
      <w:r>
        <w:rPr>
          <w:lang w:eastAsia="zh-CN"/>
        </w:rPr>
        <w:t>　　B、强调幼儿在传递物品过程中要双手接物，并互相道谢。注意礼仪培养。</w:t>
      </w:r>
      <w:r>
        <w:rPr>
          <w:lang w:eastAsia="zh-CN"/>
        </w:rPr>
        <w:br/>
      </w:r>
      <w:r>
        <w:rPr>
          <w:lang w:eastAsia="zh-CN"/>
        </w:rPr>
        <w:t>　　5、区角游行。</w:t>
      </w:r>
      <w:r>
        <w:rPr>
          <w:lang w:eastAsia="zh-CN"/>
        </w:rPr>
        <w:br/>
      </w:r>
      <w:r>
        <w:rPr>
          <w:lang w:eastAsia="zh-CN"/>
        </w:rPr>
        <w:t>　　各教室准备富有特色的区角展示，邀请其他教室幼儿进行参观。</w:t>
      </w:r>
      <w:r>
        <w:rPr>
          <w:lang w:eastAsia="zh-CN"/>
        </w:rPr>
        <w:br/>
      </w:r>
      <w:r>
        <w:rPr>
          <w:lang w:eastAsia="zh-CN"/>
        </w:rPr>
        <w:t>　　五、活动结束</w:t>
      </w:r>
      <w:r>
        <w:rPr>
          <w:lang w:eastAsia="zh-CN"/>
        </w:rPr>
        <w:br/>
      </w:r>
      <w:r>
        <w:rPr>
          <w:lang w:eastAsia="zh-CN"/>
        </w:rPr>
        <w:t>　　园长总结本次活动，表扬幼儿，宣布活动结束。各班组织幼儿休息。</w:t>
      </w:r>
      <w:r>
        <w:rPr>
          <w:lang w:eastAsia="zh-CN"/>
        </w:rPr>
        <w:br/>
      </w:r>
      <w:r>
        <w:rPr>
          <w:lang w:eastAsia="zh-CN"/>
        </w:rPr>
        <w:t xml:space="preserve">    2024最新幼儿园中秋节活动工作计划 篇6 </w:t>
      </w:r>
      <w:r>
        <w:rPr>
          <w:lang w:eastAsia="zh-CN"/>
        </w:rPr>
        <w:br/>
      </w:r>
      <w:r>
        <w:rPr>
          <w:lang w:eastAsia="zh-CN"/>
        </w:rPr>
        <w:t>　　活动准备：</w:t>
      </w:r>
      <w:r>
        <w:rPr>
          <w:lang w:eastAsia="zh-CN"/>
        </w:rPr>
        <w:br/>
      </w:r>
      <w:r>
        <w:rPr>
          <w:lang w:eastAsia="zh-CN"/>
        </w:rPr>
        <w:t>　　刮画纸，卡纸，即时贴、瓦楞纸若干，范例四张。</w:t>
      </w:r>
      <w:r>
        <w:rPr>
          <w:lang w:eastAsia="zh-CN"/>
        </w:rPr>
        <w:br/>
      </w:r>
      <w:r>
        <w:rPr>
          <w:lang w:eastAsia="zh-CN"/>
        </w:rPr>
        <w:t>　　活动过程：</w:t>
      </w:r>
      <w:r>
        <w:rPr>
          <w:lang w:eastAsia="zh-CN"/>
        </w:rPr>
        <w:br/>
      </w:r>
      <w:r>
        <w:rPr>
          <w:lang w:eastAsia="zh-CN"/>
        </w:rPr>
        <w:t>　　一、师提问：小朋友们，父亲节很快就到来了，父亲节是谁的节日啊?</w:t>
      </w:r>
      <w:r>
        <w:rPr>
          <w:lang w:eastAsia="zh-CN"/>
        </w:rPr>
        <w:br/>
      </w:r>
      <w:r>
        <w:rPr>
          <w:lang w:eastAsia="zh-CN"/>
        </w:rPr>
        <w:t>　　你们爱爸爸吗?那你们要为爸爸做些什么呢?我们一起来做份礼物送给爸爸好吗?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二、教师示范方法步骤。</w:t>
      </w:r>
      <w:r>
        <w:rPr>
          <w:lang w:eastAsia="zh-CN"/>
        </w:rPr>
        <w:br/>
      </w:r>
      <w:r>
        <w:rPr>
          <w:lang w:eastAsia="zh-CN"/>
        </w:rPr>
        <w:t>　　教师出示范例，清楚细致的讲解示范，为幼儿的操作起到引领作用。</w:t>
      </w:r>
      <w:r>
        <w:rPr>
          <w:lang w:eastAsia="zh-CN"/>
        </w:rPr>
        <w:br/>
      </w:r>
      <w:r>
        <w:rPr>
          <w:lang w:eastAsia="zh-CN"/>
        </w:rPr>
        <w:t>　　三、根据幼儿兴趣及能力进行分组，幼儿分组操作，教师个别指导。</w:t>
      </w:r>
      <w:r>
        <w:rPr>
          <w:lang w:eastAsia="zh-CN"/>
        </w:rPr>
        <w:br/>
      </w:r>
      <w:r>
        <w:rPr>
          <w:lang w:eastAsia="zh-CN"/>
        </w:rPr>
        <w:t>　　第一组：用刮画纸给爸爸做爱心卡片，引导幼儿自由刮画，选择老师准备的星星小花爱心等材料进行简单装饰。</w:t>
      </w:r>
      <w:r>
        <w:rPr>
          <w:lang w:eastAsia="zh-CN"/>
        </w:rPr>
        <w:br/>
      </w:r>
      <w:r>
        <w:rPr>
          <w:lang w:eastAsia="zh-CN"/>
        </w:rPr>
        <w:t>　　第二组：用各种颜色卡纸给爸爸制作一个钱包。</w:t>
      </w:r>
      <w:r>
        <w:rPr>
          <w:lang w:eastAsia="zh-CN"/>
        </w:rPr>
        <w:br/>
      </w:r>
      <w:r>
        <w:rPr>
          <w:lang w:eastAsia="zh-CN"/>
        </w:rPr>
        <w:t>　　第三组：用各种颜色即时贴粘贴在衬衫轮廓的卡纸给爸爸做一个衬衫。</w:t>
      </w:r>
      <w:r>
        <w:rPr>
          <w:lang w:eastAsia="zh-CN"/>
        </w:rPr>
        <w:br/>
      </w:r>
      <w:r>
        <w:rPr>
          <w:lang w:eastAsia="zh-CN"/>
        </w:rPr>
        <w:t>　　第四组：用卷起来的瓦楞纸做爱心盘子。</w:t>
      </w:r>
      <w:r>
        <w:rPr>
          <w:lang w:eastAsia="zh-CN"/>
        </w:rPr>
        <w:br/>
      </w:r>
      <w:r>
        <w:rPr>
          <w:lang w:eastAsia="zh-CN"/>
        </w:rPr>
        <w:t>　　四、幼儿适当进行添画，用色彩来装饰画面。</w:t>
      </w:r>
      <w:r>
        <w:rPr>
          <w:lang w:eastAsia="zh-CN"/>
        </w:rPr>
        <w:br/>
      </w:r>
      <w:r>
        <w:rPr>
          <w:lang w:eastAsia="zh-CN"/>
        </w:rPr>
        <w:t>　　五、让幼儿拿着作品对着视频对爸爸说“Happy father’s day!I love you,daddy!”</w:t>
      </w:r>
      <w:r>
        <w:rPr>
          <w:lang w:eastAsia="zh-CN"/>
        </w:rPr>
        <w:br/>
      </w:r>
      <w:r>
        <w:rPr>
          <w:lang w:eastAsia="zh-CN"/>
        </w:rPr>
        <w:t>　　六、活动结束，教师带领幼儿共同收拾桌面地板。</w:t>
      </w:r>
      <w:r>
        <w:rPr>
          <w:lang w:eastAsia="zh-CN"/>
        </w:rPr>
        <w:br/>
      </w:r>
      <w:r>
        <w:rPr>
          <w:lang w:eastAsia="zh-CN"/>
        </w:rPr>
        <w:t xml:space="preserve">    2024最新幼儿园中秋节活动工作计划 篇7 </w:t>
      </w:r>
      <w:r>
        <w:rPr>
          <w:lang w:eastAsia="zh-CN"/>
        </w:rPr>
        <w:br/>
      </w:r>
      <w:r>
        <w:rPr>
          <w:lang w:eastAsia="zh-CN"/>
        </w:rPr>
        <w:t>　　一、活动时间</w:t>
      </w:r>
      <w:r>
        <w:rPr>
          <w:lang w:eastAsia="zh-CN"/>
        </w:rPr>
        <w:br/>
      </w:r>
      <w:r>
        <w:rPr>
          <w:lang w:eastAsia="zh-CN"/>
        </w:rPr>
        <w:t>　　20__年_月_日上午</w:t>
      </w:r>
      <w:r>
        <w:rPr>
          <w:lang w:eastAsia="zh-CN"/>
        </w:rPr>
        <w:br/>
      </w:r>
      <w:r>
        <w:rPr>
          <w:lang w:eastAsia="zh-CN"/>
        </w:rPr>
        <w:t>　　二、活动地点</w:t>
      </w:r>
      <w:r>
        <w:rPr>
          <w:lang w:eastAsia="zh-CN"/>
        </w:rPr>
        <w:br/>
      </w:r>
      <w:r>
        <w:rPr>
          <w:lang w:eastAsia="zh-CN"/>
        </w:rPr>
        <w:t>　　__市__社区</w:t>
      </w:r>
      <w:r>
        <w:rPr>
          <w:lang w:eastAsia="zh-CN"/>
        </w:rPr>
        <w:br/>
      </w:r>
      <w:r>
        <w:rPr>
          <w:lang w:eastAsia="zh-CN"/>
        </w:rPr>
        <w:t>　　三、活动准备</w:t>
      </w:r>
      <w:r>
        <w:rPr>
          <w:lang w:eastAsia="zh-CN"/>
        </w:rPr>
        <w:br/>
      </w:r>
      <w:r>
        <w:rPr>
          <w:lang w:eastAsia="zh-CN"/>
        </w:rPr>
        <w:t>　　1、制作爷爷奶奶的礼物、贺卡。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2、学习歌曲《感恩的心》。</w:t>
      </w:r>
      <w:r>
        <w:rPr>
          <w:lang w:eastAsia="zh-CN"/>
        </w:rPr>
        <w:br/>
      </w:r>
      <w:r>
        <w:rPr>
          <w:lang w:eastAsia="zh-CN"/>
        </w:rPr>
        <w:t>　　3、学习弟子规：《入则孝》。</w:t>
      </w:r>
      <w:r>
        <w:rPr>
          <w:lang w:eastAsia="zh-CN"/>
        </w:rPr>
        <w:br/>
      </w:r>
      <w:r>
        <w:rPr>
          <w:lang w:eastAsia="zh-CN"/>
        </w:rPr>
        <w:t>　　四、活动目标</w:t>
      </w:r>
      <w:r>
        <w:rPr>
          <w:lang w:eastAsia="zh-CN"/>
        </w:rPr>
        <w:br/>
      </w:r>
      <w:r>
        <w:rPr>
          <w:lang w:eastAsia="zh-CN"/>
        </w:rPr>
        <w:t>　　1、在学会念童谣的基础上，尝试匹配旋律演唱歌曲。</w:t>
      </w:r>
      <w:r>
        <w:rPr>
          <w:lang w:eastAsia="zh-CN"/>
        </w:rPr>
        <w:br/>
      </w:r>
      <w:r>
        <w:rPr>
          <w:lang w:eastAsia="zh-CN"/>
        </w:rPr>
        <w:t>　　2、能根据歌曲的内容创编动作进行表演，增进对爷爷、奶奶的情感。 活动准备： 幼儿学习过童谣《给爷爷、奶奶敲敲背、捶捶腿》。</w:t>
      </w:r>
      <w:r>
        <w:rPr>
          <w:lang w:eastAsia="zh-CN"/>
        </w:rPr>
        <w:br/>
      </w:r>
      <w:r>
        <w:rPr>
          <w:lang w:eastAsia="zh-CN"/>
        </w:rPr>
        <w:t>　　活动过程：</w:t>
      </w:r>
      <w:r>
        <w:rPr>
          <w:lang w:eastAsia="zh-CN"/>
        </w:rPr>
        <w:br/>
      </w:r>
      <w:r>
        <w:rPr>
          <w:lang w:eastAsia="zh-CN"/>
        </w:rPr>
        <w:t>　　1、回忆童谣的内容。</w:t>
      </w:r>
      <w:r>
        <w:rPr>
          <w:lang w:eastAsia="zh-CN"/>
        </w:rPr>
        <w:br/>
      </w:r>
      <w:r>
        <w:rPr>
          <w:lang w:eastAsia="zh-CN"/>
        </w:rPr>
        <w:t>　　2、欣赏歌曲的旋律，尝试用拍手表现歌曲的节奏。</w:t>
      </w:r>
      <w:r>
        <w:rPr>
          <w:lang w:eastAsia="zh-CN"/>
        </w:rPr>
        <w:br/>
      </w:r>
      <w:r>
        <w:rPr>
          <w:lang w:eastAsia="zh-CN"/>
        </w:rPr>
        <w:t>　　3、学习演唱歌曲。</w:t>
      </w:r>
      <w:r>
        <w:rPr>
          <w:lang w:eastAsia="zh-CN"/>
        </w:rPr>
        <w:br/>
      </w:r>
      <w:r>
        <w:rPr>
          <w:lang w:eastAsia="zh-CN"/>
        </w:rPr>
        <w:t>　　(1)自由尝试随歌曲的旋律进行配唱。</w:t>
      </w:r>
      <w:r>
        <w:rPr>
          <w:lang w:eastAsia="zh-CN"/>
        </w:rPr>
        <w:br/>
      </w:r>
      <w:r>
        <w:rPr>
          <w:lang w:eastAsia="zh-CN"/>
        </w:rPr>
        <w:t>　　(2)欣赏教师演唱歌曲。</w:t>
      </w:r>
      <w:r>
        <w:rPr>
          <w:lang w:eastAsia="zh-CN"/>
        </w:rPr>
        <w:br/>
      </w:r>
      <w:r>
        <w:rPr>
          <w:lang w:eastAsia="zh-CN"/>
        </w:rPr>
        <w:t>　　(3)集体学唱歌曲。</w:t>
      </w:r>
      <w:r>
        <w:rPr>
          <w:lang w:eastAsia="zh-CN"/>
        </w:rPr>
        <w:br/>
      </w:r>
      <w:r>
        <w:rPr>
          <w:lang w:eastAsia="zh-CN"/>
        </w:rPr>
        <w:t>　　4、根据歌曲的内容创编动作进行表演。</w:t>
      </w:r>
      <w:r>
        <w:rPr>
          <w:lang w:eastAsia="zh-CN"/>
        </w:rPr>
        <w:br/>
      </w:r>
      <w:r>
        <w:rPr>
          <w:lang w:eastAsia="zh-CN"/>
        </w:rPr>
        <w:t>　　(1)根据歌曲内容讨论表演动作。</w:t>
      </w:r>
      <w:r>
        <w:rPr>
          <w:lang w:eastAsia="zh-CN"/>
        </w:rPr>
        <w:br/>
      </w:r>
      <w:r>
        <w:rPr>
          <w:lang w:eastAsia="zh-CN"/>
        </w:rPr>
        <w:t>　　(2)扮演角色进行表演唱。</w:t>
      </w:r>
      <w:r>
        <w:rPr>
          <w:lang w:eastAsia="zh-CN"/>
        </w:rPr>
        <w:br/>
      </w:r>
      <w:r>
        <w:rPr>
          <w:lang w:eastAsia="zh-CN"/>
        </w:rPr>
        <w:t>　　5.我和爷爷、奶奶过重阳 主要涉及领域： 综合 活动目标</w:t>
      </w:r>
      <w:r>
        <w:rPr>
          <w:lang w:eastAsia="zh-CN"/>
        </w:rPr>
        <w:br/>
      </w:r>
      <w:r>
        <w:rPr>
          <w:lang w:eastAsia="zh-CN"/>
        </w:rPr>
        <w:t>　　1、在和爷爷、奶奶一起过节的过程中，初步了解重阳节人们喜欢进行的一些活动。</w:t>
      </w:r>
      <w:r>
        <w:rPr>
          <w:lang w:eastAsia="zh-CN"/>
        </w:rPr>
        <w:br/>
      </w:r>
      <w:r>
        <w:rPr>
          <w:lang w:eastAsia="zh-CN"/>
        </w:rPr>
        <w:t>　　2、能积极参与活动，用自己的方式表达对爷爷、奶奶的关心、爱护。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3、增进和爷爷、奶奶的感情。</w:t>
      </w:r>
      <w:r>
        <w:rPr>
          <w:lang w:eastAsia="zh-CN"/>
        </w:rPr>
        <w:br/>
      </w:r>
      <w:r>
        <w:rPr>
          <w:lang w:eastAsia="zh-CN"/>
        </w:rPr>
        <w:t>　　活动准备：</w:t>
      </w:r>
      <w:r>
        <w:rPr>
          <w:lang w:eastAsia="zh-CN"/>
        </w:rPr>
        <w:br/>
      </w:r>
      <w:r>
        <w:rPr>
          <w:lang w:eastAsia="zh-CN"/>
        </w:rPr>
        <w:t>　　1、幼儿已有过重阳节的初步经验。</w:t>
      </w:r>
      <w:r>
        <w:rPr>
          <w:lang w:eastAsia="zh-CN"/>
        </w:rPr>
        <w:br/>
      </w:r>
      <w:r>
        <w:rPr>
          <w:lang w:eastAsia="zh-CN"/>
        </w:rPr>
        <w:t>　　2、邀请老人来园和幼儿共同过重阳节。</w:t>
      </w:r>
      <w:r>
        <w:rPr>
          <w:lang w:eastAsia="zh-CN"/>
        </w:rPr>
        <w:br/>
      </w:r>
      <w:r>
        <w:rPr>
          <w:lang w:eastAsia="zh-CN"/>
        </w:rPr>
        <w:t>　　3、重阳糕，幼儿自己制作的送给爷爷、奶奶的礼物，幼儿排练的童谣、歌曲等节目，爷爷、奶奶准备的节目。</w:t>
      </w:r>
      <w:r>
        <w:rPr>
          <w:lang w:eastAsia="zh-CN"/>
        </w:rPr>
        <w:br/>
      </w:r>
      <w:r>
        <w:rPr>
          <w:lang w:eastAsia="zh-CN"/>
        </w:rPr>
        <w:t>　　活动过程： 1</w:t>
      </w:r>
      <w:r>
        <w:rPr>
          <w:lang w:eastAsia="zh-CN"/>
        </w:rPr>
        <w:br/>
      </w:r>
      <w:r>
        <w:rPr>
          <w:lang w:eastAsia="zh-CN"/>
        </w:rPr>
        <w:t>　　1.欢迎爷爷、奶奶来园一起过重阳节。</w:t>
      </w:r>
      <w:r>
        <w:rPr>
          <w:lang w:eastAsia="zh-CN"/>
        </w:rPr>
        <w:br/>
      </w:r>
      <w:r>
        <w:rPr>
          <w:lang w:eastAsia="zh-CN"/>
        </w:rPr>
        <w:t>　　2.了解活动的内容，讨论相关问题。</w:t>
      </w:r>
      <w:r>
        <w:rPr>
          <w:lang w:eastAsia="zh-CN"/>
        </w:rPr>
        <w:br/>
      </w:r>
      <w:r>
        <w:rPr>
          <w:lang w:eastAsia="zh-CN"/>
        </w:rPr>
        <w:t>　　(1)谈话，初步了解重阳节人们喜欢进行的活动。</w:t>
      </w:r>
      <w:r>
        <w:rPr>
          <w:lang w:eastAsia="zh-CN"/>
        </w:rPr>
        <w:br/>
      </w:r>
      <w:r>
        <w:rPr>
          <w:lang w:eastAsia="zh-CN"/>
        </w:rPr>
        <w:t>　　(2)讨论怎样帮爷爷、奶奶度过一个快乐的节日。</w:t>
      </w:r>
      <w:r>
        <w:rPr>
          <w:lang w:eastAsia="zh-CN"/>
        </w:rPr>
        <w:br/>
      </w:r>
      <w:r>
        <w:rPr>
          <w:lang w:eastAsia="zh-CN"/>
        </w:rPr>
        <w:t>　　3.和爷爷、奶奶一起登高。</w:t>
      </w:r>
      <w:r>
        <w:rPr>
          <w:lang w:eastAsia="zh-CN"/>
        </w:rPr>
        <w:br/>
      </w:r>
      <w:r>
        <w:rPr>
          <w:lang w:eastAsia="zh-CN"/>
        </w:rPr>
        <w:t>　　4.表演、品尝活动。</w:t>
      </w:r>
      <w:r>
        <w:rPr>
          <w:lang w:eastAsia="zh-CN"/>
        </w:rPr>
        <w:br/>
      </w:r>
      <w:r>
        <w:rPr>
          <w:lang w:eastAsia="zh-CN"/>
        </w:rPr>
        <w:t>　　(1)为爷爷、奶奶表演节目、送礼物。</w:t>
      </w:r>
      <w:r>
        <w:rPr>
          <w:lang w:eastAsia="zh-CN"/>
        </w:rPr>
        <w:br/>
      </w:r>
      <w:r>
        <w:rPr>
          <w:lang w:eastAsia="zh-CN"/>
        </w:rPr>
        <w:t>　　(2)爷爷、奶奶表演节目，和幼儿共同品尝重阳糕。</w:t>
      </w:r>
      <w:r>
        <w:rPr>
          <w:lang w:eastAsia="zh-CN"/>
        </w:rPr>
        <w:br/>
      </w:r>
      <w:r>
        <w:rPr>
          <w:lang w:eastAsia="zh-CN"/>
        </w:rPr>
        <w:t>　　(3)向爷爷、奶奶说一句祝福的话。</w:t>
      </w:r>
      <w:r>
        <w:rPr>
          <w:lang w:eastAsia="zh-CN"/>
        </w:rPr>
        <w:br/>
      </w:r>
      <w:r>
        <w:rPr>
          <w:lang w:eastAsia="zh-CN"/>
        </w:rPr>
        <w:t xml:space="preserve">    2024最新幼儿园中秋节活动工作计划 篇8 </w:t>
      </w:r>
      <w:r>
        <w:rPr>
          <w:lang w:eastAsia="zh-CN"/>
        </w:rPr>
        <w:br/>
      </w:r>
      <w:r>
        <w:rPr>
          <w:lang w:eastAsia="zh-CN"/>
        </w:rPr>
        <w:t>　　活动时间：20__年9月22日(星期六)</w:t>
      </w:r>
      <w:r>
        <w:rPr>
          <w:lang w:eastAsia="zh-CN"/>
        </w:rPr>
        <w:br/>
      </w:r>
      <w:r>
        <w:rPr>
          <w:lang w:eastAsia="zh-CN"/>
        </w:rPr>
        <w:t>　　活动地点：活动大厅</w:t>
      </w:r>
      <w:r>
        <w:rPr>
          <w:lang w:eastAsia="zh-CN"/>
        </w:rPr>
        <w:br/>
      </w:r>
      <w:r>
        <w:rPr>
          <w:lang w:eastAsia="zh-CN"/>
        </w:rPr>
        <w:t>　　活动目的：</w:t>
      </w:r>
      <w:r>
        <w:rPr>
          <w:lang w:eastAsia="zh-CN"/>
        </w:rPr>
        <w:br/>
      </w:r>
      <w:r>
        <w:rPr>
          <w:lang w:eastAsia="zh-CN"/>
        </w:rPr>
        <w:t>　　1、通过各种活动，让幼儿知道阴历八月十五是中秋节，初步了解中秋节的来历，知道中秋节是我国传统的团圆节。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2、了解中秋节人们的活动，让幼儿通过品尝月饼、观赏月亮、学习和欣赏歌曲、制作水果拼盘等活动来体验节日的快乐，感受中国人的文化习俗。</w:t>
      </w:r>
      <w:r>
        <w:rPr>
          <w:lang w:eastAsia="zh-CN"/>
        </w:rPr>
        <w:br/>
      </w:r>
      <w:r>
        <w:rPr>
          <w:lang w:eastAsia="zh-CN"/>
        </w:rPr>
        <w:t>　　3、通过活动，促进亲子交流，增进幼儿与父母之间的感情，体验节日的快乐。</w:t>
      </w:r>
      <w:r>
        <w:rPr>
          <w:lang w:eastAsia="zh-CN"/>
        </w:rPr>
        <w:br/>
      </w:r>
      <w:r>
        <w:rPr>
          <w:lang w:eastAsia="zh-CN"/>
        </w:rPr>
        <w:t>　　4、引导幼儿感受、体验劳动与分享的乐趣。</w:t>
      </w:r>
      <w:r>
        <w:rPr>
          <w:lang w:eastAsia="zh-CN"/>
        </w:rPr>
        <w:br/>
      </w:r>
      <w:r>
        <w:rPr>
          <w:lang w:eastAsia="zh-CN"/>
        </w:rPr>
        <w:t>　　活动准备：</w:t>
      </w:r>
      <w:r>
        <w:rPr>
          <w:lang w:eastAsia="zh-CN"/>
        </w:rPr>
        <w:br/>
      </w:r>
      <w:r>
        <w:rPr>
          <w:lang w:eastAsia="zh-CN"/>
        </w:rPr>
        <w:t>　　1、场地布置：悬挂《中班组喜迎中秋与爱同行亲子活动》的横幅和贴有谜语的灯笼</w:t>
      </w:r>
      <w:r>
        <w:rPr>
          <w:lang w:eastAsia="zh-CN"/>
        </w:rPr>
        <w:br/>
      </w:r>
      <w:r>
        <w:rPr>
          <w:lang w:eastAsia="zh-CN"/>
        </w:rPr>
        <w:t>　　2、音乐准备：《春江花月夜》、《爷爷为我打月饼》、《感恩的心》。</w:t>
      </w:r>
      <w:r>
        <w:rPr>
          <w:lang w:eastAsia="zh-CN"/>
        </w:rPr>
        <w:br/>
      </w:r>
      <w:r>
        <w:rPr>
          <w:lang w:eastAsia="zh-CN"/>
        </w:rPr>
        <w:t>　　3、家长自带水果、水果刀、月饼，教师准备盘子、桌子、椅子、一次性手套(做拼盘时用)</w:t>
      </w:r>
      <w:r>
        <w:rPr>
          <w:lang w:eastAsia="zh-CN"/>
        </w:rPr>
        <w:br/>
      </w:r>
      <w:r>
        <w:rPr>
          <w:lang w:eastAsia="zh-CN"/>
        </w:rPr>
        <w:t>　　4、故事：神话视频《嫦娥奔月》，《月亮姑娘的衣裳》的道具</w:t>
      </w:r>
      <w:r>
        <w:rPr>
          <w:lang w:eastAsia="zh-CN"/>
        </w:rPr>
        <w:br/>
      </w:r>
      <w:r>
        <w:rPr>
          <w:lang w:eastAsia="zh-CN"/>
        </w:rPr>
        <w:t>　　5、游戏用品：鼓、大花各一、抽题纸条，小奖品若干。</w:t>
      </w:r>
      <w:r>
        <w:rPr>
          <w:lang w:eastAsia="zh-CN"/>
        </w:rPr>
        <w:br/>
      </w:r>
      <w:r>
        <w:rPr>
          <w:lang w:eastAsia="zh-CN"/>
        </w:rPr>
        <w:t>　　6、座位安排：家长坐在孩子的后面，整个呈半圆形。</w:t>
      </w:r>
      <w:r>
        <w:rPr>
          <w:lang w:eastAsia="zh-CN"/>
        </w:rPr>
        <w:br/>
      </w:r>
      <w:r>
        <w:rPr>
          <w:lang w:eastAsia="zh-CN"/>
        </w:rPr>
        <w:t>　　活动流程：</w:t>
      </w:r>
      <w:r>
        <w:rPr>
          <w:lang w:eastAsia="zh-CN"/>
        </w:rPr>
        <w:br/>
      </w:r>
      <w:r>
        <w:rPr>
          <w:lang w:eastAsia="zh-CN"/>
        </w:rPr>
        <w:t>　　一、主持人开场白</w:t>
      </w:r>
      <w:r>
        <w:rPr>
          <w:lang w:eastAsia="zh-CN"/>
        </w:rPr>
        <w:br/>
      </w:r>
      <w:r>
        <w:rPr>
          <w:lang w:eastAsia="zh-CN"/>
        </w:rPr>
        <w:t>　　尊敬的家长、亲爱的小朋友：</w:t>
      </w:r>
      <w:r>
        <w:rPr>
          <w:lang w:eastAsia="zh-CN"/>
        </w:rPr>
        <w:br/>
      </w:r>
      <w:r>
        <w:rPr>
          <w:lang w:eastAsia="zh-CN"/>
        </w:rPr>
        <w:t>　　大家上午好!秋风送爽，丹桂飘香，送走了炎炎夏日，我们迎来了硕果累累的秋天，又迎来了一年一度的中秋佳节。欢迎各位家长来参加我们中班组的亲子活动。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二、介绍中秋节</w:t>
      </w:r>
      <w:r>
        <w:rPr>
          <w:lang w:eastAsia="zh-CN"/>
        </w:rPr>
        <w:br/>
      </w:r>
      <w:r>
        <w:rPr>
          <w:lang w:eastAsia="zh-CN"/>
        </w:rPr>
        <w:t>　　小朋友你们知道中秋节是哪一天吗?(农历八月十五)对的，每年的农历八月十五定为中秋节，八月十五是这个月中间的一天，所以叫中秋节。那你们知道中秋节还叫什么节吗?(团圆节、丰收节)八月十五这一天，月亮最圆最美，月色最皎洁，人们看到圆月就会联想到一家人的团聚，所以又把中秋节叫做团圆节，过节吃的月饼也做成圆形的，象月亮一样，秋天是收获的季节，粮食丰收，水果丰收，所以中秋节也叫丰收节，在中秋之夜，家家户户把瓜果、月饼等食物，摆在院中的桌上，一家人一边赏月，一边吃月饼，正是天上一轮才捧出，人间万姓仰头看，这是多么美好的景象啊。</w:t>
      </w:r>
      <w:r>
        <w:rPr>
          <w:lang w:eastAsia="zh-CN"/>
        </w:rPr>
        <w:br/>
      </w:r>
      <w:r>
        <w:rPr>
          <w:lang w:eastAsia="zh-CN"/>
        </w:rPr>
        <w:t>　　1、幼儿演唱歌曲《爷爷为我打月饼》</w:t>
      </w:r>
      <w:r>
        <w:rPr>
          <w:lang w:eastAsia="zh-CN"/>
        </w:rPr>
        <w:br/>
      </w:r>
      <w:r>
        <w:rPr>
          <w:lang w:eastAsia="zh-CN"/>
        </w:rPr>
        <w:t>　　小朋友知道人们庆祝中秋节最主要吃什么?(月饼)现在就请欣赏小朋友演唱的歌曲《爷爷为我打月饼》</w:t>
      </w:r>
      <w:r>
        <w:rPr>
          <w:lang w:eastAsia="zh-CN"/>
        </w:rPr>
        <w:br/>
      </w:r>
      <w:r>
        <w:rPr>
          <w:lang w:eastAsia="zh-CN"/>
        </w:rPr>
        <w:t>　　2、播放视频：神话故事《嫦娥奔月》</w:t>
      </w:r>
      <w:r>
        <w:rPr>
          <w:lang w:eastAsia="zh-CN"/>
        </w:rPr>
        <w:br/>
      </w:r>
      <w:r>
        <w:rPr>
          <w:lang w:eastAsia="zh-CN"/>
        </w:rPr>
        <w:t>　　小朋友，你们知道传说中月亮上住着谁吗?(嫦娥)中秋节的来历就和嫦娥有关，我们一起来看神话故事《嫦娥奔月》</w:t>
      </w:r>
      <w:r>
        <w:rPr>
          <w:lang w:eastAsia="zh-CN"/>
        </w:rPr>
        <w:br/>
      </w:r>
      <w:r>
        <w:rPr>
          <w:lang w:eastAsia="zh-CN"/>
        </w:rPr>
        <w:t>　　3、幼儿朗诵古诗《静夜思》、《泊船瓜洲》</w:t>
      </w:r>
      <w:r>
        <w:rPr>
          <w:lang w:eastAsia="zh-CN"/>
        </w:rPr>
        <w:br/>
      </w:r>
      <w:r>
        <w:rPr>
          <w:lang w:eastAsia="zh-CN"/>
        </w:rPr>
        <w:t>　　知道了中秋节的来历，现在我要考考小朋友，你们会哪些和月亮有关的古诗?请小朋友一起来朗诵古诗《静夜思》和《泊船瓜洲》</w:t>
      </w:r>
      <w:r>
        <w:rPr>
          <w:lang w:eastAsia="zh-CN"/>
        </w:rPr>
        <w:br/>
      </w:r>
      <w:r>
        <w:rPr>
          <w:lang w:eastAsia="zh-CN"/>
        </w:rPr>
        <w:t>　　4、教师讲故事《月亮姑娘的衣裳》</w:t>
      </w:r>
      <w:r>
        <w:rPr>
          <w:lang w:eastAsia="zh-CN"/>
        </w:rPr>
        <w:br/>
      </w:r>
      <w:r>
        <w:rPr>
          <w:lang w:eastAsia="zh-CN"/>
        </w:rPr>
        <w:t>　　出示月亮道具，问：看看这是什么?(月亮)请欣赏吴老师为大家带来的故事《月亮姑娘的衣裳》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5、亲子猜灯谜</w:t>
      </w:r>
      <w:r>
        <w:rPr>
          <w:lang w:eastAsia="zh-CN"/>
        </w:rPr>
        <w:br/>
      </w:r>
      <w:r>
        <w:rPr>
          <w:lang w:eastAsia="zh-CN"/>
        </w:rPr>
        <w:t>　　传统的节日，我们来玩个传统游戏《击鼓传花》，玩法和规则大家都很熟悉，花落谁家，家长和孩子一起上前抽纸条，然后按照纸条上的要求去猜谜，猜对有奖。</w:t>
      </w:r>
      <w:r>
        <w:rPr>
          <w:lang w:eastAsia="zh-CN"/>
        </w:rPr>
        <w:br/>
      </w:r>
      <w:r>
        <w:rPr>
          <w:lang w:eastAsia="zh-CN"/>
        </w:rPr>
        <w:t>　　6、亲子制做水果拼盘</w:t>
      </w:r>
      <w:r>
        <w:rPr>
          <w:lang w:eastAsia="zh-CN"/>
        </w:rPr>
        <w:br/>
      </w:r>
      <w:r>
        <w:rPr>
          <w:lang w:eastAsia="zh-CN"/>
        </w:rPr>
        <w:t>　　按照六人一组围坐桌旁，利用自己带来的水果合作制作水果拼盘。当场颁发创意奖、精美奖和造型奖、可爱奖及优秀奖。</w:t>
      </w:r>
      <w:r>
        <w:rPr>
          <w:lang w:eastAsia="zh-CN"/>
        </w:rPr>
        <w:br/>
      </w:r>
      <w:r>
        <w:rPr>
          <w:lang w:eastAsia="zh-CN"/>
        </w:rPr>
        <w:t>　　7、家园齐唱《感恩的心》</w:t>
      </w:r>
      <w:r>
        <w:rPr>
          <w:lang w:eastAsia="zh-CN"/>
        </w:rPr>
        <w:br/>
      </w:r>
      <w:r>
        <w:rPr>
          <w:lang w:eastAsia="zh-CN"/>
        </w:rPr>
        <w:t>　　小朋友的成长离不开爸爸妈妈的辛苦照料，也离不开老师的谆谆教导，我们幼儿园的工作也离不开各位家长大力支持。我们每个人都有许多需要感谢的人。感恩的心，感谢有你!</w:t>
      </w:r>
      <w:r>
        <w:rPr>
          <w:lang w:eastAsia="zh-CN"/>
        </w:rPr>
        <w:br/>
      </w:r>
      <w:r>
        <w:rPr>
          <w:lang w:eastAsia="zh-CN"/>
        </w:rPr>
        <w:t>　　请大家全体起立，一起来演绎那首温暖人心的歌曲《感恩的心》。感恩，会是心境变得平和;感恩，会使自己感到幸福;感恩，会使生活充满希望!因为感恩才会有多彩的世界，因为感恩才会有真挚的友情，因为感恩才让我们懂得了生命的真谛。</w:t>
      </w:r>
      <w:r>
        <w:rPr>
          <w:lang w:eastAsia="zh-CN"/>
        </w:rPr>
        <w:br/>
      </w:r>
      <w:r>
        <w:rPr>
          <w:lang w:eastAsia="zh-CN"/>
        </w:rPr>
        <w:t xml:space="preserve">    2024最新幼儿园中秋节活动工作计划 篇9 </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区域活动是幼儿非常喜欢的一种学习活动，是当前幼儿园实施素质教育，推动幼教改革的一种重要的教育活动方式，它能促进幼儿全面素质的形成，发展和提高。区域活动是有目的有计划的一种学习活动，让幼儿在自立、自由的探索活动中学习、套索，掌握知识。而不是先教后玩，也不是边教边玩。我们把区域活动看作是能给幼儿提供一个优化的有利于幼儿活动与表现的良好环境和机会，它可以合理地安排各项活动，提供充足的能刺激幼儿活动的材料，建立和谐、自由、轻松的气氛，从而促进幼儿各方面的发展。</w:t>
      </w:r>
      <w:r>
        <w:rPr>
          <w:lang w:eastAsia="zh-CN"/>
        </w:rPr>
        <w:br/>
      </w:r>
      <w:r>
        <w:rPr>
          <w:lang w:eastAsia="zh-CN"/>
        </w:rPr>
        <w:t>　　创设活动区要一定的计划性，要根据近期的教育目标和孩子发展水平有意识地选择和投放一些材料。有计划、有目的投放材料是区域活动的物质支柱，是幼儿活动的工具，材料投放的是否得当，对幼儿的发展起着决定性作用。应根据幼儿的年龄特点和最近教育目标及幼儿的实际发展水平，由易到难，不断吸引孩子主动参与活动的兴趣，使他们有新鲜感。</w:t>
      </w:r>
      <w:r>
        <w:rPr>
          <w:lang w:eastAsia="zh-CN"/>
        </w:rPr>
        <w:br/>
      </w:r>
      <w:r>
        <w:rPr>
          <w:lang w:eastAsia="zh-CN"/>
        </w:rPr>
        <w:t>　　加强区域间的配合，渗透，相互促进。不同区域虽然是相对独立，但它们之间可以相互联系起来，增强了活动的趣味性，使幼儿保持活动兴趣。比如引导幼儿在美工区做点心可以送到娃娃家去，手工区制作花送到表演角去。幼儿对这些活动会很感兴趣，在做做玩玩中能轻松地得到了相应的知识。</w:t>
      </w:r>
      <w:r>
        <w:rPr>
          <w:lang w:eastAsia="zh-CN"/>
        </w:rPr>
        <w:br/>
      </w:r>
      <w:r>
        <w:rPr>
          <w:lang w:eastAsia="zh-CN"/>
        </w:rPr>
        <w:t>　　二、班况分析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本学期我班共有幼儿29名，男孩子有13名，女孩子有16名。我们班是今年的新小班，学期刚开始阶段，我们孩子游戏适应阶段，但由于幼儿的年龄小，又是刚入园不久，区域活动的接触的时间较短，例如：区域活动的规则、活动方法等等都是新授。再则幼儿刚入园，同伴之间的交流较少，语言交往能力，动手能力薄弱，手指不灵活，思维比较局限。因此我们结合幼儿年龄特点，遵循小班段幼儿对环境亲近感、对区域活动兴趣浓厚，好奇、好动，语言交往能力、生活自理能力及协调能力等较差，思维直观性、具体形象性更为明显，特设置以下区域：娃娃家、美工区、图书区、建构区、益智区。</w:t>
      </w:r>
      <w:r>
        <w:rPr>
          <w:lang w:eastAsia="zh-CN"/>
        </w:rPr>
        <w:br/>
      </w:r>
      <w:r>
        <w:rPr>
          <w:lang w:eastAsia="zh-CN"/>
        </w:rPr>
        <w:t>　　三、区域活动总目标</w:t>
      </w:r>
      <w:r>
        <w:rPr>
          <w:lang w:eastAsia="zh-CN"/>
        </w:rPr>
        <w:br/>
      </w:r>
      <w:r>
        <w:rPr>
          <w:lang w:eastAsia="zh-CN"/>
        </w:rPr>
        <w:t>　　1.创设一个幼儿喜欢的、自由的、开放的环境，引导幼儿自主地进行活动，培养幼儿积极主动、活泼开朗的个性，促使幼儿乐意和他人交往，学习互助、合作和分享。</w:t>
      </w:r>
      <w:r>
        <w:rPr>
          <w:lang w:eastAsia="zh-CN"/>
        </w:rPr>
        <w:br/>
      </w:r>
      <w:r>
        <w:rPr>
          <w:lang w:eastAsia="zh-CN"/>
        </w:rPr>
        <w:t>　　2.喜欢参加区域活动，并能大胆地表现自己的情感和体验，能用自己喜欢的方式进行活动。</w:t>
      </w:r>
      <w:r>
        <w:rPr>
          <w:lang w:eastAsia="zh-CN"/>
        </w:rPr>
        <w:br/>
      </w:r>
      <w:r>
        <w:rPr>
          <w:lang w:eastAsia="zh-CN"/>
        </w:rPr>
        <w:t>　　3.乐意用多种形式感知周围的物品、现象，了解区域活动的材料特征，尝试简单的提问和表达自己的所见所闻。</w:t>
      </w:r>
      <w:r>
        <w:rPr>
          <w:lang w:eastAsia="zh-CN"/>
        </w:rPr>
        <w:br/>
      </w:r>
      <w:r>
        <w:rPr>
          <w:lang w:eastAsia="zh-CN"/>
        </w:rPr>
        <w:t>　　4.喜欢和同伴一起做游戏，学会分享、等待与轮流，体验与教师、同伴共处的快乐，理解并遵守日常生活中基本的社会行动规则。</w:t>
      </w:r>
      <w:r>
        <w:rPr>
          <w:lang w:eastAsia="zh-CN"/>
        </w:rPr>
        <w:br/>
      </w:r>
      <w:r>
        <w:rPr>
          <w:lang w:eastAsia="zh-CN"/>
        </w:rPr>
        <w:t>　　5.教师通过有效 的引导、支持和帮助，促进幼儿各方面的发展，促进师幼互动。</w:t>
      </w:r>
      <w:r>
        <w:rPr>
          <w:lang w:eastAsia="zh-CN"/>
        </w:rPr>
        <w:br/>
      </w:r>
      <w:r>
        <w:rPr>
          <w:lang w:eastAsia="zh-CN"/>
        </w:rPr>
        <w:t>　　四、各主题区域设置</w:t>
      </w:r>
      <w:r>
        <w:rPr>
          <w:lang w:eastAsia="zh-CN"/>
        </w:rPr>
        <w:br/>
      </w:r>
      <w:r>
        <w:rPr>
          <w:lang w:eastAsia="zh-CN"/>
        </w:rPr>
        <w:t>　　主题活动一：哭哭笑笑</w:t>
      </w:r>
      <w:r>
        <w:rPr>
          <w:lang w:eastAsia="zh-CN"/>
        </w:rPr>
        <w:br/>
      </w:r>
      <w:r>
        <w:rPr>
          <w:lang w:eastAsia="zh-CN"/>
        </w:rPr>
        <w:t>　　1.娃娃家：为幼儿提供制作的小床、柜子、娃娃，餐桌用具，椅子、电话机、装饰花、窗帘、成品事物(包子、寿司、水果、蔬菜)等，让幼儿认识娃娃家，学习扮演模仿爸爸妈妈哥哥姐姐、进去卡。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2.美工区：提供娃娃、脸、嘴、眼、鼻子、耳朵、眉毛等五官，图片，蜡笔供幼儿添画或黏贴。还提供白纸，各色颜料供幼儿体验色彩的情绪感受。提供水粉颜料，矿泉水瓶进行变色游戏。</w:t>
      </w:r>
      <w:r>
        <w:rPr>
          <w:lang w:eastAsia="zh-CN"/>
        </w:rPr>
        <w:br/>
      </w:r>
      <w:r>
        <w:rPr>
          <w:lang w:eastAsia="zh-CN"/>
        </w:rPr>
        <w:t>　　3.图书区：为幼儿准备适合小班幼儿阅读的图书，学习看图讲述故事《小乌龟撒上幼儿》、《咯吱一笑》。</w:t>
      </w:r>
      <w:r>
        <w:rPr>
          <w:lang w:eastAsia="zh-CN"/>
        </w:rPr>
        <w:br/>
      </w:r>
      <w:r>
        <w:rPr>
          <w:lang w:eastAsia="zh-CN"/>
        </w:rPr>
        <w:t>　　4.建构区：提供玩具小动物积木。幼儿用各种积木建成小动物的家，练习平铺和围合的技能，然后送小动物回家。</w:t>
      </w:r>
      <w:r>
        <w:rPr>
          <w:lang w:eastAsia="zh-CN"/>
        </w:rPr>
        <w:br/>
      </w:r>
      <w:r>
        <w:rPr>
          <w:lang w:eastAsia="zh-CN"/>
        </w:rPr>
        <w:t>　　5.益智区：幼儿选择相同的夹子给毛毛虫加上脚，提供的夹子样式、大小不同。提供划分不同色彩区域的小洞底板及各色的吸管，请幼儿将不同颜色的吸管送回家。为幼儿提供哭哭笑笑拼图以及图示，指导幼儿能根据图示拼成笑脸娃娃和哭脸娃娃。提供用纸做成的手指环若干，能把指环套在相应的手指上。</w:t>
      </w:r>
      <w:r>
        <w:rPr>
          <w:lang w:eastAsia="zh-CN"/>
        </w:rPr>
        <w:br/>
      </w:r>
      <w:r>
        <w:rPr>
          <w:lang w:eastAsia="zh-CN"/>
        </w:rPr>
        <w:t>　　主题活动二：镜子里的我</w:t>
      </w:r>
      <w:r>
        <w:rPr>
          <w:lang w:eastAsia="zh-CN"/>
        </w:rPr>
        <w:br/>
      </w:r>
      <w:r>
        <w:rPr>
          <w:lang w:eastAsia="zh-CN"/>
        </w:rPr>
        <w:t>　　1.娃娃家：布置娃娃家，为幼儿提供碗、勺子、镜子、砧板等用具，会模仿日常生活中的情景，体验玩娃娃家的乐趣。幼儿扮演爸爸妈妈，关心宝宝的饮食、睡眠等起居活动。</w:t>
      </w:r>
      <w:r>
        <w:rPr>
          <w:lang w:eastAsia="zh-CN"/>
        </w:rPr>
        <w:br/>
      </w:r>
      <w:r>
        <w:rPr>
          <w:lang w:eastAsia="zh-CN"/>
        </w:rPr>
        <w:t>　　2.美工区：提供纸袋、黏贴材料(纸质的嘴巴、鼻子、脸蛋、耳朵、眉毛以及可组合的头发、糨糊、抹布)，供幼儿制作纸袋娃娃。提供手拉手的娃娃背景图、各种颜色的水粉颜料、各种可以拓印的物品、头部轮廓及五官黏贴材料，供幼儿进行美术创作。</w:t>
      </w:r>
      <w:r>
        <w:rPr>
          <w:lang w:eastAsia="zh-CN"/>
        </w:rPr>
        <w:br/>
      </w:r>
      <w:r>
        <w:rPr>
          <w:lang w:eastAsia="zh-CN"/>
        </w:rPr>
        <w:t>　　3.图书区：投放多种书籍，并收集一些关于身体部位的图书或图片，让幼儿了解身体的各部位。根据儿歌《头发、肩膀、膝盖、脚》的内容，提供反映儿歌内容的图卡及身体部位的图片和底板，供幼儿根据图片进行填空式的摆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4.科学区：</w:t>
      </w:r>
      <w:r>
        <w:rPr>
          <w:lang w:eastAsia="zh-CN"/>
        </w:rPr>
        <w:br/>
      </w:r>
      <w:r>
        <w:rPr>
          <w:lang w:eastAsia="zh-CN"/>
        </w:rPr>
        <w:t>　　将收集的各种大小、款式不一的镜子(梳妆镜、穿衣镜等)相互组合，安全摆放在活动室的固定角落，供幼儿在日常和教学活动中体验和探索。也可以放些玩具等可供操作的物品，满足不同发展水平幼儿的需要。</w:t>
      </w:r>
      <w:r>
        <w:rPr>
          <w:lang w:eastAsia="zh-CN"/>
        </w:rPr>
        <w:br/>
      </w:r>
      <w:r>
        <w:rPr>
          <w:lang w:eastAsia="zh-CN"/>
        </w:rPr>
        <w:t>　　提供一些动物以及它们的牙齿、舌头、脚印的图片，幼儿可进行匹配游戏。</w:t>
      </w:r>
      <w:r>
        <w:rPr>
          <w:lang w:eastAsia="zh-CN"/>
        </w:rPr>
        <w:br/>
      </w:r>
      <w:r>
        <w:rPr>
          <w:lang w:eastAsia="zh-CN"/>
        </w:rPr>
        <w:t>　　5.益智区：为幼儿准备各种圆形方形的饼干图片，让幼儿学习分类。各种软硬物体供幼儿进一步探究软和硬的秘密。提供不同种动物的脚，还有动物学习分辨各种动物的脚印。</w:t>
      </w:r>
      <w:r>
        <w:rPr>
          <w:lang w:eastAsia="zh-CN"/>
        </w:rPr>
        <w:br/>
      </w:r>
      <w:r>
        <w:rPr>
          <w:lang w:eastAsia="zh-CN"/>
        </w:rPr>
        <w:t>　　主题活动三：和水果宝宝一起玩</w:t>
      </w:r>
      <w:r>
        <w:rPr>
          <w:lang w:eastAsia="zh-CN"/>
        </w:rPr>
        <w:br/>
      </w:r>
      <w:r>
        <w:rPr>
          <w:lang w:eastAsia="zh-CN"/>
        </w:rPr>
        <w:t>　　1.娃娃家：提供水果若干种，布置娃娃家场景，水果店和娃娃之间进行角色对话，模仿生活情景。</w:t>
      </w:r>
      <w:r>
        <w:rPr>
          <w:lang w:eastAsia="zh-CN"/>
        </w:rPr>
        <w:br/>
      </w:r>
      <w:r>
        <w:rPr>
          <w:lang w:eastAsia="zh-CN"/>
        </w:rPr>
        <w:t>　　2.美工区：提供果皮若干、花草、动物的轮廓，用果皮拼贴花草、动物体验制作的乐趣。各色蜡笔、纸头，水果娃娃若干学习用两个手指撕纸、粘贴、装饰水果。</w:t>
      </w:r>
      <w:r>
        <w:rPr>
          <w:lang w:eastAsia="zh-CN"/>
        </w:rPr>
        <w:br/>
      </w:r>
      <w:r>
        <w:rPr>
          <w:lang w:eastAsia="zh-CN"/>
        </w:rPr>
        <w:t>　　提供红、黄、蓝、绿等颜色的颜料让幼儿涂色。</w:t>
      </w:r>
      <w:r>
        <w:rPr>
          <w:lang w:eastAsia="zh-CN"/>
        </w:rPr>
        <w:br/>
      </w:r>
      <w:r>
        <w:rPr>
          <w:lang w:eastAsia="zh-CN"/>
        </w:rPr>
        <w:t>　　提供彩纸供幼儿撕贴，装饰水果娃娃。</w:t>
      </w:r>
      <w:r>
        <w:rPr>
          <w:lang w:eastAsia="zh-CN"/>
        </w:rPr>
        <w:br/>
      </w:r>
      <w:r>
        <w:rPr>
          <w:lang w:eastAsia="zh-CN"/>
        </w:rPr>
        <w:t>　　引导幼儿用油泥在水果外皮撒还能够进行造型。</w:t>
      </w:r>
      <w:r>
        <w:rPr>
          <w:lang w:eastAsia="zh-CN"/>
        </w:rPr>
        <w:br/>
      </w:r>
      <w:r>
        <w:rPr>
          <w:lang w:eastAsia="zh-CN"/>
        </w:rPr>
        <w:t>　　3.图书区：图书若干，各种水果，果树的图片或图书学习将图书，按大小分类，知道看书后要整理，养成良好的看书习惯。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4.建构区：为幼儿提供各种搭建材料以及各类房子的图片，让幼儿搭建各种房子。</w:t>
      </w:r>
      <w:r>
        <w:rPr>
          <w:lang w:eastAsia="zh-CN"/>
        </w:rPr>
        <w:br/>
      </w:r>
      <w:r>
        <w:rPr>
          <w:lang w:eastAsia="zh-CN"/>
        </w:rPr>
        <w:t>　　5.益智区：为幼儿提供大小不一的图形宝宝，供幼儿按大小给图形宝宝排队。各种水果和籽的图片，能根据水果和籽进行匹配，熟悉水果。 提供水果蔬菜的拼图，进行拼图游戏。</w:t>
      </w:r>
      <w:r>
        <w:rPr>
          <w:lang w:eastAsia="zh-CN"/>
        </w:rPr>
        <w:br/>
      </w:r>
      <w:r>
        <w:rPr>
          <w:lang w:eastAsia="zh-CN"/>
        </w:rPr>
        <w:t>　　主题四：多么喜欢</w:t>
      </w:r>
      <w:r>
        <w:rPr>
          <w:lang w:eastAsia="zh-CN"/>
        </w:rPr>
        <w:br/>
      </w:r>
      <w:r>
        <w:rPr>
          <w:lang w:eastAsia="zh-CN"/>
        </w:rPr>
        <w:t>　　1.娃娃家：自制小床并配有靠枕或靠垫、小毛毯、睡衣(成人、幼儿)、床头柜(放小台灯和故事书)、纱幔等，布置成温馨的小迷你小卧室，随机播放故事，幼儿可扮演亲子听听、讲讲故事，享受亲子温情。</w:t>
      </w:r>
      <w:r>
        <w:rPr>
          <w:lang w:eastAsia="zh-CN"/>
        </w:rPr>
        <w:br/>
      </w:r>
      <w:r>
        <w:rPr>
          <w:lang w:eastAsia="zh-CN"/>
        </w:rPr>
        <w:t>　　2.美工区：提供各种小精灵图片、废旧光碟、胶水、剪刀等材料，引导幼儿自主尝试将小精灵图片粘贴在光碟的两面，并可运用悬挂、粘贴等多种方式。提供颜色较淡的油画棒、水粉、彩纸等，供幼儿尝试立面添画。提供若干内有无色糖果的糖果罐图片、各色油画棒和水彩笔、彩色纸、固体胶等材料，供幼儿根据自己的喜好自由绘画、粘贴，为彩虹糖着色。</w:t>
      </w:r>
      <w:r>
        <w:rPr>
          <w:lang w:eastAsia="zh-CN"/>
        </w:rPr>
        <w:br/>
      </w:r>
      <w:r>
        <w:rPr>
          <w:lang w:eastAsia="zh-CN"/>
        </w:rPr>
        <w:t>　　在墙面较低出黏贴泡泡浴场蓝底背景图，提供颜色较淡的油画棒、水粉、彩纸、固体胶等材料，供幼儿根据自己的喜好自由绘画、黏贴，为彩虹糖着色。</w:t>
      </w:r>
      <w:r>
        <w:rPr>
          <w:lang w:eastAsia="zh-CN"/>
        </w:rPr>
        <w:br/>
      </w:r>
      <w:r>
        <w:rPr>
          <w:lang w:eastAsia="zh-CN"/>
        </w:rPr>
        <w:t>　　3.图书区：呈现幼儿用书与相关统计表，以简便快捷的投票方式，引导幼儿选择自己最喜欢的抱抱，并以师幼互动、亲子互动的方式进一步了解幼儿的想法，引导幼儿表达内心的情感体验。</w:t>
      </w:r>
      <w:r>
        <w:rPr>
          <w:lang w:eastAsia="zh-CN"/>
        </w:rPr>
        <w:br/>
      </w:r>
      <w:r>
        <w:rPr>
          <w:lang w:eastAsia="zh-CN"/>
        </w:rPr>
        <w:t>　　4.建构区：提供各种材料供幼儿搭建。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5.益智区：收集、提供各种剃须刀、各种各种废旧手机供幼儿自主观察与摆弄。提供1&amp;3件有两只大口袋的围裙，若干常见荤素菜的小卡片、固体胶等材料，供幼儿尝试将荤素菜分类。</w:t>
      </w:r>
      <w:r>
        <w:rPr>
          <w:lang w:eastAsia="zh-CN"/>
        </w:rPr>
        <w:br/>
      </w:r>
      <w:r>
        <w:rPr>
          <w:lang w:eastAsia="zh-CN"/>
        </w:rPr>
        <w:t>　　收集、制作若干人物、小动物插卡，打印、制作较大版面的室内外背景图，如公园、卧室等，将背景图黏贴在墙面较低处，幼儿可根据自己的意愿将小动物图像自主插放在背景图中并尝试描述躲在。</w:t>
      </w:r>
      <w:r>
        <w:rPr>
          <w:lang w:eastAsia="zh-CN"/>
        </w:rPr>
        <w:br/>
      </w:r>
      <w:r>
        <w:rPr>
          <w:lang w:eastAsia="zh-CN"/>
        </w:rPr>
        <w:t>　　主题五：球儿骨碌碌</w:t>
      </w:r>
      <w:r>
        <w:rPr>
          <w:lang w:eastAsia="zh-CN"/>
        </w:rPr>
        <w:br/>
      </w:r>
      <w:r>
        <w:rPr>
          <w:lang w:eastAsia="zh-CN"/>
        </w:rPr>
        <w:t>　　1.娃娃家：提供铃铛球、图谱和一些简单的节奏卡，引导幼儿尝试打节奏。</w:t>
      </w:r>
      <w:r>
        <w:rPr>
          <w:lang w:eastAsia="zh-CN"/>
        </w:rPr>
        <w:br/>
      </w:r>
      <w:r>
        <w:rPr>
          <w:lang w:eastAsia="zh-CN"/>
        </w:rPr>
        <w:t>　　收集食品、日用品、玩具等包装盒，摆放在贴有简单图文标志的自选货架上，布置迷你小超市。之后提供顾客用的超市卡和购物篮、服务员用的胸牌和刷卡机幼儿可扮成顾客和服务员，享受超市自主购物的乐趣。</w:t>
      </w:r>
      <w:r>
        <w:rPr>
          <w:lang w:eastAsia="zh-CN"/>
        </w:rPr>
        <w:br/>
      </w:r>
      <w:r>
        <w:rPr>
          <w:lang w:eastAsia="zh-CN"/>
        </w:rPr>
        <w:t>　　2.美工区：提供皱纹纸、已画好的简单图形、固体胶等，引导幼儿尝试把皱纹纸揉成小球状，再用固体胶粘贴到画好的图形中。提供乒乓球、药丸壳、圆果子或石子，让幼儿尝试在各种形状的盒子里垫画纸滚画。</w:t>
      </w:r>
      <w:r>
        <w:rPr>
          <w:lang w:eastAsia="zh-CN"/>
        </w:rPr>
        <w:br/>
      </w:r>
      <w:r>
        <w:rPr>
          <w:lang w:eastAsia="zh-CN"/>
        </w:rPr>
        <w:t>　　提供乒乓球、药丸壳、圆果子或石头，让幼儿尝试在各种形状的盒子里垫画纸滚画。</w:t>
      </w:r>
      <w:r>
        <w:rPr>
          <w:lang w:eastAsia="zh-CN"/>
        </w:rPr>
        <w:br/>
      </w:r>
      <w:r>
        <w:rPr>
          <w:lang w:eastAsia="zh-CN"/>
        </w:rPr>
        <w:t>　　提供各种颜色的橡皮泥、小棍子，引导幼儿用搓、团、捏、串等方法做糖葫芦。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提供各色毛线、硬纸板小动物等，引导幼儿尝试把毛线绕在小动物身上。</w:t>
      </w:r>
      <w:r>
        <w:rPr>
          <w:lang w:eastAsia="zh-CN"/>
        </w:rPr>
        <w:br/>
      </w:r>
      <w:r>
        <w:rPr>
          <w:lang w:eastAsia="zh-CN"/>
        </w:rPr>
        <w:t>　　3.图书区：提供各种关于球的图片，引导幼儿认识各类球。</w:t>
      </w:r>
      <w:r>
        <w:rPr>
          <w:lang w:eastAsia="zh-CN"/>
        </w:rPr>
        <w:br/>
      </w:r>
      <w:r>
        <w:rPr>
          <w:lang w:eastAsia="zh-CN"/>
        </w:rPr>
        <w:t>　　4.科学区：提供打气筒、透明管子、乒乓球。用脚踩打气筒，打出的压力空气会推着小球向上运动。踩得越快，小球升得越高。</w:t>
      </w:r>
      <w:r>
        <w:rPr>
          <w:lang w:eastAsia="zh-CN"/>
        </w:rPr>
        <w:br/>
      </w:r>
      <w:r>
        <w:rPr>
          <w:lang w:eastAsia="zh-CN"/>
        </w:rPr>
        <w:t>　　将透明塑料管连接成树杈状，将多个玻璃球依次放入各管口，观察玻璃球下落的快慢和路径。也可预设一个出口，让幼儿想想，玻璃球该从哪个口放入。</w:t>
      </w:r>
      <w:r>
        <w:rPr>
          <w:lang w:eastAsia="zh-CN"/>
        </w:rPr>
        <w:br/>
      </w:r>
      <w:r>
        <w:rPr>
          <w:lang w:eastAsia="zh-CN"/>
        </w:rPr>
        <w:t>　　5.益智区：提供吸管、乒乓球、硬纸板等，将乒乓球放在两边向上折的硬纸板上，供幼儿用口或者吸管对着乒乓球吹，比一比谁先把乒乓球吹到终点。提供纸芯筒和球，让幼儿尝试玩叠叠高游戏。提供不同大小的球，引导幼儿为球宝宝找大中小不同的3个家，进行匹配。</w:t>
      </w:r>
      <w:r>
        <w:rPr>
          <w:lang w:eastAsia="zh-CN"/>
        </w:rPr>
        <w:br/>
      </w:r>
      <w:r>
        <w:rPr>
          <w:lang w:eastAsia="zh-CN"/>
        </w:rPr>
        <w:t>　　主题活动六：瓶瓶罐罐</w:t>
      </w:r>
      <w:r>
        <w:rPr>
          <w:lang w:eastAsia="zh-CN"/>
        </w:rPr>
        <w:br/>
      </w:r>
      <w:r>
        <w:rPr>
          <w:lang w:eastAsia="zh-CN"/>
        </w:rPr>
        <w:t>　　1.娃娃家：提供头饰(熊宝宝、熊猫奶奶、花猫姐姐、山羊爷爷等)，激发幼儿对故事表演的兴趣，并且愿意大胆表现。</w:t>
      </w:r>
      <w:r>
        <w:rPr>
          <w:lang w:eastAsia="zh-CN"/>
        </w:rPr>
        <w:br/>
      </w:r>
      <w:r>
        <w:rPr>
          <w:lang w:eastAsia="zh-CN"/>
        </w:rPr>
        <w:t>　　2.美工区：提供彩色油泥、各色皱纸球、胶棒以及空瓶罐等材料，指导幼儿运用不同动材料装饰瓶罐。</w:t>
      </w:r>
      <w:r>
        <w:rPr>
          <w:lang w:eastAsia="zh-CN"/>
        </w:rPr>
        <w:br/>
      </w:r>
      <w:r>
        <w:rPr>
          <w:lang w:eastAsia="zh-CN"/>
        </w:rPr>
        <w:t xml:space="preserve">    2024最新幼儿园中秋节活动工作计划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父母是幼儿的第一任教师，是孩子的榜样。每一个小朋友都是看着父母的背影长大，他们在观察着我们，向我们学习如何做人与做事。一年一度的儿童节是幼儿最隆重的一个节日，小朋友的节日就该小朋友轻松自在的过。让小朋友做评委做观众享受节日。今年我园的“六一”儿童节将以开展“父母的六一”庆祝活动的形式来进行，为了使庆祝活动顺利进行，特制定此方案。</w:t>
      </w:r>
      <w:r>
        <w:rPr>
          <w:lang w:eastAsia="zh-CN"/>
        </w:rPr>
        <w:br/>
      </w:r>
      <w:r>
        <w:rPr>
          <w:lang w:eastAsia="zh-CN"/>
        </w:rPr>
        <w:t>　　一、活动目标</w:t>
      </w:r>
      <w:r>
        <w:rPr>
          <w:lang w:eastAsia="zh-CN"/>
        </w:rPr>
        <w:br/>
      </w:r>
      <w:r>
        <w:rPr>
          <w:lang w:eastAsia="zh-CN"/>
        </w:rPr>
        <w:t>　　通过开展庆祝“六一”活动，让幼儿看到父母的伟大形象，感受到父母的观爱，从而度过一个幸福、难忘的“六一”儿童节。家长在参与幼儿的节日庆祝活动中，展示自己的才华树立自己在孩子心中高大自豪的榜样。</w:t>
      </w:r>
      <w:r>
        <w:rPr>
          <w:lang w:eastAsia="zh-CN"/>
        </w:rPr>
        <w:br/>
      </w:r>
      <w:r>
        <w:rPr>
          <w:lang w:eastAsia="zh-CN"/>
        </w:rPr>
        <w:t>　　进一步感悟幼儿教育的观念，学习科学的育儿方法。了解家园共育的重要性，让小朋友身心健康发展。通过向家长、社会展示幼儿的“六一”活动，进一步塑造本园的良好形象。</w:t>
      </w:r>
      <w:r>
        <w:rPr>
          <w:lang w:eastAsia="zh-CN"/>
        </w:rPr>
        <w:br/>
      </w:r>
      <w:r>
        <w:rPr>
          <w:lang w:eastAsia="zh-CN"/>
        </w:rPr>
        <w:t>　　二、活动主题和宣传口号</w:t>
      </w:r>
      <w:r>
        <w:rPr>
          <w:lang w:eastAsia="zh-CN"/>
        </w:rPr>
        <w:br/>
      </w:r>
      <w:r>
        <w:rPr>
          <w:lang w:eastAsia="zh-CN"/>
        </w:rPr>
        <w:t>　　1、活动主题：树立榜样!做个好爸爸好妈妈。</w:t>
      </w:r>
      <w:r>
        <w:rPr>
          <w:lang w:eastAsia="zh-CN"/>
        </w:rPr>
        <w:br/>
      </w:r>
      <w:r>
        <w:rPr>
          <w:lang w:eastAsia="zh-CN"/>
        </w:rPr>
        <w:t>　　2、宣传口号：</w:t>
      </w:r>
      <w:r>
        <w:rPr>
          <w:lang w:eastAsia="zh-CN"/>
        </w:rPr>
        <w:br/>
      </w:r>
      <w:r>
        <w:rPr>
          <w:lang w:eastAsia="zh-CN"/>
        </w:rPr>
        <w:t>　　爸爸妈妈有一双能干的手;我爱爸爸妈妈，爸爸妈妈爱我。好样的!我的爸爸妈妈。</w:t>
      </w:r>
      <w:r>
        <w:rPr>
          <w:lang w:eastAsia="zh-CN"/>
        </w:rPr>
        <w:br/>
      </w:r>
      <w:r>
        <w:rPr>
          <w:lang w:eastAsia="zh-CN"/>
        </w:rPr>
        <w:t>　　三、活动准备</w:t>
      </w:r>
      <w:r>
        <w:rPr>
          <w:lang w:eastAsia="zh-CN"/>
        </w:rPr>
        <w:br/>
      </w:r>
      <w:r>
        <w:rPr>
          <w:lang w:eastAsia="zh-CN"/>
        </w:rPr>
        <w:t>　　1、布置富有欢庆气氛的环境(班级环境及全园周围环境);张贴宣传标语。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2、以班为单位家长和教师排练童话或故事剧作好参加活动的准备;全体家长绘画作品绘制(要布置画展对于没有材料的幼儿园按家长要求为家长提供绘画材料)二人三足比赛(家长和家长，家长和教师自由组合)</w:t>
      </w:r>
      <w:r>
        <w:rPr>
          <w:lang w:eastAsia="zh-CN"/>
        </w:rPr>
        <w:br/>
      </w:r>
      <w:r>
        <w:rPr>
          <w:lang w:eastAsia="zh-CN"/>
        </w:rPr>
        <w:t>　　3、由幼儿园准备活动奖品和礼品。(能长期保存有纪念意义的奖杯或奖牌奖励给幼儿家长)</w:t>
      </w:r>
      <w:r>
        <w:rPr>
          <w:lang w:eastAsia="zh-CN"/>
        </w:rPr>
        <w:br/>
      </w:r>
      <w:r>
        <w:rPr>
          <w:lang w:eastAsia="zh-CN"/>
        </w:rPr>
        <w:t>　　四、活动内容</w:t>
      </w:r>
      <w:r>
        <w:rPr>
          <w:lang w:eastAsia="zh-CN"/>
        </w:rPr>
        <w:br/>
      </w:r>
      <w:r>
        <w:rPr>
          <w:lang w:eastAsia="zh-CN"/>
        </w:rPr>
        <w:t>　　(一)活动倡议</w:t>
      </w:r>
      <w:r>
        <w:rPr>
          <w:lang w:eastAsia="zh-CN"/>
        </w:rPr>
        <w:br/>
      </w:r>
      <w:r>
        <w:rPr>
          <w:lang w:eastAsia="zh-CN"/>
        </w:rPr>
        <w:t>　　1、目的：为了使幼儿能度过一个愉快、难忘而有意义的“六一”儿童节，倡议本园全体家长和全体教师积极为幼儿创设欢度“六一”的节日环境与氛围，鼓励全园家长和教师共同积极参与“六一”节的各项活动。</w:t>
      </w:r>
      <w:r>
        <w:rPr>
          <w:lang w:eastAsia="zh-CN"/>
        </w:rPr>
        <w:br/>
      </w:r>
      <w:r>
        <w:rPr>
          <w:lang w:eastAsia="zh-CN"/>
        </w:rPr>
        <w:t>　　2、时间：_年6月1日。</w:t>
      </w:r>
      <w:r>
        <w:rPr>
          <w:lang w:eastAsia="zh-CN"/>
        </w:rPr>
        <w:br/>
      </w:r>
      <w:r>
        <w:rPr>
          <w:lang w:eastAsia="zh-CN"/>
        </w:rPr>
        <w:t>　　3、对象：本园全体家长、教师和幼儿。</w:t>
      </w:r>
      <w:r>
        <w:rPr>
          <w:lang w:eastAsia="zh-CN"/>
        </w:rPr>
        <w:br/>
      </w:r>
      <w:r>
        <w:rPr>
          <w:lang w:eastAsia="zh-CN"/>
        </w:rPr>
        <w:t>　　4、办法：通过在本园的板报向家长、教师发出倡议和向每个幼儿的家长发送倡议书引起家长的重视，争取全体家长和教师对此次庆祝活动的配合与支持。</w:t>
      </w:r>
      <w:r>
        <w:rPr>
          <w:lang w:eastAsia="zh-CN"/>
        </w:rPr>
        <w:br/>
      </w:r>
      <w:r>
        <w:rPr>
          <w:lang w:eastAsia="zh-CN"/>
        </w:rPr>
        <w:t>　　(二)“六一”活动</w:t>
      </w:r>
      <w:r>
        <w:rPr>
          <w:lang w:eastAsia="zh-CN"/>
        </w:rPr>
        <w:br/>
      </w:r>
      <w:r>
        <w:rPr>
          <w:lang w:eastAsia="zh-CN"/>
        </w:rPr>
        <w:t>　　本次“六一”儿童节活动以“家长和家长，家长和教师故事、童话剧表演”、“主题绘画展(家长绘制，儿童画为主其他绘画体裁不限条件必须对作品用“小朋友的语言”进行内容说明)”、“家长和教师结对子二人三足比赛”等活动的形式来进行。</w:t>
      </w:r>
      <w:r>
        <w:rPr>
          <w:lang w:eastAsia="zh-CN"/>
        </w:rPr>
        <w:br/>
      </w:r>
      <w:r>
        <w:rPr>
          <w:lang w:eastAsia="zh-CN"/>
        </w:rPr>
        <w:t>　　1、幼儿故事、童话剧表演赛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目的：家长通过参加“家长和家长，家长和教师故事、童话剧的表演”，在小朋友心中树立良好的父母形象。让小朋友通过观看节目表演培养小朋友的社会交往及共同协作能力;培养幼儿对文学作品的兴趣;培养幼儿对文学作品的表现力。</w:t>
      </w:r>
      <w:r>
        <w:rPr>
          <w:lang w:eastAsia="zh-CN"/>
        </w:rPr>
        <w:br/>
      </w:r>
      <w:r>
        <w:rPr>
          <w:lang w:eastAsia="zh-CN"/>
        </w:rPr>
        <w:t>　　(2)要求：每班准备一个家长教师故事或童话剧;体现人人参与;选材符合本班家长水平;表演活泼、大方;服装设计符合剧情需要;根据剧情的需要配有一定的背景和表演用的道具;讲述、配乐录音良好。</w:t>
      </w:r>
      <w:r>
        <w:rPr>
          <w:lang w:eastAsia="zh-CN"/>
        </w:rPr>
        <w:br/>
      </w:r>
      <w:r>
        <w:rPr>
          <w:lang w:eastAsia="zh-CN"/>
        </w:rPr>
        <w:t>　　(3)评奖：</w:t>
      </w:r>
      <w:r>
        <w:rPr>
          <w:lang w:eastAsia="zh-CN"/>
        </w:rPr>
        <w:br/>
      </w:r>
      <w:r>
        <w:rPr>
          <w:lang w:eastAsia="zh-CN"/>
        </w:rPr>
        <w:t>　　根据表演评出节目表演奖、舞台设计、爸爸，妈妈。</w:t>
      </w:r>
      <w:r>
        <w:rPr>
          <w:lang w:eastAsia="zh-CN"/>
        </w:rPr>
        <w:br/>
      </w:r>
      <w:r>
        <w:rPr>
          <w:lang w:eastAsia="zh-CN"/>
        </w:rPr>
        <w:t>　　A、节目表演奖：从参赛的节目中评出特等奖，一等奖，二等奖。</w:t>
      </w:r>
      <w:r>
        <w:rPr>
          <w:lang w:eastAsia="zh-CN"/>
        </w:rPr>
        <w:br/>
      </w:r>
      <w:r>
        <w:rPr>
          <w:lang w:eastAsia="zh-CN"/>
        </w:rPr>
        <w:t>　　B、舞台设计奖：从参赛的节目中评出舞台设计。</w:t>
      </w:r>
      <w:r>
        <w:rPr>
          <w:lang w:eastAsia="zh-CN"/>
        </w:rPr>
        <w:br/>
      </w:r>
      <w:r>
        <w:rPr>
          <w:lang w:eastAsia="zh-CN"/>
        </w:rPr>
        <w:t>　　C、爸爸：从参加节目表演的爸爸们中评选。</w:t>
      </w:r>
      <w:r>
        <w:rPr>
          <w:lang w:eastAsia="zh-CN"/>
        </w:rPr>
        <w:br/>
      </w:r>
      <w:r>
        <w:rPr>
          <w:lang w:eastAsia="zh-CN"/>
        </w:rPr>
        <w:t>　　D、妈妈：从参加节目表演的妈妈中评选。</w:t>
      </w:r>
      <w:r>
        <w:rPr>
          <w:lang w:eastAsia="zh-CN"/>
        </w:rPr>
        <w:br/>
      </w:r>
      <w:r>
        <w:rPr>
          <w:lang w:eastAsia="zh-CN"/>
        </w:rPr>
        <w:t>　　2、主题绘画展</w:t>
      </w:r>
      <w:r>
        <w:rPr>
          <w:lang w:eastAsia="zh-CN"/>
        </w:rPr>
        <w:br/>
      </w:r>
      <w:r>
        <w:rPr>
          <w:lang w:eastAsia="zh-CN"/>
        </w:rPr>
        <w:t>　　(1)目的：通过家长参加主题绘画展为小朋友展示自己的多才多艺体现现代家长形象，激励小朋友向自己学习。小朋友通过观摩父母的绘画作品激发幼儿绘画兴趣，能用绘画的形式表现自己的内心世界，表现自己的愿望。</w:t>
      </w:r>
      <w:r>
        <w:rPr>
          <w:lang w:eastAsia="zh-CN"/>
        </w:rPr>
        <w:br/>
      </w:r>
      <w:r>
        <w:rPr>
          <w:lang w:eastAsia="zh-CN"/>
        </w:rPr>
        <w:t>　　(2)要求：每个家庭根据幼儿园设置的若干主题任意选取一个主题绘制一幅绘画作品。作品由父母亲自完成(可以征求小朋友意见但是作品不能有小朋友绘制的痕迹)作品背面标明父母及小朋友姓名和小朋友所属的班级。附属一份作品内容说明(用“小朋友的语言”进行内容说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(3)评奖：幼儿园对作品进行编号以方便评选(建议每个家庭一份选表由家长和幼儿填写编号进行评选25-50件由三个以上教师进行数据统计)</w:t>
      </w:r>
      <w:r>
        <w:rPr>
          <w:lang w:eastAsia="zh-CN"/>
        </w:rPr>
        <w:br/>
      </w:r>
      <w:r>
        <w:rPr>
          <w:lang w:eastAsia="zh-CN"/>
        </w:rPr>
        <w:t>　　3、二人三足运动比赛(或者更多)</w:t>
      </w:r>
      <w:r>
        <w:rPr>
          <w:lang w:eastAsia="zh-CN"/>
        </w:rPr>
        <w:br/>
      </w:r>
      <w:r>
        <w:rPr>
          <w:lang w:eastAsia="zh-CN"/>
        </w:rPr>
        <w:t>　　(1)目的：通过二人三足比赛为小朋友展现家长与家长，家长与教师的亲密合作关系;体现家园共育的目标。培养小朋友热爱体育运动游戏坚持科学合理的体育运动锻炼身体。</w:t>
      </w:r>
      <w:r>
        <w:rPr>
          <w:lang w:eastAsia="zh-CN"/>
        </w:rPr>
        <w:br/>
      </w:r>
      <w:r>
        <w:rPr>
          <w:lang w:eastAsia="zh-CN"/>
        </w:rPr>
        <w:t>　　(2)要求：家长与家长，家长和老师可以自由组合(幼儿也可参与)</w:t>
      </w:r>
      <w:r>
        <w:rPr>
          <w:lang w:eastAsia="zh-CN"/>
        </w:rPr>
        <w:br/>
      </w:r>
      <w:r>
        <w:rPr>
          <w:lang w:eastAsia="zh-CN"/>
        </w:rPr>
        <w:t>　　(3)评奖：优胜者得奖</w:t>
      </w:r>
      <w:r>
        <w:rPr>
          <w:lang w:eastAsia="zh-CN"/>
        </w:rPr>
        <w:br/>
      </w:r>
      <w:r>
        <w:rPr>
          <w:lang w:eastAsia="zh-CN"/>
        </w:rPr>
        <w:t xml:space="preserve">    2024最新幼儿园中秋节活动工作计划 篇11 </w:t>
      </w:r>
      <w:r>
        <w:rPr>
          <w:lang w:eastAsia="zh-CN"/>
        </w:rPr>
        <w:br/>
      </w:r>
      <w:r>
        <w:rPr>
          <w:lang w:eastAsia="zh-CN"/>
        </w:rPr>
        <w:t>　　围绕人类的好朋友&amp;&amp;花草树木主题活动，通过观察、调查、摄影、手工制作等活动形式，引导幼儿观察花草树木，从而增强幼儿的环保意识，家园共同培养幼儿良好的环保行为。</w:t>
      </w:r>
      <w:r>
        <w:rPr>
          <w:lang w:eastAsia="zh-CN"/>
        </w:rPr>
        <w:br/>
      </w:r>
      <w:r>
        <w:rPr>
          <w:lang w:eastAsia="zh-CN"/>
        </w:rPr>
        <w:t>　　一、活动目标</w:t>
      </w:r>
      <w:r>
        <w:rPr>
          <w:lang w:eastAsia="zh-CN"/>
        </w:rPr>
        <w:br/>
      </w:r>
      <w:r>
        <w:rPr>
          <w:lang w:eastAsia="zh-CN"/>
        </w:rPr>
        <w:t>　　1.引导幼儿观察形形色色的树种，了解树的名称、形态、特点、生长规律等。</w:t>
      </w:r>
      <w:r>
        <w:rPr>
          <w:lang w:eastAsia="zh-CN"/>
        </w:rPr>
        <w:br/>
      </w:r>
      <w:r>
        <w:rPr>
          <w:lang w:eastAsia="zh-CN"/>
        </w:rPr>
        <w:t>　　2.进一步增进幼儿对树的认识，理解人与树的内在联系。</w:t>
      </w:r>
      <w:r>
        <w:rPr>
          <w:lang w:eastAsia="zh-CN"/>
        </w:rPr>
        <w:br/>
      </w:r>
      <w:r>
        <w:rPr>
          <w:lang w:eastAsia="zh-CN"/>
        </w:rPr>
        <w:t>　　3.初步掌握制作树叶书签、标本和保存树叶的基本方法。</w:t>
      </w:r>
      <w:r>
        <w:rPr>
          <w:lang w:eastAsia="zh-CN"/>
        </w:rPr>
        <w:br/>
      </w:r>
      <w:r>
        <w:rPr>
          <w:lang w:eastAsia="zh-CN"/>
        </w:rPr>
        <w:t>　　4.通过对树的认识和探究，激发幼儿爱树、护树的情感，培养其环保意识。</w:t>
      </w:r>
      <w:r>
        <w:rPr>
          <w:lang w:eastAsia="zh-CN"/>
        </w:rPr>
        <w:br/>
      </w:r>
      <w:r>
        <w:rPr>
          <w:lang w:eastAsia="zh-CN"/>
        </w:rPr>
        <w:t>　　二、活动准备</w:t>
      </w:r>
      <w:r>
        <w:rPr>
          <w:lang w:eastAsia="zh-CN"/>
        </w:rPr>
        <w:br/>
      </w:r>
      <w:r>
        <w:rPr>
          <w:lang w:eastAsia="zh-CN"/>
        </w:rPr>
        <w:t>　　1.教师准备一些市区绿化的录像带、照片等资料。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2.与家长取得联系，争取家长的大力支持三、活动安排1.绿化植物知多少：老师、家长和孩子一起调查了解幼儿园和幼儿园周围有多少种绿化植物，并摄影，了解这些植物的生长特性以及与之相关的一些问题。</w:t>
      </w:r>
      <w:r>
        <w:rPr>
          <w:lang w:eastAsia="zh-CN"/>
        </w:rPr>
        <w:br/>
      </w:r>
      <w:r>
        <w:rPr>
          <w:lang w:eastAsia="zh-CN"/>
        </w:rPr>
        <w:t>　　2.树叶探趣：家长和孩子一起到幼儿园、公园、植物园等实地观察树叶的形状、颜色，采集树叶标本，制作树叶贴画、树叶标签，3.树木护养：老师和家长一起教给孩子一些有关养护植物方面的常识。</w:t>
      </w:r>
      <w:r>
        <w:rPr>
          <w:lang w:eastAsia="zh-CN"/>
        </w:rPr>
        <w:br/>
      </w:r>
      <w:r>
        <w:rPr>
          <w:lang w:eastAsia="zh-CN"/>
        </w:rPr>
        <w:t>　　4.绿化植物摄影作品展和树叶贴画作品展。</w:t>
      </w:r>
      <w:r>
        <w:rPr>
          <w:lang w:eastAsia="zh-CN"/>
        </w:rPr>
        <w:br/>
      </w:r>
      <w:r>
        <w:rPr>
          <w:lang w:eastAsia="zh-CN"/>
        </w:rPr>
        <w:t xml:space="preserve">    2024最新幼儿园中秋节活动工作计划 篇12 </w:t>
      </w:r>
      <w:r>
        <w:rPr>
          <w:lang w:eastAsia="zh-CN"/>
        </w:rPr>
        <w:br/>
      </w:r>
      <w:r>
        <w:rPr>
          <w:lang w:eastAsia="zh-CN"/>
        </w:rPr>
        <w:t>　　【活动目的】</w:t>
      </w:r>
      <w:r>
        <w:rPr>
          <w:lang w:eastAsia="zh-CN"/>
        </w:rPr>
        <w:br/>
      </w:r>
      <w:r>
        <w:rPr>
          <w:lang w:eastAsia="zh-CN"/>
        </w:rPr>
        <w:t>　　1、通过幼儿的操作尝试活动，感知沙的特性：沙是松散的、一粒粒的、细小的、不溶于水的。</w:t>
      </w:r>
      <w:r>
        <w:rPr>
          <w:lang w:eastAsia="zh-CN"/>
        </w:rPr>
        <w:br/>
      </w:r>
      <w:r>
        <w:rPr>
          <w:lang w:eastAsia="zh-CN"/>
        </w:rPr>
        <w:t>　　2、初步了解沙的用途及教育玩沙的安全。</w:t>
      </w:r>
      <w:r>
        <w:rPr>
          <w:lang w:eastAsia="zh-CN"/>
        </w:rPr>
        <w:br/>
      </w:r>
      <w:r>
        <w:rPr>
          <w:lang w:eastAsia="zh-CN"/>
        </w:rPr>
        <w:t>　　3、通过玩沙活动激发幼儿的愉快情绪，培养初步的探索尝试精神。</w:t>
      </w:r>
      <w:r>
        <w:rPr>
          <w:lang w:eastAsia="zh-CN"/>
        </w:rPr>
        <w:br/>
      </w:r>
      <w:r>
        <w:rPr>
          <w:lang w:eastAsia="zh-CN"/>
        </w:rPr>
        <w:t>　　4、主动参与活动，体验活动的快乐及成功的喜悦。</w:t>
      </w:r>
      <w:r>
        <w:rPr>
          <w:lang w:eastAsia="zh-CN"/>
        </w:rPr>
        <w:br/>
      </w:r>
      <w:r>
        <w:rPr>
          <w:lang w:eastAsia="zh-CN"/>
        </w:rPr>
        <w:t>　　5、发展幼儿的动手能力。</w:t>
      </w:r>
      <w:r>
        <w:rPr>
          <w:lang w:eastAsia="zh-CN"/>
        </w:rPr>
        <w:br/>
      </w:r>
      <w:r>
        <w:rPr>
          <w:lang w:eastAsia="zh-CN"/>
        </w:rPr>
        <w:t>　　【活动准备】</w:t>
      </w:r>
      <w:r>
        <w:rPr>
          <w:lang w:eastAsia="zh-CN"/>
        </w:rPr>
        <w:br/>
      </w:r>
      <w:r>
        <w:rPr>
          <w:lang w:eastAsia="zh-CN"/>
        </w:rPr>
        <w:t>　　幼儿人手一套玩沙工具(铲、胶碟 、 、耙等)、水、手巾。</w:t>
      </w:r>
      <w:r>
        <w:rPr>
          <w:lang w:eastAsia="zh-CN"/>
        </w:rPr>
        <w:br/>
      </w:r>
      <w:r>
        <w:rPr>
          <w:lang w:eastAsia="zh-CN"/>
        </w:rPr>
        <w:t>　　【活动过程】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1、把幼儿带到沙池边，以玩沙导入学习活动，引出活动主题并进行安全教育。</w:t>
      </w:r>
      <w:r>
        <w:rPr>
          <w:lang w:eastAsia="zh-CN"/>
        </w:rPr>
        <w:br/>
      </w:r>
      <w:r>
        <w:rPr>
          <w:lang w:eastAsia="zh-CN"/>
        </w:rPr>
        <w:t>　　师：小朋友，你们看这是什么呀?(沙)，对啦，你们喜欢玩沙吗?今天，我准备了很多玩沙工具，待会请你们用手玩一玩，用脚踩一踩，跳一跳，讲一讲你发现了沙有哪些秘密?告诉老师或者同伴们!不过你们玩的时候，请注意：不能把沙往上抛，要保护自己和同伴的眼睛和鼻子，不要用脏手揉眼睛。知道了吗?</w:t>
      </w:r>
      <w:r>
        <w:rPr>
          <w:lang w:eastAsia="zh-CN"/>
        </w:rPr>
        <w:br/>
      </w:r>
      <w:r>
        <w:rPr>
          <w:lang w:eastAsia="zh-CN"/>
        </w:rPr>
        <w:t>　　2、通过各尝试活动，初步感知沙的主要特征。</w:t>
      </w:r>
      <w:r>
        <w:rPr>
          <w:lang w:eastAsia="zh-CN"/>
        </w:rPr>
        <w:br/>
      </w:r>
      <w:r>
        <w:rPr>
          <w:lang w:eastAsia="zh-CN"/>
        </w:rPr>
        <w:t>　　幼儿自由玩沙。幼儿通过团沙、踩沙、筛沙、把水放到手上的沙里，然后再把沙放进水里等操作活动，感知沙的特征。</w:t>
      </w:r>
      <w:r>
        <w:rPr>
          <w:lang w:eastAsia="zh-CN"/>
        </w:rPr>
        <w:br/>
      </w:r>
      <w:r>
        <w:rPr>
          <w:lang w:eastAsia="zh-CN"/>
        </w:rPr>
        <w:t>　　师生一起归纳沙的特点：沙是松散的、一粒粒的、细小的、不溶于水的等。</w:t>
      </w:r>
      <w:r>
        <w:rPr>
          <w:lang w:eastAsia="zh-CN"/>
        </w:rPr>
        <w:br/>
      </w:r>
      <w:r>
        <w:rPr>
          <w:lang w:eastAsia="zh-CN"/>
        </w:rPr>
        <w:t>　　3、帮助幼儿初步了解沙给人们带来的好处。</w:t>
      </w:r>
      <w:r>
        <w:rPr>
          <w:lang w:eastAsia="zh-CN"/>
        </w:rPr>
        <w:br/>
      </w:r>
      <w:r>
        <w:rPr>
          <w:lang w:eastAsia="zh-CN"/>
        </w:rPr>
        <w:t>　　师：你们知道了沙有这么多秘密，那么沙有什么用呢?(沙可以用来建房子、铺路、彩沙可以用来作画、装饰等等。)</w:t>
      </w:r>
      <w:r>
        <w:rPr>
          <w:lang w:eastAsia="zh-CN"/>
        </w:rPr>
        <w:br/>
      </w:r>
      <w:r>
        <w:rPr>
          <w:lang w:eastAsia="zh-CN"/>
        </w:rPr>
        <w:t>　　4、幼儿用沙进行建筑活动，感受沙带来的乐趣。</w:t>
      </w:r>
      <w:r>
        <w:rPr>
          <w:lang w:eastAsia="zh-CN"/>
        </w:rPr>
        <w:br/>
      </w:r>
      <w:r>
        <w:rPr>
          <w:lang w:eastAsia="zh-CN"/>
        </w:rPr>
        <w:t>　　师：好，我们来当建筑师，把你想建的东西建出来吧!(幼儿自由构建)</w:t>
      </w:r>
      <w:r>
        <w:rPr>
          <w:lang w:eastAsia="zh-CN"/>
        </w:rPr>
        <w:br/>
      </w:r>
      <w:r>
        <w:rPr>
          <w:lang w:eastAsia="zh-CN"/>
        </w:rPr>
        <w:t xml:space="preserve">    2024最新幼儿园中秋节活动工作计划 篇13 </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r>
        <w:rPr>
          <w:lang w:eastAsia="zh-CN"/>
        </w:rPr>
        <w:br/>
      </w:r>
      <w:r>
        <w:rPr>
          <w:lang w:eastAsia="zh-CN"/>
        </w:rPr>
        <w:t>　　二、班级游戏情况分析：</w:t>
      </w:r>
      <w:r>
        <w:rPr>
          <w:lang w:eastAsia="zh-CN"/>
        </w:rPr>
        <w:br/>
      </w:r>
      <w:r>
        <w:rPr>
          <w:lang w:eastAsia="zh-CN"/>
        </w:rPr>
        <w:t>　　我班是新入园的小班，几乎一半的幼儿都没有幼儿园生活经验。由于小班年龄相对较小，因此，相对来说各方面能力水平都比较低，如何开展游戏更为重要。经过一端时间的观察，本班幼儿对于一些有形象、贴近生活的游戏较感兴趣，如布偶、动物玩具、娃娃家游戏等，绝大多数幼儿的游戏水平都只停留在简单的操作和摆弄上，而不会创造游戏的情节与目的，如何使幼儿增加游戏的趣味性，丰富游戏的情节是本学期的重点所在。</w:t>
      </w:r>
      <w:r>
        <w:rPr>
          <w:lang w:eastAsia="zh-CN"/>
        </w:rPr>
        <w:br/>
      </w:r>
      <w:r>
        <w:rPr>
          <w:lang w:eastAsia="zh-CN"/>
        </w:rPr>
        <w:t>　　三、游戏的目标：</w:t>
      </w:r>
      <w:r>
        <w:rPr>
          <w:lang w:eastAsia="zh-CN"/>
        </w:rPr>
        <w:br/>
      </w:r>
      <w:r>
        <w:rPr>
          <w:lang w:eastAsia="zh-CN"/>
        </w:rPr>
        <w:t>　　本学期主要目标：</w:t>
      </w:r>
      <w:r>
        <w:rPr>
          <w:lang w:eastAsia="zh-CN"/>
        </w:rPr>
        <w:br/>
      </w:r>
      <w:r>
        <w:rPr>
          <w:lang w:eastAsia="zh-CN"/>
        </w:rPr>
        <w:t>　　1、幼儿能积极参与游戏，能够主动选择玩具，并愿意与同伴一起分享玩具，友好的进行游戏。</w:t>
      </w:r>
      <w:r>
        <w:rPr>
          <w:lang w:eastAsia="zh-CN"/>
        </w:rPr>
        <w:br/>
      </w:r>
      <w:r>
        <w:rPr>
          <w:lang w:eastAsia="zh-CN"/>
        </w:rPr>
        <w:t>　　2、遵守游戏规则，并做到爱护玩具，不争抢，不乱扔玩具，学会自己整理玩具。</w:t>
      </w:r>
      <w:r>
        <w:rPr>
          <w:lang w:eastAsia="zh-CN"/>
        </w:rPr>
        <w:br/>
      </w:r>
      <w:r>
        <w:rPr>
          <w:lang w:eastAsia="zh-CN"/>
        </w:rPr>
        <w:t>　　3、游戏中学说普通话，开始加入简单的英语，能大胆表达自己的意愿，引导胆小内向的幼儿参与游戏，并喜爱游戏。</w:t>
      </w:r>
      <w:r>
        <w:rPr>
          <w:lang w:eastAsia="zh-CN"/>
        </w:rPr>
        <w:br/>
      </w:r>
      <w:r>
        <w:rPr>
          <w:lang w:eastAsia="zh-CN"/>
        </w:rPr>
        <w:t>　　四、具体措施：</w:t>
      </w:r>
      <w:r>
        <w:rPr>
          <w:lang w:eastAsia="zh-CN"/>
        </w:rPr>
        <w:br/>
      </w:r>
      <w:r>
        <w:rPr>
          <w:lang w:eastAsia="zh-CN"/>
        </w:rPr>
        <w:t>　　（一）角色游戏：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1、幼儿园的角色游戏是促进幼儿社会化发展的重要手段。也是促进幼儿全面发展的有效活动，这是其他任何游戏和活动所不可替代的。各班要根据小班幼儿的年龄特点，创设适合小班幼儿经验的角色游戏内容，吸引幼儿积极主动地参与到角色游戏中去。教师要努力创设良好的游戏环境，加强对角色游戏的指导，确保角色游戏的时间，使角色游戏发挥其最大的效益。</w:t>
      </w:r>
      <w:r>
        <w:rPr>
          <w:lang w:eastAsia="zh-CN"/>
        </w:rPr>
        <w:br/>
      </w:r>
      <w:r>
        <w:rPr>
          <w:lang w:eastAsia="zh-CN"/>
        </w:rPr>
        <w:t>　　2、在环境创设方面能注意体现幼儿的主体参与性，并且能与教学主题内容相匹配。突出个性化方面。丰富区域活动的内容，能根据幼儿的能力和发展水平提供材料，使区域活动能适合幼儿各种兴趣和探索学习的需要，更符合幼儿素质发展的需要。</w:t>
      </w:r>
      <w:r>
        <w:rPr>
          <w:lang w:eastAsia="zh-CN"/>
        </w:rPr>
        <w:br/>
      </w:r>
      <w:r>
        <w:rPr>
          <w:lang w:eastAsia="zh-CN"/>
        </w:rPr>
        <w:t>　　3、积极投入课题研究中去，踏实地开展研究，操作科学、规范，并注意过程资料的积累。</w:t>
      </w:r>
      <w:r>
        <w:rPr>
          <w:lang w:eastAsia="zh-CN"/>
        </w:rPr>
        <w:br/>
      </w:r>
      <w:r>
        <w:rPr>
          <w:lang w:eastAsia="zh-CN"/>
        </w:rPr>
        <w:t>　　4、加强对儿童个案的研究，实施有目的的跟踪观察和记录，并能针对部分特殊儿童的典型行为加以研究、分析，更有效地促进幼儿的个性发展。</w:t>
      </w:r>
      <w:r>
        <w:rPr>
          <w:lang w:eastAsia="zh-CN"/>
        </w:rPr>
        <w:br/>
      </w:r>
      <w:r>
        <w:rPr>
          <w:lang w:eastAsia="zh-CN"/>
        </w:rPr>
        <w:t xml:space="preserve">    2024最新幼儿园中秋节活动工作计划 篇14 </w:t>
      </w:r>
      <w:r>
        <w:rPr>
          <w:lang w:eastAsia="zh-CN"/>
        </w:rPr>
        <w:br/>
      </w:r>
      <w:r>
        <w:rPr>
          <w:lang w:eastAsia="zh-CN"/>
        </w:rPr>
        <w:t>　　曾几何时亲子间的接触不再象往日般频繁，与孩子共同游戏的时间更是明显减少。那么为什么不在这个阳光灿烂的五一与您的孩子共同进行一次别开生面的活动呢?感情是由交流堆积而成的。任何一种感情的升华都有赖于交流。血浓于水，亲子之情虽是与生俱来，但我们年轻的父母大多把大部分精力都用在工作及不断学习、提高中。在这个五一请放下手中繁忙的工作，走进充满生机的家贝乐幼儿园，让您那颗因工作而疲劳的心得到片刻的安宁，享受真正的天伦之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一、亲子活动目的：</w:t>
      </w:r>
      <w:r>
        <w:rPr>
          <w:lang w:eastAsia="zh-CN"/>
        </w:rPr>
        <w:br/>
      </w:r>
      <w:r>
        <w:rPr>
          <w:lang w:eastAsia="zh-CN"/>
        </w:rPr>
        <w:t>　　1、增进与家长之间的交流，向家长宣传新的教育观、儿童观，让家长了解孩子在园的生活、学习情况，了解幼儿园的教育教学工作，能主动配合，做到家园互动。</w:t>
      </w:r>
      <w:r>
        <w:rPr>
          <w:lang w:eastAsia="zh-CN"/>
        </w:rPr>
        <w:br/>
      </w:r>
      <w:r>
        <w:rPr>
          <w:lang w:eastAsia="zh-CN"/>
        </w:rPr>
        <w:t>　　2、增进亲子间的情感，激发幼儿和家长积极参与亲子游戏的热情和兴趣。</w:t>
      </w:r>
      <w:r>
        <w:rPr>
          <w:lang w:eastAsia="zh-CN"/>
        </w:rPr>
        <w:br/>
      </w:r>
      <w:r>
        <w:rPr>
          <w:lang w:eastAsia="zh-CN"/>
        </w:rPr>
        <w:t>　　3、培养幼儿在成人面前大胆表现自己。</w:t>
      </w:r>
      <w:r>
        <w:rPr>
          <w:lang w:eastAsia="zh-CN"/>
        </w:rPr>
        <w:br/>
      </w:r>
      <w:r>
        <w:rPr>
          <w:lang w:eastAsia="zh-CN"/>
        </w:rPr>
        <w:t>　　二、亲子活动流程：</w:t>
      </w:r>
      <w:r>
        <w:rPr>
          <w:lang w:eastAsia="zh-CN"/>
        </w:rPr>
        <w:br/>
      </w:r>
      <w:r>
        <w:rPr>
          <w:lang w:eastAsia="zh-CN"/>
        </w:rPr>
        <w:t>　　(一)教师发言(二)亲子游戏三、亲子游戏游戏一：猴子捞月讲一个故事：从前，有个小猴在湖边玩耍，看到月亮的影子落到了湖里。它吃惊地叫起来：不得了啦!月亮掉到湖里啦!大家快动手来捞月亮吧!一只大猴子说，如果没有了月亮，今晚就不好玩啦!于是，大猴子倒挂在湖旁的大槐树上，拉住另一只猴子的脚这样组成了一条猴链，伸手到湖里去捞月亮。湖水一晃动，月亮就不见了。湖水一静下来呢，月亮却又明晃晃地沉在水下。目的：发展幼儿动作灵活性。</w:t>
      </w:r>
      <w:r>
        <w:rPr>
          <w:lang w:eastAsia="zh-CN"/>
        </w:rPr>
        <w:br/>
      </w:r>
      <w:r>
        <w:rPr>
          <w:lang w:eastAsia="zh-CN"/>
        </w:rPr>
        <w:t>　　怎么玩：</w:t>
      </w:r>
      <w:r>
        <w:rPr>
          <w:lang w:eastAsia="zh-CN"/>
        </w:rPr>
        <w:br/>
      </w:r>
      <w:r>
        <w:rPr>
          <w:lang w:eastAsia="zh-CN"/>
        </w:rPr>
        <w:t>　　1、游戏在一个大房间里玩，告诉幼儿这是湖，不能跑到外面去，跑到外面就算是输。</w:t>
      </w:r>
      <w:r>
        <w:rPr>
          <w:lang w:eastAsia="zh-CN"/>
        </w:rPr>
        <w:br/>
      </w:r>
      <w:r>
        <w:rPr>
          <w:lang w:eastAsia="zh-CN"/>
        </w:rPr>
        <w:t>　　2、爸爸和妈妈扮演两只猴子，幼儿扮演月亮。</w:t>
      </w:r>
      <w:r>
        <w:rPr>
          <w:lang w:eastAsia="zh-CN"/>
        </w:rPr>
        <w:br/>
      </w:r>
      <w:r>
        <w:rPr>
          <w:lang w:eastAsia="zh-CN"/>
        </w:rPr>
        <w:t>　　3、爸爸和妈妈手掌交叉，成半圆状，不能松开，去捞月亮。幼儿躲闪，如果被抓住就算捞到月亮，游戏结束。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提示：可以交换角色，重新开始玩。</w:t>
      </w:r>
      <w:r>
        <w:rPr>
          <w:lang w:eastAsia="zh-CN"/>
        </w:rPr>
        <w:br/>
      </w:r>
      <w:r>
        <w:rPr>
          <w:lang w:eastAsia="zh-CN"/>
        </w:rPr>
        <w:t>　　再念一首儿歌：月亮月亮怎么了?月亮掉到湖里啦!猴子猴子别急呀，齐心协力来捞吧。</w:t>
      </w:r>
      <w:r>
        <w:rPr>
          <w:lang w:eastAsia="zh-CN"/>
        </w:rPr>
        <w:br/>
      </w:r>
      <w:r>
        <w:rPr>
          <w:lang w:eastAsia="zh-CN"/>
        </w:rPr>
        <w:t>　　游戏二：蜈蚣竞走先讲一个故事：森林里举行运动会，蜈蚣报名参加了赛跑。一大早蜈蚣妈妈就把小蜈蚣从床上拉了起来，叫他吃好早饭后赶到比赛现场。说完妈妈便到屋后菜园种菜去了。好半天，忽然听见小兔在喊：蜈蚣，蜈蚣，比赛快开始啦!你怎么还不去呀?蜈蚣妈妈想着：这孩子跑到哪去了?推开门一看，可把她吓了一跳。原来小蜈蚣在忙着穿鞋呢。他的脚太多太多，穿了好半天都还没穿完。</w:t>
      </w:r>
      <w:r>
        <w:rPr>
          <w:lang w:eastAsia="zh-CN"/>
        </w:rPr>
        <w:br/>
      </w:r>
      <w:r>
        <w:rPr>
          <w:lang w:eastAsia="zh-CN"/>
        </w:rPr>
        <w:t>　　目的：锻炼孩子的耐力和腿部力量。　准备：给孩子看蜈蚣的图片，让孩子知道蜈蚣走路的方式。</w:t>
      </w:r>
      <w:r>
        <w:rPr>
          <w:lang w:eastAsia="zh-CN"/>
        </w:rPr>
        <w:br/>
      </w:r>
      <w:r>
        <w:rPr>
          <w:lang w:eastAsia="zh-CN"/>
        </w:rPr>
        <w:t>　　怎么玩：</w:t>
      </w:r>
      <w:r>
        <w:rPr>
          <w:lang w:eastAsia="zh-CN"/>
        </w:rPr>
        <w:br/>
      </w:r>
      <w:r>
        <w:rPr>
          <w:lang w:eastAsia="zh-CN"/>
        </w:rPr>
        <w:t>　　1、由孩子做排头，家长将手搭在孩子肩上，蹲下。</w:t>
      </w:r>
      <w:r>
        <w:rPr>
          <w:lang w:eastAsia="zh-CN"/>
        </w:rPr>
        <w:br/>
      </w:r>
      <w:r>
        <w:rPr>
          <w:lang w:eastAsia="zh-CN"/>
        </w:rPr>
        <w:t>　　2、随着一、二、一、二的口令，孩子和家长向前行走，脚步要协调，不能乱。</w:t>
      </w:r>
      <w:r>
        <w:rPr>
          <w:lang w:eastAsia="zh-CN"/>
        </w:rPr>
        <w:br/>
      </w:r>
      <w:r>
        <w:rPr>
          <w:lang w:eastAsia="zh-CN"/>
        </w:rPr>
        <w:t>　　提示：可以多叫几个家庭成员一起参加。</w:t>
      </w:r>
      <w:r>
        <w:rPr>
          <w:lang w:eastAsia="zh-CN"/>
        </w:rPr>
        <w:br/>
      </w:r>
      <w:r>
        <w:rPr>
          <w:lang w:eastAsia="zh-CN"/>
        </w:rPr>
        <w:t>　　再念一首儿歌：一百只脚的小蜈蚣，穿起鞋来不轻松，不轻松，快用功，赶紧上路急匆匆。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游戏三：小羊过河先讲一个故事：春天到了。小羊咩咩嚷道：妈妈，妈妈，我要吃春笋。妈妈笑着说：河对岸就有啊，那边有红壳笋、白壳笋我们跳过河去采好不好?小河一点儿也不宽，河水也不急。妈妈和咩咩轻轻一蹦就过去了，他们每次采一根春笋，运回河对面，放进竹筐里。妈妈说要多采一些，带回家给奶奶吃。咩咩还说要和妈妈比赛，看谁采得快，采得多。</w:t>
      </w:r>
      <w:r>
        <w:rPr>
          <w:lang w:eastAsia="zh-CN"/>
        </w:rPr>
        <w:br/>
      </w:r>
      <w:r>
        <w:rPr>
          <w:lang w:eastAsia="zh-CN"/>
        </w:rPr>
        <w:t>　　目的：发展孩子双脚并拢向前跳的能力。　　准备：橡皮筋4根，积木5块(积木代表春笋)，积木放在筐里，摆在终点。</w:t>
      </w:r>
      <w:r>
        <w:rPr>
          <w:lang w:eastAsia="zh-CN"/>
        </w:rPr>
        <w:br/>
      </w:r>
      <w:r>
        <w:rPr>
          <w:lang w:eastAsia="zh-CN"/>
        </w:rPr>
        <w:t>　　怎么玩：</w:t>
      </w:r>
      <w:r>
        <w:rPr>
          <w:lang w:eastAsia="zh-CN"/>
        </w:rPr>
        <w:br/>
      </w:r>
      <w:r>
        <w:rPr>
          <w:lang w:eastAsia="zh-CN"/>
        </w:rPr>
        <w:t>　　1、家长用4根橡皮筋拉成2条河状，1条宽1条窄。</w:t>
      </w:r>
      <w:r>
        <w:rPr>
          <w:lang w:eastAsia="zh-CN"/>
        </w:rPr>
        <w:br/>
      </w:r>
      <w:r>
        <w:rPr>
          <w:lang w:eastAsia="zh-CN"/>
        </w:rPr>
        <w:t>　　2、家长先出发跳过2条小河，到终点线处，从筐里拿出1块积木放在地上，然后再跳过2条小河回来。</w:t>
      </w:r>
      <w:r>
        <w:rPr>
          <w:lang w:eastAsia="zh-CN"/>
        </w:rPr>
        <w:br/>
      </w:r>
      <w:r>
        <w:rPr>
          <w:lang w:eastAsia="zh-CN"/>
        </w:rPr>
        <w:t>　　3、孩子接着出发，到终点处从筐里拿出1块积木，叠在第一块积木的上面再回来。</w:t>
      </w:r>
      <w:r>
        <w:rPr>
          <w:lang w:eastAsia="zh-CN"/>
        </w:rPr>
        <w:br/>
      </w:r>
      <w:r>
        <w:rPr>
          <w:lang w:eastAsia="zh-CN"/>
        </w:rPr>
        <w:t>　　4、如此反复，直至5块积木叠在一起。</w:t>
      </w:r>
      <w:r>
        <w:rPr>
          <w:lang w:eastAsia="zh-CN"/>
        </w:rPr>
        <w:br/>
      </w:r>
      <w:r>
        <w:rPr>
          <w:lang w:eastAsia="zh-CN"/>
        </w:rPr>
        <w:t>　　再念一首儿歌：小山羊，咩咩叫。采好春笋再睡觉。蹦过河去跳一跳。妈妈见了开怀笑!</w:t>
      </w:r>
      <w:r>
        <w:rPr>
          <w:lang w:eastAsia="zh-CN"/>
        </w:rPr>
        <w:br/>
      </w:r>
      <w:r>
        <w:rPr>
          <w:lang w:eastAsia="zh-CN"/>
        </w:rPr>
        <w:t>　　游戏四：警察和司机先讲一个故事：在马路中央，警察叔叔穿着制服，戴着帽子，嘴里含着口哨。他笔直地站着，时而向左指，时而向右指，还不时转转身，吹几声哨子，好威风哦。司机驾驶着方向盘，紧紧盯着红绿灯，随时听从警察叔叔的指挥。红灯亮了，就该停车，等绿灯亮了才能朝前走。警察叔叔还用手势指挥司机应该朝左拐弯还是朝右拐弯。就这样，马路上有了红绿灯和警察叔叔，车辆才会安全地来来往往，我们也可以放心地过马路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目的：培养孩子的观察能力和反应能力。学习日常交通规则。　　准备：塑料筐1只(方向盘)、红绿色的纸(红绿灯)。</w:t>
      </w:r>
      <w:r>
        <w:rPr>
          <w:lang w:eastAsia="zh-CN"/>
        </w:rPr>
        <w:br/>
      </w:r>
      <w:r>
        <w:rPr>
          <w:lang w:eastAsia="zh-CN"/>
        </w:rPr>
        <w:t>　　怎么玩：</w:t>
      </w:r>
      <w:r>
        <w:rPr>
          <w:lang w:eastAsia="zh-CN"/>
        </w:rPr>
        <w:br/>
      </w:r>
      <w:r>
        <w:rPr>
          <w:lang w:eastAsia="zh-CN"/>
        </w:rPr>
        <w:t>　　1、先由家长做警察，手拿红绿灯，孩子双手握塑料小筐似开车状。</w:t>
      </w:r>
      <w:r>
        <w:rPr>
          <w:lang w:eastAsia="zh-CN"/>
        </w:rPr>
        <w:br/>
      </w:r>
      <w:r>
        <w:rPr>
          <w:lang w:eastAsia="zh-CN"/>
        </w:rPr>
        <w:t>　　2、司机根据警察的各种提示、信号作出相应的反应。如红灯、绿灯、开快车、转弯等。</w:t>
      </w:r>
      <w:r>
        <w:rPr>
          <w:lang w:eastAsia="zh-CN"/>
        </w:rPr>
        <w:br/>
      </w:r>
      <w:r>
        <w:rPr>
          <w:lang w:eastAsia="zh-CN"/>
        </w:rPr>
        <w:t>　　提示：家长和孩子可以互换角色。</w:t>
      </w:r>
      <w:r>
        <w:rPr>
          <w:lang w:eastAsia="zh-CN"/>
        </w:rPr>
        <w:br/>
      </w:r>
      <w:r>
        <w:rPr>
          <w:lang w:eastAsia="zh-CN"/>
        </w:rPr>
        <w:t>　　再念一首儿歌：我是小司机，开车嘀嘀嘀，绿灯行，红灯停，马路宽敞又干净，车辆匆忙不安宁，听从指挥安全行。</w:t>
      </w:r>
      <w:r>
        <w:rPr>
          <w:lang w:eastAsia="zh-CN"/>
        </w:rPr>
        <w:br/>
      </w:r>
      <w:r>
        <w:rPr>
          <w:lang w:eastAsia="zh-CN"/>
        </w:rPr>
        <w:t>　　当然啦，孩子上幼儿园了父母照样可以一起参加亲子活动：</w:t>
      </w:r>
      <w:r>
        <w:rPr>
          <w:lang w:eastAsia="zh-CN"/>
        </w:rPr>
        <w:br/>
      </w:r>
      <w:r>
        <w:rPr>
          <w:lang w:eastAsia="zh-CN"/>
        </w:rPr>
        <w:t>　　游戏1、《螃蟹夹球》 ：一名家长与孩子背对着背手拉手，将一个球放在上面，用身体夹着气球运送到终点站。用时最短运的球最多算赢。</w:t>
      </w:r>
      <w:r>
        <w:rPr>
          <w:lang w:eastAsia="zh-CN"/>
        </w:rPr>
        <w:br/>
      </w:r>
      <w:r>
        <w:rPr>
          <w:lang w:eastAsia="zh-CN"/>
        </w:rPr>
        <w:t>　　游戏2、《两人三足》 ：幼儿的一腿与一名家长的一腿绑起来，成两人三足状，从起点走向终点， 先到者为胜。</w:t>
      </w:r>
      <w:r>
        <w:rPr>
          <w:lang w:eastAsia="zh-CN"/>
        </w:rPr>
        <w:br/>
      </w:r>
      <w:r>
        <w:rPr>
          <w:lang w:eastAsia="zh-CN"/>
        </w:rPr>
        <w:t>　　游戏五：亲子美工制作：种子粘贴画活动目标：</w:t>
      </w:r>
      <w:r>
        <w:rPr>
          <w:lang w:eastAsia="zh-CN"/>
        </w:rPr>
        <w:br/>
      </w:r>
      <w:r>
        <w:rPr>
          <w:lang w:eastAsia="zh-CN"/>
        </w:rPr>
        <w:t>　　1、在说说做做中分享亲子制作的乐趣。</w:t>
      </w:r>
      <w:r>
        <w:rPr>
          <w:lang w:eastAsia="zh-CN"/>
        </w:rPr>
        <w:br/>
      </w:r>
      <w:r>
        <w:rPr>
          <w:lang w:eastAsia="zh-CN"/>
        </w:rPr>
        <w:t>　　2、学习制作种子粘贴画，激发幼儿对粘贴画的兴趣。</w:t>
      </w:r>
      <w:r>
        <w:rPr>
          <w:lang w:eastAsia="zh-CN"/>
        </w:rPr>
        <w:br/>
      </w:r>
      <w:r>
        <w:rPr>
          <w:lang w:eastAsia="zh-CN"/>
        </w:rPr>
        <w:t>　　3、发展幼儿的手指精细动作，培养幼儿做事的坚持性。</w:t>
      </w:r>
      <w:r>
        <w:rPr>
          <w:lang w:eastAsia="zh-CN"/>
        </w:rPr>
        <w:br/>
      </w:r>
      <w:r>
        <w:rPr>
          <w:lang w:eastAsia="zh-CN"/>
        </w:rPr>
        <w:t>　　活动准备：红豆、绿豆、黄豆等种子每组各一盘、双面胶每组5-6卷、图画纸若干、范画两幅活动过程：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一、教幼儿认识各种种子秋天是个丰收的季节，许多的东西在秋天收获了，桌上的豆类我们都很熟悉，爸爸妈妈不妨让孩子说说它们的名字。</w:t>
      </w:r>
      <w:r>
        <w:rPr>
          <w:lang w:eastAsia="zh-CN"/>
        </w:rPr>
        <w:br/>
      </w:r>
      <w:r>
        <w:rPr>
          <w:lang w:eastAsia="zh-CN"/>
        </w:rPr>
        <w:t>　　二、介绍种子粘贴画的制作方法1、这些种子不但可以种进泥土生根发芽，还可以制作成美丽的图画，今天我们就要和孩子一起来尝试一下。</w:t>
      </w:r>
      <w:r>
        <w:rPr>
          <w:lang w:eastAsia="zh-CN"/>
        </w:rPr>
        <w:br/>
      </w:r>
      <w:r>
        <w:rPr>
          <w:lang w:eastAsia="zh-CN"/>
        </w:rPr>
        <w:t>　　2、先请爸爸妈妈和孩子一起选一幅喜欢的图画。</w:t>
      </w:r>
      <w:r>
        <w:rPr>
          <w:lang w:eastAsia="zh-CN"/>
        </w:rPr>
        <w:br/>
      </w:r>
      <w:r>
        <w:rPr>
          <w:lang w:eastAsia="zh-CN"/>
        </w:rPr>
        <w:t>　　3、请爸爸妈妈在画好的轮廓线内粘贴上双面胶。</w:t>
      </w:r>
      <w:r>
        <w:rPr>
          <w:lang w:eastAsia="zh-CN"/>
        </w:rPr>
        <w:br/>
      </w:r>
      <w:r>
        <w:rPr>
          <w:lang w:eastAsia="zh-CN"/>
        </w:rPr>
        <w:t>　　4、与孩子商量选择喜欢的种子，一起均匀地粘贴好，(要沿着画好的轮廓线粘贴)装饰成一幅美丽的画。(粘贴的任务最好让孩子完成。)三、将种子粘贴画做成展版，供大家欣赏。</w:t>
      </w:r>
      <w:r>
        <w:rPr>
          <w:lang w:eastAsia="zh-CN"/>
        </w:rPr>
        <w:br/>
      </w:r>
      <w:r>
        <w:rPr>
          <w:lang w:eastAsia="zh-CN"/>
        </w:rPr>
        <w:t>　　今天的亲子活动到此结束了，无论您是否满意我们的活动，都请您提出宝贵的意见，让我们和您一起为宝宝的健康成长做出努力!谢谢大家的参与!</w:t>
      </w:r>
      <w:r>
        <w:rPr>
          <w:lang w:eastAsia="zh-CN"/>
        </w:rPr>
        <w:br/>
      </w:r>
      <w:r>
        <w:rPr>
          <w:lang w:eastAsia="zh-CN"/>
        </w:rPr>
        <w:t xml:space="preserve">    2024最新幼儿园中秋节活动工作计划 篇15 </w:t>
      </w:r>
      <w:r>
        <w:rPr>
          <w:lang w:eastAsia="zh-CN"/>
        </w:rPr>
        <w:br/>
      </w:r>
      <w:r>
        <w:rPr>
          <w:lang w:eastAsia="zh-CN"/>
        </w:rPr>
        <w:t>　　活动名称：好吃的桔子</w:t>
      </w:r>
      <w:r>
        <w:rPr>
          <w:lang w:eastAsia="zh-CN"/>
        </w:rPr>
        <w:br/>
      </w:r>
      <w:r>
        <w:rPr>
          <w:lang w:eastAsia="zh-CN"/>
        </w:rPr>
        <w:t>　　活动形式：集体。</w:t>
      </w:r>
      <w:r>
        <w:rPr>
          <w:lang w:eastAsia="zh-CN"/>
        </w:rPr>
        <w:br/>
      </w:r>
      <w:r>
        <w:rPr>
          <w:lang w:eastAsia="zh-CN"/>
        </w:rPr>
        <w:t>　　活动班级：中班</w:t>
      </w:r>
      <w:r>
        <w:rPr>
          <w:lang w:eastAsia="zh-CN"/>
        </w:rPr>
        <w:br/>
      </w:r>
      <w:r>
        <w:rPr>
          <w:lang w:eastAsia="zh-CN"/>
        </w:rPr>
        <w:t>　　活动准备：桔子若干，彩盒一个(里面放着桔子)</w:t>
      </w:r>
      <w:r>
        <w:rPr>
          <w:lang w:eastAsia="zh-CN"/>
        </w:rPr>
        <w:br/>
      </w:r>
      <w:r>
        <w:rPr>
          <w:lang w:eastAsia="zh-CN"/>
        </w:rPr>
        <w:t>　　活动过程：</w:t>
      </w:r>
      <w:r>
        <w:rPr>
          <w:lang w:eastAsia="zh-CN"/>
        </w:rPr>
        <w:br/>
      </w:r>
      <w:r>
        <w:rPr>
          <w:lang w:eastAsia="zh-CN"/>
        </w:rPr>
        <w:t>　　1、彩盒导入，激发幼儿的学习兴趣：提问谁知道里面放的什么?</w:t>
      </w:r>
      <w:r>
        <w:rPr>
          <w:lang w:eastAsia="zh-CN"/>
        </w:rPr>
        <w:br/>
      </w:r>
      <w:r>
        <w:rPr>
          <w:lang w:eastAsia="zh-CN"/>
        </w:rPr>
        <w:t>　　教师描述桔子的特征，并请一名幼儿摸出桔子，启发幼儿说出名称。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2、幼儿每人拿一个桔子进行观察，教师提问：</w:t>
      </w:r>
      <w:r>
        <w:rPr>
          <w:lang w:eastAsia="zh-CN"/>
        </w:rPr>
        <w:br/>
      </w:r>
      <w:r>
        <w:rPr>
          <w:lang w:eastAsia="zh-CN"/>
        </w:rPr>
        <w:t>　　a、看一看桔子什么样子?(圆圆的，扁扁的)</w:t>
      </w:r>
      <w:r>
        <w:rPr>
          <w:lang w:eastAsia="zh-CN"/>
        </w:rPr>
        <w:br/>
      </w:r>
      <w:r>
        <w:rPr>
          <w:lang w:eastAsia="zh-CN"/>
        </w:rPr>
        <w:t>　　b、桔子皮是什么颜色?(桔红色)</w:t>
      </w:r>
      <w:r>
        <w:rPr>
          <w:lang w:eastAsia="zh-CN"/>
        </w:rPr>
        <w:br/>
      </w:r>
      <w:r>
        <w:rPr>
          <w:lang w:eastAsia="zh-CN"/>
        </w:rPr>
        <w:t>　　c、摸一摸有什么感觉(软软的，不太光滑)</w:t>
      </w:r>
      <w:r>
        <w:rPr>
          <w:lang w:eastAsia="zh-CN"/>
        </w:rPr>
        <w:br/>
      </w:r>
      <w:r>
        <w:rPr>
          <w:lang w:eastAsia="zh-CN"/>
        </w:rPr>
        <w:t>　　d、闻一闻桔子有什么味道?</w:t>
      </w:r>
      <w:r>
        <w:rPr>
          <w:lang w:eastAsia="zh-CN"/>
        </w:rPr>
        <w:br/>
      </w:r>
      <w:r>
        <w:rPr>
          <w:lang w:eastAsia="zh-CN"/>
        </w:rPr>
        <w:t>　　e、想一想桔子怎样吃(桔子剥了皮才能吃)里面什么样子?桔子瓣象什么?</w:t>
      </w:r>
      <w:r>
        <w:rPr>
          <w:lang w:eastAsia="zh-CN"/>
        </w:rPr>
        <w:br/>
      </w:r>
      <w:r>
        <w:rPr>
          <w:lang w:eastAsia="zh-CN"/>
        </w:rPr>
        <w:t>　　f、尝一尝桔子什么味道?让幼儿品尝桔子，启发幼儿说出桔子又酸又甜。</w:t>
      </w:r>
      <w:r>
        <w:rPr>
          <w:lang w:eastAsia="zh-CN"/>
        </w:rPr>
        <w:br/>
      </w:r>
      <w:r>
        <w:rPr>
          <w:lang w:eastAsia="zh-CN"/>
        </w:rPr>
        <w:t>　　3、教师小结桔子的特征</w:t>
      </w:r>
      <w:r>
        <w:rPr>
          <w:lang w:eastAsia="zh-CN"/>
        </w:rPr>
        <w:br/>
      </w:r>
      <w:r>
        <w:rPr>
          <w:lang w:eastAsia="zh-CN"/>
        </w:rPr>
        <w:t>　　桔子是扁扁的.、圆圆的，是桔红色的很香。里面是一瓣一瓣的，有的有核，味道又酸又甜，桔子皮能作药材。</w:t>
      </w:r>
      <w:r>
        <w:rPr>
          <w:lang w:eastAsia="zh-CN"/>
        </w:rPr>
        <w:br/>
      </w:r>
      <w:r>
        <w:rPr>
          <w:lang w:eastAsia="zh-CN"/>
        </w:rPr>
        <w:t>　　4、启发幼儿</w:t>
      </w:r>
      <w:r>
        <w:rPr>
          <w:lang w:eastAsia="zh-CN"/>
        </w:rPr>
        <w:br/>
      </w:r>
      <w:r>
        <w:rPr>
          <w:lang w:eastAsia="zh-CN"/>
        </w:rPr>
        <w:t>　　说一说还吃过哪些水果?桔子是什么季节的水果?</w:t>
      </w:r>
      <w:r>
        <w:rPr>
          <w:lang w:eastAsia="zh-CN"/>
        </w:rPr>
        <w:br/>
      </w:r>
      <w:r>
        <w:rPr>
          <w:lang w:eastAsia="zh-CN"/>
        </w:rPr>
        <w:t>　　总结分享：教师用桔子皮进行拼摆造型，请幼儿观察。</w:t>
      </w:r>
      <w:r>
        <w:rPr>
          <w:lang w:eastAsia="zh-CN"/>
        </w:rPr>
        <w:br/>
      </w:r>
      <w:r>
        <w:rPr>
          <w:lang w:eastAsia="zh-CN"/>
        </w:rPr>
        <w:t>　　活动评价：桔子是幼儿较熟悉的水果，若仅通过语言来表达它的特征对小班幼儿来说有一定的困难，但借助于实物再通过语言表述桔子的颜色、味道、形状等特点，使幼儿不仅从感官上了解了桔子，也使幼儿的言语表达能力得到了提高。</w:t>
      </w:r>
      <w:r>
        <w:rPr>
          <w:lang w:eastAsia="zh-CN"/>
        </w:rPr>
        <w:br/>
      </w:r>
      <w:r>
        <w:rPr>
          <w:lang w:eastAsia="zh-CN"/>
        </w:rPr>
        <w:t xml:space="preserve">    2024最新幼儿园中秋节活动工作计划 篇16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这段时间，孩子们似乎对“桥”特别感兴趣，而且对了解“桥”有强烈的愿望。老师捕捉到孩子的这一兴趣点，在此基础上形成了“桥”的主题。在这个由教师和孩子共同生成的“桥”的主题活动中，孩子积极参与自己感兴趣并力所能及的事情，学习收集有关信息资料、制作废旧材料等，尝试用自己的方法来解决一些简单的问题，并进行想象和创造活动，体验同伴之间相互协作、分享的快乐——孩子们的探究精神在逐步的形成中，并初步养成关注自己感兴趣的问题并能想办法解决问题的学习习惯。</w:t>
      </w:r>
      <w:r>
        <w:rPr>
          <w:lang w:eastAsia="zh-CN"/>
        </w:rPr>
        <w:br/>
      </w:r>
      <w:r>
        <w:rPr>
          <w:lang w:eastAsia="zh-CN"/>
        </w:rPr>
        <w:t>　　本次活动，我们延续“桥”这一主题。</w:t>
      </w:r>
      <w:r>
        <w:rPr>
          <w:lang w:eastAsia="zh-CN"/>
        </w:rPr>
        <w:br/>
      </w:r>
      <w:r>
        <w:rPr>
          <w:lang w:eastAsia="zh-CN"/>
        </w:rPr>
        <w:t>　　在户外运动中，老师鼓励幼儿运用各种材料建构不同的桥，并尝试用自己的身体活动来体验过桥的感受：自己造桥、自己过桥，激发孩子对活动的兴趣。我将本次体育活动的目标——平衡能力的提高隐含在孩子“过桥”的身体探索活动过程中，让孩子在与环境材料、同伴、老师的互动中获得发展。</w:t>
      </w:r>
      <w:r>
        <w:rPr>
          <w:lang w:eastAsia="zh-CN"/>
        </w:rPr>
        <w:br/>
      </w:r>
      <w:r>
        <w:rPr>
          <w:lang w:eastAsia="zh-CN"/>
        </w:rPr>
        <w:t>　　◆来园、区角游戏</w:t>
      </w:r>
      <w:r>
        <w:rPr>
          <w:lang w:eastAsia="zh-CN"/>
        </w:rPr>
        <w:br/>
      </w:r>
      <w:r>
        <w:rPr>
          <w:lang w:eastAsia="zh-CN"/>
        </w:rPr>
        <w:t>　　活动内容</w:t>
      </w:r>
      <w:r>
        <w:rPr>
          <w:lang w:eastAsia="zh-CN"/>
        </w:rPr>
        <w:br/>
      </w:r>
      <w:r>
        <w:rPr>
          <w:lang w:eastAsia="zh-CN"/>
        </w:rPr>
        <w:t>　　●生活、装扮、美工、操作、视听、构建……等自选活动</w:t>
      </w:r>
      <w:r>
        <w:rPr>
          <w:lang w:eastAsia="zh-CN"/>
        </w:rPr>
        <w:br/>
      </w:r>
      <w:r>
        <w:rPr>
          <w:lang w:eastAsia="zh-CN"/>
        </w:rPr>
        <w:t>　　环境与材料创设根据幼儿的兴趣和需要，我为孩子提供的材料基本为：</w:t>
      </w:r>
      <w:r>
        <w:rPr>
          <w:lang w:eastAsia="zh-CN"/>
        </w:rPr>
        <w:br/>
      </w:r>
      <w:r>
        <w:rPr>
          <w:lang w:eastAsia="zh-CN"/>
        </w:rPr>
        <w:t>　　◇工具材料（剪刀、各类胶、放大镜……）</w:t>
      </w:r>
      <w:r>
        <w:rPr>
          <w:lang w:eastAsia="zh-CN"/>
        </w:rPr>
        <w:br/>
      </w:r>
      <w:r>
        <w:rPr>
          <w:lang w:eastAsia="zh-CN"/>
        </w:rPr>
        <w:t>　　◇装扮材料（装饰物、道具……）</w:t>
      </w:r>
      <w:r>
        <w:rPr>
          <w:lang w:eastAsia="zh-CN"/>
        </w:rPr>
        <w:br/>
      </w:r>
      <w:r>
        <w:rPr>
          <w:lang w:eastAsia="zh-CN"/>
        </w:rPr>
        <w:t>　　◇操作及制作材料（废旧物、种子、珠绳……）</w:t>
      </w:r>
      <w:r>
        <w:rPr>
          <w:lang w:eastAsia="zh-CN"/>
        </w:rPr>
        <w:br/>
      </w:r>
      <w:r>
        <w:rPr>
          <w:lang w:eastAsia="zh-CN"/>
        </w:rPr>
        <w:t>　　◇视听材料（书、图片、音带……）</w:t>
      </w:r>
      <w:r>
        <w:rPr>
          <w:lang w:eastAsia="zh-CN"/>
        </w:rPr>
        <w:br/>
      </w:r>
      <w:r>
        <w:rPr>
          <w:lang w:eastAsia="zh-CN"/>
        </w:rPr>
        <w:t>　　◇益智材料（棋类、数形宝盒、标本……）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◇建构材料（积木、插塑、垒高……）</w:t>
      </w:r>
      <w:r>
        <w:rPr>
          <w:lang w:eastAsia="zh-CN"/>
        </w:rPr>
        <w:br/>
      </w:r>
      <w:r>
        <w:rPr>
          <w:lang w:eastAsia="zh-CN"/>
        </w:rPr>
        <w:t>　　百宝架——放置钉、锁、盖、扣……供幼儿选用</w:t>
      </w:r>
      <w:r>
        <w:rPr>
          <w:lang w:eastAsia="zh-CN"/>
        </w:rPr>
        <w:br/>
      </w:r>
      <w:r>
        <w:rPr>
          <w:lang w:eastAsia="zh-CN"/>
        </w:rPr>
        <w:t>　　展示墙（板）……</w:t>
      </w:r>
      <w:r>
        <w:rPr>
          <w:lang w:eastAsia="zh-CN"/>
        </w:rPr>
        <w:br/>
      </w:r>
      <w:r>
        <w:rPr>
          <w:lang w:eastAsia="zh-CN"/>
        </w:rPr>
        <w:t>　　活动指导</w:t>
      </w:r>
      <w:r>
        <w:rPr>
          <w:lang w:eastAsia="zh-CN"/>
        </w:rPr>
        <w:br/>
      </w:r>
      <w:r>
        <w:rPr>
          <w:lang w:eastAsia="zh-CN"/>
        </w:rPr>
        <w:t>　　1.热情接待幼儿及家长，观察、了解幼儿情绪及需要，适时提供帮助。</w:t>
      </w:r>
      <w:r>
        <w:rPr>
          <w:lang w:eastAsia="zh-CN"/>
        </w:rPr>
        <w:br/>
      </w:r>
      <w:r>
        <w:rPr>
          <w:lang w:eastAsia="zh-CN"/>
        </w:rPr>
        <w:t>　　2.鼓励幼儿的交流与分享。帮助幼儿将自己的感受在同伴面前进行表达。</w:t>
      </w:r>
      <w:r>
        <w:rPr>
          <w:lang w:eastAsia="zh-CN"/>
        </w:rPr>
        <w:br/>
      </w:r>
      <w:r>
        <w:rPr>
          <w:lang w:eastAsia="zh-CN"/>
        </w:rPr>
        <w:t>　　3.师生共同进行活动后的整理，引导幼儿形成良好习惯。</w:t>
      </w:r>
      <w:r>
        <w:rPr>
          <w:lang w:eastAsia="zh-CN"/>
        </w:rPr>
        <w:br/>
      </w:r>
      <w:r>
        <w:rPr>
          <w:lang w:eastAsia="zh-CN"/>
        </w:rPr>
        <w:t>　　◆户外运动——过桥</w:t>
      </w:r>
      <w:r>
        <w:rPr>
          <w:lang w:eastAsia="zh-CN"/>
        </w:rPr>
        <w:br/>
      </w:r>
      <w:r>
        <w:rPr>
          <w:lang w:eastAsia="zh-CN"/>
        </w:rPr>
        <w:t>　　【目标】</w:t>
      </w:r>
      <w:r>
        <w:rPr>
          <w:lang w:eastAsia="zh-CN"/>
        </w:rPr>
        <w:br/>
      </w:r>
      <w:r>
        <w:rPr>
          <w:lang w:eastAsia="zh-CN"/>
        </w:rPr>
        <w:t>　　1.引导幼儿在自己构建组合的桥上行走，提高平衡能力。</w:t>
      </w:r>
      <w:r>
        <w:rPr>
          <w:lang w:eastAsia="zh-CN"/>
        </w:rPr>
        <w:br/>
      </w:r>
      <w:r>
        <w:rPr>
          <w:lang w:eastAsia="zh-CN"/>
        </w:rPr>
        <w:t>　　2.初步培养幼儿的创新及合作意识。</w:t>
      </w:r>
      <w:r>
        <w:rPr>
          <w:lang w:eastAsia="zh-CN"/>
        </w:rPr>
        <w:br/>
      </w:r>
      <w:r>
        <w:rPr>
          <w:lang w:eastAsia="zh-CN"/>
        </w:rPr>
        <w:t>　　【重难点】通过不同“桥”时保持身体平衡</w:t>
      </w:r>
      <w:r>
        <w:rPr>
          <w:lang w:eastAsia="zh-CN"/>
        </w:rPr>
        <w:br/>
      </w:r>
      <w:r>
        <w:rPr>
          <w:lang w:eastAsia="zh-CN"/>
        </w:rPr>
        <w:t>　　【环境创设与材料准备】</w:t>
      </w:r>
      <w:r>
        <w:rPr>
          <w:lang w:eastAsia="zh-CN"/>
        </w:rPr>
        <w:br/>
      </w:r>
      <w:r>
        <w:rPr>
          <w:lang w:eastAsia="zh-CN"/>
        </w:rPr>
        <w:t>　　1.幼儿已有走平衡的初步经验。</w:t>
      </w:r>
      <w:r>
        <w:rPr>
          <w:lang w:eastAsia="zh-CN"/>
        </w:rPr>
        <w:br/>
      </w:r>
      <w:r>
        <w:rPr>
          <w:lang w:eastAsia="zh-CN"/>
        </w:rPr>
        <w:t>　　2.半月摇、齿轮板及其它辅助器材：积木、大半月摇……</w:t>
      </w:r>
      <w:r>
        <w:rPr>
          <w:lang w:eastAsia="zh-CN"/>
        </w:rPr>
        <w:br/>
      </w:r>
      <w:r>
        <w:rPr>
          <w:lang w:eastAsia="zh-CN"/>
        </w:rPr>
        <w:t>　　3.音乐……</w:t>
      </w:r>
      <w:r>
        <w:rPr>
          <w:lang w:eastAsia="zh-CN"/>
        </w:rPr>
        <w:br/>
      </w:r>
      <w:r>
        <w:rPr>
          <w:lang w:eastAsia="zh-CN"/>
        </w:rPr>
        <w:t>　　4.框、小毛巾、卷筒纸、圆凳……</w:t>
      </w:r>
      <w:r>
        <w:rPr>
          <w:lang w:eastAsia="zh-CN"/>
        </w:rPr>
        <w:br/>
      </w:r>
      <w:r>
        <w:rPr>
          <w:lang w:eastAsia="zh-CN"/>
        </w:rPr>
        <w:t>　　【过程】</w:t>
      </w:r>
      <w:r>
        <w:rPr>
          <w:lang w:eastAsia="zh-CN"/>
        </w:rPr>
        <w:br/>
      </w:r>
      <w:r>
        <w:rPr>
          <w:lang w:eastAsia="zh-CN"/>
        </w:rPr>
        <w:t>　　一、调动身心</w:t>
      </w:r>
      <w:r>
        <w:rPr>
          <w:lang w:eastAsia="zh-CN"/>
        </w:rPr>
        <w:br/>
      </w:r>
      <w:r>
        <w:rPr>
          <w:lang w:eastAsia="zh-CN"/>
        </w:rPr>
        <w:t>　　根据幼儿当时的兴趣点赋予幼儿角色，听着音乐活动身体。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二、探索练习</w:t>
      </w:r>
      <w:r>
        <w:rPr>
          <w:lang w:eastAsia="zh-CN"/>
        </w:rPr>
        <w:br/>
      </w:r>
      <w:r>
        <w:rPr>
          <w:lang w:eastAsia="zh-CN"/>
        </w:rPr>
        <w:t>　　1.自由探索半月摇的多种玩法。</w:t>
      </w:r>
      <w:r>
        <w:rPr>
          <w:lang w:eastAsia="zh-CN"/>
        </w:rPr>
        <w:br/>
      </w:r>
      <w:r>
        <w:rPr>
          <w:lang w:eastAsia="zh-CN"/>
        </w:rPr>
        <w:t>　　①幼儿四散自由探索玩半月摇。</w:t>
      </w:r>
      <w:r>
        <w:rPr>
          <w:lang w:eastAsia="zh-CN"/>
        </w:rPr>
        <w:br/>
      </w:r>
      <w:r>
        <w:rPr>
          <w:lang w:eastAsia="zh-CN"/>
        </w:rPr>
        <w:t>　　②集中示范：介绍不同的玩法。</w:t>
      </w:r>
      <w:r>
        <w:rPr>
          <w:lang w:eastAsia="zh-CN"/>
        </w:rPr>
        <w:br/>
      </w:r>
      <w:r>
        <w:rPr>
          <w:lang w:eastAsia="zh-CN"/>
        </w:rPr>
        <w:t>　　③引出合作玩半月摇。</w:t>
      </w:r>
      <w:r>
        <w:rPr>
          <w:lang w:eastAsia="zh-CN"/>
        </w:rPr>
        <w:br/>
      </w:r>
      <w:r>
        <w:rPr>
          <w:lang w:eastAsia="zh-CN"/>
        </w:rPr>
        <w:t>　　2.幼儿合作玩半月摇，引出“桥”。</w:t>
      </w:r>
      <w:r>
        <w:rPr>
          <w:lang w:eastAsia="zh-CN"/>
        </w:rPr>
        <w:br/>
      </w:r>
      <w:r>
        <w:rPr>
          <w:lang w:eastAsia="zh-CN"/>
        </w:rPr>
        <w:t>　　①幼儿自由组合，找空地方合作玩半月摇，老师提醒幼儿过“桥”时要走稳。</w:t>
      </w:r>
      <w:r>
        <w:rPr>
          <w:lang w:eastAsia="zh-CN"/>
        </w:rPr>
        <w:br/>
      </w:r>
      <w:r>
        <w:rPr>
          <w:lang w:eastAsia="zh-CN"/>
        </w:rPr>
        <w:t>　　②讲解示范：让幼儿商量后推荐同伴示范。</w:t>
      </w:r>
      <w:r>
        <w:rPr>
          <w:lang w:eastAsia="zh-CN"/>
        </w:rPr>
        <w:br/>
      </w:r>
      <w:r>
        <w:rPr>
          <w:lang w:eastAsia="zh-CN"/>
        </w:rPr>
        <w:t>　　③鼓励幼儿尝试用不同方法去过其他的“桥”。</w:t>
      </w:r>
      <w:r>
        <w:rPr>
          <w:lang w:eastAsia="zh-CN"/>
        </w:rPr>
        <w:br/>
      </w:r>
      <w:r>
        <w:rPr>
          <w:lang w:eastAsia="zh-CN"/>
        </w:rPr>
        <w:t>　　3.增添辅助物合作玩。</w:t>
      </w:r>
      <w:r>
        <w:rPr>
          <w:lang w:eastAsia="zh-CN"/>
        </w:rPr>
        <w:br/>
      </w:r>
      <w:r>
        <w:rPr>
          <w:lang w:eastAsia="zh-CN"/>
        </w:rPr>
        <w:t>　　①幼儿用各种材料合作搭“桥”，并尝试通过。</w:t>
      </w:r>
      <w:r>
        <w:rPr>
          <w:lang w:eastAsia="zh-CN"/>
        </w:rPr>
        <w:br/>
      </w:r>
      <w:r>
        <w:rPr>
          <w:lang w:eastAsia="zh-CN"/>
        </w:rPr>
        <w:t>　　②教师鼓励幼儿到每一座“桥”上去试一试。</w:t>
      </w:r>
      <w:r>
        <w:rPr>
          <w:lang w:eastAsia="zh-CN"/>
        </w:rPr>
        <w:br/>
      </w:r>
      <w:r>
        <w:rPr>
          <w:lang w:eastAsia="zh-CN"/>
        </w:rPr>
        <w:t>　　三、游戏</w:t>
      </w:r>
      <w:r>
        <w:rPr>
          <w:lang w:eastAsia="zh-CN"/>
        </w:rPr>
        <w:br/>
      </w:r>
      <w:r>
        <w:rPr>
          <w:lang w:eastAsia="zh-CN"/>
        </w:rPr>
        <w:t>　　1.交待游戏情节、场景及规则。</w:t>
      </w:r>
      <w:r>
        <w:rPr>
          <w:lang w:eastAsia="zh-CN"/>
        </w:rPr>
        <w:br/>
      </w:r>
      <w:r>
        <w:rPr>
          <w:lang w:eastAsia="zh-CN"/>
        </w:rPr>
        <w:t>　　2.师生共同游戏：造“大桥”——庆祝“大桥”落成——过“大桥”。</w:t>
      </w:r>
      <w:r>
        <w:rPr>
          <w:lang w:eastAsia="zh-CN"/>
        </w:rPr>
        <w:br/>
      </w:r>
      <w:r>
        <w:rPr>
          <w:lang w:eastAsia="zh-CN"/>
        </w:rPr>
        <w:t>　　四、放松活动</w:t>
      </w:r>
      <w:r>
        <w:rPr>
          <w:lang w:eastAsia="zh-CN"/>
        </w:rPr>
        <w:br/>
      </w:r>
      <w:r>
        <w:rPr>
          <w:lang w:eastAsia="zh-CN"/>
        </w:rPr>
        <w:t>　　整理场地，回教室。</w:t>
      </w:r>
      <w:r>
        <w:rPr>
          <w:lang w:eastAsia="zh-CN"/>
        </w:rPr>
        <w:br/>
      </w:r>
      <w:r>
        <w:rPr>
          <w:lang w:eastAsia="zh-CN"/>
        </w:rPr>
        <w:t>　　◆生活活动</w:t>
      </w:r>
      <w:r>
        <w:rPr>
          <w:lang w:eastAsia="zh-CN"/>
        </w:rPr>
        <w:br/>
      </w:r>
      <w:r>
        <w:rPr>
          <w:lang w:eastAsia="zh-CN"/>
        </w:rPr>
        <w:t>　　1.提醒幼儿进行户外运动后的盥洗、饮水及服装的调整等。</w:t>
      </w:r>
      <w:r>
        <w:rPr>
          <w:lang w:eastAsia="zh-CN"/>
        </w:rPr>
        <w:br/>
      </w:r>
      <w:r>
        <w:rPr>
          <w:lang w:eastAsia="zh-CN"/>
        </w:rPr>
        <w:t>　　2.交流当天的食谱，激起幼儿食欲。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3.提醒幼儿有序地进行自助式点心。</w:t>
      </w:r>
      <w:r>
        <w:rPr>
          <w:lang w:eastAsia="zh-CN"/>
        </w:rPr>
        <w:br/>
      </w:r>
      <w:r>
        <w:rPr>
          <w:lang w:eastAsia="zh-CN"/>
        </w:rPr>
        <w:t>　　4.帮助幼儿进一步形成良好的盥洗及用餐习惯。</w:t>
      </w:r>
      <w:r>
        <w:rPr>
          <w:lang w:eastAsia="zh-CN"/>
        </w:rPr>
        <w:br/>
      </w:r>
      <w:r>
        <w:rPr>
          <w:lang w:eastAsia="zh-CN"/>
        </w:rPr>
        <w:t>　　◆“小小看世界”综合活动</w:t>
      </w:r>
      <w:r>
        <w:rPr>
          <w:lang w:eastAsia="zh-CN"/>
        </w:rPr>
        <w:br/>
      </w:r>
      <w:r>
        <w:rPr>
          <w:lang w:eastAsia="zh-CN"/>
        </w:rPr>
        <w:t>　　结合孩子最近的兴趣点选择合适的材料和途径（形式有：参观、视听、社会调查、阅读、谈话辩论、智力竞赛……），了解有关相关内容。</w:t>
      </w:r>
      <w:r>
        <w:rPr>
          <w:lang w:eastAsia="zh-CN"/>
        </w:rPr>
        <w:br/>
      </w:r>
      <w:r>
        <w:rPr>
          <w:lang w:eastAsia="zh-CN"/>
        </w:rPr>
        <w:t>　　今天内容</w:t>
      </w:r>
      <w:r>
        <w:rPr>
          <w:lang w:eastAsia="zh-CN"/>
        </w:rPr>
        <w:br/>
      </w:r>
      <w:r>
        <w:rPr>
          <w:lang w:eastAsia="zh-CN"/>
        </w:rPr>
        <w:t>　　●幼儿在图书、图片中寻找和了解自己感兴趣的信息和内容（桥）。</w:t>
      </w:r>
      <w:r>
        <w:rPr>
          <w:lang w:eastAsia="zh-CN"/>
        </w:rPr>
        <w:br/>
      </w:r>
      <w:r>
        <w:rPr>
          <w:lang w:eastAsia="zh-CN"/>
        </w:rPr>
        <w:t>　　材料创设</w:t>
      </w:r>
      <w:r>
        <w:rPr>
          <w:lang w:eastAsia="zh-CN"/>
        </w:rPr>
        <w:br/>
      </w:r>
      <w:r>
        <w:rPr>
          <w:lang w:eastAsia="zh-CN"/>
        </w:rPr>
        <w:t>　　●师生共同收集的有关“桥”的图书（片）、报纸等资料。</w:t>
      </w:r>
      <w:r>
        <w:rPr>
          <w:lang w:eastAsia="zh-CN"/>
        </w:rPr>
        <w:br/>
      </w:r>
      <w:r>
        <w:rPr>
          <w:lang w:eastAsia="zh-CN"/>
        </w:rPr>
        <w:t>　　活动指导</w:t>
      </w:r>
      <w:r>
        <w:rPr>
          <w:lang w:eastAsia="zh-CN"/>
        </w:rPr>
        <w:br/>
      </w:r>
      <w:r>
        <w:rPr>
          <w:lang w:eastAsia="zh-CN"/>
        </w:rPr>
        <w:t>　　1.参与孩子的阅读活动，倾听他们的话题，了解孩子阅读的兴趣点。</w:t>
      </w:r>
      <w:r>
        <w:rPr>
          <w:lang w:eastAsia="zh-CN"/>
        </w:rPr>
        <w:br/>
      </w:r>
      <w:r>
        <w:rPr>
          <w:lang w:eastAsia="zh-CN"/>
        </w:rPr>
        <w:t>　　2.帮助幼儿养成正确的阅读习惯。</w:t>
      </w:r>
      <w:r>
        <w:rPr>
          <w:lang w:eastAsia="zh-CN"/>
        </w:rPr>
        <w:br/>
      </w:r>
      <w:r>
        <w:rPr>
          <w:lang w:eastAsia="zh-CN"/>
        </w:rPr>
        <w:t>　　3.引导幼儿整理阅读材料。</w:t>
      </w:r>
      <w:r>
        <w:rPr>
          <w:lang w:eastAsia="zh-CN"/>
        </w:rPr>
        <w:br/>
      </w:r>
      <w:r>
        <w:rPr>
          <w:lang w:eastAsia="zh-CN"/>
        </w:rPr>
        <w:t>　　◆户外自由活动</w:t>
      </w:r>
      <w:r>
        <w:rPr>
          <w:lang w:eastAsia="zh-CN"/>
        </w:rPr>
        <w:br/>
      </w:r>
      <w:r>
        <w:rPr>
          <w:lang w:eastAsia="zh-CN"/>
        </w:rPr>
        <w:t>　　1.参与幼儿活动，观察个别幼儿（郝佳慧、张乾统），鼓励他们能与其他同伴共同活动。</w:t>
      </w:r>
      <w:r>
        <w:rPr>
          <w:lang w:eastAsia="zh-CN"/>
        </w:rPr>
        <w:br/>
      </w:r>
      <w:r>
        <w:rPr>
          <w:lang w:eastAsia="zh-CN"/>
        </w:rPr>
        <w:t>　　2.当幼儿在活动中寻求帮助时，教师给予关注。</w:t>
      </w:r>
      <w:r>
        <w:rPr>
          <w:lang w:eastAsia="zh-CN"/>
        </w:rPr>
        <w:br/>
      </w:r>
      <w:r>
        <w:rPr>
          <w:lang w:eastAsia="zh-CN"/>
        </w:rPr>
        <w:t xml:space="preserve">    2024最新幼儿园中秋节活动工作计划 篇17 </w:t>
      </w:r>
      <w:r>
        <w:rPr>
          <w:lang w:eastAsia="zh-CN"/>
        </w:rPr>
        <w:br/>
      </w:r>
    </w:p>
    <w:p w:rsidR="001B1F19" w14:textId="27C3F48A">
      <w:pPr>
        <w:rPr>
          <w:rFonts w:hint="eastAsia"/>
          <w:lang w:eastAsia="zh-CN"/>
        </w:rPr>
      </w:pPr>
      <w:r>
        <w:rPr>
          <w:lang w:eastAsia="zh-CN"/>
        </w:rPr>
        <w:t>　　20__年6月9日下午2：30，寿光市羊口镇中心幼儿园大班亲子活动隆重开幕了。我们本着我健康，我快乐的原则，在激烈的竞赛中，幼儿身体得到了锻炼，在有趣的游戏中幼儿心情得到了愉悦。亲子运动游戏，不但密切了亲子关系，还让家长们了解的孩子的体能发展状况。幼儿收获了他们的成功，家长收获了他们的童趣;教师也从中获得了成就感。现将本次亲子活动进行小结：</w:t>
      </w:r>
      <w:r>
        <w:rPr>
          <w:lang w:eastAsia="zh-CN"/>
        </w:rPr>
        <w:br/>
      </w:r>
      <w:r>
        <w:rPr>
          <w:lang w:eastAsia="zh-CN"/>
        </w:rPr>
        <w:t>　　一、家长幼儿齐参与，体验快乐、锻炼身体。</w:t>
      </w:r>
      <w:r>
        <w:rPr>
          <w:lang w:eastAsia="zh-CN"/>
        </w:rPr>
        <w:br/>
      </w:r>
      <w:r>
        <w:rPr>
          <w:lang w:eastAsia="zh-CN"/>
        </w:rPr>
        <w:t>　　从一开始，各位老师、家长、幼儿以积极地态度迎接本次亲子活动，并始终如一。各班幼儿、家长的报名率与出勤率很高。从教师说明运动会规则、比赛方法，到听主持人说明入场，再到各种亲子运动游戏，各位家长、老师、孩子脸上都洋溢着快乐的微笑。</w:t>
      </w:r>
      <w:r>
        <w:rPr>
          <w:lang w:eastAsia="zh-CN"/>
        </w:rPr>
        <w:br/>
      </w:r>
      <w:r>
        <w:rPr>
          <w:lang w:eastAsia="zh-CN"/>
        </w:rPr>
        <w:t>　　二、真正让幼儿体验到了体育运动的快乐</w:t>
      </w:r>
      <w:r>
        <w:rPr>
          <w:lang w:eastAsia="zh-CN"/>
        </w:rPr>
        <w:br/>
      </w:r>
      <w:r>
        <w:rPr>
          <w:lang w:eastAsia="zh-CN"/>
        </w:rPr>
        <w:t>　　不管是小运动员还是家长运动员，个个出场步伐整齐、口号响亮、活泼自信、斗志昂扬，很好地将家长和幼儿的积极性发挥到点。踩气球游戏让孩子尝试了成功的快乐，增进了亲子之间的情感幼儿园小班《亲子活动》学习。亲子游戏小脚踩大脚，不仅好玩，还体现了亲子之间的默契，孩子家长乐在其中。在亲子游戏袋鼠接力和螃蟹夹球中，孩子与家长齐心争取胜利，胜利的孩子与家长高声欢呼，失败的孩子与家长也不气馁，互相鼓励。亲子游戏场面非常热闹，大家都拼足了劲想为自己一组多争取一分，大人小孩都玩得非常开心。</w:t>
      </w:r>
      <w:r>
        <w:rPr>
          <w:lang w:eastAsia="zh-CN"/>
        </w:rPr>
        <w:br/>
      </w:r>
      <w:r>
        <w:rPr>
          <w:lang w:eastAsia="zh-CN"/>
        </w:rPr>
        <w:t>　　三、活动组织紧凑，策划成功。</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https://d.book118.com/235121313034011102</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35121313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