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仓库管理工作计划范文（32篇）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仓库管理工作计划范文（精选32篇）</w:t>
      </w:r>
      <w:r>
        <w:rPr>
          <w:lang w:eastAsia="zh-CN"/>
        </w:rPr>
        <w:br/>
      </w:r>
      <w:r>
        <w:rPr>
          <w:lang w:eastAsia="zh-CN"/>
        </w:rPr>
        <w:t xml:space="preserve">    仓库管理工作计划范文 篇1 </w:t>
      </w:r>
      <w:r>
        <w:rPr>
          <w:lang w:eastAsia="zh-CN"/>
        </w:rPr>
        <w:br/>
      </w:r>
      <w:r>
        <w:rPr>
          <w:lang w:eastAsia="zh-CN"/>
        </w:rPr>
        <w:t>　　1.适时的逐步的有效的将ERP先进的管理软件应用到仓库管理工作当中，以实现仓库管理工作质的飞跃，从而长久的稳固仓库管理成果来服务公司其他部门。</w:t>
      </w:r>
      <w:r>
        <w:rPr>
          <w:lang w:eastAsia="zh-CN"/>
        </w:rPr>
        <w:br/>
      </w:r>
      <w:r>
        <w:rPr>
          <w:lang w:eastAsia="zh-CN"/>
        </w:rPr>
        <w:t>　　2.进一步完善ERP仓库管理体系的应用，杜绝账实不符的现象发生，做到一进一出的管理理念。</w:t>
      </w:r>
      <w:r>
        <w:rPr>
          <w:lang w:eastAsia="zh-CN"/>
        </w:rPr>
        <w:br/>
      </w:r>
      <w:r>
        <w:rPr>
          <w:lang w:eastAsia="zh-CN"/>
        </w:rPr>
        <w:t>　　3.严把数据关，能够提供给公司真实准确的库存值报表，尽可能的减少库存资金的占用。</w:t>
      </w:r>
      <w:r>
        <w:rPr>
          <w:lang w:eastAsia="zh-CN"/>
        </w:rPr>
        <w:br/>
      </w:r>
      <w:r>
        <w:rPr>
          <w:lang w:eastAsia="zh-CN"/>
        </w:rPr>
        <w:t>　　4.随着工程的结尾做好对废旧物资以及可再利用资源的收集及管理。</w:t>
      </w:r>
      <w:r>
        <w:rPr>
          <w:lang w:eastAsia="zh-CN"/>
        </w:rPr>
        <w:br/>
      </w:r>
      <w:r>
        <w:rPr>
          <w:lang w:eastAsia="zh-CN"/>
        </w:rPr>
        <w:t>　　5.团结一致，为公司的投料试车积极主动的配合好各使用部门，始终以服务为宗旨的理念前行，坚持按制度办事并不断创新工作格局，使仓库管理工作再上一个新台阶。</w:t>
      </w:r>
      <w:r>
        <w:rPr>
          <w:lang w:eastAsia="zh-CN"/>
        </w:rPr>
        <w:br/>
      </w:r>
      <w:r>
        <w:rPr>
          <w:lang w:eastAsia="zh-CN"/>
        </w:rPr>
        <w:t xml:space="preserve">    仓库管理工作计划范文 篇2 </w:t>
      </w:r>
      <w:r>
        <w:rPr>
          <w:lang w:eastAsia="zh-CN"/>
        </w:rPr>
        <w:br/>
      </w:r>
      <w:r>
        <w:rPr>
          <w:lang w:eastAsia="zh-CN"/>
        </w:rPr>
        <w:t>　　一，关于我个人</w:t>
      </w:r>
      <w:r>
        <w:rPr>
          <w:lang w:eastAsia="zh-CN"/>
        </w:rPr>
        <w:br/>
      </w:r>
    </w:p>
    <w:p w:rsidR="001B1F19" w14:textId="0AE8485B">
      <w:pPr>
        <w:pStyle w:val="Heading1"/>
        <w:jc w:val="center"/>
        <w:rPr>
          <w:rFonts w:hint="eastAsia"/>
          <w:lang w:eastAsia="zh-CN"/>
        </w:rPr>
      </w:pPr>
      <w:r>
        <w:rPr>
          <w:sz w:val="44"/>
          <w:lang w:eastAsia="zh-CN"/>
        </w:rPr>
        <w:t>仓库管理工作计划范文（32篇）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仓库管理工作计划范文（精选32篇）</w:t>
      </w:r>
      <w:r>
        <w:rPr>
          <w:lang w:eastAsia="zh-CN"/>
        </w:rPr>
        <w:br/>
      </w:r>
      <w:r>
        <w:rPr>
          <w:lang w:eastAsia="zh-CN"/>
        </w:rPr>
        <w:t xml:space="preserve">    仓库管理工作计划范文 篇1 </w:t>
      </w:r>
      <w:r>
        <w:rPr>
          <w:lang w:eastAsia="zh-CN"/>
        </w:rPr>
        <w:br/>
      </w:r>
      <w:r>
        <w:rPr>
          <w:lang w:eastAsia="zh-CN"/>
        </w:rPr>
        <w:t>　　1.适时的逐步的有效的将ERP先进的管理软件应用到仓库管理工作当中，以实现仓库管理工作质的飞跃，从而长久的稳固仓库管理成果来服务公司其他部门。</w:t>
      </w:r>
      <w:r>
        <w:rPr>
          <w:lang w:eastAsia="zh-CN"/>
        </w:rPr>
        <w:br/>
      </w:r>
      <w:r>
        <w:rPr>
          <w:lang w:eastAsia="zh-CN"/>
        </w:rPr>
        <w:t>　　2.进一步完善ERP仓库管理体系的应用，杜绝账实不符的现象发生，做到一进一出的管理理念。</w:t>
      </w:r>
      <w:r>
        <w:rPr>
          <w:lang w:eastAsia="zh-CN"/>
        </w:rPr>
        <w:br/>
      </w:r>
      <w:r>
        <w:rPr>
          <w:lang w:eastAsia="zh-CN"/>
        </w:rPr>
        <w:t>　　3.严把数据关，能够提供给公司真实准确的库存值报表，尽可能的减少库存资金的占用。</w:t>
      </w:r>
      <w:r>
        <w:rPr>
          <w:lang w:eastAsia="zh-CN"/>
        </w:rPr>
        <w:br/>
      </w:r>
      <w:r>
        <w:rPr>
          <w:lang w:eastAsia="zh-CN"/>
        </w:rPr>
        <w:t>　　4.随着工程的结尾做好对废旧物资以及可再利用资源的收集及管理。</w:t>
      </w:r>
      <w:r>
        <w:rPr>
          <w:lang w:eastAsia="zh-CN"/>
        </w:rPr>
        <w:br/>
      </w:r>
      <w:r>
        <w:rPr>
          <w:lang w:eastAsia="zh-CN"/>
        </w:rPr>
        <w:t>　　5.团结一致，为公司的投料试车积极主动的配合好各使用部门，始终以服务为宗旨的理念前行，坚持按制度办事并不断创新工作格局，使仓库管理工作再上一个新台阶。</w:t>
      </w:r>
      <w:r>
        <w:rPr>
          <w:lang w:eastAsia="zh-CN"/>
        </w:rPr>
        <w:br/>
      </w:r>
      <w:r>
        <w:rPr>
          <w:lang w:eastAsia="zh-CN"/>
        </w:rPr>
        <w:t xml:space="preserve">    仓库管理工作计划范文 篇2 </w:t>
      </w:r>
      <w:r>
        <w:rPr>
          <w:lang w:eastAsia="zh-CN"/>
        </w:rPr>
        <w:br/>
      </w:r>
      <w:r>
        <w:rPr>
          <w:lang w:eastAsia="zh-CN"/>
        </w:rPr>
        <w:t>　　一，关于我个人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来公司将近三个月，公司规定的试用期也将随之结束。但或许我对于杨总您来说可能还是个陌生人，因为我们之间面对面的交流并不多。要了解我，首先要了解我来公司的目的。在我来公司面试之前，我和周经理之间有过电话沟通，我把我的情况，周经理把公司存在的现状我们之间作了简单的沟通。当时我还在东莞的一家港资公司任仓库主管，而并未辞职。但我还年轻，我不想一辈子过的那么平庸。在我的心里我一直想寻找一家发展中的中小企业来实现价值，把我的管理理念、管理经验，尽自己的能力协助一家企业走向发展。那时，周经理给我说过，公司正在一个转型发展初期，很多制度，以及管理模式已经不符合现代经济发展的要求，公司想寻找几个有相关工作经验，能够吃苦耐劳，能够把自己的工作当作自己的事业来做，与公司一起发展。或许这一点正符合我的心意，所以，9月8日那天我来公司面试能够和周经理谈的很投机。假如我是个甘于现状的人，不求进取的人，那么我今天也不会在我们康乃格公司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面试那一天，我和周经理聊了很多关于公司的发展问题，相互之间交换意见。然后，周经理说给杨总您通个电话，看看杨总您有没有空过来一趟，让我们相互之间见个面，其它方面再和您谈谈。但却没有想到杨总您已正在来公司的路上。于是，我和杨总您见了面，也很荣幸第一次和您喝茶。但因杨总您的一句话我没有去和您提工资待遇的事情。您说先保证我在东莞那边的工资待遇，要想高工资，看到我的能力之后再去找您谈高工资的问题。那时，我也和周经理谈过一个话题，因为我在港资公司也兼任协助计划部做相应的计划安排。所以，在安排我进公司之前，周经理先让我做回仓库的主管，在仓库先熟悉公司的各种物料，慢慢以后让我把公司Pmc这一块也做起来。只有做Pmc公司才能把待遇更好的提高。所以，待遇我也就没有多要求了，我只是想朝着我的目标而前进，然后公司能够追加我的待遇。</w:t>
      </w:r>
      <w:r>
        <w:rPr>
          <w:lang w:eastAsia="zh-CN"/>
        </w:rPr>
        <w:br/>
      </w:r>
      <w:r>
        <w:rPr>
          <w:lang w:eastAsia="zh-CN"/>
        </w:rPr>
        <w:t>　　所以，我进了公司之后做好仓库工作的同时，也尽自己的能力去协助其他部门，以及努力协助、配合公司的调整和体系的推行。因为我心中的目的，我毫不犹豫的承当起一些责任，希望通过集体的努力使公司发展的更快！也能实现自己心中的理想和目标！</w:t>
      </w:r>
      <w:r>
        <w:rPr>
          <w:lang w:eastAsia="zh-CN"/>
        </w:rPr>
        <w:br/>
      </w:r>
      <w:r>
        <w:rPr>
          <w:lang w:eastAsia="zh-CN"/>
        </w:rPr>
        <w:t>　　二，20__年我个人工作规划</w:t>
      </w:r>
      <w:r>
        <w:rPr>
          <w:lang w:eastAsia="zh-CN"/>
        </w:rPr>
        <w:br/>
      </w:r>
      <w:r>
        <w:rPr>
          <w:lang w:eastAsia="zh-CN"/>
        </w:rPr>
        <w:t>　　第一，负责好仓库的正常工作</w:t>
      </w:r>
      <w:r>
        <w:rPr>
          <w:lang w:eastAsia="zh-CN"/>
        </w:rPr>
        <w:br/>
      </w:r>
      <w:r>
        <w:rPr>
          <w:lang w:eastAsia="zh-CN"/>
        </w:rPr>
        <w:t>　　根据公司20__年的规划和设计，仓库将合并到生产，但我个人认为只能是人事上的合并，仓库的制度必须是独立的。一个仓库部门的存在是符合现代经济发展的要求，也是体系推行当中必须存在的一个重要环节。那么，如果仓库负责人没有人事上的变动的话，仓库将由我继续负责：</w:t>
      </w:r>
      <w:r>
        <w:rPr>
          <w:lang w:eastAsia="zh-CN"/>
        </w:rPr>
        <w:br/>
      </w:r>
      <w:r>
        <w:rPr>
          <w:lang w:eastAsia="zh-CN"/>
        </w:rPr>
        <w:t>　　1，负责仓库整体日常工作的安排，监督、督促仓管员做好各项帐务，包括台帐和电脑帐，以及物料卡的登记；</w:t>
      </w:r>
      <w:r>
        <w:rPr>
          <w:lang w:eastAsia="zh-CN"/>
        </w:rPr>
        <w:br/>
      </w:r>
      <w:r>
        <w:rPr>
          <w:lang w:eastAsia="zh-CN"/>
        </w:rPr>
        <w:t>　　2，审订、优化、完善仓库的工作操作流程和管理制度，参与公司的管理和策略的制定；</w:t>
      </w:r>
      <w:r>
        <w:rPr>
          <w:lang w:eastAsia="zh-CN"/>
        </w:rPr>
        <w:br/>
      </w:r>
      <w:r>
        <w:rPr>
          <w:lang w:eastAsia="zh-CN"/>
        </w:rPr>
        <w:t>　　3，负责指导、监督各类仓储物资的安全堆放及保管防护，使各类物料不受损坏；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4，加强仓库物料的出入库管理，定期对仓库物料月盘点情况进行复核，保证盘点数量的正确性；</w:t>
      </w:r>
      <w:r>
        <w:rPr>
          <w:lang w:eastAsia="zh-CN"/>
        </w:rPr>
        <w:br/>
      </w:r>
      <w:r>
        <w:rPr>
          <w:lang w:eastAsia="zh-CN"/>
        </w:rPr>
        <w:t>　　5，协调仓库与各部门之间的工作关系，完成公司的各项工作指标；</w:t>
      </w:r>
      <w:r>
        <w:rPr>
          <w:lang w:eastAsia="zh-CN"/>
        </w:rPr>
        <w:br/>
      </w:r>
      <w:r>
        <w:rPr>
          <w:lang w:eastAsia="zh-CN"/>
        </w:rPr>
        <w:t>　　6，负责仓库员工的培训工作，考核员工的工作能力，以及审核员工的工作进度和工作绩效；</w:t>
      </w:r>
      <w:r>
        <w:rPr>
          <w:lang w:eastAsia="zh-CN"/>
        </w:rPr>
        <w:br/>
      </w:r>
      <w:r>
        <w:rPr>
          <w:lang w:eastAsia="zh-CN"/>
        </w:rPr>
        <w:t>　　7，签发仓库各级文件和单据等。</w:t>
      </w:r>
      <w:r>
        <w:rPr>
          <w:lang w:eastAsia="zh-CN"/>
        </w:rPr>
        <w:br/>
      </w:r>
      <w:r>
        <w:rPr>
          <w:lang w:eastAsia="zh-CN"/>
        </w:rPr>
        <w:t>　　第二，我将继续配合、协助公司体系的推行工作</w:t>
      </w:r>
      <w:r>
        <w:rPr>
          <w:lang w:eastAsia="zh-CN"/>
        </w:rPr>
        <w:br/>
      </w:r>
      <w:r>
        <w:rPr>
          <w:lang w:eastAsia="zh-CN"/>
        </w:rPr>
        <w:t>　　公司的发展也不是一朝就变成了一个想象中规模公司，体系的推行也不是一朝一日就能完成的事情。体系的推行是公司发展的趋势，是势在必行，但推行的过程却是一个逐步完善的过程：</w:t>
      </w:r>
      <w:r>
        <w:rPr>
          <w:lang w:eastAsia="zh-CN"/>
        </w:rPr>
        <w:br/>
      </w:r>
      <w:r>
        <w:rPr>
          <w:lang w:eastAsia="zh-CN"/>
        </w:rPr>
        <w:t>　　1，协助体系推行部门做好相关体系推行工作的部署；</w:t>
      </w:r>
      <w:r>
        <w:rPr>
          <w:lang w:eastAsia="zh-CN"/>
        </w:rPr>
        <w:br/>
      </w:r>
      <w:r>
        <w:rPr>
          <w:lang w:eastAsia="zh-CN"/>
        </w:rPr>
        <w:t>　　2，完善仓库的体系系统文件，并按体系要求做好各项事务；</w:t>
      </w:r>
      <w:r>
        <w:rPr>
          <w:lang w:eastAsia="zh-CN"/>
        </w:rPr>
        <w:br/>
      </w:r>
      <w:r>
        <w:rPr>
          <w:lang w:eastAsia="zh-CN"/>
        </w:rPr>
        <w:t>　　3，尽自己能力协助其他部门体系的推行工作。</w:t>
      </w:r>
      <w:r>
        <w:rPr>
          <w:lang w:eastAsia="zh-CN"/>
        </w:rPr>
        <w:br/>
      </w:r>
      <w:r>
        <w:rPr>
          <w:lang w:eastAsia="zh-CN"/>
        </w:rPr>
        <w:t>　　第三，根据公司的要求，以及整合的计划，20__年我将开始完善公司的Pmc计划工作</w:t>
      </w:r>
      <w:r>
        <w:rPr>
          <w:lang w:eastAsia="zh-CN"/>
        </w:rPr>
        <w:br/>
      </w:r>
      <w:r>
        <w:rPr>
          <w:lang w:eastAsia="zh-CN"/>
        </w:rPr>
        <w:t>　　按我面试时和周经理对我岗位的要求，希望我从仓库做起，然后慢慢完善公司的Pmc工作。于是，仓库和生产整合之后，周经理曾找我和刘经理商讨今后生产和仓库的一些工作事宜，希望我在管理仓库的同时协助生产，生产今后以刘经理为主，以我为辅。如果是这样，我将工作规划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1，我将慢慢建立计划清单，完善生产中的各个细节，了解产品和工序的同时建立产品所需物料的清单，逐步把Pc和mc融合贯通，最终做好Pmc的管理；</w:t>
      </w:r>
      <w:r>
        <w:rPr>
          <w:lang w:eastAsia="zh-CN"/>
        </w:rPr>
        <w:br/>
      </w:r>
      <w:r>
        <w:rPr>
          <w:lang w:eastAsia="zh-CN"/>
        </w:rPr>
        <w:t>　　2，以“刘经理为主，我为辅”的原则，我将协助生产上的管理，刘经理主抓生产，我抓细节，灵活应用，提高生产管理水平和工作效率；</w:t>
      </w:r>
      <w:r>
        <w:rPr>
          <w:lang w:eastAsia="zh-CN"/>
        </w:rPr>
        <w:br/>
      </w:r>
      <w:r>
        <w:rPr>
          <w:lang w:eastAsia="zh-CN"/>
        </w:rPr>
        <w:t>　　3，生产上需要补充的体系文件我将协助补充，做好体系文件的规范化和体系推行的执行度；</w:t>
      </w:r>
      <w:r>
        <w:rPr>
          <w:lang w:eastAsia="zh-CN"/>
        </w:rPr>
        <w:br/>
      </w:r>
      <w:r>
        <w:rPr>
          <w:lang w:eastAsia="zh-CN"/>
        </w:rPr>
        <w:t>　　4，我尽我能力做好生产的每一项工作，让我和刘经理“一文一武”的.通力合作，使生产管理的更有声有色。</w:t>
      </w:r>
      <w:r>
        <w:rPr>
          <w:lang w:eastAsia="zh-CN"/>
        </w:rPr>
        <w:br/>
      </w:r>
      <w:r>
        <w:rPr>
          <w:lang w:eastAsia="zh-CN"/>
        </w:rPr>
        <w:t>　　但我进入生产，协助生产时，我有一点点个人的建议，因为我的身份是负责仓库，并没有明确我协助生产的身份，所以，一个仓库负责人，生产上的员工是不会听我指挥的。为了更好的做好工作，让生产的员工也能服从我的安排，必须给我确认一个身份，然后通告员工，这样我才能名正言顺的协助生产，在生产的工作更能顺畅的完成。同时，工作量的增加，在待遇上是否可以和先前谈论的那样做一些提升。我也总不希望公司年后还是这样保证我在先前公司一样的工资待遇吧。</w:t>
      </w:r>
      <w:r>
        <w:rPr>
          <w:lang w:eastAsia="zh-CN"/>
        </w:rPr>
        <w:br/>
      </w:r>
      <w:r>
        <w:rPr>
          <w:lang w:eastAsia="zh-CN"/>
        </w:rPr>
        <w:t>　　三，20__年仓库人员的调整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为了节省公司成本的原则，以及公司整合的要求，仓库将紧跟公司发展的思路，20__年仓库将计划性的缩减人员编制。但在缩减人员的同时必须保证各项工作的顺畅开展。在仓库还没有合并到生产的时候，我就已经想到了一个缩减人员编制的办法。但很意外的整合或人事上的调整之后，我的想法就没有提出来了。只是前几天和刘经理谈仓库事情的时候，我又把我的想法跟刘经理沟通了一下。不过，他也觉得我的办法很合理，他希望我尽快把整合的报告写出来由杨总您来定夺，不要等到公司一切定下来了之后再来调整人事上变动就不太好实施了。所以，我特抽时间把这封整体的年终报告和新年的工作计划报告一起写好，交给杨总作最后的裁定。</w:t>
      </w:r>
      <w:r>
        <w:rPr>
          <w:lang w:eastAsia="zh-CN"/>
        </w:rPr>
        <w:br/>
      </w:r>
      <w:r>
        <w:rPr>
          <w:lang w:eastAsia="zh-CN"/>
        </w:rPr>
        <w:t>　　1，我仓库的计划肯定是想把两个仓管员整合成一个仓管员，但关键是谁比较合适做仓管员问题。如果说一定要从原来的两个仓管员当中选其一出来的话，大家的意见认定为A仓管员比较合适这个职位。但A仓管员的要求在增加工资的基础上谈论合并的问题。根据我们先前和周经理的探讨，如果仓库减少一个人员，公司应该可以合理的在工资待遇上做一个调整，因为大家的工作增加了，任务更艰巨了，可以把减少一个仓管员的工资适当的往我们身上加上一些。但，我不知道杨总您是怎样一个态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如果仓库缩减人员，必将影响仓库的一些工作的正常运行。因为公司制度还不健全，流程也不清晰，很多工作内容还没有正常化，必导致仓库忙不过来，顾头却不能顾尾，所以，我的设想把物流纳入到仓库，她继续负责她的物流，但她同时增加成品入库和发货的工作。因为她在一楼方便工作的进行，以后的成品入库由生产和仓库交接，把责任划清，所以生产把成品入到物流的手上，而物流通过入库单上的数量又更好的把握外发的数量，减少中间环节，就是减少错误的发生。那么从福田下单到物流那里，物流将生产订单转交到我的手上，或者刘经理的手上，根据订单，生产将及时的做出计划的安排，那就是Pc和mc的管理与控制了。如果需要发货装车之类的工作，物流可以打电话给我，或者刘经理，我们从生产上合理调度人员安排装车。物流一条龙的工作，加上我们从生产上合理的调配，基本上可以弥补仓库一个仓管员的空缺。但这样的安排整合物流是不是同意，以及这个方案是否切实可行，就要公司来定夺了。</w:t>
      </w:r>
      <w:r>
        <w:rPr>
          <w:lang w:eastAsia="zh-CN"/>
        </w:rPr>
        <w:br/>
      </w:r>
      <w:r>
        <w:rPr>
          <w:lang w:eastAsia="zh-CN"/>
        </w:rPr>
        <w:t>　　3，万一仓库目前的两个仓管员无法整合，那么我的另一个方案就是从外面重新招一个有仓管经验的人。我有一个仓管经验五、六年的人选，他就是我在东莞时的下属仓管员，我想他也会很乐意为公司服务。只是也有一点待遇上的要求。不过，这只是在万不得已的情况下才用此策略。当然，在此我只能算是提供一点信息而已。</w:t>
      </w:r>
      <w:r>
        <w:rPr>
          <w:lang w:eastAsia="zh-CN"/>
        </w:rPr>
        <w:br/>
      </w:r>
      <w:r>
        <w:rPr>
          <w:lang w:eastAsia="zh-CN"/>
        </w:rPr>
        <w:t>　　20__年生产车间人员计划安排</w:t>
      </w:r>
      <w:r>
        <w:rPr>
          <w:lang w:eastAsia="zh-CN"/>
        </w:rPr>
        <w:br/>
      </w:r>
      <w:r>
        <w:rPr>
          <w:lang w:eastAsia="zh-CN"/>
        </w:rPr>
        <w:t>　　根据刘经理的口述，我的记录，20__年生产车间人员将做如下安排：</w:t>
      </w:r>
      <w:r>
        <w:rPr>
          <w:lang w:eastAsia="zh-CN"/>
        </w:rPr>
        <w:br/>
      </w:r>
      <w:r>
        <w:rPr>
          <w:lang w:eastAsia="zh-CN"/>
        </w:rPr>
        <w:t>　　1，内包间</w:t>
      </w:r>
      <w:r>
        <w:rPr>
          <w:lang w:eastAsia="zh-CN"/>
        </w:rPr>
        <w:br/>
      </w:r>
      <w:r>
        <w:rPr>
          <w:lang w:eastAsia="zh-CN"/>
        </w:rPr>
        <w:t>　　压卡：8-10人，装条：12-13人，封口：4人</w:t>
      </w:r>
      <w:r>
        <w:rPr>
          <w:lang w:eastAsia="zh-CN"/>
        </w:rPr>
        <w:br/>
      </w:r>
      <w:r>
        <w:rPr>
          <w:lang w:eastAsia="zh-CN"/>
        </w:rPr>
        <w:t>　　2，外包间</w:t>
      </w:r>
      <w:r>
        <w:rPr>
          <w:lang w:eastAsia="zh-CN"/>
        </w:rPr>
        <w:br/>
      </w:r>
      <w:r>
        <w:rPr>
          <w:lang w:eastAsia="zh-CN"/>
        </w:rPr>
        <w:t>　　装盒：6人左右，折盒：3人左右，喷码：2人，装箱、捆包：4人，另外加1个打杂。</w:t>
      </w:r>
      <w:r>
        <w:rPr>
          <w:lang w:eastAsia="zh-CN"/>
        </w:rPr>
        <w:br/>
      </w:r>
      <w:r>
        <w:rPr>
          <w:lang w:eastAsia="zh-CN"/>
        </w:rPr>
        <w:t>　　3，贴板房</w:t>
      </w:r>
      <w:r>
        <w:rPr>
          <w:lang w:eastAsia="zh-CN"/>
        </w:rPr>
        <w:br/>
      </w:r>
      <w:r>
        <w:rPr>
          <w:lang w:eastAsia="zh-CN"/>
        </w:rPr>
        <w:t>　　贴板：4人，切条：2人，备料：2人。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那么，初步计划生产车间员工大概需要52个人左右。同时，内包、外包、贴板将各设立1个组长。</w:t>
      </w:r>
      <w:r>
        <w:rPr>
          <w:lang w:eastAsia="zh-CN"/>
        </w:rPr>
        <w:br/>
      </w:r>
      <w:r>
        <w:rPr>
          <w:lang w:eastAsia="zh-CN"/>
        </w:rPr>
        <w:t>　　所以，在生产的人员上，希望公司年后能够很好的落实，保证生产的正常进行。</w:t>
      </w:r>
      <w:r>
        <w:rPr>
          <w:lang w:eastAsia="zh-CN"/>
        </w:rPr>
        <w:br/>
      </w:r>
      <w:r>
        <w:rPr>
          <w:lang w:eastAsia="zh-CN"/>
        </w:rPr>
        <w:t xml:space="preserve">    仓库管理工作计划范文 篇3 </w:t>
      </w:r>
      <w:r>
        <w:rPr>
          <w:lang w:eastAsia="zh-CN"/>
        </w:rPr>
        <w:br/>
      </w:r>
      <w:r>
        <w:rPr>
          <w:lang w:eastAsia="zh-CN"/>
        </w:rPr>
        <w:t>　　一、在日常工作中：</w:t>
      </w:r>
      <w:r>
        <w:rPr>
          <w:lang w:eastAsia="zh-CN"/>
        </w:rPr>
        <w:br/>
      </w:r>
      <w:r>
        <w:rPr>
          <w:lang w:eastAsia="zh-CN"/>
        </w:rPr>
        <w:t>　　1.首先注意服装和仪表方面，利落大方。不随便穿与工作不符的衣服鞋帽等。</w:t>
      </w:r>
      <w:r>
        <w:rPr>
          <w:lang w:eastAsia="zh-CN"/>
        </w:rPr>
        <w:br/>
      </w:r>
      <w:r>
        <w:rPr>
          <w:lang w:eastAsia="zh-CN"/>
        </w:rPr>
        <w:t>　　2.在客户接待方面，要及时给客户倒水，并且及时续杯，给客户一种亲切感，从而促进我公司的销售。</w:t>
      </w:r>
      <w:r>
        <w:rPr>
          <w:lang w:eastAsia="zh-CN"/>
        </w:rPr>
        <w:br/>
      </w:r>
      <w:r>
        <w:rPr>
          <w:lang w:eastAsia="zh-CN"/>
        </w:rPr>
        <w:t>　　3.文件的整理和归档，把各种合同，文档等进行分明别类并贴好标签，以便于查看，做好报刊、文件等的发放。并协助公司的人员做好资料的收、寄工作。</w:t>
      </w:r>
      <w:r>
        <w:rPr>
          <w:lang w:eastAsia="zh-CN"/>
        </w:rPr>
        <w:br/>
      </w:r>
      <w:r>
        <w:rPr>
          <w:lang w:eastAsia="zh-CN"/>
        </w:rPr>
        <w:t>　　4.对办公设备和公司产品进行定期的清洁与保养。</w:t>
      </w:r>
      <w:r>
        <w:rPr>
          <w:lang w:eastAsia="zh-CN"/>
        </w:rPr>
        <w:br/>
      </w:r>
      <w:r>
        <w:rPr>
          <w:lang w:eastAsia="zh-CN"/>
        </w:rPr>
        <w:t>　　5.做好及时接进电话的工作，并转给相应的工作人员。在接电话的时候注意礼貌用语。</w:t>
      </w:r>
      <w:r>
        <w:rPr>
          <w:lang w:eastAsia="zh-CN"/>
        </w:rPr>
        <w:br/>
      </w:r>
      <w:r>
        <w:rPr>
          <w:lang w:eastAsia="zh-CN"/>
        </w:rPr>
        <w:t>　　6.做好各部门的做好各部门服务：加强与各部门之间信息员的联络与沟通，系统的、快速的传递信息，保证信息在公司内部及时准确的传递到位。</w:t>
      </w:r>
      <w:r>
        <w:rPr>
          <w:lang w:eastAsia="zh-CN"/>
        </w:rPr>
        <w:br/>
      </w:r>
      <w:r>
        <w:rPr>
          <w:lang w:eastAsia="zh-CN"/>
        </w:rPr>
        <w:t>　　7.及时完成领导交给的各项任务，不偷懒不拖拉。</w:t>
      </w:r>
      <w:r>
        <w:rPr>
          <w:lang w:eastAsia="zh-CN"/>
        </w:rPr>
        <w:br/>
      </w:r>
      <w:r>
        <w:rPr>
          <w:lang w:eastAsia="zh-CN"/>
        </w:rPr>
        <w:t>　　8.发布招聘消息，协助各部门主管做好招聘工作。</w:t>
      </w:r>
      <w:r>
        <w:rPr>
          <w:lang w:eastAsia="zh-CN"/>
        </w:rPr>
        <w:br/>
      </w:r>
      <w:r>
        <w:rPr>
          <w:lang w:eastAsia="zh-CN"/>
        </w:rPr>
        <w:t>　　9.做好文书工作，及时完成领导交给的各乡文稿工作，学习各种写作材料，定期上交公司报表。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二、在仓库管理方面：</w:t>
      </w:r>
      <w:r>
        <w:rPr>
          <w:lang w:eastAsia="zh-CN"/>
        </w:rPr>
        <w:br/>
      </w:r>
      <w:r>
        <w:rPr>
          <w:lang w:eastAsia="zh-CN"/>
        </w:rPr>
        <w:t>　　仓库管理是一项细致的工作。在有销售人员对服务器的配置进行更改时，及时做好修改工作，并在相应的机器上贴好标签。</w:t>
      </w:r>
      <w:r>
        <w:rPr>
          <w:lang w:eastAsia="zh-CN"/>
        </w:rPr>
        <w:br/>
      </w:r>
      <w:r>
        <w:rPr>
          <w:lang w:eastAsia="zh-CN"/>
        </w:rPr>
        <w:t>　　在有销售人员出货的时候，严格按照出库单子上面的步骤进行，在以前的工作中就是没有重视这一点，导致自己的工作出现了纰漏。因此在新的一年里，自己在这方面要更加的注意。在完成一单销售之后要及时的对客户的信息进行归档，以方便我们的二次销售和客户的联系，与客户达成一种长期合作的关系，使我们的渠道更加扩大化，多面化。</w:t>
      </w:r>
      <w:r>
        <w:rPr>
          <w:lang w:eastAsia="zh-CN"/>
        </w:rPr>
        <w:br/>
      </w:r>
      <w:r>
        <w:rPr>
          <w:lang w:eastAsia="zh-CN"/>
        </w:rPr>
        <w:t>　　在向浪潮订购产品之后，及时做好追踪工作，知道货物的动向，及时反映给销售人员或者客户。</w:t>
      </w:r>
      <w:r>
        <w:rPr>
          <w:lang w:eastAsia="zh-CN"/>
        </w:rPr>
        <w:br/>
      </w:r>
      <w:r>
        <w:rPr>
          <w:lang w:eastAsia="zh-CN"/>
        </w:rPr>
        <w:t>　　做好一星期对库存进行一次整理和盘点，实际库存和账上库存没有任何偏差，一个月与会计做一次核对，确保库存的完整和准确无误。</w:t>
      </w:r>
      <w:r>
        <w:rPr>
          <w:lang w:eastAsia="zh-CN"/>
        </w:rPr>
        <w:br/>
      </w:r>
      <w:r>
        <w:rPr>
          <w:lang w:eastAsia="zh-CN"/>
        </w:rPr>
        <w:t>　　三、客服方面：</w:t>
      </w:r>
      <w:r>
        <w:rPr>
          <w:lang w:eastAsia="zh-CN"/>
        </w:rPr>
        <w:br/>
      </w:r>
      <w:r>
        <w:rPr>
          <w:lang w:eastAsia="zh-CN"/>
        </w:rPr>
        <w:t>　　做好售后工作，在客户打电话反映机器故障后要及时转给相应的技术人员，第一时间为客户解决好售后工作。在技术人员解决不了的时，要向总部相关技术人员报备。并做好记载工作，快速处理。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加强与客户的沟通和联系，协助技术人员做好售后工作，让客户觉得我司的服务“放心、贴心”，又利于我们的长期合作关系。在以后的工作道路上，自己要做，要学习的还有很多，只有拥有一颗对工作热情的心和一个积极向上的工作态度，才能不断的成长。公司给自己提供了一个很好的工作平台，就要去努力提升自己的工作能力，加强业务水平和自身的修养。踏踏实实的做好工作，为公司做出更大的贡献，实现价值！</w:t>
      </w:r>
      <w:r>
        <w:rPr>
          <w:lang w:eastAsia="zh-CN"/>
        </w:rPr>
        <w:br/>
      </w:r>
      <w:r>
        <w:rPr>
          <w:lang w:eastAsia="zh-CN"/>
        </w:rPr>
        <w:t xml:space="preserve">    仓库管理工作计划范文 篇4 </w:t>
      </w:r>
      <w:r>
        <w:rPr>
          <w:lang w:eastAsia="zh-CN"/>
        </w:rPr>
        <w:br/>
      </w:r>
      <w:r>
        <w:rPr>
          <w:lang w:eastAsia="zh-CN"/>
        </w:rPr>
        <w:t>　　上半年工作回顾：</w:t>
      </w:r>
      <w:r>
        <w:rPr>
          <w:lang w:eastAsia="zh-CN"/>
        </w:rPr>
        <w:br/>
      </w:r>
      <w:r>
        <w:rPr>
          <w:lang w:eastAsia="zh-CN"/>
        </w:rPr>
        <w:t>　　20__年上半年，仓库全体人员团结一致、克难攻坚，按照集团公司“内抓管理堵漏洞、外拓市场增效益”的工作方针，紧紧围绕为公司生产服务大局，在公司主管领导及物资处领导的带领下，脚踏实地、任劳任怨、细心操作，管理制度不断完善，业务技能持续提升，库容库貌初步改善，服务效率快速提高。上半年积极配合采购部完成货物进库验收工作，共累计入库物资700余项次，出库物资1200余项次，特别是在人员相对紧张的情况下，全体员工充分发挥积极主动性，在其他部门、同事的大力支持下，积极推进仓库的5s管理工作，树立了公司是我家的良好形象。工作计划</w:t>
      </w:r>
      <w:r>
        <w:rPr>
          <w:lang w:eastAsia="zh-CN"/>
        </w:rPr>
        <w:br/>
      </w:r>
      <w:r>
        <w:rPr>
          <w:lang w:eastAsia="zh-CN"/>
        </w:rPr>
        <w:t>　　我们的做法是：</w:t>
      </w:r>
      <w:r>
        <w:rPr>
          <w:lang w:eastAsia="zh-CN"/>
        </w:rPr>
        <w:br/>
      </w:r>
      <w:r>
        <w:rPr>
          <w:lang w:eastAsia="zh-CN"/>
        </w:rPr>
        <w:t>　　一、严格的劳动纪律和遵守公司的各项规章制度是完成工作任务的前提保证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仓库是公司的一个形象窗口，仓管员的精神风貌和服务质量非常重要。我们通过认真贯彻集团及公司文件、会议精神及各项规章制度，进一步提高仓库员工的大局意识和服务意识，使仓库员工都能达到出满勤、干满工、不迟到、不早退，严守劳动纪律，努力钻研业务，同时积极参加公司组织的植树、清理下水沟等活动，提高团队意识、整体意识，使仓库的战斗力和凝聚力大大得到提高。半年来，仓库员工都能达到不论昼夜、不论风雨雪、更不论工作的时间内外，确保物资领用的及时顺畅，满足生产需要。</w:t>
      </w:r>
      <w:r>
        <w:rPr>
          <w:lang w:eastAsia="zh-CN"/>
        </w:rPr>
        <w:br/>
      </w:r>
      <w:r>
        <w:rPr>
          <w:lang w:eastAsia="zh-CN"/>
        </w:rPr>
        <w:t>　　二、加强对物资存放位置的调整工作，逐渐达到整齐美观、取用快捷的目的</w:t>
      </w:r>
      <w:r>
        <w:rPr>
          <w:lang w:eastAsia="zh-CN"/>
        </w:rPr>
        <w:br/>
      </w:r>
      <w:r>
        <w:rPr>
          <w:lang w:eastAsia="zh-CN"/>
        </w:rPr>
        <w:t>　　为了更好的服务于生产部门,加强物资管理力度，不断改进工作方法，上半年我们仓库重点对货物存放进行了调整、消除以往凌乱不堪的局面。按照货物类别、型号、物资的轻重、库存量以及周转率的不同，对仓库物资进行了合理有序的库位调整,力求做到易拿、易放、易看、易点的堆积方式,坚持货物先进先出的原则，加强了仓库货物的科学化管理。这项工作从四月份开始,协调组织外厂来实习员工和在分厂的大力帮助和支持下一直有条不紊的进行着,预计此项工作会在7月底前完成，在提升仓库形象的同时也为5s的推行奠定了基础。</w:t>
      </w:r>
      <w:r>
        <w:rPr>
          <w:lang w:eastAsia="zh-CN"/>
        </w:rPr>
        <w:br/>
      </w:r>
      <w:r>
        <w:rPr>
          <w:lang w:eastAsia="zh-CN"/>
        </w:rPr>
        <w:t>　　三、科学控制库存物资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随着公司的不断发展，尤其是去年公司大修计划采购的失误，使仓库进货数量猛然增多，工作量也随之增大，很多物资由于没有场地合理存放导致变质和变坏，给公司的财产造成了很大损失。在新一任公司领导班子的英明领导决策下，使我们更加认识到提高采购计划准确率更为重要，我们仓库通过加强对物资采购计划的监控，积极采取有效措施和科学的方法，努力让进入仓库的货物有序存放，对库房内每一项物资进行最低和最高库存量的设置，按照仓储存货数量，合理利用仓库，降低库存，加快资金周转率达到降低成本的目的，同时尽可能满足各分厂部门的生产需要。</w:t>
      </w:r>
      <w:r>
        <w:rPr>
          <w:lang w:eastAsia="zh-CN"/>
        </w:rPr>
        <w:br/>
      </w:r>
      <w:r>
        <w:rPr>
          <w:lang w:eastAsia="zh-CN"/>
        </w:rPr>
        <w:t>　　四、加强学习，不断提高业务水平和团队凝聚力</w:t>
      </w:r>
      <w:r>
        <w:rPr>
          <w:lang w:eastAsia="zh-CN"/>
        </w:rPr>
        <w:br/>
      </w:r>
      <w:r>
        <w:rPr>
          <w:lang w:eastAsia="zh-CN"/>
        </w:rPr>
        <w:t>　　学习是进步的推动力。在做好本职工作的同时，利用工余时间坚持学习，努力提高自身的综合能力和理论水平。并且经常与库房各保管员交流经验，互相学习、互相进步，共同探讨把仓库管理工作搞好的新办法、新点子。工作的进步、素质的提高、能力的发挥、所有成绩的获得，都取决于态度的转变。我们仓库结合公司运营的实际，组织员工认真学习专业知识、职业技能，同时加强道德、素质、技能等培训。一分耕耘，十分收获，从被动工作、推委扯皮、缺乏活力到积极主动、精诚团结、热情奉献，仓库的精神面貌，工作态度都产生了质的飞跃。质变必将带来量变，像周建凡同志的勤奋好学、勇于进步，刘丽双同志的任劳任怨、认真负责，王君同志的敬岗爱业、热情主动，张凤阁同志的周到细致、默默奉献，都融入到了仓库日常的工作中。配合积极，服务热情，不推诿、扯皮，充分显示出了仓库团队的协作精神和凝聚力。</w:t>
      </w:r>
      <w:r>
        <w:rPr>
          <w:lang w:eastAsia="zh-CN"/>
        </w:rPr>
        <w:br/>
      </w:r>
      <w:r>
        <w:rPr>
          <w:lang w:eastAsia="zh-CN"/>
        </w:rPr>
        <w:t>　　五、建议：</w:t>
      </w:r>
      <w:r>
        <w:rPr>
          <w:lang w:eastAsia="zh-CN"/>
        </w:rPr>
        <w:br/>
      </w:r>
      <w:r>
        <w:rPr>
          <w:lang w:eastAsia="zh-CN"/>
        </w:rPr>
        <w:t>　　1、建议仓库外地坪尽快打完并建个库棚，确保不能淋雨的物资保管到位。</w:t>
      </w:r>
      <w:r>
        <w:rPr>
          <w:lang w:eastAsia="zh-CN"/>
        </w:rPr>
        <w:br/>
      </w:r>
      <w:r>
        <w:rPr>
          <w:lang w:eastAsia="zh-CN"/>
        </w:rPr>
        <w:t>　　2、增加货架，将部分轻拿易放的物资(如小电机、小减速机等)上架存放。</w:t>
      </w:r>
      <w:r>
        <w:rPr>
          <w:lang w:eastAsia="zh-CN"/>
        </w:rPr>
        <w:br/>
      </w:r>
      <w:r>
        <w:rPr>
          <w:lang w:eastAsia="zh-CN"/>
        </w:rPr>
        <w:t>　　20__年上半年仓库管理工作中存在的不足：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1、出库过程中的串货错发、保管中的编号不符、数据不实等都有错误发生。由于个别仓管员工作责任心不强，造成仓库部分钥匙丢失一次，给仓库物资的安全造成极大隐患;浇注料发错，给公司造成两万多元的经济损失。这些本不该发生的事件，给我们时刻敲着警钟。</w:t>
      </w:r>
      <w:r>
        <w:rPr>
          <w:lang w:eastAsia="zh-CN"/>
        </w:rPr>
        <w:br/>
      </w:r>
      <w:r>
        <w:rPr>
          <w:lang w:eastAsia="zh-CN"/>
        </w:rPr>
        <w:t>　　2、由于仓库面积小、货架少，不符合合理规范、归类物资摆放的要求，造成很多物资货物堆码不标准，没有上架及重叠摆放的现象再加上由于去年的进货计划性不强，盲目购进物资造成的库存货物积压现象。</w:t>
      </w:r>
      <w:r>
        <w:rPr>
          <w:lang w:eastAsia="zh-CN"/>
        </w:rPr>
        <w:br/>
      </w:r>
      <w:r>
        <w:rPr>
          <w:lang w:eastAsia="zh-CN"/>
        </w:rPr>
        <w:t>　　3、物资出入库的程序</w:t>
      </w:r>
      <w:r>
        <w:rPr>
          <w:lang w:eastAsia="zh-CN"/>
        </w:rPr>
        <w:br/>
      </w:r>
      <w:r>
        <w:rPr>
          <w:lang w:eastAsia="zh-CN"/>
        </w:rPr>
        <w:t>　　做的不够认真细致，部分物资没做到见票发货，打借条的现象发生很多。</w:t>
      </w:r>
      <w:r>
        <w:rPr>
          <w:lang w:eastAsia="zh-CN"/>
        </w:rPr>
        <w:br/>
      </w:r>
      <w:r>
        <w:rPr>
          <w:lang w:eastAsia="zh-CN"/>
        </w:rPr>
        <w:t>　　4、废旧入库回收再利用的问题还待解决。要进一步探索研究交旧领新和修旧利废的管理办法。</w:t>
      </w:r>
      <w:r>
        <w:rPr>
          <w:lang w:eastAsia="zh-CN"/>
        </w:rPr>
        <w:br/>
      </w:r>
      <w:r>
        <w:rPr>
          <w:lang w:eastAsia="zh-CN"/>
        </w:rPr>
        <w:t>　　5、女工多，劳动力不足，很多搬移整理的物资进行缓慢。</w:t>
      </w:r>
      <w:r>
        <w:rPr>
          <w:lang w:eastAsia="zh-CN"/>
        </w:rPr>
        <w:br/>
      </w:r>
      <w:r>
        <w:rPr>
          <w:lang w:eastAsia="zh-CN"/>
        </w:rPr>
        <w:t>　　总结的目的是为了更好的计划，谋定而后动，因此，我们必须根据公司及仓库的实际情况，制定和实施相应的改进和创新计划，通过我们不断改进和创新的行动去超越自我，实现仓库管理工作的持续改进，实现卓越。下半年我们计划在完成日常仓库收发工作的前提下完成以下工作改进目标：</w:t>
      </w:r>
      <w:r>
        <w:rPr>
          <w:lang w:eastAsia="zh-CN"/>
        </w:rPr>
        <w:br/>
      </w:r>
      <w:r>
        <w:rPr>
          <w:lang w:eastAsia="zh-CN"/>
        </w:rPr>
        <w:t>　　1、仓储管理作业流程达到标准化要求。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陈旧设备以及淘汰报废设备的清理工作。随着公司的不断发展，部分陈旧淘汰的设备较多，下半年年仓库将集中进行库存陈旧设备的清点以及淘汰报废设备的清理工作，做到严格报废，确保公司资产的完整、不流失，为今后企业设备配置和更新提供可查依据。</w:t>
      </w:r>
      <w:r>
        <w:rPr>
          <w:lang w:eastAsia="zh-CN"/>
        </w:rPr>
        <w:br/>
      </w:r>
      <w:r>
        <w:rPr>
          <w:lang w:eastAsia="zh-CN"/>
        </w:rPr>
        <w:t>　　3、根据仓库管理的要求，做好仓库的管理工作。下半年将继续做好仓库的日常管理工作，力求使仓库的日常管理更加规范、标准，为做好企业的后勤保障工作贡献力量。</w:t>
      </w:r>
      <w:r>
        <w:rPr>
          <w:lang w:eastAsia="zh-CN"/>
        </w:rPr>
        <w:br/>
      </w:r>
      <w:r>
        <w:rPr>
          <w:lang w:eastAsia="zh-CN"/>
        </w:rPr>
        <w:t>　　4、积极推进公司的5s管理活动，达到环境优美化工厂的要求。</w:t>
      </w:r>
      <w:r>
        <w:rPr>
          <w:lang w:eastAsia="zh-CN"/>
        </w:rPr>
        <w:br/>
      </w:r>
      <w:r>
        <w:rPr>
          <w:lang w:eastAsia="zh-CN"/>
        </w:rPr>
        <w:t xml:space="preserve">    仓库管理工作计划范文 篇5 </w:t>
      </w:r>
      <w:r>
        <w:rPr>
          <w:lang w:eastAsia="zh-CN"/>
        </w:rPr>
        <w:br/>
      </w:r>
      <w:r>
        <w:rPr>
          <w:lang w:eastAsia="zh-CN"/>
        </w:rPr>
        <w:t>　　上半年，仓库全体人员团结一致、克难攻坚，按照集团公司“内抓管理堵漏洞、外拓市场增效益”的工作方针，紧紧围绕为公司生产服务大局，在公司主管领导及物资处领导的带领下，脚踏实地、任劳任怨、细心操作，管理制度不断完善，业务技能持续提升，库容库貌初步改善，服务效率快速提高。</w:t>
      </w:r>
      <w:r>
        <w:rPr>
          <w:lang w:eastAsia="zh-CN"/>
        </w:rPr>
        <w:br/>
      </w:r>
      <w:r>
        <w:rPr>
          <w:lang w:eastAsia="zh-CN"/>
        </w:rPr>
        <w:t>　　上半年积极配合采购部完成货物进库验收工作，共累计入库物资700余项次，出库物资 1200余项次，特别是在人员相对紧张的情况下，全体员工充分发挥积极主动性，在其他部门、同事的大力支持下，积极推进仓库的5S管理工作，树立了公司是我家的良好形象。工作计划如下：</w:t>
      </w:r>
      <w:r>
        <w:rPr>
          <w:lang w:eastAsia="zh-CN"/>
        </w:rPr>
        <w:br/>
      </w:r>
      <w:r>
        <w:rPr>
          <w:lang w:eastAsia="zh-CN"/>
        </w:rPr>
        <w:t>　　一、严格的劳动纪律和遵守公司的各项规章制度是完成工作任务的前提保证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仓库是公司的一个形象窗口，仓管员的精神风貌和服务质量非常重要。我们通过认真贯彻集团及公司文件、会议精神及各项规章制度，进一步提高仓库员工的大局意识和服务意识，使仓库员工都能达到出满勤、干满工、不迟到、不早退，严守劳动纪律，努力钻研业务，同时积极参加公司组织的植树、清理下水沟等活动，提高团队意识、整体意识，使仓库的战斗力和凝聚力大大得到提高。半年来，仓库员工都能达到不论昼夜、不论风雨雪、更不论工作的时间内外，确保物资领用的及时顺畅，满足生产需要。</w:t>
      </w:r>
      <w:r>
        <w:rPr>
          <w:lang w:eastAsia="zh-CN"/>
        </w:rPr>
        <w:br/>
      </w:r>
      <w:r>
        <w:rPr>
          <w:lang w:eastAsia="zh-CN"/>
        </w:rPr>
        <w:t>　　二、加强对物资存放位置的调整工作，逐渐达到整齐美观、取用快捷的目的</w:t>
      </w:r>
      <w:r>
        <w:rPr>
          <w:lang w:eastAsia="zh-CN"/>
        </w:rPr>
        <w:br/>
      </w:r>
      <w:r>
        <w:rPr>
          <w:lang w:eastAsia="zh-CN"/>
        </w:rPr>
        <w:t>　　为了更好的服务于生产部门,加强物资管理力度，不断改进工作方法，上半年我们仓库重点对货物存放进行了调整、消除以往凌乱不堪的局面。按照货物类别、型号、物资的轻重、库存量以及周转率的不同，对仓库物资进行了合理有序的库位调整,力求做到易拿、易放、易看、易点的堆积方式,坚持货物先进先出的原则，加强了仓库货物的科学化管理。这项工作从四月份开始,协调组织外厂来实习员工和在分厂的大力帮助和支持下一直有条不紊的进行着,预计此项工作会在7月底前完成，在提升仓库形象的同时也为5S的推行奠定了基础。</w:t>
      </w:r>
      <w:r>
        <w:rPr>
          <w:lang w:eastAsia="zh-CN"/>
        </w:rPr>
        <w:br/>
      </w:r>
      <w:r>
        <w:rPr>
          <w:lang w:eastAsia="zh-CN"/>
        </w:rPr>
        <w:t>　　三、科学控制库存物资</w:t>
      </w:r>
      <w:r>
        <w:rPr>
          <w:lang w:eastAsia="zh-CN"/>
        </w:rPr>
        <w:br/>
      </w:r>
      <w:r>
        <w:rPr>
          <w:lang w:eastAsia="zh-CN"/>
        </w:rPr>
        <w:t>　　随着公司的不断发展，尤其是去年公司大修计划采购的失误，使仓库进货数量猛然增多，工作量也随之增大，很多物资由于没有场地合理存放导致变质和变坏，给公司的财产造成了很大损失。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在新一任公司领导班子的英明领导决策下，使我们更加认识到提高采购计划准确率更为重要，我们仓库通过加强对物资采购计划的监控，积极采取有效措施和科学的方法，努力让进入仓库的货物有序存放，对库房内每一项物资进行最低和最高库存量的设置，按照仓储存货数量，合理利用仓库，降低库存，加快资金周转率达到降低成本的目的，同时尽可能满足各分厂部门的生产需要。</w:t>
      </w:r>
      <w:r>
        <w:rPr>
          <w:lang w:eastAsia="zh-CN"/>
        </w:rPr>
        <w:br/>
      </w:r>
      <w:r>
        <w:rPr>
          <w:lang w:eastAsia="zh-CN"/>
        </w:rPr>
        <w:t>　　四、加强学习，不断提高业务水平和团队凝聚力</w:t>
      </w:r>
      <w:r>
        <w:rPr>
          <w:lang w:eastAsia="zh-CN"/>
        </w:rPr>
        <w:br/>
      </w:r>
      <w:r>
        <w:rPr>
          <w:lang w:eastAsia="zh-CN"/>
        </w:rPr>
        <w:t>　　学习是进步的推动力。在做好本职工作的同时，利用工余时间坚持学习，努力提高自身的综合能力和理论水平。并且经常与库房各保管员交流经验，互相学习、互相进步，共同探讨把仓库管理工作搞好的新办法、新点子。工作的进步、素质的提高、能力的发挥、所有成绩的获得，都取决于态度的转变。</w:t>
      </w:r>
      <w:r>
        <w:rPr>
          <w:lang w:eastAsia="zh-CN"/>
        </w:rPr>
        <w:br/>
      </w:r>
      <w:r>
        <w:rPr>
          <w:lang w:eastAsia="zh-CN"/>
        </w:rPr>
        <w:t>　　我们仓库结合公司运营的实际，组织员工认真学习专业知识、职业技能，同时加强道德、素质、技能等培训。一分耕耘，十分收获，从被动工作、推委扯皮、缺乏活力到积极主动、精诚团结、热情奉献，仓库的精神面貌，工作态度都产生了质的飞跃。</w:t>
      </w:r>
      <w:r>
        <w:rPr>
          <w:lang w:eastAsia="zh-CN"/>
        </w:rPr>
        <w:br/>
      </w:r>
      <w:r>
        <w:rPr>
          <w:lang w:eastAsia="zh-CN"/>
        </w:rPr>
        <w:t>　　质变必将带来量变，像周建凡同志的勤奋好学、勇于进步，任劳任怨、认真负责，王君同志的敬岗爱业、热情主动，周到细致、默默奉献，都融入到了仓库日常的工作中。配合积极，服务热情，不推诿、扯皮，充分显示出了仓库团队的协作精神和凝聚力。</w:t>
      </w:r>
      <w:r>
        <w:rPr>
          <w:lang w:eastAsia="zh-CN"/>
        </w:rPr>
        <w:br/>
      </w:r>
      <w:r>
        <w:rPr>
          <w:lang w:eastAsia="zh-CN"/>
        </w:rPr>
        <w:t>　　五、建议：</w:t>
      </w:r>
      <w:r>
        <w:rPr>
          <w:lang w:eastAsia="zh-CN"/>
        </w:rPr>
        <w:br/>
      </w:r>
      <w:r>
        <w:rPr>
          <w:lang w:eastAsia="zh-CN"/>
        </w:rPr>
        <w:t>　　1、建议仓库外地坪尽快打完并建个库棚，确保不能淋雨的物资保管到位。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2、增加货架，将部分轻拿易放的物资(如小电机、小减速机等)上架存放。</w:t>
      </w:r>
      <w:r>
        <w:rPr>
          <w:lang w:eastAsia="zh-CN"/>
        </w:rPr>
        <w:br/>
      </w:r>
      <w:r>
        <w:rPr>
          <w:lang w:eastAsia="zh-CN"/>
        </w:rPr>
        <w:t xml:space="preserve">    仓库管理工作计划范文 篇6 </w:t>
      </w:r>
      <w:r>
        <w:rPr>
          <w:lang w:eastAsia="zh-CN"/>
        </w:rPr>
        <w:br/>
      </w:r>
      <w:r>
        <w:rPr>
          <w:lang w:eastAsia="zh-CN"/>
        </w:rPr>
        <w:t>　　任务方案:</w:t>
      </w:r>
      <w:r>
        <w:rPr>
          <w:lang w:eastAsia="zh-CN"/>
        </w:rPr>
        <w:br/>
      </w:r>
      <w:r>
        <w:rPr>
          <w:lang w:eastAsia="zh-CN"/>
        </w:rPr>
        <w:t>　　1、按公司流程请求操纵堆栈任务;</w:t>
      </w:r>
      <w:r>
        <w:rPr>
          <w:lang w:eastAsia="zh-CN"/>
        </w:rPr>
        <w:br/>
      </w:r>
      <w:r>
        <w:rPr>
          <w:lang w:eastAsia="zh-CN"/>
        </w:rPr>
        <w:t>　　2、按推销定单实时、送检、记卡、进帐;</w:t>
      </w:r>
      <w:r>
        <w:rPr>
          <w:lang w:eastAsia="zh-CN"/>
        </w:rPr>
        <w:br/>
      </w:r>
      <w:r>
        <w:rPr>
          <w:lang w:eastAsia="zh-CN"/>
        </w:rPr>
        <w:t>　　3、按消费部领料方案、领料单实时发货、记卡、进帐;</w:t>
      </w:r>
      <w:r>
        <w:rPr>
          <w:lang w:eastAsia="zh-CN"/>
        </w:rPr>
        <w:br/>
      </w:r>
      <w:r>
        <w:rPr>
          <w:lang w:eastAsia="zh-CN"/>
        </w:rPr>
        <w:t>　　4、按流程请求当天进完当天的帐;</w:t>
      </w:r>
      <w:r>
        <w:rPr>
          <w:lang w:eastAsia="zh-CN"/>
        </w:rPr>
        <w:br/>
      </w:r>
      <w:r>
        <w:rPr>
          <w:lang w:eastAsia="zh-CN"/>
        </w:rPr>
        <w:t>　　5、按流程请求月尾清点，查清盘盈盘亏缘由，改正过错，打印报表。</w:t>
      </w:r>
      <w:r>
        <w:rPr>
          <w:lang w:eastAsia="zh-CN"/>
        </w:rPr>
        <w:br/>
      </w:r>
      <w:r>
        <w:rPr>
          <w:lang w:eastAsia="zh-CN"/>
        </w:rPr>
        <w:t>　　仓储营业次要包含：</w:t>
      </w:r>
      <w:r>
        <w:rPr>
          <w:lang w:eastAsia="zh-CN"/>
        </w:rPr>
        <w:br/>
      </w:r>
      <w:r>
        <w:rPr>
          <w:lang w:eastAsia="zh-CN"/>
        </w:rPr>
        <w:t>　　1、(点数、过称、指点卸货、签送货单，开进仓单、记标识卡);</w:t>
      </w:r>
      <w:r>
        <w:rPr>
          <w:lang w:eastAsia="zh-CN"/>
        </w:rPr>
        <w:br/>
      </w:r>
      <w:r>
        <w:rPr>
          <w:lang w:eastAsia="zh-CN"/>
        </w:rPr>
        <w:t>　　2、送检(对于原资料仓须报送查验，由查验员查验及格否，分歧格退货，及格才进仓)</w:t>
      </w:r>
      <w:r>
        <w:rPr>
          <w:lang w:eastAsia="zh-CN"/>
        </w:rPr>
        <w:br/>
      </w:r>
      <w:r>
        <w:rPr>
          <w:lang w:eastAsia="zh-CN"/>
        </w:rPr>
        <w:t>　　3、保存(做好防火、防水，品质、日清点)</w:t>
      </w:r>
      <w:r>
        <w:rPr>
          <w:lang w:eastAsia="zh-CN"/>
        </w:rPr>
        <w:br/>
      </w:r>
      <w:r>
        <w:rPr>
          <w:lang w:eastAsia="zh-CN"/>
        </w:rPr>
        <w:t>　　4、发货(依据发货方案按量发货、点数、过称、指点搬货、签领料单、开出仓单、记标识卡);</w:t>
      </w:r>
      <w:r>
        <w:rPr>
          <w:lang w:eastAsia="zh-CN"/>
        </w:rPr>
        <w:br/>
      </w:r>
      <w:r>
        <w:rPr>
          <w:lang w:eastAsia="zh-CN"/>
        </w:rPr>
        <w:t>　　5、记账</w:t>
      </w:r>
      <w:r>
        <w:rPr>
          <w:lang w:eastAsia="zh-CN"/>
        </w:rPr>
        <w:br/>
      </w:r>
      <w:r>
        <w:rPr>
          <w:lang w:eastAsia="zh-CN"/>
        </w:rPr>
        <w:t>　　一、对于当日发作的、出货进电脑账，打印进仓单、出仓单;</w:t>
      </w:r>
      <w:r>
        <w:rPr>
          <w:lang w:eastAsia="zh-CN"/>
        </w:rPr>
        <w:br/>
      </w:r>
      <w:r>
        <w:rPr>
          <w:lang w:eastAsia="zh-CN"/>
        </w:rPr>
        <w:t>　　二、输出送货单元称号、数目、规格、日期等;</w:t>
      </w:r>
      <w:r>
        <w:rPr>
          <w:lang w:eastAsia="zh-CN"/>
        </w:rPr>
        <w:br/>
      </w:r>
      <w:r>
        <w:rPr>
          <w:lang w:eastAsia="zh-CN"/>
        </w:rPr>
        <w:t>　　三、出货写明出货单元称号、数目、规格、日期等;</w:t>
      </w:r>
      <w:r>
        <w:rPr>
          <w:lang w:eastAsia="zh-CN"/>
        </w:rPr>
        <w:br/>
      </w:r>
      <w:r>
        <w:rPr>
          <w:lang w:eastAsia="zh-CN"/>
        </w:rPr>
        <w:t>　　四、日清点时，留意账、物、卡的数目须坚持分歧。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6、月清点</w:t>
      </w:r>
      <w:r>
        <w:rPr>
          <w:lang w:eastAsia="zh-CN"/>
        </w:rPr>
        <w:br/>
      </w:r>
      <w:r>
        <w:rPr>
          <w:lang w:eastAsia="zh-CN"/>
        </w:rPr>
        <w:t>　　一、每个月底停止月度清点，数目非常须停止细心反省查对，查明盈亏缘由，对于过错停止改正;</w:t>
      </w:r>
      <w:r>
        <w:rPr>
          <w:lang w:eastAsia="zh-CN"/>
        </w:rPr>
        <w:br/>
      </w:r>
      <w:r>
        <w:rPr>
          <w:lang w:eastAsia="zh-CN"/>
        </w:rPr>
        <w:t>　　二、月度堆栈报表(清点后没有患上再发作进货、出货，打印报表交财政部分)</w:t>
      </w:r>
      <w:r>
        <w:rPr>
          <w:lang w:eastAsia="zh-CN"/>
        </w:rPr>
        <w:br/>
      </w:r>
      <w:r>
        <w:rPr>
          <w:lang w:eastAsia="zh-CN"/>
        </w:rPr>
        <w:t xml:space="preserve">    仓库管理工作计划范文 篇7 </w:t>
      </w:r>
      <w:r>
        <w:rPr>
          <w:lang w:eastAsia="zh-CN"/>
        </w:rPr>
        <w:br/>
      </w:r>
      <w:r>
        <w:rPr>
          <w:lang w:eastAsia="zh-CN"/>
        </w:rPr>
        <w:t>　　辞旧迎新，在总结本年工作的同时，针对自己在工作中存在的性格急躁等问题也要端正态度、努力克服。为了明年更好的开展工作，为公司创造更大的效益，现将明年工作做一简单规划：</w:t>
      </w:r>
      <w:r>
        <w:rPr>
          <w:lang w:eastAsia="zh-CN"/>
        </w:rPr>
        <w:br/>
      </w:r>
      <w:r>
        <w:rPr>
          <w:lang w:eastAsia="zh-CN"/>
        </w:rPr>
        <w:t>　　一、货物的管理</w:t>
      </w:r>
      <w:r>
        <w:rPr>
          <w:lang w:eastAsia="zh-CN"/>
        </w:rPr>
        <w:br/>
      </w:r>
      <w:r>
        <w:rPr>
          <w:lang w:eastAsia="zh-CN"/>
        </w:rPr>
        <w:t>　　由于整个机场所需产品种类众多，货物繁杂，所以更要做好仓库的管理，货物的入出库作业，日常保管，仓库清理工作，把好库存数量的管理，防止不必要损耗的发生，有效的利用库存区面积。</w:t>
      </w:r>
      <w:r>
        <w:rPr>
          <w:lang w:eastAsia="zh-CN"/>
        </w:rPr>
        <w:br/>
      </w:r>
      <w:r>
        <w:rPr>
          <w:lang w:eastAsia="zh-CN"/>
        </w:rPr>
        <w:t>　　1、实行易拿、易放、易看、易清点的产品存放方式;</w:t>
      </w:r>
      <w:r>
        <w:rPr>
          <w:lang w:eastAsia="zh-CN"/>
        </w:rPr>
        <w:br/>
      </w:r>
      <w:r>
        <w:rPr>
          <w:lang w:eastAsia="zh-CN"/>
        </w:rPr>
        <w:t>　　2、货物存放进行准确分类，不要超高堆放，合理利用空间;</w:t>
      </w:r>
      <w:r>
        <w:rPr>
          <w:lang w:eastAsia="zh-CN"/>
        </w:rPr>
        <w:br/>
      </w:r>
      <w:r>
        <w:rPr>
          <w:lang w:eastAsia="zh-CN"/>
        </w:rPr>
        <w:t>　　3、货物入出库时做好记录(实时计好箱数和个数);</w:t>
      </w:r>
      <w:r>
        <w:rPr>
          <w:lang w:eastAsia="zh-CN"/>
        </w:rPr>
        <w:br/>
      </w:r>
      <w:r>
        <w:rPr>
          <w:lang w:eastAsia="zh-CN"/>
        </w:rPr>
        <w:t>　　4、坚持货物先进先出，对于频繁进出库的货物和小件的货物应多盘点以减少库存差异;</w:t>
      </w:r>
      <w:r>
        <w:rPr>
          <w:lang w:eastAsia="zh-CN"/>
        </w:rPr>
        <w:br/>
      </w:r>
      <w:r>
        <w:rPr>
          <w:lang w:eastAsia="zh-CN"/>
        </w:rPr>
        <w:t>　　5、保持仓库的整洁，地面的清洁，通道的顺畅。</w:t>
      </w:r>
      <w:r>
        <w:rPr>
          <w:lang w:eastAsia="zh-CN"/>
        </w:rPr>
        <w:br/>
      </w:r>
      <w:r>
        <w:rPr>
          <w:lang w:eastAsia="zh-CN"/>
        </w:rPr>
        <w:t>　　二、仓库的安全和卫生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仓库作业量大，容易积累灰尘，所以要定期清理仓库，清洁地面，保持卫生。创造一个整洁的仓库，在良好卫生的工作环境下工作。同时也保证产品的整洁美观。出入仓库还要随手关灯锁门，不在仓库附近使用明火以保证货物的安全，做到防患于未然。</w:t>
      </w:r>
      <w:r>
        <w:rPr>
          <w:lang w:eastAsia="zh-CN"/>
        </w:rPr>
        <w:br/>
      </w:r>
      <w:r>
        <w:rPr>
          <w:lang w:eastAsia="zh-CN"/>
        </w:rPr>
        <w:t>　　三、采购工作</w:t>
      </w:r>
      <w:r>
        <w:rPr>
          <w:lang w:eastAsia="zh-CN"/>
        </w:rPr>
        <w:br/>
      </w:r>
      <w:r>
        <w:rPr>
          <w:lang w:eastAsia="zh-CN"/>
        </w:rPr>
        <w:t>　　首先要与财务做好货物的进出价统计工作，资金的支出去向做到有根有据。另外与供货商做好适时沟通，尽量以最快的速度、最低的价格买到最好的产品。并在第一时间做好入出库工作，并保证按时送到客户手中。</w:t>
      </w:r>
      <w:r>
        <w:rPr>
          <w:lang w:eastAsia="zh-CN"/>
        </w:rPr>
        <w:br/>
      </w:r>
      <w:r>
        <w:rPr>
          <w:lang w:eastAsia="zh-CN"/>
        </w:rPr>
        <w:t>　　四、配送工作</w:t>
      </w:r>
      <w:r>
        <w:rPr>
          <w:lang w:eastAsia="zh-CN"/>
        </w:rPr>
        <w:br/>
      </w:r>
      <w:r>
        <w:rPr>
          <w:lang w:eastAsia="zh-CN"/>
        </w:rPr>
        <w:t>　　按照领导和客户要求，争取按时按量的保证货物的配送工作，同时做好仓管员的培训指导工作，与他们相互配合，相互合作。争取在新的一年将工作做得更好!</w:t>
      </w:r>
      <w:r>
        <w:rPr>
          <w:lang w:eastAsia="zh-CN"/>
        </w:rPr>
        <w:br/>
      </w:r>
      <w:r>
        <w:rPr>
          <w:lang w:eastAsia="zh-CN"/>
        </w:rPr>
        <w:t>　　仓库管理工作计划范文二：</w:t>
      </w:r>
      <w:r>
        <w:rPr>
          <w:lang w:eastAsia="zh-CN"/>
        </w:rPr>
        <w:br/>
      </w:r>
      <w:r>
        <w:rPr>
          <w:lang w:eastAsia="zh-CN"/>
        </w:rPr>
        <w:t>　　光阴荏苒，岁月如梭。20__不知不觉在指尖悄然逝去，20__年迎面而来。回想过去，面对眼前，展望未来!有进步的喜悦，亦有工作中失误的愧疚。即将过去的一年是我们全体仓库人员接受挑战勇敢迈进的一年。用心思量总结工作当中的利弊、得失。从教训中汲取经验，为以后的工作做好了充分的准备。 仓储库管部目前做的不够好方面：</w:t>
      </w:r>
      <w:r>
        <w:rPr>
          <w:lang w:eastAsia="zh-CN"/>
        </w:rPr>
        <w:br/>
      </w:r>
      <w:r>
        <w:rPr>
          <w:lang w:eastAsia="zh-CN"/>
        </w:rPr>
        <w:t>　　(1)人员职责范围不明确，仓库人员缺乏责任感与执行力，仓管的工作职责和工作范围也不清晰明了。</w:t>
      </w:r>
      <w:r>
        <w:rPr>
          <w:lang w:eastAsia="zh-CN"/>
        </w:rPr>
        <w:br/>
      </w:r>
      <w:r>
        <w:rPr>
          <w:lang w:eastAsia="zh-CN"/>
        </w:rPr>
        <w:t>　　(2)货物未按种类、型号进行有效的分类摆放。无标识，有时完全是靠记忆分辩货物。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(3)帐的实时性差，货物进入库时未及时登记或登记出入库单每张可能会做几次出入帐，这种情况下帐面数据很难反馈实时库存。</w:t>
      </w:r>
      <w:r>
        <w:rPr>
          <w:lang w:eastAsia="zh-CN"/>
        </w:rPr>
        <w:br/>
      </w:r>
      <w:r>
        <w:rPr>
          <w:lang w:eastAsia="zh-CN"/>
        </w:rPr>
        <w:t>　　(4)货物的摆放规则不明确。对于货物摆放一直没有一个明确的原则，货物分类摆放的执行也不彻底，出现货物是堆摆放的判断由每个仓管自己来决定。</w:t>
      </w:r>
      <w:r>
        <w:rPr>
          <w:lang w:eastAsia="zh-CN"/>
        </w:rPr>
        <w:br/>
      </w:r>
      <w:r>
        <w:rPr>
          <w:lang w:eastAsia="zh-CN"/>
        </w:rPr>
        <w:t>　　(5)帐、卡、物一致，达到最基本的保管作用;</w:t>
      </w:r>
      <w:r>
        <w:rPr>
          <w:lang w:eastAsia="zh-CN"/>
        </w:rPr>
        <w:br/>
      </w:r>
      <w:r>
        <w:rPr>
          <w:lang w:eastAsia="zh-CN"/>
        </w:rPr>
        <w:t>　　(6)实时反应仓库的备货情况、实时库存、呆滞货物状态;</w:t>
      </w:r>
      <w:r>
        <w:rPr>
          <w:lang w:eastAsia="zh-CN"/>
        </w:rPr>
        <w:br/>
      </w:r>
      <w:r>
        <w:rPr>
          <w:lang w:eastAsia="zh-CN"/>
        </w:rPr>
        <w:t>　　(7)实时、系统地反馈仓库所能涉及到的工厂、销售相关数据;</w:t>
      </w:r>
      <w:r>
        <w:rPr>
          <w:lang w:eastAsia="zh-CN"/>
        </w:rPr>
        <w:br/>
      </w:r>
      <w:r>
        <w:rPr>
          <w:lang w:eastAsia="zh-CN"/>
        </w:rPr>
        <w:t>　　(8)仓库能反映出货物的来货周期、来货的不良率、入库进度、成品的库存走势、出厂成品返修比率。</w:t>
      </w:r>
      <w:r>
        <w:rPr>
          <w:lang w:eastAsia="zh-CN"/>
        </w:rPr>
        <w:br/>
      </w:r>
      <w:r>
        <w:rPr>
          <w:lang w:eastAsia="zh-CN"/>
        </w:rPr>
        <w:t>　　需改善并提升方面：</w:t>
      </w:r>
      <w:r>
        <w:rPr>
          <w:lang w:eastAsia="zh-CN"/>
        </w:rPr>
        <w:br/>
      </w:r>
      <w:r>
        <w:rPr>
          <w:lang w:eastAsia="zh-CN"/>
        </w:rPr>
        <w:t>　　首先作为一个仓库管理者，要明白仓储环节的重要性，清楚自己的工作职责，仓库管理者应组织仓库人员对厂房设备条件统筹 规划，合理布局，货品进行分区摆放，分别得出存货实存情况。仓库现场管理工作必须严格按照6S要求和具体仓库保管制度规定执行。应制定相应的仓库管理制度、管理规范、保管方法。</w:t>
      </w:r>
      <w:r>
        <w:rPr>
          <w:lang w:eastAsia="zh-CN"/>
        </w:rPr>
        <w:br/>
      </w:r>
      <w:r>
        <w:rPr>
          <w:lang w:eastAsia="zh-CN"/>
        </w:rPr>
        <w:t>　　仓库要做到定期或不定期的盘点，做到MRP(物料清单)与库存数据的百分之百的准确，准确核对出、入库凭证，与送货员、领料员按物料清单办理交接手续，事后要及时将相关数据报存于电脑，物品入库严格把好验收关，对物品的数、质量、包装进行验收，如发现本次入库物品不符，迅速反映给有关人员，采取</w:t>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相应措施;物品出库把好复核关，对于出库物品，仓库必须严格按照公司规章制度凭证发货，对物料清单上的所要货逐项复核，做到数量准确，并向送货员移清交货，以免造成收到货物不相符的损害。</w:t>
      </w:r>
      <w:r>
        <w:rPr>
          <w:lang w:eastAsia="zh-CN"/>
        </w:rPr>
        <w:br/>
      </w:r>
      <w:r>
        <w:rPr>
          <w:lang w:eastAsia="zh-CN"/>
        </w:rPr>
        <w:t>　　重点要求：</w:t>
      </w:r>
      <w:r>
        <w:rPr>
          <w:lang w:eastAsia="zh-CN"/>
        </w:rPr>
        <w:br/>
      </w:r>
      <w:r>
        <w:rPr>
          <w:lang w:eastAsia="zh-CN"/>
        </w:rPr>
        <w:t>　　仓库严格管理火种、火源、电源、水源。加强对物品的进出库验收及清洁，安全工作，确保准确无误，加深对仓库所用物品的了解，对客户所咨询的问题所提必答。往后加大对仓库每周、月的清洁力度，保持库容整洁，美观、防潮。仓库的安全是重点，在仓库内的各个地方都要安装灭火器，员工在仓库作业时禁止吸烟或者使用明火;禁止随意挪动灭火器或者破坏灭火器，定期对灭火器的有效期和质量进行检查，以便及时排除安全隐患。</w:t>
      </w:r>
      <w:r>
        <w:rPr>
          <w:lang w:eastAsia="zh-CN"/>
        </w:rPr>
        <w:br/>
      </w:r>
      <w:r>
        <w:rPr>
          <w:lang w:eastAsia="zh-CN"/>
        </w:rPr>
        <w:t>　　加强管理团队建设工作，完成仓库组织架构调整。要完成上述工作，团队建设是关键。目前面临着在仓库管理方式，管理思路，管理理念进行全方位转变的情况，员工的思想观念如何转变，管理技能如何提升才能适应公司的发展要求的问题。要做好从外面引进仓库管理人才的相关准备，做好相关的招聘、培训、考核工作;完善仓管员的KPI考核指标体系，对仓库管理人员的工作技能、工作绩效、工作态度做好全方位的评估。对仓库工作人员的工作技能、工作绩效、工作态度做好全方位的评估; 做到以环境留人，待遇留人，感情留人，创造良好的团队氛围，打造高素质的仓库管理团队。加强对员工的培训工作，针对员工技能上的不足之处，有针对性地开展业务培训。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对个人的工作要求。对现有流程提出合理化改善建议。学习和熟悉好物料，完全掌握帐务报表的编制方法，可通过现场业务透视帐务的准确性、及时性和有效性。学习行业知识，了解我司生产流程及产品特点。</w:t>
      </w:r>
      <w:r>
        <w:rPr>
          <w:lang w:eastAsia="zh-CN"/>
        </w:rPr>
        <w:br/>
      </w:r>
      <w:r>
        <w:rPr>
          <w:lang w:eastAsia="zh-CN"/>
        </w:rPr>
        <w:t>　　20__年工作计划----项目整改</w:t>
      </w:r>
      <w:r>
        <w:rPr>
          <w:lang w:eastAsia="zh-CN"/>
        </w:rPr>
        <w:br/>
      </w:r>
      <w:r>
        <w:rPr>
          <w:lang w:eastAsia="zh-CN"/>
        </w:rPr>
        <w:t>　　针对公司的发展要求，结合仓库目前的实际状况，仓库工作计划如下：</w:t>
      </w:r>
      <w:r>
        <w:rPr>
          <w:lang w:eastAsia="zh-CN"/>
        </w:rPr>
        <w:br/>
      </w:r>
      <w:r>
        <w:rPr>
          <w:lang w:eastAsia="zh-CN"/>
        </w:rPr>
        <w:t>　　(1).仓库实施备料制，并在备料的过程中及时返馈物料的欠料情况，为计划，采购，生产等部门解决生产欠料争取前置时间，减少因欠料问题造成的生产被动局面。这项工作目前正在有序地展开。</w:t>
      </w:r>
      <w:r>
        <w:rPr>
          <w:lang w:eastAsia="zh-CN"/>
        </w:rPr>
        <w:br/>
      </w:r>
      <w:r>
        <w:rPr>
          <w:lang w:eastAsia="zh-CN"/>
        </w:rPr>
        <w:t>　　(2).解决仓库库存准确率长期低下的问题。仓库库存准确率得不到提升，库存数据失真，对公司财务，计划，采购，生产等相关部门的工作开展造成很大的影响，同时也使仓库管理处于极为被动的局面。在一月份之内，仓库要导入每日循环盘点制度，理顺和优化管理流程，提高管理人员的数据观念，按照工作日清日结，数据异常及时分析处理的原则严抓库存数据管理。要彻底打破以往仓库在库存数据管理中存在的单纯依赖调账来维持数据准确的局面，在可持续性的基础上抓数据管理，同时也为ERP系统的顺利上线提供可靠的基础数据支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(3).完善仓库的单据，报表管理。仓库目前对单据管理很不到位，不能达到财务部的要求，无法对单据进行有效的追溯。仓库要从单据的填写，传递，装订，保管，存档等各环节进行重点改进;加强对单据、报表的审核，尤其是对进仓单的审核及报检记录的审核。对单据体系进行一次清理，规范各类型业务，各类型单据的使用，签批流程，目前公司的单据设置不全面，有相当一部份业务无对应的单据进行登记，需要重新设计、规范一批单据来处理。这项工作在二月份内完成。</w:t>
      </w:r>
      <w:r>
        <w:rPr>
          <w:lang w:eastAsia="zh-CN"/>
        </w:rPr>
        <w:br/>
      </w:r>
      <w:r>
        <w:rPr>
          <w:lang w:eastAsia="zh-CN"/>
        </w:rPr>
        <w:t>　　(4).加强物料控制工作，提升物料管理水平。完善不良品、呆滞物料的管理，不良品要单独建账管理，对呆滞品在春节前对现场物料进行一次清理。及时反馈物料信息，为计划、采购、物控工作提供参考信息。</w:t>
      </w:r>
      <w:r>
        <w:rPr>
          <w:lang w:eastAsia="zh-CN"/>
        </w:rPr>
        <w:br/>
      </w:r>
      <w:r>
        <w:rPr>
          <w:lang w:eastAsia="zh-CN"/>
        </w:rPr>
        <w:t>　　(5).公司的发展必定要求公司内部实行信息化管理。目前公司暂定先从仓库管理模块入手，积累经验之后再在全公司实施ERP系统。仓库必须要打好信息化管理的第一炮，否则会影响到公司信息化的工作布局。目前已与企管部，ERP系统供应商就仓库实施ERP 系统的步骤达成了初步的方案，仓库要协助完成环境评估，人员培训，业务流程的优化、固化，相关基础库存数据的提供等工作。</w:t>
      </w:r>
      <w:r>
        <w:rPr>
          <w:lang w:eastAsia="zh-CN"/>
        </w:rPr>
        <w:br/>
      </w:r>
      <w:r>
        <w:rPr>
          <w:lang w:eastAsia="zh-CN"/>
        </w:rPr>
        <w:t>　　(6).完成仓库的平面与空间布局规划。按照公司的发展规划，做好各仓区、货位的标识管理，目前已联络车间年后定制物料标识牌;为了提升仓库空间利用率，解决仓库库容不足的问题，为仓库安装立体货架，并要提前为货架安装进行总体规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(7).加强管理团队建设等工作，完成仓库组织架构调整。要完成上述工作，团队建设是关键。目前面临着在仓库管理方式，管理思路，管理理念进行全方位转变的情况，员工的思想观念如何转变，管理技能如何提升才能适应公司的发展要求的问题。必须要预计到部份员工可能因为各方面的原因跟不上仓库的管理变化而不得不调整工作岗位;要做好从外面引进仓库管理人才的相关准备，做好相关的招聘、培训、考核工作;完善仓管员的KPI考核指标体系，对仓库管理人员的工作技能、工作绩效、工作态度做好全方位的评估。</w:t>
      </w:r>
      <w:r>
        <w:rPr>
          <w:lang w:eastAsia="zh-CN"/>
        </w:rPr>
        <w:br/>
      </w:r>
      <w:r>
        <w:rPr>
          <w:lang w:eastAsia="zh-CN"/>
        </w:rPr>
        <w:t>　　20__年是全新的一年，也是挑战的一年，我们将努力改正过去中的不足，把新的一年做得更好，为公司发展前景尽自己的一份力。</w:t>
      </w:r>
      <w:r>
        <w:rPr>
          <w:lang w:eastAsia="zh-CN"/>
        </w:rPr>
        <w:br/>
      </w:r>
      <w:r>
        <w:rPr>
          <w:lang w:eastAsia="zh-CN"/>
        </w:rPr>
        <w:t xml:space="preserve">    仓库管理工作计划范文 篇8 </w:t>
      </w:r>
      <w:r>
        <w:rPr>
          <w:lang w:eastAsia="zh-CN"/>
        </w:rPr>
        <w:br/>
      </w:r>
      <w:r>
        <w:rPr>
          <w:lang w:eastAsia="zh-CN"/>
        </w:rPr>
        <w:t>　　仓库管理流程及目标</w:t>
      </w:r>
      <w:r>
        <w:rPr>
          <w:lang w:eastAsia="zh-CN"/>
        </w:rPr>
        <w:br/>
      </w:r>
      <w:r>
        <w:rPr>
          <w:lang w:eastAsia="zh-CN"/>
        </w:rPr>
        <w:t>　　一仓库管理1、认真检查库房周围有无污染源。</w:t>
      </w:r>
      <w:r>
        <w:rPr>
          <w:lang w:eastAsia="zh-CN"/>
        </w:rPr>
        <w:br/>
      </w:r>
      <w:r>
        <w:rPr>
          <w:lang w:eastAsia="zh-CN"/>
        </w:rPr>
        <w:t>　　2、库房内保持清洁干燥，定时通风保持一定的温度和控制相对湿度。物品避免阳光直射。</w:t>
      </w:r>
      <w:r>
        <w:rPr>
          <w:lang w:eastAsia="zh-CN"/>
        </w:rPr>
        <w:br/>
      </w:r>
      <w:r>
        <w:rPr>
          <w:lang w:eastAsia="zh-CN"/>
        </w:rPr>
        <w:t>　　3、库房应作好防蝇、防尘、防鼠工作，保证库内无蝇、无鼠、无有害昆虫等。</w:t>
      </w:r>
      <w:r>
        <w:rPr>
          <w:lang w:eastAsia="zh-CN"/>
        </w:rPr>
        <w:br/>
      </w:r>
      <w:r>
        <w:rPr>
          <w:lang w:eastAsia="zh-CN"/>
        </w:rPr>
        <w:t>　　4、食品应分类存放，隔墙离地，防水、防盗、防潮、防霉、防污染，食品的摆放利于通风和检查。</w:t>
      </w:r>
      <w:r>
        <w:rPr>
          <w:lang w:eastAsia="zh-CN"/>
        </w:rPr>
        <w:br/>
      </w:r>
      <w:r>
        <w:rPr>
          <w:lang w:eastAsia="zh-CN"/>
        </w:rPr>
        <w:t>　　5、严禁在库房内存放杀虫剂、农药、药物和其他有毒有害物质。</w:t>
      </w:r>
      <w:r>
        <w:rPr>
          <w:lang w:eastAsia="zh-CN"/>
        </w:rPr>
        <w:br/>
      </w:r>
      <w:r>
        <w:rPr>
          <w:lang w:eastAsia="zh-CN"/>
        </w:rPr>
        <w:t>　　6、有异味的食品应密闭存放，防止串味</w:t>
      </w:r>
      <w:r>
        <w:rPr>
          <w:lang w:eastAsia="zh-CN"/>
        </w:rPr>
        <w:br/>
      </w:r>
      <w:r>
        <w:rPr>
          <w:lang w:eastAsia="zh-CN"/>
        </w:rPr>
        <w:t>　　7、库房要定期清扫不得存放个人物品和杂物等。</w:t>
      </w:r>
      <w:r>
        <w:rPr>
          <w:lang w:eastAsia="zh-CN"/>
        </w:rPr>
        <w:br/>
      </w:r>
      <w:r>
        <w:rPr>
          <w:lang w:eastAsia="zh-CN"/>
        </w:rPr>
        <w:t>　　8、食品的生产日期和保质期等要及时登记卡片置于物品摆放处，做到先进先出，尽量缩短储存期。</w:t>
      </w:r>
      <w:r>
        <w:rPr>
          <w:lang w:eastAsia="zh-CN"/>
        </w:rPr>
        <w:br/>
      </w:r>
      <w:r>
        <w:rPr>
          <w:lang w:eastAsia="zh-CN"/>
        </w:rPr>
        <w:t>　　9、定期认真检查食品质量，发现霉变、腐烂、超期食品及时上报处理。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10、出库建立完备送货单按送货单所列名称、规格、型号、单位、数量、单价、金额认真核对。发货必须坚持一盘底，二核对，三发货，四减数的原则。对贪图方便，违反货物原则造成物资数目差错、错发等失误，审核人员应负经济责任。</w:t>
      </w:r>
      <w:r>
        <w:rPr>
          <w:lang w:eastAsia="zh-CN"/>
        </w:rPr>
        <w:br/>
      </w:r>
      <w:r>
        <w:rPr>
          <w:lang w:eastAsia="zh-CN"/>
        </w:rPr>
        <w:t>　　11、食品入库前要仔细核对到货数量，装卸要规范，入库库位要合理安排，不符合规定标准的物品一律退回。发现问题及时上报，把好质量关。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二人员管理通过我这几天的观察，发现仓库几人主动性，团结性较差，说的难听点就是比较懒散，对于一个员工来说，造成这样的结果无非是因为他们看不到前景，某些任务做的好与坏是一个后果，当他们感觉怎么工作都没好处的时候就容易处于麻痹状态。恶性循环，后来的人可能是很勤快的一人，长期相处下去就会认为我在这做，你在那看戏，干脆我也不做了。不要说别人，就我自己来讲如果大家都是同样的岗位，我在做事，别人拿个的手机在玩，看小说，我也没有做下去的心情。所以我认为应该努力的调动他们的工作积极性，设立一个完善的绩效考核制度，有奖有罚。现仓库的人员安排是一人负责生鲜类产品，一人负责休食类。还有一人负责发货，及清点的工作。每个人都能把自己负责的方面配货，登卡，消卡及库位管理工作做的很好，不过我们是做KA卖场的，会有很多的'退货。退货整理的工作因为没有专人负责，所以这一块产生的效率低下。现仓库有许多未整理的货物，我们公司的规模较大，从现有的规模来看，仓库的人手是比较欠缺的。我建议做出如下几点的考核项目。</w:t>
      </w:r>
      <w:r>
        <w:rPr>
          <w:lang w:eastAsia="zh-CN"/>
        </w:rPr>
        <w:br/>
      </w:r>
      <w:r>
        <w:rPr>
          <w:lang w:eastAsia="zh-CN"/>
        </w:rPr>
        <w:t>　　1、仓管员每天空余的时间并不多，我认为应专门有人负责退货这一块，并且跟负责专门管理这一类货物的仓管员挂钩。如整理退货的人没有即时的整理完休食的退货，负责休食的人也要扣分。</w:t>
      </w:r>
      <w:r>
        <w:rPr>
          <w:lang w:eastAsia="zh-CN"/>
        </w:rPr>
        <w:br/>
      </w:r>
      <w:r>
        <w:rPr>
          <w:lang w:eastAsia="zh-CN"/>
        </w:rPr>
        <w:t>　　2、仓管员每日需填写库存进出管理表，每周上交一次仓库文员核对，发现库存差异及时查出错漏环节。1分</w:t>
      </w:r>
      <w:r>
        <w:rPr>
          <w:lang w:eastAsia="zh-CN"/>
        </w:rPr>
        <w:br/>
      </w:r>
      <w:r>
        <w:rPr>
          <w:lang w:eastAsia="zh-CN"/>
        </w:rPr>
        <w:t>　　3、库存进出管理表上面必须要填写清楚生产日期及有效期。1—5分</w:t>
      </w:r>
      <w:r>
        <w:rPr>
          <w:lang w:eastAsia="zh-CN"/>
        </w:rPr>
        <w:br/>
      </w:r>
      <w:r>
        <w:rPr>
          <w:lang w:eastAsia="zh-CN"/>
        </w:rPr>
        <w:t>　　4、未按时提交库龄、有效期、质量异常及报废品。5—10分</w:t>
      </w:r>
      <w:r>
        <w:rPr>
          <w:lang w:eastAsia="zh-CN"/>
        </w:rPr>
        <w:br/>
      </w:r>
      <w:r>
        <w:rPr>
          <w:lang w:eastAsia="zh-CN"/>
        </w:rPr>
        <w:t>　　5、货物收发异动，而账、卡更新不及时，不准确。5—10分</w:t>
      </w:r>
      <w:r>
        <w:rPr>
          <w:lang w:eastAsia="zh-CN"/>
        </w:rPr>
        <w:br/>
      </w:r>
      <w:r>
        <w:rPr>
          <w:lang w:eastAsia="zh-CN"/>
        </w:rPr>
        <w:t>　　6、在库不合格，报废的货物明确标示。1—5分</w:t>
      </w:r>
      <w:r>
        <w:rPr>
          <w:lang w:eastAsia="zh-CN"/>
        </w:rPr>
        <w:br/>
      </w:r>
      <w:r>
        <w:rPr>
          <w:lang w:eastAsia="zh-CN"/>
        </w:rPr>
        <w:t>　　7、上班时间事情没做完的情况玩手机，看小说，以及屡次上厕所，私自离开工作地点时间较长。5—10分</w:t>
      </w:r>
      <w:r>
        <w:rPr>
          <w:lang w:eastAsia="zh-CN"/>
        </w:rPr>
        <w:br/>
      </w:r>
      <w:r>
        <w:rPr>
          <w:lang w:eastAsia="zh-CN"/>
        </w:rPr>
        <w:t>　　8、每月必须盘点一次，盘点结果由仓库主管及文员核对，发现错误及时追差。5—10分</w:t>
      </w:r>
      <w:r>
        <w:rPr>
          <w:lang w:eastAsia="zh-CN"/>
        </w:rPr>
        <w:br/>
      </w:r>
      <w:r>
        <w:rPr>
          <w:lang w:eastAsia="zh-CN"/>
        </w:rPr>
        <w:t>　　奖金分为三类：</w:t>
      </w:r>
      <w:r>
        <w:rPr>
          <w:lang w:eastAsia="zh-CN"/>
        </w:rPr>
        <w:br/>
      </w:r>
      <w:r>
        <w:rPr>
          <w:lang w:eastAsia="zh-CN"/>
        </w:rPr>
        <w:t>　　第一为个人绩效，200元。分为甲乙丙三种。甲给与绩效奖金的100%，90分以内。乙给与奖金的70%，70分以内。丙给与奖金的50%，50分以内。如扣分超过50分，则记警告一次。三个月都未改进的直接解除劳动合同。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第二则是乐于助人奖，100元。即在自己的工作完成前提下，及时的去帮助未完成工作的同事第三团队绩效100元与他人密切合作，配合默契，共同决策和与他人协商，互相帮忙，如有一人懒惰懈怠，则整个团队都拿不到该奖金。</w:t>
      </w:r>
      <w:r>
        <w:rPr>
          <w:lang w:eastAsia="zh-CN"/>
        </w:rPr>
        <w:br/>
      </w:r>
      <w:r>
        <w:rPr>
          <w:lang w:eastAsia="zh-CN"/>
        </w:rPr>
        <w:t>　　三个人目标</w:t>
      </w:r>
      <w:r>
        <w:rPr>
          <w:lang w:eastAsia="zh-CN"/>
        </w:rPr>
        <w:br/>
      </w:r>
      <w:r>
        <w:rPr>
          <w:lang w:eastAsia="zh-CN"/>
        </w:rPr>
        <w:t>　　我在进公司之前的时候就已经通过原台尚金华分办的业务主管知道了顺卓是一家规模较大的食品经销公司，高总曾邀请他进杭州公司做事，当时我很羡慕。我刚进公司的时候就感觉的到顺卓是一家很有活力和潜力的公司。我很高兴能进入到顺卓工作，也很感谢公司给了我一个很好的平台发展。所以我有责任，信心和义务去把它做好。</w:t>
      </w:r>
      <w:r>
        <w:rPr>
          <w:lang w:eastAsia="zh-CN"/>
        </w:rPr>
        <w:br/>
      </w:r>
      <w:r>
        <w:rPr>
          <w:lang w:eastAsia="zh-CN"/>
        </w:rPr>
        <w:t>　　一库存我会努力把库存差异降到最低</w:t>
      </w:r>
      <w:r>
        <w:rPr>
          <w:lang w:eastAsia="zh-CN"/>
        </w:rPr>
        <w:br/>
      </w:r>
      <w:r>
        <w:rPr>
          <w:lang w:eastAsia="zh-CN"/>
        </w:rPr>
        <w:t>　　二生产日期保质期我会及时上报，对于快达到允收期的产品对重点提醒。因为我们是食品仓库，对这一项应该重点重视，因为稍不注意，就可能造成货物超过允收期，甚至过期产品，不能产生任何价值。（为此我特别做了一个表格，方便各位同事个及时准确的知道仓库的库存，商品的销售情况，以及库存内即将达到允收期，还有临期过期商品的情况。现仓库里超过允收期的货物较多，放着还占着仓库本来就比较紧张的库位，现在处理掉还能收回一点成本，过期了就什么价值都没了，如果领导感觉可以的话，我建议每个星期都做一份，发到订货组以及销售部门，避免库存过大，产生滞销品，以及过期的情况）。</w:t>
      </w:r>
      <w:r>
        <w:rPr>
          <w:lang w:eastAsia="zh-CN"/>
        </w:rPr>
        <w:br/>
      </w:r>
      <w:r>
        <w:rPr>
          <w:lang w:eastAsia="zh-CN"/>
        </w:rPr>
        <w:t>　　三仓库人员我会努力发掘每个人的价值，合理的安排工作，争取发挥出每个人最大的工作效益。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四努力配合完成公司一年翻一倍的发展目标，配合各部门，准确及时的把货物送达客户。</w:t>
      </w:r>
      <w:r>
        <w:rPr>
          <w:lang w:eastAsia="zh-CN"/>
        </w:rPr>
        <w:br/>
      </w:r>
      <w:r>
        <w:rPr>
          <w:lang w:eastAsia="zh-CN"/>
        </w:rPr>
        <w:t>　　五及时的整理好退货入库，将损失降到最低点。建议找一个专门负责退货的人，不要求他一个人能把所有的退货整理完，起码起到了一个好的带头作用。</w:t>
      </w:r>
      <w:r>
        <w:rPr>
          <w:lang w:eastAsia="zh-CN"/>
        </w:rPr>
        <w:br/>
      </w:r>
      <w:r>
        <w:rPr>
          <w:lang w:eastAsia="zh-CN"/>
        </w:rPr>
        <w:t xml:space="preserve">    仓库管理工作计划范文 篇9 </w:t>
      </w:r>
      <w:r>
        <w:rPr>
          <w:lang w:eastAsia="zh-CN"/>
        </w:rPr>
        <w:br/>
      </w:r>
      <w:r>
        <w:rPr>
          <w:lang w:eastAsia="zh-CN"/>
        </w:rPr>
        <w:t>　　仓管员是保管实物资产的，其使用帐簿是数量金额式，入库出库要填制单据，是货物验收发放，货物保管等的工作。所以仓管员务必要做好工作计划才行。</w:t>
      </w:r>
      <w:r>
        <w:rPr>
          <w:lang w:eastAsia="zh-CN"/>
        </w:rPr>
        <w:br/>
      </w:r>
      <w:r>
        <w:rPr>
          <w:lang w:eastAsia="zh-CN"/>
        </w:rPr>
        <w:t>　　一、 保证业务、工作流程的顺利开展</w:t>
      </w:r>
      <w:r>
        <w:rPr>
          <w:lang w:eastAsia="zh-CN"/>
        </w:rPr>
        <w:br/>
      </w:r>
      <w:r>
        <w:rPr>
          <w:lang w:eastAsia="zh-CN"/>
        </w:rPr>
        <w:t>　　1、产品入库会把好验收关，对产品的数量、质量、包装进行验收，如发现本次入库产品不符，仓库人员会迅速反映给总部，采取相应措施;</w:t>
      </w:r>
      <w:r>
        <w:rPr>
          <w:lang w:eastAsia="zh-CN"/>
        </w:rPr>
        <w:br/>
      </w:r>
      <w:r>
        <w:rPr>
          <w:lang w:eastAsia="zh-CN"/>
        </w:rPr>
        <w:t>　　2、产品出库会把好复核关，对于出库产品，仓库必须严格按照公司规章制度凭证发货，对客户要所发货逐项复核，做到数量准确，质量定好，标志清楚，并向送货员移清交货，以免造成客户收到货物不相符的损害;</w:t>
      </w:r>
      <w:r>
        <w:rPr>
          <w:lang w:eastAsia="zh-CN"/>
        </w:rPr>
        <w:br/>
      </w:r>
      <w:r>
        <w:rPr>
          <w:lang w:eastAsia="zh-CN"/>
        </w:rPr>
        <w:t>　　3、20__年仓库会根据当地市场的情况，合理化利用备货计划、进出库计划、编制客户畅销产品的储存计划，保证客户第一时间里拿到货物，有个满意的服务发货工作;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4、仓库会按照安全、方便、节约的原则，合理利用仓容、库房，货物有必要的道路和产品适当的墙距、垛距、分层。产品出库按照先进库的先出，有效期在前的先出的原则办理;</w:t>
      </w:r>
      <w:r>
        <w:rPr>
          <w:lang w:eastAsia="zh-CN"/>
        </w:rPr>
        <w:br/>
      </w:r>
      <w:r>
        <w:rPr>
          <w:lang w:eastAsia="zh-CN"/>
        </w:rPr>
        <w:t>　　5、对于客户的退货产品回仓，以对应的采购退货单为收据收货，仓库核对货单无误后开具标准的退货单，注明原采购单号，并经办事处主管审核生效后返回总部调换或退货，保持客户能在第一时间里收到新的产品;</w:t>
      </w:r>
      <w:r>
        <w:rPr>
          <w:lang w:eastAsia="zh-CN"/>
        </w:rPr>
        <w:br/>
      </w:r>
      <w:r>
        <w:rPr>
          <w:lang w:eastAsia="zh-CN"/>
        </w:rPr>
        <w:t>　　6、仓库会根据产品性质和仓储条件，对储存的产品安排适宜的场所，合理堆码，妥善苫垫，易碎品轻拿轻放。注意操作安全，保证产品在仓库全年无事故，对客户提供一流的服务。</w:t>
      </w:r>
      <w:r>
        <w:rPr>
          <w:lang w:eastAsia="zh-CN"/>
        </w:rPr>
        <w:br/>
      </w:r>
      <w:r>
        <w:rPr>
          <w:lang w:eastAsia="zh-CN"/>
        </w:rPr>
        <w:t>　　二、发货和努力提高自身的管理</w:t>
      </w:r>
      <w:r>
        <w:rPr>
          <w:lang w:eastAsia="zh-CN"/>
        </w:rPr>
        <w:br/>
      </w:r>
      <w:r>
        <w:rPr>
          <w:lang w:eastAsia="zh-CN"/>
        </w:rPr>
        <w:t>　　1、协调好客户定货所发货的时间控制，与柳市仓库协调好所发货物的周期;</w:t>
      </w:r>
      <w:r>
        <w:rPr>
          <w:lang w:eastAsia="zh-CN"/>
        </w:rPr>
        <w:br/>
      </w:r>
      <w:r>
        <w:rPr>
          <w:lang w:eastAsia="zh-CN"/>
        </w:rPr>
        <w:t>　　2、仓库严格管理火种、火源、电源、水源。安全工作实行分区管理，分级负责的制度，明确各级安全负责人对所在区域的仓库安全，严格执行各项安全规章制度，掌握各种安全知识和技能;</w:t>
      </w:r>
      <w:r>
        <w:rPr>
          <w:lang w:eastAsia="zh-CN"/>
        </w:rPr>
        <w:br/>
      </w:r>
      <w:r>
        <w:rPr>
          <w:lang w:eastAsia="zh-CN"/>
        </w:rPr>
        <w:t>　　3、加强对产品的进出库验收及清洁，安全工作，确保准确无误，加深对公司所生产产品的了解，对客户所咨询的问题所提必答;</w:t>
      </w:r>
      <w:r>
        <w:rPr>
          <w:lang w:eastAsia="zh-CN"/>
        </w:rPr>
        <w:br/>
      </w:r>
      <w:r>
        <w:rPr>
          <w:lang w:eastAsia="zh-CN"/>
        </w:rPr>
        <w:t>　　4、往后加大对仓库每周、月的清洁力度，保持库容整洁，美观、防潮;</w:t>
      </w:r>
      <w:r>
        <w:rPr>
          <w:lang w:eastAsia="zh-CN"/>
        </w:rPr>
        <w:br/>
      </w:r>
      <w:r>
        <w:rPr>
          <w:lang w:eastAsia="zh-CN"/>
        </w:rPr>
        <w:t>　　5、努力提高自身的管理业务水平及加深对产品各型号的认识，争取做到成为优秀的管理队伍成员之一;</w:t>
      </w:r>
      <w:r>
        <w:rPr>
          <w:lang w:eastAsia="zh-CN"/>
        </w:rPr>
        <w:br/>
      </w:r>
      <w:r>
        <w:rPr>
          <w:lang w:eastAsia="zh-CN"/>
        </w:rPr>
        <w:t>　　6、提点小意见：比如希望公司能在包装上有所改装。</w:t>
      </w:r>
      <w:r>
        <w:rPr>
          <w:lang w:eastAsia="zh-CN"/>
        </w:rPr>
        <w:br/>
      </w:r>
      <w:r>
        <w:rPr>
          <w:lang w:eastAsia="zh-CN"/>
        </w:rPr>
        <w:t xml:space="preserve">    仓库管理工作计划范文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针对公司的发展要求，结合仓库目前的实际状况，对仓库在今后的20__年的工作计划如下：</w:t>
      </w:r>
      <w:r>
        <w:rPr>
          <w:lang w:eastAsia="zh-CN"/>
        </w:rPr>
        <w:br/>
      </w:r>
      <w:r>
        <w:rPr>
          <w:lang w:eastAsia="zh-CN"/>
        </w:rPr>
        <w:t>　　一、仓库实施备料制</w:t>
      </w:r>
      <w:r>
        <w:rPr>
          <w:lang w:eastAsia="zh-CN"/>
        </w:rPr>
        <w:br/>
      </w:r>
      <w:r>
        <w:rPr>
          <w:lang w:eastAsia="zh-CN"/>
        </w:rPr>
        <w:t>　　仓库按计划部提前下发的领料清单对比生产上线时间提前三到五天备料。并在备料的过程中及时返馈物料的欠料情况，为计划，采购，生产等部门解决生产欠料争取前置时间，减少因欠料问题造成的生产被动局面。这项工作目前正在有序地展开。</w:t>
      </w:r>
      <w:r>
        <w:rPr>
          <w:lang w:eastAsia="zh-CN"/>
        </w:rPr>
        <w:br/>
      </w:r>
      <w:r>
        <w:rPr>
          <w:lang w:eastAsia="zh-CN"/>
        </w:rPr>
        <w:t>　　二、解决仓库库存准确率长期低下的问题</w:t>
      </w:r>
      <w:r>
        <w:rPr>
          <w:lang w:eastAsia="zh-CN"/>
        </w:rPr>
        <w:br/>
      </w:r>
      <w:r>
        <w:rPr>
          <w:lang w:eastAsia="zh-CN"/>
        </w:rPr>
        <w:t>　　仓库库存准确率得不到提升，库存数据失真，对公司财务，计划，采购，生产等相关部门的工作开展造成很大的影响，同时也使仓库管理处于极为被动的局面。在一月份之内，仓库要导入每日循环盘点制度，理顺和优化管理流程，提高管理人员的数据观念，按照工作日清日结，数据异常及时分析处理的原则严抓库存数据管理。要彻底打破以往仓库在库存数据管理中存在的单纯依赖调账来维持数据准确的局面，在可持续性的基础上抓数据管理，同时也为ERP系统的顺利上线提供可靠的基础数据支持。</w:t>
      </w:r>
      <w:r>
        <w:rPr>
          <w:lang w:eastAsia="zh-CN"/>
        </w:rPr>
        <w:br/>
      </w:r>
      <w:r>
        <w:rPr>
          <w:lang w:eastAsia="zh-CN"/>
        </w:rPr>
        <w:t>　　三、完善仓库的单据，报表管理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仓库目前对单据管理很不到位，不能达到财务部的要求，无法对单据进行有效的追溯。仓库要从单据的填写，传递，装订，保管，存档等各环节进行重点改进;加强对单据、报表的审核，尤其是对进仓单的审核及报检记录的审核。对单据体系进行一次清理，规范各类型业务，各类型单据的使用，签批流程，目前公司的单据设置不全面，有相当一部份业务无对应的单据进行登记，需要重新设计、规范一批单据来处理。这项工作在二月份内完成。</w:t>
      </w:r>
      <w:r>
        <w:rPr>
          <w:lang w:eastAsia="zh-CN"/>
        </w:rPr>
        <w:br/>
      </w:r>
      <w:r>
        <w:rPr>
          <w:lang w:eastAsia="zh-CN"/>
        </w:rPr>
        <w:t>　　四、完善三包件的管理</w:t>
      </w:r>
      <w:r>
        <w:rPr>
          <w:lang w:eastAsia="zh-CN"/>
        </w:rPr>
        <w:br/>
      </w:r>
      <w:r>
        <w:rPr>
          <w:lang w:eastAsia="zh-CN"/>
        </w:rPr>
        <w:t>　　仓库目前对三包件的管理处于真空状态。仓库需要从人员配备，业务流程，账目控制，物料控制等方面对三包件管理进行全面的加强管理。</w:t>
      </w:r>
      <w:r>
        <w:rPr>
          <w:lang w:eastAsia="zh-CN"/>
        </w:rPr>
        <w:br/>
      </w:r>
      <w:r>
        <w:rPr>
          <w:lang w:eastAsia="zh-CN"/>
        </w:rPr>
        <w:t>　　五、仓库接管公司的钢材的管理与除尘器仓库的门禁管理</w:t>
      </w:r>
      <w:r>
        <w:rPr>
          <w:lang w:eastAsia="zh-CN"/>
        </w:rPr>
        <w:br/>
      </w:r>
      <w:r>
        <w:rPr>
          <w:lang w:eastAsia="zh-CN"/>
        </w:rPr>
        <w:t>　　配备好钢材仓库的管理人员，制定钢材仓库的门禁管理、物料收发管理、相关单据的传递与使用等一系列方案。维修好除尘器仓库的大门，将除尘器仓库的门禁管理由行政转交到仓库。</w:t>
      </w:r>
      <w:r>
        <w:rPr>
          <w:lang w:eastAsia="zh-CN"/>
        </w:rPr>
        <w:br/>
      </w:r>
      <w:r>
        <w:rPr>
          <w:lang w:eastAsia="zh-CN"/>
        </w:rPr>
        <w:t>　　六、实施以库存准确率考核为核心的员工考核机制</w:t>
      </w:r>
      <w:r>
        <w:rPr>
          <w:lang w:eastAsia="zh-CN"/>
        </w:rPr>
        <w:br/>
      </w:r>
      <w:r>
        <w:rPr>
          <w:lang w:eastAsia="zh-CN"/>
        </w:rPr>
        <w:t>　　为了配合库存准确率提升，仓库在二月份实施库存准确率考核制度，对库存准确率连续二到三个月内无实质性的提升的仓库相关管理人员(准确率目前定在98%)进行工资调整，对不能胜任工作的仓库相关管理人员考虑调离工作岗位。</w:t>
      </w:r>
      <w:r>
        <w:rPr>
          <w:lang w:eastAsia="zh-CN"/>
        </w:rPr>
        <w:br/>
      </w:r>
      <w:r>
        <w:rPr>
          <w:lang w:eastAsia="zh-CN"/>
        </w:rPr>
        <w:t>　　七、加强物料控制工作，提升物料管理水平</w:t>
      </w:r>
      <w:r>
        <w:rPr>
          <w:lang w:eastAsia="zh-CN"/>
        </w:rPr>
        <w:br/>
      </w:r>
      <w:r>
        <w:rPr>
          <w:lang w:eastAsia="zh-CN"/>
        </w:rPr>
        <w:t>　　完善不良品、呆滞物料的管理，不良品要单独建账管理，对呆滞品在春节前对现场物料进行一次清理。及时反馈物料信息，为计划、采购、物控工作提供参考信息。与生产部沟通，仓库所有紧固件每月集中发3次料，提升</w:t>
      </w:r>
      <w:r>
        <w:rPr>
          <w:lang w:eastAsia="zh-CN"/>
        </w:rPr>
        <w:br/>
      </w:r>
      <w:r>
        <w:rPr>
          <w:lang w:eastAsia="zh-CN"/>
        </w:rPr>
        <w:t xml:space="preserve">    仓库管理工作计划范文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1、收料仓：收料时要对清货物的规格、型号，核单、开单时也要一致。严格按申购数量收货。收到货物之后，及时的转送到其他仓库，而且单据一定要随货同行。如果送来的物料马上被领走，一定要领料人在送货单上签名，这样各仓库就可以相应的开出领料单。对各车间领用的物料进行登记(主要是包装物和化工)，以方便其他仓管员进行核对并开具领料单。</w:t>
      </w:r>
      <w:r>
        <w:rPr>
          <w:lang w:eastAsia="zh-CN"/>
        </w:rPr>
        <w:br/>
      </w:r>
      <w:r>
        <w:rPr>
          <w:lang w:eastAsia="zh-CN"/>
        </w:rPr>
        <w:t>　　2、包装仓：由于大部分包装物都在收料仓或现场，收到送货单后，要对货物进行校对，把好第二个关卡，发现问题马上提出并进行解决。目前入库输单方面没什么问题，接下来就是帐物相符，还有跟踪好待处理品的领料情况，并做好记录。</w:t>
      </w:r>
      <w:r>
        <w:rPr>
          <w:lang w:eastAsia="zh-CN"/>
        </w:rPr>
        <w:br/>
      </w:r>
      <w:r>
        <w:rPr>
          <w:lang w:eastAsia="zh-CN"/>
        </w:rPr>
        <w:t>　　3、粉末化工仓：入库单按粉末编码输入，跟踪好‘时力’和‘爱粤’粉的领料情况，做好记录。以前的编码是否修正，如何修正，待研究后再决定。</w:t>
      </w:r>
      <w:r>
        <w:rPr>
          <w:lang w:eastAsia="zh-CN"/>
        </w:rPr>
        <w:br/>
      </w:r>
      <w:r>
        <w:rPr>
          <w:lang w:eastAsia="zh-CN"/>
        </w:rPr>
        <w:t>　　4、五金、隔热木纹仓：做好标识，不同的待处理品(包括有帐不可用、无帐可用或无帐不可用的物料)作不同的标示或记号。(如用不同颜色或图表)，入库单及领料单要及时开具，以免遗漏，造成帐物不相符，也影响了审核申购单时需查核的库存量。</w:t>
      </w:r>
      <w:r>
        <w:rPr>
          <w:lang w:eastAsia="zh-CN"/>
        </w:rPr>
        <w:br/>
      </w:r>
      <w:r>
        <w:rPr>
          <w:lang w:eastAsia="zh-CN"/>
        </w:rPr>
        <w:t>　　5、铝锭仓、铝棒仓：做好标识的同时，尽量按规格的大、小有规律的放置。另外，对长棒放置区的垫条进行及时整理，还有在仓库道路上的废料及压余料及时捡走，不要给帮我们仓库清扫的清洁工带来不便。</w:t>
      </w:r>
      <w:r>
        <w:rPr>
          <w:lang w:eastAsia="zh-CN"/>
        </w:rPr>
        <w:br/>
      </w:r>
      <w:r>
        <w:rPr>
          <w:lang w:eastAsia="zh-CN"/>
        </w:rPr>
        <w:t>　　6、模具仓：做好新模、发外加工模具的收、发工作，还有备模计划。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xml:space="preserve">    仓库管理工作计划范文 篇12 </w:t>
      </w:r>
      <w:r>
        <w:rPr>
          <w:lang w:eastAsia="zh-CN"/>
        </w:rPr>
        <w:br/>
      </w:r>
      <w:r>
        <w:rPr>
          <w:lang w:eastAsia="zh-CN"/>
        </w:rPr>
        <w:t>　　仓库是企业物资供应销售体系的一个重要组成部分，是企业各种物资周转储备的环节。同时担负着货物流通管理的多项业务职能。对于仓库管理人员来说，必需做好仓库各项工作计划，同时统筹规划工作任务。分配协调人员的具体工作等责任。</w:t>
      </w:r>
      <w:r>
        <w:rPr>
          <w:lang w:eastAsia="zh-CN"/>
        </w:rPr>
        <w:br/>
      </w:r>
      <w:r>
        <w:rPr>
          <w:lang w:eastAsia="zh-CN"/>
        </w:rPr>
        <w:t>　　仓管的主要任务是：</w:t>
      </w:r>
      <w:r>
        <w:rPr>
          <w:lang w:eastAsia="zh-CN"/>
        </w:rPr>
        <w:br/>
      </w:r>
      <w:r>
        <w:rPr>
          <w:lang w:eastAsia="zh-CN"/>
        </w:rPr>
        <w:t>　　保管好库存货物，做到数量准确，质量完好，确保安全，收发迅速，面向销售，服务周到，降低费用。</w:t>
      </w:r>
      <w:r>
        <w:rPr>
          <w:lang w:eastAsia="zh-CN"/>
        </w:rPr>
        <w:br/>
      </w:r>
      <w:r>
        <w:rPr>
          <w:lang w:eastAsia="zh-CN"/>
        </w:rPr>
        <w:t>　　一、仓库管理的目的、现存问题、目标、实现目标的基础：</w:t>
      </w:r>
      <w:r>
        <w:rPr>
          <w:lang w:eastAsia="zh-CN"/>
        </w:rPr>
        <w:br/>
      </w:r>
      <w:r>
        <w:rPr>
          <w:lang w:eastAsia="zh-CN"/>
        </w:rPr>
        <w:t>　　仓库管理的目的</w:t>
      </w:r>
      <w:r>
        <w:rPr>
          <w:lang w:eastAsia="zh-CN"/>
        </w:rPr>
        <w:br/>
      </w:r>
      <w:r>
        <w:rPr>
          <w:lang w:eastAsia="zh-CN"/>
        </w:rPr>
        <w:t>　　货物的有序保管；库存实时反馈；</w:t>
      </w:r>
      <w:r>
        <w:rPr>
          <w:lang w:eastAsia="zh-CN"/>
        </w:rPr>
        <w:br/>
      </w:r>
      <w:r>
        <w:rPr>
          <w:lang w:eastAsia="zh-CN"/>
        </w:rPr>
        <w:t>　　通过仓库的调整使整个erp系统能运转起来，将公司的工作流程及工作状态能实时地系统反映，给管理层决策提供支持</w:t>
      </w:r>
      <w:r>
        <w:rPr>
          <w:lang w:eastAsia="zh-CN"/>
        </w:rPr>
        <w:br/>
      </w:r>
      <w:r>
        <w:rPr>
          <w:lang w:eastAsia="zh-CN"/>
        </w:rPr>
        <w:t>　　仓库目前存在几个问题</w:t>
      </w:r>
      <w:r>
        <w:rPr>
          <w:lang w:eastAsia="zh-CN"/>
        </w:rPr>
        <w:br/>
      </w:r>
      <w:r>
        <w:rPr>
          <w:lang w:eastAsia="zh-CN"/>
        </w:rPr>
        <w:t>　　(1)库管有人员职责范围不明确，仓库人员缺乏责任感与执行力，仓管的工作职责和工作范围也不清晰明了。</w:t>
      </w:r>
      <w:r>
        <w:rPr>
          <w:lang w:eastAsia="zh-CN"/>
        </w:rPr>
        <w:br/>
      </w:r>
      <w:r>
        <w:rPr>
          <w:lang w:eastAsia="zh-CN"/>
        </w:rPr>
        <w:t>　　(2)货物未按种类、型号进行有效的分类摆放。无标识，有时完全是靠记忆分辩货物。搬运货物时不太细致，对有些货物应轻拿轻放。</w:t>
      </w:r>
      <w:r>
        <w:rPr>
          <w:lang w:eastAsia="zh-CN"/>
        </w:rPr>
        <w:br/>
      </w:r>
      <w:r>
        <w:rPr>
          <w:lang w:eastAsia="zh-CN"/>
        </w:rPr>
        <w:t>　　(3)帐的实时性差，货物进入库时未及时登记或登记出入库单每张可能会做几次出入帐，这种情况下帐面数据很难反馈实时库存。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(4)货物的摆放规则不明确。对于货物摆放一直没有一个明确的原则，货物分类摆放的执行也不彻底，出现货物是堆摆放的判断由每个仓管自己来决定。</w:t>
      </w:r>
      <w:r>
        <w:rPr>
          <w:lang w:eastAsia="zh-CN"/>
        </w:rPr>
        <w:br/>
      </w:r>
      <w:r>
        <w:rPr>
          <w:lang w:eastAsia="zh-CN"/>
        </w:rPr>
        <w:t>　　(5)仓库的货物编码不完整、合理。这样会造成仓库帐面与仓库实物存在偏差，也会加大工作量。</w:t>
      </w:r>
      <w:r>
        <w:rPr>
          <w:lang w:eastAsia="zh-CN"/>
        </w:rPr>
        <w:br/>
      </w:r>
      <w:r>
        <w:rPr>
          <w:lang w:eastAsia="zh-CN"/>
        </w:rPr>
        <w:t>　　二、仓库管理的目标</w:t>
      </w:r>
      <w:r>
        <w:rPr>
          <w:lang w:eastAsia="zh-CN"/>
        </w:rPr>
        <w:br/>
      </w:r>
      <w:r>
        <w:rPr>
          <w:lang w:eastAsia="zh-CN"/>
        </w:rPr>
        <w:t>　　(1)帐、卡、物一致，达到最基本的保管作用；</w:t>
      </w:r>
      <w:r>
        <w:rPr>
          <w:lang w:eastAsia="zh-CN"/>
        </w:rPr>
        <w:br/>
      </w:r>
      <w:r>
        <w:rPr>
          <w:lang w:eastAsia="zh-CN"/>
        </w:rPr>
        <w:t>　　(2)实时反应仓库的备货情况、实时库存、呆滞货物状态；</w:t>
      </w:r>
      <w:r>
        <w:rPr>
          <w:lang w:eastAsia="zh-CN"/>
        </w:rPr>
        <w:br/>
      </w:r>
      <w:r>
        <w:rPr>
          <w:lang w:eastAsia="zh-CN"/>
        </w:rPr>
        <w:t>　　(3)实时、系统地反馈仓库所能涉及到的工厂、销售相关数据；</w:t>
      </w:r>
      <w:r>
        <w:rPr>
          <w:lang w:eastAsia="zh-CN"/>
        </w:rPr>
        <w:br/>
      </w:r>
      <w:r>
        <w:rPr>
          <w:lang w:eastAsia="zh-CN"/>
        </w:rPr>
        <w:t>　　(4)仓库能反映出货物的来货周期、来货的不良率、入库进度、成品的库存走势、出厂成品返修比率。</w:t>
      </w:r>
      <w:r>
        <w:rPr>
          <w:lang w:eastAsia="zh-CN"/>
        </w:rPr>
        <w:br/>
      </w:r>
      <w:r>
        <w:rPr>
          <w:lang w:eastAsia="zh-CN"/>
        </w:rPr>
        <w:t>　　仓库管理目标实现的基础</w:t>
      </w:r>
      <w:r>
        <w:rPr>
          <w:lang w:eastAsia="zh-CN"/>
        </w:rPr>
        <w:br/>
      </w:r>
      <w:r>
        <w:rPr>
          <w:lang w:eastAsia="zh-CN"/>
        </w:rPr>
        <w:t>　　(1)仓库流程电脑化，并尽量多的过程数据通过电脑实时、系统反馈出来；</w:t>
      </w:r>
      <w:r>
        <w:rPr>
          <w:lang w:eastAsia="zh-CN"/>
        </w:rPr>
        <w:br/>
      </w:r>
      <w:r>
        <w:rPr>
          <w:lang w:eastAsia="zh-CN"/>
        </w:rPr>
        <w:t>　　(2)对仓库相关的数据进行采集，尽量多地将各个相关流程上的数据反馈出来；</w:t>
      </w:r>
      <w:r>
        <w:rPr>
          <w:lang w:eastAsia="zh-CN"/>
        </w:rPr>
        <w:br/>
      </w:r>
      <w:r>
        <w:rPr>
          <w:lang w:eastAsia="zh-CN"/>
        </w:rPr>
        <w:t>　　三、相关的计划和进度</w:t>
      </w:r>
      <w:r>
        <w:rPr>
          <w:lang w:eastAsia="zh-CN"/>
        </w:rPr>
        <w:br/>
      </w:r>
      <w:r>
        <w:rPr>
          <w:lang w:eastAsia="zh-CN"/>
        </w:rPr>
        <w:t>　　1、让仓库相关工作人员意识到仓库的重要性。</w:t>
      </w:r>
      <w:r>
        <w:rPr>
          <w:lang w:eastAsia="zh-CN"/>
        </w:rPr>
        <w:br/>
      </w:r>
      <w:r>
        <w:rPr>
          <w:lang w:eastAsia="zh-CN"/>
        </w:rPr>
        <w:t>　　传达领导对仓库的重视，阐述仓库在公司工作流程中的作用，让员工意识到自己岗位的作用性。</w:t>
      </w:r>
      <w:r>
        <w:rPr>
          <w:lang w:eastAsia="zh-CN"/>
        </w:rPr>
        <w:br/>
      </w:r>
      <w:r>
        <w:rPr>
          <w:lang w:eastAsia="zh-CN"/>
        </w:rPr>
        <w:t>　　(2)为组长以上的核心团队鼓劲。</w:t>
      </w:r>
      <w:r>
        <w:rPr>
          <w:lang w:eastAsia="zh-CN"/>
        </w:rPr>
        <w:br/>
      </w:r>
      <w:r>
        <w:rPr>
          <w:lang w:eastAsia="zh-CN"/>
        </w:rPr>
        <w:t>　　(3)解决所有人员对搬运不满的问题，保证的协调。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2、对仓库的区域进行明确，先实现仓库区域条理化。节约出更大的空间存放货物；进行货物整理，便于货物的查找和统计。</w:t>
      </w:r>
      <w:r>
        <w:rPr>
          <w:lang w:eastAsia="zh-CN"/>
        </w:rPr>
        <w:br/>
      </w:r>
      <w:r>
        <w:rPr>
          <w:lang w:eastAsia="zh-CN"/>
        </w:rPr>
        <w:t>　　3、将仓库成区域管理，对各个区域严格控制，对货物区按照标准仓库的模式管理，健全货物标识卡。将库管的工作简化，减轻仓库人员的搬运工工作，将其作为货物管理正规划的基础，待运行正常后，将所有帐务处理全部由仓管员自己当天及时处理；</w:t>
      </w:r>
      <w:r>
        <w:rPr>
          <w:lang w:eastAsia="zh-CN"/>
        </w:rPr>
        <w:br/>
      </w:r>
      <w:r>
        <w:rPr>
          <w:lang w:eastAsia="zh-CN"/>
        </w:rPr>
        <w:t>　　四、仓库主管的工作重点包括</w:t>
      </w:r>
      <w:r>
        <w:rPr>
          <w:lang w:eastAsia="zh-CN"/>
        </w:rPr>
        <w:br/>
      </w:r>
      <w:r>
        <w:rPr>
          <w:lang w:eastAsia="zh-CN"/>
        </w:rPr>
        <w:t>　　1、尽量加快物资周转，努力减少库存容量占用，提高物资周转率；</w:t>
      </w:r>
      <w:r>
        <w:rPr>
          <w:lang w:eastAsia="zh-CN"/>
        </w:rPr>
        <w:br/>
      </w:r>
      <w:r>
        <w:rPr>
          <w:lang w:eastAsia="zh-CN"/>
        </w:rPr>
        <w:t>　　2、进出库物资质量检验和登记，确保不合格品拒绝入库，并做好检重过数查验包装物有无破损或遗失被窃，并应登记，并登记经手人、货物来源和去向。入库物资保护说明书、合格证、保质期等书面证件真实齐全完整；</w:t>
      </w:r>
      <w:r>
        <w:rPr>
          <w:lang w:eastAsia="zh-CN"/>
        </w:rPr>
        <w:br/>
      </w:r>
      <w:r>
        <w:rPr>
          <w:lang w:eastAsia="zh-CN"/>
        </w:rPr>
        <w:t>　　3、确保仓库物资存放符合要求，无雨淋、日晒、潮湿、锈蚀、霉变、虫害、鼠咬，无火灾隐患。易燃易爆易腐蚀等危险物品应符合国家有关安全运输、存储、搬运要求，确保仓库场地运输和安全消防通道畅通无阻，安全防火防盗设施符合规定要求；</w:t>
      </w:r>
      <w:r>
        <w:rPr>
          <w:lang w:eastAsia="zh-CN"/>
        </w:rPr>
        <w:br/>
      </w:r>
      <w:r>
        <w:rPr>
          <w:lang w:eastAsia="zh-CN"/>
        </w:rPr>
        <w:t>　　4、物资摆放做到三清，二齐，四定位摆放。</w:t>
      </w:r>
      <w:r>
        <w:rPr>
          <w:lang w:eastAsia="zh-CN"/>
        </w:rPr>
        <w:br/>
      </w:r>
      <w:r>
        <w:rPr>
          <w:lang w:eastAsia="zh-CN"/>
        </w:rPr>
        <w:t>　　5、建立完备的入出库数量和质量验收职责，手续齐全，凭有关部门出具的入库单、出库单、出门证办理入库出库和门卫放行。帐目登记及时、准确、完整、清晰；入出库人员、车辆和作业机具登记备案；</w:t>
      </w:r>
      <w:r>
        <w:rPr>
          <w:lang w:eastAsia="zh-CN"/>
        </w:rPr>
        <w:br/>
      </w:r>
    </w:p>
    <w:p w:rsidR="001B1F19" w14:textId="27C3F48A">
      <w:pPr>
        <w:rPr>
          <w:rFonts w:hint="eastAsia"/>
          <w:lang w:eastAsia="zh-CN"/>
        </w:rPr>
      </w:pPr>
      <w:r>
        <w:rPr>
          <w:lang w:eastAsia="zh-CN"/>
        </w:rPr>
        <w:t>　　6、每三月对库存物资进行一次盘库清点，对正常损耗、盈亏、非正常损失要登记入帐；</w:t>
      </w:r>
      <w:r>
        <w:rPr>
          <w:lang w:eastAsia="zh-CN"/>
        </w:rPr>
        <w:br/>
      </w:r>
      <w:r>
        <w:rPr>
          <w:lang w:eastAsia="zh-CN"/>
        </w:rPr>
        <w:t>　　7、搬运机械和动辄车辆符合安全作业要求，电器设备线路符合规定要求。</w:t>
      </w:r>
      <w:r>
        <w:rPr>
          <w:lang w:eastAsia="zh-CN"/>
        </w:rPr>
        <w:br/>
      </w:r>
      <w:r>
        <w:rPr>
          <w:lang w:eastAsia="zh-CN"/>
        </w:rPr>
        <w:t>　　根据上述职责要求，年度工作计划和总结都要围绕这些逐项进行。</w:t>
      </w:r>
      <w:r>
        <w:rPr>
          <w:lang w:eastAsia="zh-CN"/>
        </w:rPr>
        <w:br/>
      </w:r>
      <w:r>
        <w:rPr>
          <w:lang w:eastAsia="zh-CN"/>
        </w:rPr>
        <w:t>　　如有必要还应包括组织调整方案、人员培训计划、业绩考核方案等。</w:t>
      </w:r>
      <w:r>
        <w:rPr>
          <w:lang w:eastAsia="zh-CN"/>
        </w:rPr>
        <w:br/>
      </w:r>
      <w:r>
        <w:rPr>
          <w:lang w:eastAsia="zh-CN"/>
        </w:rPr>
        <w:t>　　仓管主要是根据生产需要、销售情况和厂房设备条件进行统筹规划，合理布局，业务上要实行工作质量标准化，内部要加强责任制，进行科学分工，形成货物流通的保证体系，根具工作的实际情况进行实时有效的改进，不断提高仓库管理水平。</w:t>
      </w:r>
      <w:r>
        <w:rPr>
          <w:lang w:eastAsia="zh-CN"/>
        </w:rPr>
        <w:br/>
      </w:r>
      <w:r>
        <w:rPr>
          <w:lang w:eastAsia="zh-CN"/>
        </w:rPr>
        <w:t xml:space="preserve">    仓库管理工作计划范文 篇13 </w:t>
      </w:r>
      <w:r>
        <w:rPr>
          <w:lang w:eastAsia="zh-CN"/>
        </w:rPr>
        <w:br/>
      </w:r>
      <w:r>
        <w:rPr>
          <w:lang w:eastAsia="zh-CN"/>
        </w:rPr>
        <w:t>　　一、仓库实施备料制</w:t>
      </w:r>
      <w:r>
        <w:rPr>
          <w:lang w:eastAsia="zh-CN"/>
        </w:rPr>
        <w:br/>
      </w:r>
      <w:r>
        <w:rPr>
          <w:lang w:eastAsia="zh-CN"/>
        </w:rPr>
        <w:t>　　仓库按计划部提前下发的领料清单对比生产上线时间提前三到五天备料。并在备料的过程中及时返馈物料的欠料情况，为计划，采购，生产等部门解决生产欠料争取前置时间，减少因欠料问题造成的生产被动局面。这项工作目前正在有序地展开。</w:t>
      </w:r>
      <w:r>
        <w:rPr>
          <w:lang w:eastAsia="zh-CN"/>
        </w:rPr>
        <w:br/>
      </w:r>
      <w:r>
        <w:rPr>
          <w:lang w:eastAsia="zh-CN"/>
        </w:rPr>
        <w:t>　　二、解决仓库库存准确率长期低下的问题</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https://d.book118.com/235203332234011103</w:t>
        </w:r>
      </w:hyperlink>
    </w:p>
    <w:p w:rsidR="001B1F19">
      <w:pPr>
        <w:rPr>
          <w:rFonts w:hint="eastAsia"/>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3520333223401110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