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教师年度考核表个人工作总结范文（32篇）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教师年度考核表个人工作总结范文（通用32篇）</w:t>
      </w:r>
      <w:r>
        <w:rPr>
          <w:lang w:eastAsia="zh-CN"/>
        </w:rPr>
        <w:br/>
      </w:r>
      <w:r>
        <w:rPr>
          <w:lang w:eastAsia="zh-CN"/>
        </w:rPr>
        <w:t xml:space="preserve">    教师年度考核表个人工作总结范文 篇1 </w:t>
      </w:r>
      <w:r>
        <w:rPr>
          <w:lang w:eastAsia="zh-CN"/>
        </w:rPr>
        <w:br/>
      </w:r>
      <w:r>
        <w:rPr>
          <w:lang w:eastAsia="zh-CN"/>
        </w:rPr>
        <w:t>　　本学年根据学校领导的安排，我担任初三（1）班的班主任，回首一个学年的工作，总结如下：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一、思想上高度重视，严抓学生的日常行为规范，培养良好的学习习惯。班主任工作可以说是比较琐碎、繁杂的，需要面面俱到，我总是不厌其烦、耐心工作，学生每取得一点进步，都是对我的安慰，为此付出艰辛，我认为是值得的。在工作中，我始终抓住一条管理主线——学校常规的管理。任职之初，我通过多种方式，深入了解每一位学生的基本情况，掌握学生的思想动态。首先严抓学生着装、发型、纪律和劳动卫生等日常行为，亲临指导，力作模范，要求学生不迟到，我首先起到了带头作用。通过一段时间的努力，学生们在日常行为规范方面有了很大的进步。接着我的工作重心随之转移到课堂上来，带领学生一起研究、学习，讲课堂常规，帮助学生全面了解学校的各项规章制度，并根据中学生日常行为规范，课堂常规等制订了班规，班规从某些方面补充并突出了日常行为规范，同时把好日常行为规范的量化考核关。经过努力，我班学生已经形成较强的时间观念，培养了劳动意识，增强了服务意识和竞争意识，养成了良好的行为习惯。</w:t>
      </w:r>
      <w:r>
        <w:rPr>
          <w:lang w:eastAsia="zh-CN"/>
        </w:rPr>
        <w:br/>
      </w:r>
      <w:r>
        <w:rPr>
          <w:lang w:eastAsia="zh-CN"/>
        </w:rPr>
        <w:t>　　二、利用好每一节班会课，对学生进行思想教育。我着重抓班风的形成。为了树立良好的班风、学风，从一开始就严格要求学生，并注意通过活动增强班级凝聚力。此外，我利用“父亲节”和“母亲节”的机会，适时地对学生进行“感恩孝敬”的教育，让每个学生对父母亲说一句感激的话，送一件自制的礼物，在班里办一期墙报，让学生接受爱的教育；认真组织学生进行“文明高雅，乐学善思”的学习，号召学生从身边小事做起，要求学生根据自身，进行细致的自我检查，作出深刻的自我检讨，时刻提醒自己该怎么做；使德育教育落到实处，使班风得到进一步加强。</w:t>
      </w:r>
      <w:r>
        <w:rPr>
          <w:lang w:eastAsia="zh-CN"/>
        </w:rPr>
        <w:br/>
      </w:r>
      <w:r>
        <w:rPr>
          <w:lang w:eastAsia="zh-CN"/>
        </w:rPr>
        <w:t>　　三、重视班干部队伍的建设和管理，培养他们的综合能力，发挥他们的先锋模范作用，充分发挥班干的带头作用，实现学生自我管理。</w:t>
      </w:r>
      <w:r>
        <w:rPr>
          <w:lang w:eastAsia="zh-CN"/>
        </w:rPr>
        <w:br/>
      </w:r>
      <w:r>
        <w:rPr>
          <w:lang w:eastAsia="zh-CN"/>
        </w:rPr>
        <w:t>　　总之，由于诸方面的原因，工作中仍存在一些细节处理不到位，一些工作做的不够精细，将在今后的工作中不断改进，力求尽善尽美。</w:t>
      </w:r>
      <w:r>
        <w:rPr>
          <w:lang w:eastAsia="zh-CN"/>
        </w:rPr>
        <w:br/>
      </w:r>
      <w:r>
        <w:rPr>
          <w:lang w:eastAsia="zh-CN"/>
        </w:rPr>
        <w:t xml:space="preserve">    教师年度考核表个人工作总结范文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本人一年来，认真学习贯彻_的精神，严格遵守《中小学教师职业道德规范》要求，落实教育局、学校工作部署，以重实际，抓实事，求实效为教学工作的基本原则，以培养学生创新精神和实践能力为重点，以新课程改革为契机，深化课堂教学改革，认真落实课程计划，落实教学常规，落实教学改革措施，大力推进素质教育，现就将一年以来工作情况总结如下：</w:t>
      </w:r>
      <w:r>
        <w:rPr>
          <w:lang w:eastAsia="zh-CN"/>
        </w:rPr>
        <w:br/>
      </w:r>
      <w:r>
        <w:rPr>
          <w:lang w:eastAsia="zh-CN"/>
        </w:rPr>
        <w:t>　　一、思想工作方面</w:t>
      </w:r>
      <w:r>
        <w:rPr>
          <w:lang w:eastAsia="zh-CN"/>
        </w:rPr>
        <w:br/>
      </w:r>
      <w:r>
        <w:rPr>
          <w:lang w:eastAsia="zh-CN"/>
        </w:rPr>
        <w:t>　　本人思想端正，热情努力，服从领导的工作安排，办事认真负责。并在各方面严格要求自己，努力地提高自己，以便使自己更快地适应社会发展的形势。热爱教育事业，把自己的精力、能力全部用于学校的教学过程中，并能自觉遵守职业道德，在学生中树立了良好的教师形象。能够主动与同事研究业务，互相学习，配合默契，教学水平共同提高，能够顾全大局，团结协作。作为老师我更明白，只有不断充电，才能维持教学的活力。这学期有幸有外出学习的机会，通过学习活动，不断充实了自己、丰富了自己的知识和见识、为自己更好的教学实践作好了准备。</w:t>
      </w:r>
      <w:r>
        <w:rPr>
          <w:lang w:eastAsia="zh-CN"/>
        </w:rPr>
        <w:br/>
      </w:r>
      <w:r>
        <w:rPr>
          <w:lang w:eastAsia="zh-CN"/>
        </w:rPr>
        <w:t>　　二、教育工作方面</w:t>
      </w:r>
      <w:r>
        <w:rPr>
          <w:lang w:eastAsia="zh-CN"/>
        </w:rPr>
        <w:br/>
      </w:r>
      <w:r>
        <w:rPr>
          <w:lang w:eastAsia="zh-CN"/>
        </w:rPr>
        <w:t>　　在积极参加教育局组织的新教材培训的同时，虚心向有经验的教师及兄弟学校的同行讨教经验。在教学中，认真钻研新大纲、吃透教材，积极开拓教学思路，把一些先进的教学理论、科学的教学方法及先进现代教学手段灵活运用于课堂教学中，努力培养学生的合作交流、自主探究、勇于创新的等能力。另外，本人在搞好教学工作的同时，还很注重教学经验的积累，有了心得体会就及时记下来与同事交流，论文多次获奖、发表。</w:t>
      </w:r>
      <w:r>
        <w:rPr>
          <w:lang w:eastAsia="zh-CN"/>
        </w:rPr>
        <w:br/>
      </w:r>
      <w:r>
        <w:rPr>
          <w:lang w:eastAsia="zh-CN"/>
        </w:rPr>
        <w:t>　　三.遵守纪律方面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本人严格遵守学校的各项规章制度，不迟到、不早退、有事主动请假。在工作中，尊敬领导、团结同事，能正确处理好与领导同事之间的关系。平时，勤俭节约、任劳任怨、对人真诚、热爱学生、人际关系和谐融洽，从不闹无原则的纠纷，处处以一名人民教师的要求来规范自己的言行，毫不松懈地培养自己的综合素质和能力。</w:t>
      </w:r>
      <w:r>
        <w:rPr>
          <w:lang w:eastAsia="zh-CN"/>
        </w:rPr>
        <w:br/>
      </w:r>
      <w:r>
        <w:rPr>
          <w:lang w:eastAsia="zh-CN"/>
        </w:rPr>
        <w:t>　　四、业务进修方面</w:t>
      </w:r>
      <w:r>
        <w:rPr>
          <w:lang w:eastAsia="zh-CN"/>
        </w:rPr>
        <w:br/>
      </w:r>
      <w:r>
        <w:rPr>
          <w:lang w:eastAsia="zh-CN"/>
        </w:rPr>
        <w:t>　　随着新课程改革对教师业务能力要求的提高，本人在教学之余，通过了成人高考并正在进行小学教育专业本科函授学习，另外，还积极各类现代教育技术培训初步掌握了多媒体课件制作，并在课堂中运用了所学。</w:t>
      </w:r>
      <w:r>
        <w:rPr>
          <w:lang w:eastAsia="zh-CN"/>
        </w:rPr>
        <w:br/>
      </w:r>
      <w:r>
        <w:rPr>
          <w:lang w:eastAsia="zh-CN"/>
        </w:rPr>
        <w:t xml:space="preserve">    教师年度考核表个人工作总结范文 篇3 </w:t>
      </w:r>
      <w:r>
        <w:rPr>
          <w:lang w:eastAsia="zh-CN"/>
        </w:rPr>
        <w:br/>
      </w:r>
      <w:r>
        <w:rPr>
          <w:lang w:eastAsia="zh-CN"/>
        </w:rPr>
        <w:t>　　过去的一年里我能够认真做好幼儿教师的各项工作，家长将孩子送到幼儿园上学也是对我们教师的信任，所以我很重视幼儿的教学工作并努力和孩子们相处，了解他们的真实想法以及学习进度，基于这点展开教学工作无疑能够取得更好的效果，以下是我在这学年幼儿教学工作中的总结。</w:t>
      </w:r>
      <w:r>
        <w:rPr>
          <w:lang w:eastAsia="zh-CN"/>
        </w:rPr>
        <w:br/>
      </w:r>
      <w:r>
        <w:rPr>
          <w:lang w:eastAsia="zh-CN"/>
        </w:rPr>
        <w:t>　　培养幼儿的学习兴趣从而巩固好他们的基础，相对于知识的教学来说我更注重培养孩子们的学习兴趣，一方面要打好学习基础从而将学过的知识牢记于心，另一方面则是激发他们的学习兴趣从而养成自主学习的好习惯，其中我会帮助孩子们树立正确的价值观并引导他们进行学习，我也会起到以身作则的作用来帮助他们树立榜样，毕竟这个年龄阶段的孩子往往会模仿家长或者老师的言行举止，因此我也会注重自身的形象以免给孩子们的成长造成不好的影响，正因为关心他们在需要在工作中反思自己的做法是否存在不妥之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帮助幼儿养成不挑食以及勤洗手的习惯，由于孩子们的午餐是在幼儿园解决的缘故自然要关心他们的用餐状况，事实上由于父母对孩子的溺爱导致部分孩子会出现挑食的状况，而且有时也会发生比较严重的浪费现象，这种状况的出现对于孩子的成长会造成很恶劣的影响，因此我在保育员的帮助下教导孩子不应该挑食，而且挑食对孩子的身体健康来说也会造成不好的影响，除此之外我也会向家长反馈孩子浪费粮食的现象并希望能够得到配合，所幸的是家长都比较通情达理从而在家督促孩子吃饭，通过相互间的合作使得大部分孩子的挑食问题得到了解决，另外我也会带领孩子们勤洗手并教导他们这样做的好处。</w:t>
      </w:r>
      <w:r>
        <w:rPr>
          <w:lang w:eastAsia="zh-CN"/>
        </w:rPr>
        <w:br/>
      </w:r>
      <w:r>
        <w:rPr>
          <w:lang w:eastAsia="zh-CN"/>
        </w:rPr>
        <w:t>　　做好安全防护工作从而保障孩子们的身心健康，平时无论是否处于上课时间都会观察好孩子们在幼儿园的表现，主要是为了防止他们在玩耍的过程中因为追逐打闹而受伤，在天气变冷的时候则会对孩子们进行体温测量，发现感冒发烧的症状则及时送往附近诊所就医，而且我也会嘱咐家长在天气变冷的时候应该要重视孩子的身体状况，在放学的时候也会负责将孩子交给相应的家长以后再下班。</w:t>
      </w:r>
      <w:r>
        <w:rPr>
          <w:lang w:eastAsia="zh-CN"/>
        </w:rPr>
        <w:br/>
      </w:r>
      <w:r>
        <w:rPr>
          <w:lang w:eastAsia="zh-CN"/>
        </w:rPr>
        <w:t>　　对于幼儿教师来说孩子们的健康成长才是放在首位的，因此我在这一年来能够认真教导好每个孩子，无论是工作能力还是思想道德方面都得到了家长和园领导的认可，因此我会继续做好这份教学工作并为了孩子们的成长而努力。</w:t>
      </w:r>
      <w:r>
        <w:rPr>
          <w:lang w:eastAsia="zh-CN"/>
        </w:rPr>
        <w:br/>
      </w:r>
      <w:r>
        <w:rPr>
          <w:lang w:eastAsia="zh-CN"/>
        </w:rPr>
        <w:t xml:space="preserve">    教师年度考核表个人工作总结范文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教师要做好的工作不仅仅是教学，还有很多的方面，比如教师在提高自己的能力方面，这是一直以来都在要求教师的，教师发展性评价研究课题工作报告。教师教学能力的提高不仅仅是对自己的一种锻炼和发展，也是对学生的负责态度，只有这样，我们的教育才会出现发展，相信这一点是大家都能够知道的。</w:t>
      </w:r>
      <w:r>
        <w:rPr>
          <w:lang w:eastAsia="zh-CN"/>
        </w:rPr>
        <w:br/>
      </w:r>
      <w:r>
        <w:rPr>
          <w:lang w:eastAsia="zh-CN"/>
        </w:rPr>
        <w:t>　　经省教育科学规划领导小组批准立项的课题《发展性教师评价研究》，历经两年多的研究，现已完成了课题任务，形成了预定的研究成果。下面分四个问题报告如下：</w:t>
      </w:r>
      <w:r>
        <w:rPr>
          <w:lang w:eastAsia="zh-CN"/>
        </w:rPr>
        <w:br/>
      </w:r>
      <w:r>
        <w:rPr>
          <w:lang w:eastAsia="zh-CN"/>
        </w:rPr>
        <w:t>　　一、确定课题研究的指导思想</w:t>
      </w:r>
      <w:r>
        <w:rPr>
          <w:lang w:eastAsia="zh-CN"/>
        </w:rPr>
        <w:br/>
      </w:r>
      <w:r>
        <w:rPr>
          <w:lang w:eastAsia="zh-CN"/>
        </w:rPr>
        <w:t>　　新一轮课程改革归根到底必须落实到课堂教学之上，课堂教学评价无疑是发展性教师评价的重中之重，因此，新课程背景下的课堂教学评价是发展性教师评价的最重要的热点之一。这是我们课题组将《教师发展性评价》的课题研究方向最终定位为课堂教学发展性评价研究的原因。</w:t>
      </w:r>
      <w:r>
        <w:rPr>
          <w:lang w:eastAsia="zh-CN"/>
        </w:rPr>
        <w:br/>
      </w:r>
      <w:r>
        <w:rPr>
          <w:lang w:eastAsia="zh-CN"/>
        </w:rPr>
        <w:t>　　1、建立发展性的课堂教学评价。</w:t>
      </w:r>
      <w:r>
        <w:rPr>
          <w:lang w:eastAsia="zh-CN"/>
        </w:rPr>
        <w:br/>
      </w:r>
      <w:r>
        <w:rPr>
          <w:lang w:eastAsia="zh-CN"/>
        </w:rPr>
        <w:t>　　2、重构课堂教学评价标准的内容，突出学生主动参与学习和师生互动的评价内容。</w:t>
      </w:r>
      <w:r>
        <w:rPr>
          <w:lang w:eastAsia="zh-CN"/>
        </w:rPr>
        <w:br/>
      </w:r>
      <w:r>
        <w:rPr>
          <w:lang w:eastAsia="zh-CN"/>
        </w:rPr>
        <w:t>　　3、强调评价方法的多样化。</w:t>
      </w:r>
      <w:r>
        <w:rPr>
          <w:lang w:eastAsia="zh-CN"/>
        </w:rPr>
        <w:br/>
      </w:r>
      <w:r>
        <w:rPr>
          <w:lang w:eastAsia="zh-CN"/>
        </w:rPr>
        <w:t>　　4、改变传统的单一课堂教学评价模式，建立多元的评价模式。</w:t>
      </w:r>
      <w:r>
        <w:rPr>
          <w:lang w:eastAsia="zh-CN"/>
        </w:rPr>
        <w:br/>
      </w:r>
      <w:r>
        <w:rPr>
          <w:lang w:eastAsia="zh-CN"/>
        </w:rPr>
        <w:t>　　5、加强对课堂教学的科学管理。</w:t>
      </w:r>
      <w:r>
        <w:rPr>
          <w:lang w:eastAsia="zh-CN"/>
        </w:rPr>
        <w:br/>
      </w:r>
      <w:r>
        <w:rPr>
          <w:lang w:eastAsia="zh-CN"/>
        </w:rPr>
        <w:t>　　二、确定研究的步骤及采用的方法</w:t>
      </w:r>
      <w:r>
        <w:rPr>
          <w:lang w:eastAsia="zh-CN"/>
        </w:rPr>
        <w:br/>
      </w:r>
      <w:r>
        <w:rPr>
          <w:lang w:eastAsia="zh-CN"/>
        </w:rPr>
        <w:t>　　1、准备阶段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制订课题实验方案，设计各种实验表格，制订业务等级标准，成立课</w:t>
      </w:r>
      <w:r>
        <w:rPr>
          <w:lang w:eastAsia="zh-CN"/>
        </w:rPr>
        <w:br/>
      </w:r>
      <w:r>
        <w:rPr>
          <w:lang w:eastAsia="zh-CN"/>
        </w:rPr>
        <w:t>　　题组，明确责任分工。对课题组成员进行培训。制定评价方案。</w:t>
      </w:r>
      <w:r>
        <w:rPr>
          <w:lang w:eastAsia="zh-CN"/>
        </w:rPr>
        <w:br/>
      </w:r>
      <w:r>
        <w:rPr>
          <w:lang w:eastAsia="zh-CN"/>
        </w:rPr>
        <w:t>　　2、实验阶段</w:t>
      </w:r>
      <w:r>
        <w:rPr>
          <w:lang w:eastAsia="zh-CN"/>
        </w:rPr>
        <w:br/>
      </w:r>
      <w:r>
        <w:rPr>
          <w:lang w:eastAsia="zh-CN"/>
        </w:rPr>
        <w:t>　　按实验方案进行实验。按“学习—实践—诊断—反馈—反思—措施—再学习—再实践”的模式进行发展性评价的实践操作，使被评价者逐步实现发展目标，同时积累研究资料，完善实验方案，工作总结《教师发展性评价研究课题工作报告》。</w:t>
      </w:r>
      <w:r>
        <w:rPr>
          <w:lang w:eastAsia="zh-CN"/>
        </w:rPr>
        <w:br/>
      </w:r>
      <w:r>
        <w:rPr>
          <w:lang w:eastAsia="zh-CN"/>
        </w:rPr>
        <w:t>　　3、总结阶段</w:t>
      </w:r>
      <w:r>
        <w:rPr>
          <w:lang w:eastAsia="zh-CN"/>
        </w:rPr>
        <w:br/>
      </w:r>
      <w:r>
        <w:rPr>
          <w:lang w:eastAsia="zh-CN"/>
        </w:rPr>
        <w:t>　　进行课题研究的全面总结。对研究过程中形成的各种资料进行了梳理;进一步完善了《发展性教师评价方案》及各种评价工具，使之成为学校的常规工作;组织有关人员完成课题总结报告和各种鉴定文档;请我区科研室对有关材料进行初步审查;召开结题会，向省规划办提请课题鉴定。</w:t>
      </w:r>
      <w:r>
        <w:rPr>
          <w:lang w:eastAsia="zh-CN"/>
        </w:rPr>
        <w:br/>
      </w:r>
      <w:r>
        <w:rPr>
          <w:lang w:eastAsia="zh-CN"/>
        </w:rPr>
        <w:t>　　主要采用了观察法和自然实验法进行。</w:t>
      </w:r>
      <w:r>
        <w:rPr>
          <w:lang w:eastAsia="zh-CN"/>
        </w:rPr>
        <w:br/>
      </w:r>
      <w:r>
        <w:rPr>
          <w:lang w:eastAsia="zh-CN"/>
        </w:rPr>
        <w:t>　　三、本课题研究的结论</w:t>
      </w:r>
      <w:r>
        <w:rPr>
          <w:lang w:eastAsia="zh-CN"/>
        </w:rPr>
        <w:br/>
      </w:r>
      <w:r>
        <w:rPr>
          <w:lang w:eastAsia="zh-CN"/>
        </w:rPr>
        <w:t>　　完成了有关论文和评价方案的制定。教师对发展性评价有了充分的认识，克服了传统的单纯以奖惩为目的教师评价制度的弊端，有利于教师业务水平的`发展和提高。</w:t>
      </w:r>
      <w:r>
        <w:rPr>
          <w:lang w:eastAsia="zh-CN"/>
        </w:rPr>
        <w:br/>
      </w:r>
      <w:r>
        <w:rPr>
          <w:lang w:eastAsia="zh-CN"/>
        </w:rPr>
        <w:t>　　四、本课题研究的意义</w:t>
      </w:r>
      <w:r>
        <w:rPr>
          <w:lang w:eastAsia="zh-CN"/>
        </w:rPr>
        <w:br/>
      </w:r>
      <w:r>
        <w:rPr>
          <w:lang w:eastAsia="zh-CN"/>
        </w:rPr>
        <w:t>　　1、实施发展性评价，是社会转型的呼唤，是素质教育与新一轮课程改革的要求，是学校管理与教师评价体系发展的需要。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2、实施发展性评价，促进了教师专业水平的发展，有利于学生全面和谐发展，有利于学校管理方式的民主化、科学化。</w:t>
      </w:r>
      <w:r>
        <w:rPr>
          <w:lang w:eastAsia="zh-CN"/>
        </w:rPr>
        <w:br/>
      </w:r>
      <w:r>
        <w:rPr>
          <w:lang w:eastAsia="zh-CN"/>
        </w:rPr>
        <w:t>　　3、通过本课题的研究，提升了教师的整体素质和学校的科研水平，深化了学校“科研兴校”的办学特色。</w:t>
      </w:r>
      <w:r>
        <w:rPr>
          <w:lang w:eastAsia="zh-CN"/>
        </w:rPr>
        <w:br/>
      </w:r>
      <w:r>
        <w:rPr>
          <w:lang w:eastAsia="zh-CN"/>
        </w:rPr>
        <w:t>　　在今后的工作中，我们必须要定期对教师的教学能力进行抽查，将教师的教学水平提高一个档次才是最重要的，相信这些都是我们应该做到的事情，在不断的前进与发展中，教师的教学能力已经被看得很重，希望我们能够一直保持下去!</w:t>
      </w:r>
      <w:r>
        <w:rPr>
          <w:lang w:eastAsia="zh-CN"/>
        </w:rPr>
        <w:br/>
      </w:r>
      <w:r>
        <w:rPr>
          <w:lang w:eastAsia="zh-CN"/>
        </w:rPr>
        <w:t xml:space="preserve">    教师年度考核表个人工作总结范文 篇5 </w:t>
      </w:r>
      <w:r>
        <w:rPr>
          <w:lang w:eastAsia="zh-CN"/>
        </w:rPr>
        <w:br/>
      </w:r>
      <w:r>
        <w:rPr>
          <w:lang w:eastAsia="zh-CN"/>
        </w:rPr>
        <w:t>　　本人1990年毕业开始参加工作，至今已从事教学工作已经有23年了，送走学生八届，虽说在教学方面收获了许多宝贵经验，教学方法也很多，而且还是好方法，自身的知识储备虽不算很丰富，但应付教学，尤其是现在的学生，应该是绰绰有余了!然而由于近几年的学情的变化，似乎曾经拥有的那些令人自豪的宝贵财富，不知是何时业已悄然失色，变得是那样的苍白无力，令人感到窒息与无奈，甚至是无语与无助，为什么记啥都已经费劲了的我们——末了还要受到如此的伤害!不过一切的一切，都已经变得不再那么重要，与时俱进吗!此时一个时髦的词汇映入我的眼帘，那就是淡定，再来一瓶，还是淡定!没关系，大不了从头再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作为教师来讲一定要做到与时俱进，不管是学情进步了也好，是倒退了也罢，处理好眼前的事情是当务之急，尤其是老教师更应注意到这一点，要及时调整好自己的心态，去应对眼前学情的变化，不要再用我们早已经习惯了教育模式来套用现在的学生，教学是们艺术，也是一种商品，在目前情况下，她更急需包装、更需要去展示，诸如慈祥可亲的面容，清纯靓丽的容颜，美丽动人的眼神，富有磁性的声音，甜美的歌喉，幽默风趣的谈吐，滑稽而耐人寻味的身体语言，一手漂亮的粉笔字，还有那：穿着得体、漂亮潇洒的装束，可千万别小瞧了这一点儿，其实人与人之间的交往给你的印象如何，往往看的就是外表，可外表是什么?当然是相貌与着装，这其中也包括衣物更换的频率都是学生关注的焦点，试想想：一名年纪本来就大，与学生有天然距离的教师，一年四季都不换几回衣服，手里再拎着那早已经过时的时装包，就像我骑的那辆28大卡，再摆出一副阶级斗争的面孔，谁见了还不够喝一壶的……或许小时候我们引以自豪的艰苦朴素，有时也真的需要改改了。也就是说，不管你有那些方面的特长，都要不遗余力地甚至是有计划地展示给学生，使自己有更多的地方让学生去称道，至少是感兴趣，从而打造出自己的品牌与风格，就是说要有吸引学生眼球的地方，如果你没有把学生的眼球吸引过来，那别怪人家的眼球就可就溜达到别处了!因此教师要用你自己独特的个人魅力去征服学生，感染学生，这样才会具有亲和力，你的商品才会推销出去，才会有人为你的买单，我想这或许就是新形式的亲其师，信其道吧，做为一名教师，尤其是老教师，如果你没有充分认识到这一点那你就OUT了，与学生的距离会越走越远，提高课堂效率、确保教学质量，也就成了空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因此作为一名老教师要尽快更新教学观念，努力快速转型，枯燥乏味的传统教学模式已经不再适用于现在的学生，以积极的态度处理好师生关系，亦师亦友，亦父亦母，否则你讲得再精彩都是白忙，当然对于我个人而言，要想拿出能征服学生的东西实在可怜，于是我便拿出我最拙劣、最原始的办法，就是用我的汗水、我的真诚去打动学生，虽然年纪偏大，体力与精力都已大不如从前，但我还是尽可能地去拼搏，期中考试后我像有的年轻教师一样没了午休，不再午睡，我把学生约到办公室考他们物理公式，大会议室也成了我的战场，虽然一天下来后背酸疼，但我还是乐此不疲，终于坚持到了期末考试的到来，至于结果如何，但愿是美好的，即使与我预期的有所差异，我仍旧会不懈地努力，因为我深信有付出就一定会有收获!更何况我有坚强的后盾，徒弟张阳帮我批卷，勤快的邓坚去印刷资料，微笑的小强主任带走了我的伤感，幽默的梁爽丫头帮我排</w:t>
      </w:r>
      <w:r>
        <w:rPr>
          <w:lang w:eastAsia="zh-CN"/>
        </w:rPr>
        <w:br/>
      </w:r>
      <w:r>
        <w:rPr>
          <w:lang w:eastAsia="zh-CN"/>
        </w:rPr>
        <w:t>　　除了烦恼，年轻的一鸣带给我青春的活力，还有永千那坚实的臂膀伴我一路前行!我深信只要我们老教师勤于思考、肯付出辛苦，充分发挥一名老教师应有的光和热，我们就一定会立足于二高中这片热土!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我年纪虽大，但不妨碍我接受新鲜的事物，譬如我班级管理用的是电脑，学生成绩用电脑，备课用的还是电脑，而且还赶了把潮流，欣然办起了博客，还参加了博客大赛，虽然这次我在微机考试中失利，但我不服，考的都是神马东东，微机考试就考你的微机操作呗，干嘛考那些就连命题人自己都不一定晓得的空洞无用的白痴教育理论?可事实就是如此，肿木办呢，我也不知肿木办，爱肿木办就肿木办，大不了我从头再来……</w:t>
      </w:r>
      <w:r>
        <w:rPr>
          <w:lang w:eastAsia="zh-CN"/>
        </w:rPr>
        <w:br/>
      </w:r>
      <w:r>
        <w:rPr>
          <w:lang w:eastAsia="zh-CN"/>
        </w:rPr>
        <w:t>　　我打字速度虽然慢、做图也很笨，但我还是坚持，五笔不会就ABC，搜狗QQ咱全踢，再若不行就全P;管他Word还是E_cel，还是什么江南style;思维导图PPT，网页制作拖拉机;谁爱爱咋地就咋滴，谁让我爱上了计算机!</w:t>
      </w:r>
      <w:r>
        <w:rPr>
          <w:lang w:eastAsia="zh-CN"/>
        </w:rPr>
        <w:br/>
      </w:r>
      <w:r>
        <w:rPr>
          <w:lang w:eastAsia="zh-CN"/>
        </w:rPr>
        <w:t>　　以上仅是个人观点，有错误或不妥之处还望多多批评指正，谢谢大家!</w:t>
      </w:r>
      <w:r>
        <w:rPr>
          <w:lang w:eastAsia="zh-CN"/>
        </w:rPr>
        <w:br/>
      </w:r>
      <w:r>
        <w:rPr>
          <w:lang w:eastAsia="zh-CN"/>
        </w:rPr>
        <w:t xml:space="preserve">    教师年度考核表个人工作总结范文 篇6 </w:t>
      </w:r>
      <w:r>
        <w:rPr>
          <w:lang w:eastAsia="zh-CN"/>
        </w:rPr>
        <w:br/>
      </w:r>
      <w:r>
        <w:rPr>
          <w:lang w:eastAsia="zh-CN"/>
        </w:rPr>
        <w:t>　　时光飞逝，岁月如流。在不知不觉中我也已经完成了本学期英语教学工作。在这学期中，我付出辛劳，收获成功，与我的学生们一起品尝了成长的苦与乐。回过头，我最终欣然发现，在蹒跚学步的过程中，原先收获颇丰。本学期，每个英语教师都是在忙碌中渡过的。我担任二、六年级的英语教学工作。但我力求在教学中做到扎实，有效，让每个学生都有所收益，上好每一节课，带好每一个学生。现将本学期的学科教学工作总结如下：</w:t>
      </w:r>
      <w:r>
        <w:rPr>
          <w:lang w:eastAsia="zh-CN"/>
        </w:rPr>
        <w:br/>
      </w:r>
      <w:r>
        <w:rPr>
          <w:lang w:eastAsia="zh-CN"/>
        </w:rPr>
        <w:t>　　一、思想方面：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本人热爱教育事业，坚持党的基本原则、教育方针贯彻。思想上严于律己，热爱党的教育事业以党员的要求来约束自己，鞭策自己。对自己要求更为严格，力争在思想上、工作上在同事、学生的心目中树立起榜样的作用。努力提高自己的政治水平和业务水平，配合领导和教师们做好校内外的各项工作。遵守学校的规章制度。学习和研究新课程标准、理念、观点，注重在教学实践中的灵活应用，理论联系实践，研究学生的学习情景。认真学习新的教育理论，及时更新教育理念。</w:t>
      </w:r>
      <w:r>
        <w:rPr>
          <w:lang w:eastAsia="zh-CN"/>
        </w:rPr>
        <w:br/>
      </w:r>
      <w:r>
        <w:rPr>
          <w:lang w:eastAsia="zh-CN"/>
        </w:rPr>
        <w:t>　　二、在教学工作方面：</w:t>
      </w:r>
      <w:r>
        <w:rPr>
          <w:lang w:eastAsia="zh-CN"/>
        </w:rPr>
        <w:br/>
      </w:r>
      <w:r>
        <w:rPr>
          <w:lang w:eastAsia="zh-CN"/>
        </w:rPr>
        <w:t>　　首先我认识到了存在教学中的几个问题：</w:t>
      </w:r>
      <w:r>
        <w:rPr>
          <w:lang w:eastAsia="zh-CN"/>
        </w:rPr>
        <w:br/>
      </w:r>
      <w:r>
        <w:rPr>
          <w:lang w:eastAsia="zh-CN"/>
        </w:rPr>
        <w:t>　　1、由于我们学校的大部分学生特别是高年级的学生，来自于不一样的学校，导致很多学生对英语这门学科有不一样的基础，甚至有的学生在本学期刚转过来，在其他学校没有学过英语，所以目前的情景就是，整个高段（六年级）的学生，学习基础参差不齐，理解程度也不一样，并且随着学习难度的增加，学生产生了消极情感，没有兴趣，甚至厌学。</w:t>
      </w:r>
      <w:r>
        <w:rPr>
          <w:lang w:eastAsia="zh-CN"/>
        </w:rPr>
        <w:br/>
      </w:r>
      <w:r>
        <w:rPr>
          <w:lang w:eastAsia="zh-CN"/>
        </w:rPr>
        <w:t>　　2、应对一些学生的理解程度的不一样，在教学中要把握好在教学时的差异性，要及时发现他们理解语言的。快慢程度，导致有的学生吃得饱，有的学生吃不饱。吃不饱的那部分学生就会产生以下情绪：上课或讲练习的时候，就会马虎，注意力不集中，作业从错误多，上课听懂了，课后又忘了。</w:t>
      </w:r>
      <w:r>
        <w:rPr>
          <w:lang w:eastAsia="zh-CN"/>
        </w:rPr>
        <w:br/>
      </w:r>
      <w:r>
        <w:rPr>
          <w:lang w:eastAsia="zh-CN"/>
        </w:rPr>
        <w:t>　　3、在有些知识点讲过后，有的甚至操练了多遍，反反复复强调了，学生仍没有掌握。就责怪学生，并所以加强反复训练。于是在责怪声中，在枯燥的联系中，学生的学习兴趣消失了。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我体会到：学生学习语言的本事是因人而异的。有差别是正常的，要教好每一个学生，但不能要求每一个学生都一样、一个模式，不能要求学生都按一个模式去发展，而是开发学生不一样的潜能，发展学生学英语的各方面本事。并且教师可根据不一样学生之间的差异去因材施教。</w:t>
      </w:r>
      <w:r>
        <w:rPr>
          <w:lang w:eastAsia="zh-CN"/>
        </w:rPr>
        <w:br/>
      </w:r>
      <w:r>
        <w:rPr>
          <w:lang w:eastAsia="zh-CN"/>
        </w:rPr>
        <w:t>　　那么根据以上几点，我做出以下几点措施：</w:t>
      </w:r>
      <w:r>
        <w:rPr>
          <w:lang w:eastAsia="zh-CN"/>
        </w:rPr>
        <w:br/>
      </w:r>
      <w:r>
        <w:rPr>
          <w:lang w:eastAsia="zh-CN"/>
        </w:rPr>
        <w:t>　　第一，我要遵循教学环节，课前认真备课，不但能备好教学资料，更能做到备好学生，备好作业和课堂练习，以便更好地进行因材施教；从激发学生的兴趣入手。教师在英语教学中，让学生做到听、说、读、写并举，眼、耳、口、鼻、脑并用，是激发学生学好英语的关键。学生的学习类型是有差异的。而没有学习兴趣的差异更大；学生的喜爱也不一样，有的喜欢听说法，就是一向看着教师，听教师说，很少看书本；有的喜欢阅读法，就是一向盯着书本看，很少看教师或黑板。所以，必须运用多元化的教学方法，激发每个学生的学习兴趣，能让他们喜欢英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第二，在课堂教学中尽量使用英语，适当利用母语；利用直观教具、动作、表情和玩游戏等方法吸引学生，让学生乐于学习。并且，教学中必须做到让学生明白，会用，反复练习句型和单词，提高水平，进行生动活泼的开放式的课堂教学，使学生从愉快的情景中学到知识，从而提高学生对英语科的学习兴趣，提高了教学效果。所以在课堂教学中要特别注意学生的兴趣的培养。在课堂上，我首先让学生明白每课的句型结构，懂得它的规律，学会用学过的单词使用新句型对话。每课讲授完后，要求学生必须读熟，会默写单词，会做基本的对话练习。英语的学习是狠抓句型及单词，最好每一天早上要求学生抽出必须时间开口读英语，锻炼口语本事，熟悉课文。在班级选出读音规范的科代表，由教师指导培养好科代表。并且教师经常巡视和抽测，使学生不知不觉巩固所学习的单词；要求每节课前学生听写十个单词，必须做到完全正确。既要学习新知识，又要巩固旧知识，得到两面照顾，不能松懈。</w:t>
      </w:r>
      <w:r>
        <w:rPr>
          <w:lang w:eastAsia="zh-CN"/>
        </w:rPr>
        <w:br/>
      </w:r>
      <w:r>
        <w:rPr>
          <w:lang w:eastAsia="zh-CN"/>
        </w:rPr>
        <w:t>　　第三，在教学中，我还把高效课堂引入到教学中，让学生在理解知识的同时，能够培养学生的自学，共学，群学的本事，并且学会提前做预习和课后复习的好习惯，并且在课中，我采用很多的游戏方式来激发学生学习的兴趣，让学生做课堂中的主人，并以鼓励的方式来增加学生学习的积极性。</w:t>
      </w:r>
      <w:r>
        <w:rPr>
          <w:lang w:eastAsia="zh-CN"/>
        </w:rPr>
        <w:br/>
      </w:r>
      <w:r>
        <w:rPr>
          <w:lang w:eastAsia="zh-CN"/>
        </w:rPr>
        <w:t>　　第四，对于学生的作业，我避开了传统的抄写模式，我先给学生足够的空间和时间去对这门学科进行阅读和记忆，在每次上课的前十分钟，我都要给学生进行听写，如果在听写的过程中，有错误的学生只需改错，没有错误的学生就能够不用大篇幅的抄写单词，那么在第二次听写的过程中，我发现很多学生逐渐的养成了课后对课文和单词记忆的好习惯，逐渐的对单词有了必须的积累，并且对于学生来说，更多的时间用在更有用的学习中。</w:t>
      </w:r>
      <w:r>
        <w:rPr>
          <w:lang w:eastAsia="zh-CN"/>
        </w:rPr>
        <w:br/>
      </w:r>
      <w:r>
        <w:rPr>
          <w:lang w:eastAsia="zh-CN"/>
        </w:rPr>
        <w:t>　　第五，对于后进生和困难生，这类学生通常要么是学习节奏慢，很难跟上课程进度，要么是刚转来的插班生，甚至是没有英语基础的，所以对这些学生我采取这么几种方式：</w:t>
      </w:r>
      <w:r>
        <w:rPr>
          <w:lang w:eastAsia="zh-CN"/>
        </w:rPr>
        <w:br/>
      </w:r>
      <w:r>
        <w:rPr>
          <w:lang w:eastAsia="zh-CN"/>
        </w:rPr>
        <w:t>　　1、“优带差”的政策，让好的学生直接“承包”后进生，包括给后进生做课后辅导及单词句型记忆。</w:t>
      </w:r>
      <w:r>
        <w:rPr>
          <w:lang w:eastAsia="zh-CN"/>
        </w:rPr>
        <w:br/>
      </w:r>
      <w:r>
        <w:rPr>
          <w:lang w:eastAsia="zh-CN"/>
        </w:rPr>
        <w:t>　　2、对于个别特别差的学生我采取辅导的.形式，利用课余的时间给这些特别的学生做辅导。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3、配合家长和学生本人，让家长做好学生的监督工作，培养学生的学习习惯和对英语学科的学习态度。</w:t>
      </w:r>
      <w:r>
        <w:rPr>
          <w:lang w:eastAsia="zh-CN"/>
        </w:rPr>
        <w:br/>
      </w:r>
      <w:r>
        <w:rPr>
          <w:lang w:eastAsia="zh-CN"/>
        </w:rPr>
        <w:t>　　最终，帮忙学生养成良好的学习习惯。</w:t>
      </w:r>
      <w:r>
        <w:rPr>
          <w:lang w:eastAsia="zh-CN"/>
        </w:rPr>
        <w:br/>
      </w:r>
      <w:r>
        <w:rPr>
          <w:lang w:eastAsia="zh-CN"/>
        </w:rPr>
        <w:t>　　经过本学期一学期的努力，二年级学生得学到如何去学，在期末的口语测试中，各班都取得很好的成绩，特别是六年级的学生，经过一学期的努力，在参加官渡区英语期末测试中：</w:t>
      </w:r>
      <w:r>
        <w:rPr>
          <w:lang w:eastAsia="zh-CN"/>
        </w:rPr>
        <w:br/>
      </w:r>
      <w:r>
        <w:rPr>
          <w:lang w:eastAsia="zh-CN"/>
        </w:rPr>
        <w:t>　　六（1）班：参考人数53人，试读生1人，总分4499，平均分为86.52，优秀率为51.9%，及格率为96、15%，其中100分5人，90—99分22人</w:t>
      </w:r>
      <w:r>
        <w:rPr>
          <w:lang w:eastAsia="zh-CN"/>
        </w:rPr>
        <w:br/>
      </w:r>
      <w:r>
        <w:rPr>
          <w:lang w:eastAsia="zh-CN"/>
        </w:rPr>
        <w:t>　　六（二）班：参考人数50人，试读生1人，总分4507，平均分为91.99，优秀率为69.3%，及格率为100%、其中100分6人，90—99分28人</w:t>
      </w:r>
      <w:r>
        <w:rPr>
          <w:lang w:eastAsia="zh-CN"/>
        </w:rPr>
        <w:br/>
      </w:r>
      <w:r>
        <w:rPr>
          <w:lang w:eastAsia="zh-CN"/>
        </w:rPr>
        <w:t>　　三、在教研工作中：</w:t>
      </w:r>
      <w:r>
        <w:rPr>
          <w:lang w:eastAsia="zh-CN"/>
        </w:rPr>
        <w:br/>
      </w:r>
      <w:r>
        <w:rPr>
          <w:lang w:eastAsia="zh-CN"/>
        </w:rPr>
        <w:t>　　本学期担任英语组教研组长以来，组织成员每周定期学期研究教学教法，在今年的工作中取得了必须的成绩：</w:t>
      </w:r>
      <w:r>
        <w:rPr>
          <w:lang w:eastAsia="zh-CN"/>
        </w:rPr>
        <w:br/>
      </w:r>
      <w:r>
        <w:rPr>
          <w:lang w:eastAsia="zh-CN"/>
        </w:rPr>
        <w:t>　　1、并且组织成员研究高效课堂的实施以及运用；</w:t>
      </w:r>
      <w:r>
        <w:rPr>
          <w:lang w:eastAsia="zh-CN"/>
        </w:rPr>
        <w:br/>
      </w:r>
      <w:r>
        <w:rPr>
          <w:lang w:eastAsia="zh-CN"/>
        </w:rPr>
        <w:t>　　2、及时抽查组员的教学进度及备课情景；</w:t>
      </w:r>
      <w:r>
        <w:rPr>
          <w:lang w:eastAsia="zh-CN"/>
        </w:rPr>
        <w:br/>
      </w:r>
      <w:r>
        <w:rPr>
          <w:lang w:eastAsia="zh-CN"/>
        </w:rPr>
        <w:t>　　3、组织优秀教师为新教师展示公开课；</w:t>
      </w:r>
      <w:r>
        <w:rPr>
          <w:lang w:eastAsia="zh-CN"/>
        </w:rPr>
        <w:br/>
      </w:r>
      <w:r>
        <w:rPr>
          <w:lang w:eastAsia="zh-CN"/>
        </w:rPr>
        <w:t>　　4、并且配合学校组织了青蓝工程，认真对待青蓝工程工作，把自我的工作经验和方法传授于新组员中；</w:t>
      </w:r>
      <w:r>
        <w:rPr>
          <w:lang w:eastAsia="zh-CN"/>
        </w:rPr>
        <w:br/>
      </w:r>
      <w:r>
        <w:rPr>
          <w:lang w:eastAsia="zh-CN"/>
        </w:rPr>
        <w:t>　　5、认真组织“21世纪杯英语大赛”并且获得好成绩；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6、在工作中认真协调好各年级和班级之间的英语教学工作，组织好期末的复习计划以及出卷工作等、</w:t>
      </w:r>
      <w:r>
        <w:rPr>
          <w:lang w:eastAsia="zh-CN"/>
        </w:rPr>
        <w:br/>
      </w:r>
      <w:r>
        <w:rPr>
          <w:lang w:eastAsia="zh-CN"/>
        </w:rPr>
        <w:t>　　7、组织“21世纪杯英语悦读大赛”工作、</w:t>
      </w:r>
      <w:r>
        <w:rPr>
          <w:lang w:eastAsia="zh-CN"/>
        </w:rPr>
        <w:br/>
      </w:r>
      <w:r>
        <w:rPr>
          <w:lang w:eastAsia="zh-CN"/>
        </w:rPr>
        <w:t>　　虽然在工作中还有些不足之处，可是我会竭尽全力，把学校安排的工作执行到位，把教研工作抓好，努力提升整个英语教研组的教学水平、</w:t>
      </w:r>
      <w:r>
        <w:rPr>
          <w:lang w:eastAsia="zh-CN"/>
        </w:rPr>
        <w:br/>
      </w:r>
      <w:r>
        <w:rPr>
          <w:lang w:eastAsia="zh-CN"/>
        </w:rPr>
        <w:t>　　四、坚持终身学习</w:t>
      </w:r>
      <w:r>
        <w:rPr>
          <w:lang w:eastAsia="zh-CN"/>
        </w:rPr>
        <w:br/>
      </w:r>
      <w:r>
        <w:rPr>
          <w:lang w:eastAsia="zh-CN"/>
        </w:rPr>
        <w:t>　　“学海无涯”，在信息时代，作为一名教师，终身学习尤为重要。我常常不满自身现状，不断提高自身的专业理论和教学本事。我还进取响应，参加各项教师活动。</w:t>
      </w:r>
      <w:r>
        <w:rPr>
          <w:lang w:eastAsia="zh-CN"/>
        </w:rPr>
        <w:br/>
      </w:r>
      <w:r>
        <w:rPr>
          <w:lang w:eastAsia="zh-CN"/>
        </w:rPr>
        <w:t>　　我热爱自己的事业，进取运用有效的工作时间做好自己分内的工作。在今后的教育教学工作中，我将更严格要求自己，努力工作，发扬优点，改正缺点，开拓前进，为钟英小学的未来贡献自己的力量。</w:t>
      </w:r>
      <w:r>
        <w:rPr>
          <w:lang w:eastAsia="zh-CN"/>
        </w:rPr>
        <w:br/>
      </w:r>
      <w:r>
        <w:rPr>
          <w:lang w:eastAsia="zh-CN"/>
        </w:rPr>
        <w:t xml:space="preserve">    教师年度考核表个人工作总结范文 篇7 </w:t>
      </w:r>
      <w:r>
        <w:rPr>
          <w:lang w:eastAsia="zh-CN"/>
        </w:rPr>
        <w:br/>
      </w:r>
      <w:r>
        <w:rPr>
          <w:lang w:eastAsia="zh-CN"/>
        </w:rPr>
        <w:t>　　这一年来的工作当中，还是感觉自己的教学能力有了进一步的提高，在这年终之际，还是有一定的进步的，回过头来想想一年来的工作，我也渴望能够让自己做的更好，我希望在新一年的工作当中，有更加合适的教学工作方式，我想了想还是应该要努力维持下去的，一年来我也是感觉自己在这方面有很大的提高，只有维持这样的状态，才能够把教学个做的更好，这一点是一定的，我也一定不会辜负了学校的培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作为一名教师，我从来都不会忽视对自己能力的提高，在这一点上面我还是感觉非常好的，我也是应该要认真维持一个好的心态，认真的做好这份工作是我应该要努力维持下去的，作为一名教师我是深刻的体会到工作当中的乐趣，在这样的环境下面，我是可以接触到更多的东西，每天认真的做好自己分内的事情，在这年度考核之际，我深刻的体会到了教学能力对一名教师的重要性，在这个过程当中应该要做出好的判断，在这样的环境下面我觉得自己的收获很大，这确实是一件非常有意义的事情，只有在这样的环境下面积累经验，才能够接触到更多的东西，在这方面我还是可以做的更好。</w:t>
      </w:r>
      <w:r>
        <w:rPr>
          <w:lang w:eastAsia="zh-CN"/>
        </w:rPr>
        <w:br/>
      </w:r>
      <w:r>
        <w:rPr>
          <w:lang w:eastAsia="zh-CN"/>
        </w:rPr>
        <w:t>　　这一年来接触到这些细节，现阶段的工作当中，我深刻的体会到自身能力的提高，年度考核之际，我相对而言还是做的比较认真的，作为一名教师我是非常渴望能够得到更多的进步，周围有很多值得我学习的教师，在这方面我深刻的体会到了这些，虽然我对自己的教学能力是比较看好的，但是在这个过程当中，我还是虚心的在请教其他老师，我认为这也是对我能力的一种提高，在这一阶段我深刻的意识到了这些细节，一年来的工作虽然结束了，但是我也相信我可以做的更好，年度考核之际我也看到了自己能力的不足，在这一阶段的工作当中，我不断的提高了自身教学能力。</w:t>
      </w:r>
      <w:r>
        <w:rPr>
          <w:lang w:eastAsia="zh-CN"/>
        </w:rPr>
        <w:br/>
      </w:r>
      <w:r>
        <w:rPr>
          <w:lang w:eastAsia="zh-CN"/>
        </w:rPr>
        <w:t>　　虽然在这个过程当中，我也是做的非常认真的，我清楚的意识到了这一点，一年来我也虚心的在学习着更多的事情，通过这样的方式也是对自身教学能力的一种打磨，在这样的环境下面我还是相对做的比较好的，在新一年的工作当中，我必然会让自己维持一个好的状态，提高学生们的整体成绩，完成好新一年的规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xml:space="preserve">    教师年度考核表个人工作总结范文 篇8 </w:t>
      </w:r>
      <w:r>
        <w:rPr>
          <w:lang w:eastAsia="zh-CN"/>
        </w:rPr>
        <w:br/>
      </w:r>
      <w:r>
        <w:rPr>
          <w:lang w:eastAsia="zh-CN"/>
        </w:rPr>
        <w:t>　　一、从思想方面进行总结</w:t>
      </w:r>
      <w:r>
        <w:rPr>
          <w:lang w:eastAsia="zh-CN"/>
        </w:rPr>
        <w:br/>
      </w:r>
      <w:r>
        <w:rPr>
          <w:lang w:eastAsia="zh-CN"/>
        </w:rPr>
        <w:t>　　作为教师，责任心是工作成败的关键，也是良好师德的具体体现。当然个人的能力也非常重要。但没有高度的责任心和使命感是干不好工作的，这是多年来的经验，也是我工作的座右铭。为此，一年来，本人一直严于律已，时刻用教师的职业道德规范来约束、鞭策自己，紧记自己是教师的身份，做到以身作则，为人师表。热爱和关心学生。做到既教书又育人。</w:t>
      </w:r>
      <w:r>
        <w:rPr>
          <w:lang w:eastAsia="zh-CN"/>
        </w:rPr>
        <w:br/>
      </w:r>
      <w:r>
        <w:rPr>
          <w:lang w:eastAsia="zh-CN"/>
        </w:rPr>
        <w:t>　　严格遵守学校的各种规章制度，按时上、下班，不迟到，不早退，有事请假。工作积极、主动，任劳任怨。从不斤斤计较，具有强烈的事业心和高度的责任感。能出色完成学校安排的各项教育教学工作。努力使自己成为一个新世纪的优秀教师。</w:t>
      </w:r>
      <w:r>
        <w:rPr>
          <w:lang w:eastAsia="zh-CN"/>
        </w:rPr>
        <w:br/>
      </w:r>
      <w:r>
        <w:rPr>
          <w:lang w:eastAsia="zh-CN"/>
        </w:rPr>
        <w:t>　　二、教育教学方面：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本人一年来，无论是教育还是教学方面，都力求做到最好。在教学过程中，我首先把学生思想品德教育放在首位，努力转化差生，并取得了一定的成绩：例如，六年(2)班的黄玉玲和何少华同学，是全校师生众所周知的思想品质方面的问题学生。这两个学生都很特别，黄玉玲是一个被家长宠坏的学生，好搬弄事非，夸大事实，任何地方、任何时候都以她为中，否则，谁惹了他谁就自食其果。她父认为：他交了钱给老师，老师拿了他的钱，他女儿学习好坏，你老师都不能批评、打骂、教育他女儿，他就一个女儿，以后要她养老的┈还说：以前在穗香，何校长都叫老师向他道歉┈。后来，也听一些老师对她及她家庭反映。我根据自己对该生本人及家庭的情况，认为当务之急，首先必需做通家长的思想工作，否则，就无法转变该生。因而，通过反复家访和电话联系。多方面做工作，终于使他父亲改变了对教师的看法。最后，他父亲还要求老师严格要求他女儿，做错了就批评教育。还满怀歉意地跟我说：对不起!</w:t>
      </w:r>
      <w:r>
        <w:rPr>
          <w:lang w:eastAsia="zh-CN"/>
        </w:rPr>
        <w:br/>
      </w:r>
      <w:r>
        <w:rPr>
          <w:lang w:eastAsia="zh-CN"/>
        </w:rPr>
        <w:t>　　黄玉玲同学平时已养成的一些我行我素的习惯，要使她一下改变过来是很难的，因此，反复性较大，于是，我主动与班主任、黄校长商讨帮助、教育她的方法和对策，主动家访及随时与其父电话联联络。反复找她们谈心，从多方面诱导、软硬兼施地让她明白自己存在的缺点和错误，导其一一改正。</w:t>
      </w:r>
      <w:r>
        <w:rPr>
          <w:lang w:eastAsia="zh-CN"/>
        </w:rPr>
        <w:br/>
      </w:r>
      <w:r>
        <w:rPr>
          <w:lang w:eastAsia="zh-CN"/>
        </w:rPr>
        <w:t>　　在这整个过程中，我也满肚牢骚，觉得自已很委屈，家长不支持，还让女儿去李校长处说：我拉她，对她态度不好┈.但牢骚过后，还必须正确面对，因为转化她的思想是自己的职责。我必须义无反顾。</w:t>
      </w:r>
      <w:r>
        <w:rPr>
          <w:lang w:eastAsia="zh-CN"/>
        </w:rPr>
        <w:br/>
      </w:r>
      <w:r>
        <w:rPr>
          <w:lang w:eastAsia="zh-CN"/>
        </w:rPr>
        <w:t>　　在教学中，我认为：要严格要求每一个学生，不管是思想还是学习上，不能随便迁就学生的缺点，否则只能是导其继续范错，发现有范错误的苗头，就要马上进行引导、教育，把这种错误的思想转化为学习的动力。但，要想收到预期的效果，得讲究方法，耐心教导，循循善诱，批评与诱导相结合;与家长取得联系，争取家长的大力支持;经常与其谈心、交朋友，使学生心中形成”亲其师，信其道”的向师性。这也是我教育学生的一点浅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在教中，我不断地钻研、探索、总结教法，接手六年级后，自己对教学内容不太熟，于是我就主动阅读一些课外书籍来提高自己，如：《小学数学新大纲》、《小学数学教学》、《广东教育》、上网查找资料等等。了解当前的教育教学形式，不断吸取新思想、新方法。理论联系实际，不断改变自己的教法，以适应当前教学的需要，并结合学校教研专题，认真考虑怎样分层导练，学生主动参与探索知识的全过程。例如：在教学《圆柱的认识》一课时，引出课题后，就大胆放手让学生自己审题、自学，自己动手操作、猜想、探索，通过学生自己看书自学、说一说、模一模、想一想、画一画、猜一猜、剪一剪等方法了解圆柱的概念、性质、特征，教师只是学生探索中的参与者、引导者。这样引导学生自己探索知识的效果远比教师的讲好。既能培养学生的自学能力，同时教师也能抽出时间来点拨优生，辅导差生。</w:t>
      </w:r>
      <w:r>
        <w:rPr>
          <w:lang w:eastAsia="zh-CN"/>
        </w:rPr>
        <w:br/>
      </w:r>
      <w:r>
        <w:rPr>
          <w:lang w:eastAsia="zh-CN"/>
        </w:rPr>
        <w:t>　　还做到不耻下问，经常与吕主任、黄建开教师探讨教学方面的问题。互相合作，互相勉励，共同进步。</w:t>
      </w:r>
      <w:r>
        <w:rPr>
          <w:lang w:eastAsia="zh-CN"/>
        </w:rPr>
        <w:br/>
      </w:r>
      <w:r>
        <w:rPr>
          <w:lang w:eastAsia="zh-CN"/>
        </w:rPr>
        <w:t>　　三、做好科组管理工作：</w:t>
      </w:r>
      <w:r>
        <w:rPr>
          <w:lang w:eastAsia="zh-CN"/>
        </w:rPr>
        <w:br/>
      </w:r>
      <w:r>
        <w:rPr>
          <w:lang w:eastAsia="zh-CN"/>
        </w:rPr>
        <w:t>　　从两个方面进行：一是常规教学管理方面;二是优化课堂教学方面。常规教学方面主要是按照顺德市下发的文件，有的放矢地要求科组成员做好。</w:t>
      </w:r>
      <w:r>
        <w:rPr>
          <w:lang w:eastAsia="zh-CN"/>
        </w:rPr>
        <w:br/>
      </w:r>
      <w:r>
        <w:rPr>
          <w:lang w:eastAsia="zh-CN"/>
        </w:rPr>
        <w:t>　　优化课堂教学方面即专题研讨：概括起来为”一个立足，两个体现”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(一)、一个立足是指：在专题实验过程中，立足于”求实”实实在在从师生的实际出发，本学期，我认真总结上学期科组实验中存在的一些问题：如：</w:t>
      </w:r>
      <w:r>
        <w:rPr>
          <w:lang w:eastAsia="zh-CN"/>
        </w:rPr>
        <w:br/>
      </w:r>
      <w:r>
        <w:rPr>
          <w:lang w:eastAsia="zh-CN"/>
        </w:rPr>
        <w:t>　　1)、教师的观念较为保守，放不开;</w:t>
      </w:r>
      <w:r>
        <w:rPr>
          <w:lang w:eastAsia="zh-CN"/>
        </w:rPr>
        <w:br/>
      </w:r>
      <w:r>
        <w:rPr>
          <w:lang w:eastAsia="zh-CN"/>
        </w:rPr>
        <w:t>　　2)教学中没注重学生非智力因素的培养：如学生学习的品质、习的兴趣、态度、策略、方法等。导致学生的学习积极性不高;</w:t>
      </w:r>
      <w:r>
        <w:rPr>
          <w:lang w:eastAsia="zh-CN"/>
        </w:rPr>
        <w:br/>
      </w:r>
      <w:r>
        <w:rPr>
          <w:lang w:eastAsia="zh-CN"/>
        </w:rPr>
        <w:t>　　3)课的结构过于简单，方式过于单一，容量不大，练习量过少，特别是应用题方面的教学;</w:t>
      </w:r>
      <w:r>
        <w:rPr>
          <w:lang w:eastAsia="zh-CN"/>
        </w:rPr>
        <w:br/>
      </w:r>
      <w:r>
        <w:rPr>
          <w:lang w:eastAsia="zh-CN"/>
        </w:rPr>
        <w:t>　　4)堂上练习密度不大，节奏不紧凑，效果较低;</w:t>
      </w:r>
      <w:r>
        <w:rPr>
          <w:lang w:eastAsia="zh-CN"/>
        </w:rPr>
        <w:br/>
      </w:r>
      <w:r>
        <w:rPr>
          <w:lang w:eastAsia="zh-CN"/>
        </w:rPr>
        <w:t>　　5)课堂教学处理的的艺术水平较低等等。</w:t>
      </w:r>
      <w:r>
        <w:rPr>
          <w:lang w:eastAsia="zh-CN"/>
        </w:rPr>
        <w:br/>
      </w:r>
      <w:r>
        <w:rPr>
          <w:lang w:eastAsia="zh-CN"/>
        </w:rPr>
        <w:t>　　针对以上问题，要求教师抓住每个教学点的关键，运用最直接、最易懂易明的教学方法引导学生，课堂的基本模式为：”先练后导-导练结合-当堂训练-及时反馈-达成目标”。教学任务要日日清、月月清、年年清。不能给下一任的教师留下后遗症。</w:t>
      </w:r>
      <w:r>
        <w:rPr>
          <w:lang w:eastAsia="zh-CN"/>
        </w:rPr>
        <w:br/>
      </w:r>
      <w:r>
        <w:rPr>
          <w:lang w:eastAsia="zh-CN"/>
        </w:rPr>
        <w:t>　　(二)、两个体现是指：教师的课堂教学与研讨要体现专题研究;体现新大纲的要求。</w:t>
      </w:r>
      <w:r>
        <w:rPr>
          <w:lang w:eastAsia="zh-CN"/>
        </w:rPr>
        <w:br/>
      </w:r>
      <w:r>
        <w:rPr>
          <w:lang w:eastAsia="zh-CN"/>
        </w:rPr>
        <w:t>　　1、体现专题研究：本学年数科组的教研专题是：构建”分层导练，以技能训练为主的课堂教学模式”，培养学生创造性思维。在具体的操作中，我首先让大家明白专题的意思和意义，组织大家一起学习，然后把教学内容分成几大块：式题教学、概念教学、应用题教学、几何图形教学等等。每个大块都按专题的要求制定出具体操作方案。本学期重点研讨式题教学和应用题教学两大方面，以提高学生的口算能力和解应用题能力。各人根据自已的实际选择并确定一个子专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式题教学的导练--以尝试练为主，教师的适当导为辅。先复习相关联的旧知识，其次学生自学例题尝试，教师加以针对性地讲解即引导和指导，然后进行分层练，可选用适当的练习方法。在练的过程中让学生发现问题、分析问题、讨论问题、解决问题。在解决问题的过程中，让学生体会加与减、乘与除的互逆关系，提高口算能力。学会选择合适的估算方法，养成估算的良好习惯。还要注重说的训练，理顺思路。从而培养学生创造性思维。)</w:t>
      </w:r>
      <w:r>
        <w:rPr>
          <w:lang w:eastAsia="zh-CN"/>
        </w:rPr>
        <w:br/>
      </w:r>
      <w:r>
        <w:rPr>
          <w:lang w:eastAsia="zh-CN"/>
        </w:rPr>
        <w:t>　　(应用题教学的导练--是可以收集日常生活中学生熟悉的信息材料编成应用题，从学生的实际出发，激发学生学习应用题的兴趣，进行尝试导入。自学新知，讨论说理，适当安排一些开放性的问题。掌握解题的步骤和方法，提高学生解决实际问题的能力。)</w:t>
      </w:r>
      <w:r>
        <w:rPr>
          <w:lang w:eastAsia="zh-CN"/>
        </w:rPr>
        <w:br/>
      </w:r>
      <w:r>
        <w:rPr>
          <w:lang w:eastAsia="zh-CN"/>
        </w:rPr>
        <w:t>　　2、体现新大纲方面：也就是在专题实验的同时，要与新大纲的要求相结合，这样才能体现优化课堂教学，一年来，本科组特别重视新教材、新大纲的研讨与实验。</w:t>
      </w:r>
      <w:r>
        <w:rPr>
          <w:lang w:eastAsia="zh-CN"/>
        </w:rPr>
        <w:br/>
      </w:r>
      <w:r>
        <w:rPr>
          <w:lang w:eastAsia="zh-CN"/>
        </w:rPr>
        <w:t>　　具体的操作方法概括起来：</w:t>
      </w:r>
      <w:r>
        <w:rPr>
          <w:lang w:eastAsia="zh-CN"/>
        </w:rPr>
        <w:br/>
      </w:r>
      <w:r>
        <w:rPr>
          <w:lang w:eastAsia="zh-CN"/>
        </w:rPr>
        <w:t>　　1、学习新大纲(学习新大纲具体要求，掌握各年段的肉容和重难点，与旧教材的大纲进行比较)。更准确地掌握新大纲的要求。</w:t>
      </w:r>
      <w:r>
        <w:rPr>
          <w:lang w:eastAsia="zh-CN"/>
        </w:rPr>
        <w:br/>
      </w:r>
      <w:r>
        <w:rPr>
          <w:lang w:eastAsia="zh-CN"/>
        </w:rPr>
        <w:t>　　2、课例研讨，摸索规律。</w:t>
      </w:r>
      <w:r>
        <w:rPr>
          <w:lang w:eastAsia="zh-CN"/>
        </w:rPr>
        <w:br/>
      </w:r>
      <w:r>
        <w:rPr>
          <w:lang w:eastAsia="zh-CN"/>
        </w:rPr>
        <w:t>　　3、总结升华，形成模式。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通过实验，如上学期参加了的新教材评优课，获得表扬奖;本学期上了一节全镇性的一年级新教材观摩课，受到好评;上等级评估时也上了一节新教材的汇报课。总之，教师观念上有了一个很大的转变，对课改的新信息、新理念、新趋势在教师的头脑中已初步形成，课改的动向、方式、方法基本掌握，对新教材新大纲有了一个全新的了解，明白了新教材编写的意图。特别是让学生通过活动来学习知识，通过合作学习、动手操作、讨论来探讨知识的形成过程，并让学生通过动脑、动口来掌握知识。又例如，一(1)、一(3)、三(2)、四(4)、五(2)、五(3)六(2)、六(3)等，课堂的容量大，充分体现学生合作学习、共同讨论来探讨知识。导练结合体现专题。</w:t>
      </w:r>
      <w:r>
        <w:rPr>
          <w:lang w:eastAsia="zh-CN"/>
        </w:rPr>
        <w:br/>
      </w:r>
      <w:r>
        <w:rPr>
          <w:lang w:eastAsia="zh-CN"/>
        </w:rPr>
        <w:t>　　主要表现在：</w:t>
      </w:r>
      <w:r>
        <w:rPr>
          <w:lang w:eastAsia="zh-CN"/>
        </w:rPr>
        <w:br/>
      </w:r>
      <w:r>
        <w:rPr>
          <w:lang w:eastAsia="zh-CN"/>
        </w:rPr>
        <w:t>　　(1)、能根据新大纲的要求，从学生实际生活中收集课堂资料，从学生熟悉的生活中打开新知的大门。</w:t>
      </w:r>
      <w:r>
        <w:rPr>
          <w:lang w:eastAsia="zh-CN"/>
        </w:rPr>
        <w:br/>
      </w:r>
      <w:r>
        <w:rPr>
          <w:lang w:eastAsia="zh-CN"/>
        </w:rPr>
        <w:t>　　(2)、能根据新大纲和专题的要求，发展学生的思维想象力和创新能力。</w:t>
      </w:r>
      <w:r>
        <w:rPr>
          <w:lang w:eastAsia="zh-CN"/>
        </w:rPr>
        <w:br/>
      </w:r>
      <w:r>
        <w:rPr>
          <w:lang w:eastAsia="zh-CN"/>
        </w:rPr>
        <w:t>　　总之，在优化课堂教学的过程中，要求教师把每节课都当作实验课来上，自已与自己进行比较，看自己是否把”学”的权力还给学生;是否把”想”的时间交给学生;是否把”做”的过程留给学生;是否把”说”的机会让给学生。来提高自己的教学水平。</w:t>
      </w:r>
      <w:r>
        <w:rPr>
          <w:lang w:eastAsia="zh-CN"/>
        </w:rPr>
        <w:br/>
      </w:r>
      <w:r>
        <w:rPr>
          <w:lang w:eastAsia="zh-CN"/>
        </w:rPr>
        <w:t>　　从实验课来看，整体效果还不错。但也存在一些问题。为此，我认为以后在课堂教学中主攻以下几方面的薄弱环节。</w:t>
      </w:r>
      <w:r>
        <w:rPr>
          <w:lang w:eastAsia="zh-CN"/>
        </w:rPr>
        <w:br/>
      </w:r>
      <w:r>
        <w:rPr>
          <w:lang w:eastAsia="zh-CN"/>
        </w:rPr>
        <w:t>　　(1)激趣：想方设法调动学生参与学习。</w:t>
      </w:r>
      <w:r>
        <w:rPr>
          <w:lang w:eastAsia="zh-CN"/>
        </w:rPr>
        <w:br/>
      </w:r>
      <w:r>
        <w:rPr>
          <w:lang w:eastAsia="zh-CN"/>
        </w:rPr>
        <w:t>　　(2)课堂的密度要紧凑。</w:t>
      </w:r>
      <w:r>
        <w:rPr>
          <w:lang w:eastAsia="zh-CN"/>
        </w:rPr>
        <w:br/>
      </w:r>
      <w:r>
        <w:rPr>
          <w:lang w:eastAsia="zh-CN"/>
        </w:rPr>
        <w:t>　　(3)在活动中既要保证学生全员参与又要保证他们的有效参与活动，定出活动目标。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(4)注意发展学生的数学语言;重视完整的语言训练，特别是低年级。</w:t>
      </w:r>
      <w:r>
        <w:rPr>
          <w:lang w:eastAsia="zh-CN"/>
        </w:rPr>
        <w:br/>
      </w:r>
      <w:r>
        <w:rPr>
          <w:lang w:eastAsia="zh-CN"/>
        </w:rPr>
        <w:t>　　(5)要注重每个知识点的形成过程。</w:t>
      </w:r>
      <w:r>
        <w:rPr>
          <w:lang w:eastAsia="zh-CN"/>
        </w:rPr>
        <w:br/>
      </w:r>
      <w:r>
        <w:rPr>
          <w:lang w:eastAsia="zh-CN"/>
        </w:rPr>
        <w:t>　　(6)教学过程中要体现生活性、灵活性。</w:t>
      </w:r>
      <w:r>
        <w:rPr>
          <w:lang w:eastAsia="zh-CN"/>
        </w:rPr>
        <w:br/>
      </w:r>
      <w:r>
        <w:rPr>
          <w:lang w:eastAsia="zh-CN"/>
        </w:rPr>
        <w:t>　　(7)加强体会数学与社会实际的密切联系。</w:t>
      </w:r>
      <w:r>
        <w:rPr>
          <w:lang w:eastAsia="zh-CN"/>
        </w:rPr>
        <w:br/>
      </w:r>
      <w:r>
        <w:rPr>
          <w:lang w:eastAsia="zh-CN"/>
        </w:rPr>
        <w:t>　　四.本人通过一年的努力，取得了一定的成绩：</w:t>
      </w:r>
      <w:r>
        <w:rPr>
          <w:lang w:eastAsia="zh-CN"/>
        </w:rPr>
        <w:br/>
      </w:r>
      <w:r>
        <w:rPr>
          <w:lang w:eastAsia="zh-CN"/>
        </w:rPr>
        <w:t>　　1.成功转化差生黄玉玲，何少华，效果显著。</w:t>
      </w:r>
      <w:r>
        <w:rPr>
          <w:lang w:eastAsia="zh-CN"/>
        </w:rPr>
        <w:br/>
      </w:r>
      <w:r>
        <w:rPr>
          <w:lang w:eastAsia="zh-CN"/>
        </w:rPr>
        <w:t>　　2.处理教材，备教法、学法上都有了很大的进步，能从激趣、自主、导练入手，力求向上40分钟要质量出发。所任教的六(2)数学第一学期学期的成绩达到了市的优秀单位。</w:t>
      </w:r>
      <w:r>
        <w:rPr>
          <w:lang w:eastAsia="zh-CN"/>
        </w:rPr>
        <w:br/>
      </w:r>
      <w:r>
        <w:rPr>
          <w:lang w:eastAsia="zh-CN"/>
        </w:rPr>
        <w:t>　　3.履行科长职责，带动数科教师进行教研、教改工作，效果显著：</w:t>
      </w:r>
      <w:r>
        <w:rPr>
          <w:lang w:eastAsia="zh-CN"/>
        </w:rPr>
        <w:br/>
      </w:r>
      <w:r>
        <w:rPr>
          <w:lang w:eastAsia="zh-CN"/>
        </w:rPr>
        <w:t>　　①各年级数学教师能依照教研计划，教法灵活地向课堂要质量;</w:t>
      </w:r>
      <w:r>
        <w:rPr>
          <w:lang w:eastAsia="zh-CN"/>
        </w:rPr>
        <w:br/>
      </w:r>
      <w:r>
        <w:rPr>
          <w:lang w:eastAsia="zh-CN"/>
        </w:rPr>
        <w:t>　　②成功地完成全校性的口算比赛;</w:t>
      </w:r>
      <w:r>
        <w:rPr>
          <w:lang w:eastAsia="zh-CN"/>
        </w:rPr>
        <w:br/>
      </w:r>
      <w:r>
        <w:rPr>
          <w:lang w:eastAsia="zh-CN"/>
        </w:rPr>
        <w:t>　　③指导一年级新教材实验课获镇的表扬奖。指导一年级新教材教学设计评比获镇的一等奖。本学期指导全镇性的一年级新教材观摩课，受到好评;上等级评估时也上了一节新教材的汇报课。</w:t>
      </w:r>
      <w:r>
        <w:rPr>
          <w:lang w:eastAsia="zh-CN"/>
        </w:rPr>
        <w:br/>
      </w:r>
      <w:r>
        <w:rPr>
          <w:lang w:eastAsia="zh-CN"/>
        </w:rPr>
        <w:t>　　4.主动上好学校的专题实验课。</w:t>
      </w:r>
      <w:r>
        <w:rPr>
          <w:lang w:eastAsia="zh-CN"/>
        </w:rPr>
        <w:br/>
      </w:r>
      <w:r>
        <w:rPr>
          <w:lang w:eastAsia="zh-CN"/>
        </w:rPr>
        <w:t>　　5.专题实验论文《在教学中，如何培养学生的创新意识》获镇教学论文二等奖。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6.时代的需要，社会的进步，”活到老，学到老”显得更加重要，因而本人通过多种途径不断提高自身的各项素质及教育教学能力。如：主动学习专业知识;参加本科班学习;外出结对学习等，努力使自已成为一个新时代的合格教师。</w:t>
      </w:r>
      <w:r>
        <w:rPr>
          <w:lang w:eastAsia="zh-CN"/>
        </w:rPr>
        <w:br/>
      </w:r>
      <w:r>
        <w:rPr>
          <w:lang w:eastAsia="zh-CN"/>
        </w:rPr>
        <w:t xml:space="preserve">    教师年度考核表个人工作总结范文 篇9 </w:t>
      </w:r>
      <w:r>
        <w:rPr>
          <w:lang w:eastAsia="zh-CN"/>
        </w:rPr>
        <w:br/>
      </w:r>
      <w:r>
        <w:rPr>
          <w:lang w:eastAsia="zh-CN"/>
        </w:rPr>
        <w:t>　　我于20__年9月参加工作，在教师这个既平凡又崇高的岗位上我默默耕耘。任职以来，我在教育教学工作中刻苦钻研教材、大纲，积极配合学校的整体教学工作，虚心学习，积极参与教研活动，不断提高自己的业务水平，做到既教书又育人，大胆进行课堂教学改革，力争在平凡的工作岗位上做出自己应有的贡献。</w:t>
      </w:r>
      <w:r>
        <w:rPr>
          <w:lang w:eastAsia="zh-CN"/>
        </w:rPr>
        <w:br/>
      </w:r>
      <w:r>
        <w:rPr>
          <w:lang w:eastAsia="zh-CN"/>
        </w:rPr>
        <w:t>　　我自工作以来，进一步增强教书育人的使命感和责任感，以坚定的理想信念和较高的政治素养投入到教育工作中。作为一名普通的教职工，我热爱本职工作，团结同事，关心学生，努力上进，刻苦勤奋，兢兢业业。现将任职以来的工作总结如下：</w:t>
      </w:r>
      <w:r>
        <w:rPr>
          <w:lang w:eastAsia="zh-CN"/>
        </w:rPr>
        <w:br/>
      </w:r>
      <w:r>
        <w:rPr>
          <w:lang w:eastAsia="zh-CN"/>
        </w:rPr>
        <w:t>　　一、课前认真备课，课后及时反思总结。上课时力求每一堂课都上得生动、活泼、高效，力争通俗易懂、深入浅出，耐心对待每一个学生提出的问题，并做到耐心指导学生，努力做到让学生都喜欢上我的每一节课。</w:t>
      </w:r>
      <w:r>
        <w:rPr>
          <w:lang w:eastAsia="zh-CN"/>
        </w:rPr>
        <w:br/>
      </w:r>
      <w:r>
        <w:rPr>
          <w:lang w:eastAsia="zh-CN"/>
        </w:rPr>
        <w:t>　　二、注重教师形象的修炼。教师活动以各种有目的、有计划的教育措施影响学生，而且也以自己全部的个性心理品质影响着学生的心灵。因此在工作中我严格要求自己。为人师表，严格执行，师德规范，有高度的事业心、责任心、爱岗敬业，重视对每个学生的全面素质和良好个性的培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三、严中有度，互敬互爱。小学阶段的课程要求形象，浅显易懂，尤其注重实践操作，这就要求教师要充分了解课程特点，并结合学生年龄特征，有效组织教学。可是在教学中难免有些学生不能听从老师的指挥容易造成课堂秩序的混乱，所以在教学中我对学生提出严格的要求，而且我也以身作则让学生们心服口服。我把学生当作一个小大人来对待，和他们平等的交流沟通，我相信尊重和信任都是相互的。而且，在严要求的同时，我对他们充满关爱与耐心，指导他们的学习并对他们进行集体主义的教育，同时要求他们时刻谨记爱护学校的公共财物，自觉遵守学校纪律。</w:t>
      </w:r>
      <w:r>
        <w:rPr>
          <w:lang w:eastAsia="zh-CN"/>
        </w:rPr>
        <w:br/>
      </w:r>
      <w:r>
        <w:rPr>
          <w:lang w:eastAsia="zh-CN"/>
        </w:rPr>
        <w:t>　　四、终身学习，逐步提升。在教育教学实践中，我能认真务实地参加继续教育的学习，积极参加各种专业技术教育培训，充分利用现代教育技术平台来提升自己的教育教学水平。不但如此，我还大胆尝试、不断汲取经验，积极投身各种教研活动。课后我认真研读教研读本，学习他人的经验，弥补自己的不足。我服从学校领导的安排，兢兢业业。不论是常规教学工作，还是极具挑战的任务，我都竭尽所能，认真、高效的把工作完成。在以后的工作中，我将一如既往，脚踏实地，我会更加积极地配合学校领导完成各项任务，为学校的美好明天而努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五、科学管理，有效引导。在担任班主任期间，本人始终树立民主意识，充分发挥学生的积极性和创造性，起着调控、引导、服务的作用，总是善于发现每位学生的闪光点，切实加强后进生的转化工作，并通过科学评价、榜样塑造和自我激励等方式，增强班集体凝聚力，帮助学生树立正确的人生观、价值观，引导他们开拓视野，净化心灵，提高自己。我所任教的班级，学生在思想素质和学业成绩上不断提高，上进心非常强烈，昂扬的精神状态得到了充分的发挥。</w:t>
      </w:r>
      <w:r>
        <w:rPr>
          <w:lang w:eastAsia="zh-CN"/>
        </w:rPr>
        <w:br/>
      </w:r>
      <w:r>
        <w:rPr>
          <w:lang w:eastAsia="zh-CN"/>
        </w:rPr>
        <w:t>　　宝剑锋从磨砺出，梅花香自苦寒来。通过不断学习，不断实践，从而让我不断的进步、不断的成长，使我的工作能力也有了大大的提高。回顾成绩，展望未来，我时刻感受到肩上担子的沉重，但始终对教育事业充满信心，决心;通过虚心求教，加强改进，发扬成绩，努力克服工作中的不足;解放思想，与时俱进，开拓创新，为教育事业的辉煌明天贡献自己的光与热。</w:t>
      </w:r>
      <w:r>
        <w:rPr>
          <w:lang w:eastAsia="zh-CN"/>
        </w:rPr>
        <w:br/>
      </w:r>
      <w:r>
        <w:rPr>
          <w:lang w:eastAsia="zh-CN"/>
        </w:rPr>
        <w:t xml:space="preserve">    教师年度考核表个人工作总结范文 篇10 </w:t>
      </w:r>
      <w:r>
        <w:rPr>
          <w:lang w:eastAsia="zh-CN"/>
        </w:rPr>
        <w:br/>
      </w:r>
      <w:r>
        <w:rPr>
          <w:lang w:eastAsia="zh-CN"/>
        </w:rPr>
        <w:t>　　一学年来，本人在教育教学工作中，始终坚持_的教育方针，面向全体学生，教书育人，为人师表，确立“以学生为主体”，“以培养学生主动发展”为中心的教学思想，重视学生的个性发展，重视激发学生的创造潜力，培养学生德、智、体、美、劳全面发展，工作职责心强，服从领导的分工用心做好本职工作，认真备课、上课、听课、评课，广泛获取各种知识，构成比较完整的知识结构，严格要求学生，尊重学生，发扬教学民主，使学生学有所得，不断提高，从而不断提高自己的教学水平，并顺利完成教育教学任务。</w:t>
      </w:r>
      <w:r>
        <w:rPr>
          <w:lang w:eastAsia="zh-CN"/>
        </w:rPr>
        <w:br/>
      </w:r>
      <w:r>
        <w:rPr>
          <w:lang w:eastAsia="zh-CN"/>
        </w:rPr>
        <w:t>　　一、政治思想素质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有良好的职业道德，做到教书育人，为人师表。热爱本职工作，职责性较强，并具有必须的钻研和创新精神。工作任劳任怨，敢挑重担，乐于理解学校安排的常规和临时任务，并能认真及时地完成。严格遵守学校的劳动纪律、规章制度，工作用心、主动、讲究效率。</w:t>
      </w:r>
      <w:r>
        <w:rPr>
          <w:lang w:eastAsia="zh-CN"/>
        </w:rPr>
        <w:br/>
      </w:r>
      <w:r>
        <w:rPr>
          <w:lang w:eastAsia="zh-CN"/>
        </w:rPr>
        <w:t>　　二、业务知识潜力</w:t>
      </w:r>
      <w:r>
        <w:rPr>
          <w:lang w:eastAsia="zh-CN"/>
        </w:rPr>
        <w:br/>
      </w:r>
      <w:r>
        <w:rPr>
          <w:lang w:eastAsia="zh-CN"/>
        </w:rPr>
        <w:t>　　在工作中，能根据需要有计划地学习政治理论、先进的教育教学理论和文化业务知识。</w:t>
      </w:r>
      <w:r>
        <w:rPr>
          <w:lang w:eastAsia="zh-CN"/>
        </w:rPr>
        <w:br/>
      </w:r>
      <w:r>
        <w:rPr>
          <w:lang w:eastAsia="zh-CN"/>
        </w:rPr>
        <w:t>　　一是提高教学质量，做好课堂教育。在教学工作方面，优化教学方法，按常规做好课前、课中、课后的各项工作，认真钻研教材，课堂教学真正体现“教师为主导，学生为主体”的教学思想，并结合学校德育科的对小学生心理健康教育，发展学生心理；创设情境，诱发学生的认知需求和创新欲 望，使学生从情感、思维和行为上主动参与学习；在培养学生形象和抽象、分析和综合思维潜力的同时，有意识地培养学生求新、求异、聚合、发散等创新学习活动所要求的思维方式和方法；以学生创新学习为主线组织课堂教学活动，鼓励学生主动参与、主动探索、主动思考、主动操作、主动评价，运用启发学习、尝试学习、发现学习、合作学习等方法，在教学中求创新，在活动中促发展，课堂教学重视学生的体质训练，精心设计各项体育活动，使各类活动有层次有坡度，到达大纲要求的质和量。</w:t>
      </w:r>
      <w:r>
        <w:rPr>
          <w:lang w:eastAsia="zh-CN"/>
        </w:rPr>
        <w:br/>
      </w:r>
      <w:r>
        <w:rPr>
          <w:lang w:eastAsia="zh-CN"/>
        </w:rPr>
        <w:t>　　二是用心参与听课、评课，虚心向有经验的老师学习先进的教学方法，提高教学水平。</w:t>
      </w:r>
      <w:r>
        <w:rPr>
          <w:lang w:eastAsia="zh-CN"/>
        </w:rPr>
        <w:br/>
      </w:r>
      <w:r>
        <w:rPr>
          <w:lang w:eastAsia="zh-CN"/>
        </w:rPr>
        <w:t>　　三是与班主任、组长密切配合和约通。常与班主任互相沟通，反映学生平时的学习、活动、生活状况，共同管理好学生；用心主动地向组长请教教学上碰到的问题，使自己的.知识与学校的教育实践形式合务，共同做好教学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以上是我今年教学工作大体状况，的不足就是对这些所有工作的具体操作把握得不是很理想，期望在以后的工作中领导及老教师们能多多指点及帮忙，自己争取尽到一名优秀教师应有的职责，也争取在教学方面取得更多的进步！一切都已过去，新的开始又已到来，期望在新的一年里，自己和学生都有进步，以求无愧于心、无愧于学生和无愧于学校。</w:t>
      </w:r>
      <w:r>
        <w:rPr>
          <w:lang w:eastAsia="zh-CN"/>
        </w:rPr>
        <w:br/>
      </w:r>
      <w:r>
        <w:rPr>
          <w:lang w:eastAsia="zh-CN"/>
        </w:rPr>
        <w:t xml:space="preserve">    教师年度考核表个人工作总结范文 篇11 </w:t>
      </w:r>
      <w:r>
        <w:rPr>
          <w:lang w:eastAsia="zh-CN"/>
        </w:rPr>
        <w:br/>
      </w:r>
      <w:r>
        <w:rPr>
          <w:lang w:eastAsia="zh-CN"/>
        </w:rPr>
        <w:t>　　本学期我担任高一(1)(2)(9)班的物理教学工作，针对学生学习的实际情况开展教学，现将本学期的教学工作总结如下：</w:t>
      </w:r>
      <w:r>
        <w:rPr>
          <w:lang w:eastAsia="zh-CN"/>
        </w:rPr>
        <w:br/>
      </w:r>
      <w:r>
        <w:rPr>
          <w:lang w:eastAsia="zh-CN"/>
        </w:rPr>
        <w:t>　　1、确定工作目标：</w:t>
      </w:r>
      <w:r>
        <w:rPr>
          <w:lang w:eastAsia="zh-CN"/>
        </w:rPr>
        <w:br/>
      </w:r>
      <w:r>
        <w:rPr>
          <w:lang w:eastAsia="zh-CN"/>
        </w:rPr>
        <w:t>　　遵照学校的工作要求，以实施新课程改革为目标，认真学习落实本校“三研、三讲、三练”课堂教学模式。以课堂教学改革为着力点，学习同事们的先进经验，结合学生的实际情况，努力强化教学管理，稳步提高教学质量。</w:t>
      </w:r>
      <w:r>
        <w:rPr>
          <w:lang w:eastAsia="zh-CN"/>
        </w:rPr>
        <w:br/>
      </w:r>
      <w:r>
        <w:rPr>
          <w:lang w:eastAsia="zh-CN"/>
        </w:rPr>
        <w:t>　　2、充分重视课前准备，做到课前”三研”，认真研究高考考纲、高考真题、教材，坚持集体备课。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认真学习新课程标准，研究高考考纲，集体研读新教材，重点把握新增内容，研透教材，梳理课的重要知识，并搜集、研究与各知识点相关的近五年高考真题。认真钻研教材，对教材的基本思想、基本概念吃透，了解教材的结构，重点与难点，掌握知识的逻辑，能运用自如，知道应补充哪些资料，怎样才能教好。备学生。了解学生原有的知识技能的质量，他们的兴趣、需要、方法、习惯，学习新知识可能会有哪些困难，采取相应的预防措施。</w:t>
      </w:r>
      <w:r>
        <w:rPr>
          <w:lang w:eastAsia="zh-CN"/>
        </w:rPr>
        <w:br/>
      </w:r>
      <w:r>
        <w:rPr>
          <w:lang w:eastAsia="zh-CN"/>
        </w:rPr>
        <w:t>　　3、营造教学环境，优化教学手段</w:t>
      </w:r>
      <w:r>
        <w:rPr>
          <w:lang w:eastAsia="zh-CN"/>
        </w:rPr>
        <w:br/>
      </w:r>
      <w:r>
        <w:rPr>
          <w:lang w:eastAsia="zh-CN"/>
        </w:rPr>
        <w:t>　　在教学中，我尽量构建一个宽松的环境，让学生在教师，集体面前想表现、敢表现、喜欢表现，活跃课堂气氛，增加师生的互动与交流。尽量精讲，节省出时间给学生精练，让学生在课堂上当堂掌握，一是可以减轻学生的课后作业负担，二是可以促进学生提高上课效率，有时效性。另外适时的设计一些问题</w:t>
      </w:r>
      <w:r>
        <w:rPr>
          <w:lang w:eastAsia="zh-CN"/>
        </w:rPr>
        <w:br/>
      </w:r>
      <w:r>
        <w:rPr>
          <w:lang w:eastAsia="zh-CN"/>
        </w:rPr>
        <w:t>　　让学生讨论，可以深化他们对问题的理解，并提出新的问题，有利于递进式教学。</w:t>
      </w:r>
      <w:r>
        <w:rPr>
          <w:lang w:eastAsia="zh-CN"/>
        </w:rPr>
        <w:br/>
      </w:r>
      <w:r>
        <w:rPr>
          <w:lang w:eastAsia="zh-CN"/>
        </w:rPr>
        <w:t>　　4、加强教学教法研究，努力提升业务能力</w:t>
      </w:r>
      <w:r>
        <w:rPr>
          <w:lang w:eastAsia="zh-CN"/>
        </w:rPr>
        <w:br/>
      </w:r>
      <w:r>
        <w:rPr>
          <w:lang w:eastAsia="zh-CN"/>
        </w:rPr>
        <w:t>　　本学期备课组按照学校要求加强研究，从教学进度的安排、研究课题的选择到任务的落实，稳扎稳打。教法上注意现代方法与传统方法的结合，抓“双基”与灵活运用创新相结合，合理利用多媒体辅助教学。按照学校的要求，积极认真地做好课前的备课资料的搜集工作，然后集体备课，制作成教学课件后共享，全备课组共用。</w:t>
      </w:r>
      <w:r>
        <w:rPr>
          <w:lang w:eastAsia="zh-CN"/>
        </w:rPr>
        <w:br/>
      </w:r>
      <w:r>
        <w:rPr>
          <w:lang w:eastAsia="zh-CN"/>
        </w:rPr>
        <w:t>　　讲课时作到“课上三讲”：讲解知识点、高考考点、解题方法。教师在讲解知识点的同时，要把高考考点时时渗透给学生，尤其要注重答题方法的指导。教师要做到用最简练的语言，最简单的方法和用最短的时间，使学生理解、接受并达到高效。无论对每节课，都要抓好三个环节：知识梳理环节;选题、训练环节;讲评、归纳环节。要抓好三个训练：</w:t>
      </w:r>
      <w:r>
        <w:rPr>
          <w:lang w:eastAsia="zh-CN"/>
        </w:rPr>
        <w:br/>
      </w:r>
      <w:r>
        <w:rPr>
          <w:lang w:eastAsia="zh-CN"/>
        </w:rPr>
        <w:t>　　一是基础训练;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二是提升训练(仿真训练);</w:t>
      </w:r>
      <w:r>
        <w:rPr>
          <w:lang w:eastAsia="zh-CN"/>
        </w:rPr>
        <w:br/>
      </w:r>
      <w:r>
        <w:rPr>
          <w:lang w:eastAsia="zh-CN"/>
        </w:rPr>
        <w:t>　　三是当堂检测。</w:t>
      </w:r>
      <w:r>
        <w:rPr>
          <w:lang w:eastAsia="zh-CN"/>
        </w:rPr>
        <w:br/>
      </w:r>
      <w:r>
        <w:rPr>
          <w:lang w:eastAsia="zh-CN"/>
        </w:rPr>
        <w:t>　　从高一开始，不留死角，是学生形成科学的理性思维。</w:t>
      </w:r>
      <w:r>
        <w:rPr>
          <w:lang w:eastAsia="zh-CN"/>
        </w:rPr>
        <w:br/>
      </w:r>
      <w:r>
        <w:rPr>
          <w:lang w:eastAsia="zh-CN"/>
        </w:rPr>
        <w:t>　　5、及时的反馈</w:t>
      </w:r>
      <w:r>
        <w:rPr>
          <w:lang w:eastAsia="zh-CN"/>
        </w:rPr>
        <w:br/>
      </w:r>
      <w:r>
        <w:rPr>
          <w:lang w:eastAsia="zh-CN"/>
        </w:rPr>
        <w:t>　　本学期在课前和课后都有一个较完整的反馈机制。比如课前通过预习提纲的检查，从中了解问题所在，以便及时调整课堂教学的侧重点。课后通过当堂检测和周测考，及时发现学生存在的问题，特别是对于学习有困难的学生要经常沟通。一定要让这些学生都把该弄懂的基础知识弄懂，一发现问题立即帮助他们解决。对他们正确引导，消除心理防碍，适当放慢速度，使他们对概念的理解和掌握随着认识能力的提高螺旋式上升。</w:t>
      </w:r>
      <w:r>
        <w:rPr>
          <w:lang w:eastAsia="zh-CN"/>
        </w:rPr>
        <w:br/>
      </w:r>
      <w:r>
        <w:rPr>
          <w:lang w:eastAsia="zh-CN"/>
        </w:rPr>
        <w:t>　　6、师生关系</w:t>
      </w:r>
      <w:r>
        <w:rPr>
          <w:lang w:eastAsia="zh-CN"/>
        </w:rPr>
        <w:br/>
      </w:r>
      <w:r>
        <w:rPr>
          <w:lang w:eastAsia="zh-CN"/>
        </w:rPr>
        <w:t>　　良好的师生关系可以帮助我上好每一堂课;维持学生积极的学习态度;使学生保持对物理学科的学习兴趣。但是要吸取过去一年的教训，与学生搞好关系决不是与一部分学生亲密无间，而是要去关心每一个学生特别是学习有困难的学生。</w:t>
      </w:r>
      <w:r>
        <w:rPr>
          <w:lang w:eastAsia="zh-CN"/>
        </w:rPr>
        <w:br/>
      </w:r>
      <w:r>
        <w:rPr>
          <w:lang w:eastAsia="zh-CN"/>
        </w:rPr>
        <w:t>　　7、关注学生实际学习情况，注重学生学习能力培养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物理教学的重要任务是培养学生的能力。培养能力需要一个潜移默化的过程，不能只靠机械地灌输，也不能急于求成，需要有正确的学习态度和良好的学习习惯以及严谨的学习作风。准确理解并掌握物理概念和物理规律，是培养能力的基础。课堂练习和作业中，力求做题规范化。重视物理概念和规律的应用，逐步学会运用物理知识解释生活中的物理现象，提高独立分析和解决实际问题的能力。</w:t>
      </w:r>
      <w:r>
        <w:rPr>
          <w:lang w:eastAsia="zh-CN"/>
        </w:rPr>
        <w:br/>
      </w:r>
      <w:r>
        <w:rPr>
          <w:lang w:eastAsia="zh-CN"/>
        </w:rPr>
        <w:t>　　8、不断提高自身水平及业务能力。</w:t>
      </w:r>
      <w:r>
        <w:rPr>
          <w:lang w:eastAsia="zh-CN"/>
        </w:rPr>
        <w:br/>
      </w:r>
      <w:r>
        <w:rPr>
          <w:lang w:eastAsia="zh-CN"/>
        </w:rPr>
        <w:t>　　我积极参与听课、评课，虚心向同行学习教学方法，提高教学水平。特别是本学期组内开展的几次校内公开课，我都积极听课和出课，通过与校领导和同行的交流，吸取别人的优点，发现自己的不足，并逐渐积累经验。</w:t>
      </w:r>
      <w:r>
        <w:rPr>
          <w:lang w:eastAsia="zh-CN"/>
        </w:rPr>
        <w:br/>
      </w:r>
      <w:r>
        <w:rPr>
          <w:lang w:eastAsia="zh-CN"/>
        </w:rPr>
        <w:t>　　9、课堂教学改革与创新</w:t>
      </w:r>
      <w:r>
        <w:rPr>
          <w:lang w:eastAsia="zh-CN"/>
        </w:rPr>
        <w:br/>
      </w:r>
      <w:r>
        <w:rPr>
          <w:lang w:eastAsia="zh-CN"/>
        </w:rPr>
        <w:t>　　“三研、三讲、三练”课堂教学模式“，教学的过程不再是教师讲授，学生听讲的单一过程，而是学生主动获得学习经历的过程。课前学生通过预习提纲了解教学内容的重点和难点，做好课上学习的准备。课上教师以一个交流者(甚至不是指导者)的身份出现在课堂上。教师以话题的形式引入教学内容，与学生一起讨论，让学生主动发现问题，总结出结论。同时注重知识应用的训练，</w:t>
      </w:r>
      <w:r>
        <w:rPr>
          <w:lang w:eastAsia="zh-CN"/>
        </w:rPr>
        <w:br/>
      </w:r>
      <w:r>
        <w:rPr>
          <w:lang w:eastAsia="zh-CN"/>
        </w:rPr>
        <w:t>　　在训练中发现问题和理解知识。通过设置高考链接习题，让学生知道高考如何考查相关知识，感受高考时刻就在身边，增强学习学会物理知识的信心。</w:t>
      </w:r>
      <w:r>
        <w:rPr>
          <w:lang w:eastAsia="zh-CN"/>
        </w:rPr>
        <w:br/>
      </w:r>
      <w:r>
        <w:rPr>
          <w:lang w:eastAsia="zh-CN"/>
        </w:rPr>
        <w:t>　　10、信息技术的合理应用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信息技术是工具，是平台。我觉得在物理教学中信息技术是很重要的。可以提供足够的教学资料，给我们提供了一条很好的信息获得途径。多媒体又是课堂教学的先进手段，通过视听，可以把很多生活中的物理现象即时的反映出来，一些重要的板书、表格和图片、例题很方便的就可以在教室里面展示。通过多媒体课件又可以把实验演示的活灵活现，物理模型也可以通过课件分析的透彻有余。但是多媒体设备我认为不是用来投影简单的上课讲稿的。所以我上课用多媒体设备主要是用来展示多媒体课件和媒体资料。</w:t>
      </w:r>
      <w:r>
        <w:rPr>
          <w:lang w:eastAsia="zh-CN"/>
        </w:rPr>
        <w:br/>
      </w:r>
      <w:r>
        <w:rPr>
          <w:lang w:eastAsia="zh-CN"/>
        </w:rPr>
        <w:t>　　以上就是我在本学期的工作总结。有收获，学生基本掌握高中物理的学习方法，学习成绩有所提高;有不足，还有部分学困生有待转化和提高，教学方法有待不断摸索改进。希望在未来的日子里，我能在校领导指导下，同行们的合作探究下和自己的积极努力下，取得更好成绩。</w:t>
      </w:r>
      <w:r>
        <w:rPr>
          <w:lang w:eastAsia="zh-CN"/>
        </w:rPr>
        <w:br/>
      </w:r>
      <w:r>
        <w:rPr>
          <w:lang w:eastAsia="zh-CN"/>
        </w:rPr>
        <w:t xml:space="preserve">    教师年度考核表个人工作总结范文 篇12 </w:t>
      </w:r>
      <w:r>
        <w:rPr>
          <w:lang w:eastAsia="zh-CN"/>
        </w:rPr>
        <w:br/>
      </w:r>
      <w:r>
        <w:rPr>
          <w:lang w:eastAsia="zh-CN"/>
        </w:rPr>
        <w:t>　　高三阶段，重点结合教学改革，深刻研究考纲，不断改善和制定复习的策略和方法。无论那一阶段的研究，我们都借鉴现有的教学成果，提出新的教学设想，大胆尝试，以公开课和示范课的形式进行实践。</w:t>
      </w:r>
      <w:r>
        <w:rPr>
          <w:lang w:eastAsia="zh-CN"/>
        </w:rPr>
        <w:br/>
      </w:r>
      <w:r>
        <w:rPr>
          <w:lang w:eastAsia="zh-CN"/>
        </w:rPr>
        <w:t>　　高三复习的点滴感悟</w:t>
      </w:r>
      <w:r>
        <w:rPr>
          <w:lang w:eastAsia="zh-CN"/>
        </w:rPr>
        <w:br/>
      </w:r>
      <w:r>
        <w:rPr>
          <w:lang w:eastAsia="zh-CN"/>
        </w:rPr>
        <w:t>　　回顾高三复习的全过程，总结经验与教训，我们得到以下的点滴感悟，以期对未来的高三复习供给借鉴。</w:t>
      </w:r>
      <w:r>
        <w:rPr>
          <w:lang w:eastAsia="zh-CN"/>
        </w:rPr>
        <w:br/>
      </w:r>
      <w:r>
        <w:rPr>
          <w:lang w:eastAsia="zh-CN"/>
        </w:rPr>
        <w:t>　　注重以人为本，营造和谐、健康的复习空间是成功复习的基础</w:t>
      </w:r>
      <w:r>
        <w:rPr>
          <w:lang w:eastAsia="zh-CN"/>
        </w:rPr>
        <w:br/>
      </w:r>
      <w:r>
        <w:rPr>
          <w:lang w:eastAsia="zh-CN"/>
        </w:rPr>
        <w:t>　　教育改革的首要目的就是“以人为本，促进学生和谐健康地发展”，高三数学教学当然也不例外。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重视学生的个别差异，实行分层教学。进入高三，每一个学生都有一个努力学习，取得好的学习成绩，考取一个梦想大学的完美愿望。这是我们高考复习成功的有利因素。如何因势利导，调动起学生的学习进取性。首先要关爱学生，了解学生，注意到学生的个别差异。在教学中，要研究到各层次学生的实际情景，实行分层次要求，分层设置问题。在课堂上使不一样层次的学生都有所获，每一天的学习都有所感悟。这样就会调动起学生的学习兴趣，坚持良好的学</w:t>
      </w:r>
      <w:r>
        <w:rPr>
          <w:lang w:eastAsia="zh-CN"/>
        </w:rPr>
        <w:br/>
      </w:r>
      <w:r>
        <w:rPr>
          <w:lang w:eastAsia="zh-CN"/>
        </w:rPr>
        <w:t>　　重视学生的心理素质的培养，在数学学学习中，健全学生的人格品质。心理素质是适应环境，赢得学习，取得成功的必要条件。注意学生的心理调节，是高考复习的重要环节。</w:t>
      </w:r>
      <w:r>
        <w:rPr>
          <w:lang w:eastAsia="zh-CN"/>
        </w:rPr>
        <w:br/>
      </w:r>
      <w:r>
        <w:rPr>
          <w:lang w:eastAsia="zh-CN"/>
        </w:rPr>
        <w:t>　　首先应注意学生意志品质的培养，提高学生心理的耐压力。由于数学的抽象性，数学的学习会经常伴随着困难，数学为磨练意志，提高耐挫力供给绝好的平台。在高三数学复习过程中，要注意教育学生勇于应对失败，对学生提出的问题，不要轻易解答，而是要帮忙他们探索。同时要淡漠学生的考试成绩，要关注学生的提高，发现学生的问题，鼓励学生再接再厉。仅有经历磨练，才会真正体会成功的欢乐，自信心才会得到加强。这有易于提高考生的心理应变本事。</w:t>
      </w:r>
      <w:r>
        <w:rPr>
          <w:lang w:eastAsia="zh-CN"/>
        </w:rPr>
        <w:br/>
      </w:r>
      <w:r>
        <w:rPr>
          <w:lang w:eastAsia="zh-CN"/>
        </w:rPr>
        <w:t>　　其次是培养学生严谨的治学态度，在钻研数学中品质得到发展与健全。高考的另一个重点则是对学生严谨的本事，语言表达本事的考察。所以在高三数学复习中必须要注意培养学生严谨的治学态度，一丝不苟的学习精神。</w:t>
      </w:r>
      <w:r>
        <w:rPr>
          <w:lang w:eastAsia="zh-CN"/>
        </w:rPr>
        <w:br/>
      </w:r>
      <w:r>
        <w:rPr>
          <w:lang w:eastAsia="zh-CN"/>
        </w:rPr>
        <w:t>　　注重“双基”教学，夯实基础是成功复习的保证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重视课本，狠抓基础知识的教学，建构学生的良好知识结构和认知结构。数学基础知识是培养本事、提高数学素质的载体，良好的知识结构是高效应用知识的保证，必须给予高度重视。纵观高考试题，许多试题源于课本，是课本例题、习题的组合、加工和拓展，充分表现出课本教材的基本作用。以课本为主，重新全面梳理知识、方法，注意知识结构的重组与概括，揭示其内在的联系与规律，从中提炼出思想方法是成功复习保证。</w:t>
      </w:r>
      <w:r>
        <w:rPr>
          <w:lang w:eastAsia="zh-CN"/>
        </w:rPr>
        <w:br/>
      </w:r>
      <w:r>
        <w:rPr>
          <w:lang w:eastAsia="zh-CN"/>
        </w:rPr>
        <w:t>　　加强学生数学思维本事的训练和培养，确保学生本事水平的发挥。高考数学命题注重本事立意，数学的核心本事是思维本事，它包括空间想象、直觉猜想、归纳抽象和运算求解等诸多方面。在整个复习过程中，我们力争做到精讲题，练得法，重过程，讲到位。选题要注意典型性、目的性、针对性。训练题不在“多”而在“精”。要精选一些在多个知识层面交汇且综合性较高的题型进行训练，注重解题过程，经过解题搞清知识的构成过程和问题的过程，以提高学生的思维本事和在不一样情景下的知识迁移本事。</w:t>
      </w:r>
      <w:r>
        <w:rPr>
          <w:lang w:eastAsia="zh-CN"/>
        </w:rPr>
        <w:br/>
      </w:r>
      <w:r>
        <w:rPr>
          <w:lang w:eastAsia="zh-CN"/>
        </w:rPr>
        <w:t>　　以上是我的工作总结和点滴体会，期望能给今后的工作供给帮忙，仅供大家参考，不当之处请大家指正!</w:t>
      </w:r>
      <w:r>
        <w:rPr>
          <w:lang w:eastAsia="zh-CN"/>
        </w:rPr>
        <w:br/>
      </w:r>
      <w:r>
        <w:rPr>
          <w:lang w:eastAsia="zh-CN"/>
        </w:rPr>
        <w:t xml:space="preserve">    教师年度考核表个人工作总结范文 篇13 </w:t>
      </w:r>
      <w:r>
        <w:rPr>
          <w:lang w:eastAsia="zh-CN"/>
        </w:rPr>
        <w:br/>
      </w:r>
      <w:r>
        <w:rPr>
          <w:lang w:eastAsia="zh-CN"/>
        </w:rPr>
        <w:t>　　_年度中，我认真学习“八荣八耻”精神，并以此严于律已，时刻用教师的职业道德规范来约束、鞭策自己;教学工作上，认真学习新课标，课前钻透教材，因材因生施教。结合“责任与奉献”为主题的师德师风教育活动，积极参与学习培训和反思整改，不断提高自身的素质和教育教学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一、思想觉悟不断提高</w:t>
      </w:r>
      <w:r>
        <w:rPr>
          <w:lang w:eastAsia="zh-CN"/>
        </w:rPr>
        <w:br/>
      </w:r>
      <w:r>
        <w:rPr>
          <w:lang w:eastAsia="zh-CN"/>
        </w:rPr>
        <w:t>　　1、用“爱“来教育。丁有宽先生说过：“没有爱就没有教育”。我抱着一颗爱孩子、爱工作的心精心呵护每个孩子的心灵，与孩子们平等相处，做他们的好朋友，尊重他们、信任他们、理解他们，积极主动与他们相处。尤其是听了学生优秀班主任工作经验交流后，更让我感受到爱学生对于一位教师来说是置关重要的。我还深感要教育好学生，教师必须先以身作则，“身教”重于“言传”，以自己的人格、行为去感染学生。作为一名教师，自身的言谈举止与形象要时刻注意，在工作中我积极、主动、勤恳、责任心强，给学生树立积极向上的榜样。</w:t>
      </w:r>
      <w:r>
        <w:rPr>
          <w:lang w:eastAsia="zh-CN"/>
        </w:rPr>
        <w:br/>
      </w:r>
      <w:r>
        <w:rPr>
          <w:lang w:eastAsia="zh-CN"/>
        </w:rPr>
        <w:t>　　2、用“新“来律己。要成为一个新世纪的优秀教师，不仅要有老牛拉车的韧劲和耐力，而且要有勇于革新的创造力。我们面临着基础教育改革的不断深入的大环境，我认真学习新课标，积极参与各种培训与听课，向别人学习新鲜的教育理念，结合自己所教的学科，积极探索有效的教学方法，逐步培养自已的教学风格。</w:t>
      </w:r>
      <w:r>
        <w:rPr>
          <w:lang w:eastAsia="zh-CN"/>
        </w:rPr>
        <w:br/>
      </w:r>
      <w:r>
        <w:rPr>
          <w:lang w:eastAsia="zh-CN"/>
        </w:rPr>
        <w:t>　　二、教学实效力求突破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一年来，本人在教育教学工作中，始终坚持_的教育方针，面向全体学生，始终坚持以“学生发展”为目标。根据学校的工作目标和教材的内容，了解学生的实际情况，通过钻研教材、研究具体教学方法，制定了切实可行的学期工作计划，保证了整个教学工作的顺利开展。对于每一个教学内容，都做到精心准备，努力钻研教材，力求设计出既能激发学生兴趣又能切实落实教学目标教学方案。在课堂教学的实践过程中，鼓励学生积极参与、主动探索、自主思考，运用尝试学习、发现学习、合作学习等教学方法，在教学中力求创新。课堂教学重视学生的能力训练，精心设计练习作业，练习作业有层次有针对性，培养良好的作业习惯。在学生练习过程中，我要求学生先要认真审题，边审题边思考，进行自觉检验。平时要求学生对题目中的数字、运算符号必须写得清楚工整、规范，作业做完后，要养成自觉检验的习惯，端正认真学习、刻苦钻研的学习态度，培养独立思考和认真检查的作风、习惯。</w:t>
      </w:r>
      <w:r>
        <w:rPr>
          <w:lang w:eastAsia="zh-CN"/>
        </w:rPr>
        <w:br/>
      </w:r>
      <w:r>
        <w:rPr>
          <w:lang w:eastAsia="zh-CN"/>
        </w:rPr>
        <w:t>　　辅导工作扎实到位。根据学生的学情每学期及时制定辅导计划，并结合实际的教育教学工作对学生进行必要的辅导。对学生每一次独立练习都进行分析，找出错误的原因，运用集体辅导和个别辅导相结合的方式对学生进行多层面的辅导。特别是毕业班的后进生，他们由于基础差，上课听不明白，产生了“烂罐子烂掷”的心理，上课无论学习什么，他们都摆出“事不关己，高高挂起”的姿态。如所任班中的何民康，吴泽锋等这两位同学。针对这种问题，我首先是不能抛弃他们，多次与他们进行沟通，利用课余时间帮他们补基础，从最简单的学起，让他们在测试中能做好基础题，成绩有所提高，尝到收获的喜悦，激发学习的兴趣与信心。并经常与家长进行联系，并力争家长的理解、支持和配合，多管齐下，努力使他们得到真正的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积极参加教育研究工作，努力向教育科研型发展。平时积极参与本校的校本科研，认真听课、评课，在与其他教师交流中不断提升自身的教学水平。及时总结教育教学实践中的困惑或体会，认真撰写教学论文。</w:t>
      </w:r>
      <w:r>
        <w:rPr>
          <w:lang w:eastAsia="zh-CN"/>
        </w:rPr>
        <w:br/>
      </w:r>
      <w:r>
        <w:rPr>
          <w:lang w:eastAsia="zh-CN"/>
        </w:rPr>
        <w:t>　　三、安全纪律常抓不懈</w:t>
      </w:r>
      <w:r>
        <w:rPr>
          <w:lang w:eastAsia="zh-CN"/>
        </w:rPr>
        <w:br/>
      </w:r>
      <w:r>
        <w:rPr>
          <w:lang w:eastAsia="zh-CN"/>
        </w:rPr>
        <w:t>　　本人严格遵守学校的各项规章制度，不迟到、不早退、有事主动请假。在工作中，尊敬领导，服从工作安排;团结同事，能正确处理好与领导同事之间的关系。平时，勤俭节约、任劳任怨、对人真诚、热爱学生、人际关系和谐融洽，处处以一名新时代人民教师的要求来规范自己的言行，努力地提高自己的素质和修养。</w:t>
      </w:r>
      <w:r>
        <w:rPr>
          <w:lang w:eastAsia="zh-CN"/>
        </w:rPr>
        <w:br/>
      </w:r>
      <w:r>
        <w:rPr>
          <w:lang w:eastAsia="zh-CN"/>
        </w:rPr>
        <w:t>　　此外，为更进一步适应新时代教育的要求，我要不断提高自身业务水平和文化修养。积极参加恩平教育系统以“责任与奉献”为主题的师德师风教育活动，所写的学习心得被学校公榜。</w:t>
      </w:r>
      <w:r>
        <w:rPr>
          <w:lang w:eastAsia="zh-CN"/>
        </w:rPr>
        <w:br/>
      </w:r>
      <w:r>
        <w:rPr>
          <w:lang w:eastAsia="zh-CN"/>
        </w:rPr>
        <w:t>　　从工作成效来看，我的教学辅导还不够细，教学成绩还不够突出，工作中还缺乏创造性的举动。今天要努力学习，争取更大的进步。</w:t>
      </w:r>
      <w:r>
        <w:rPr>
          <w:lang w:eastAsia="zh-CN"/>
        </w:rPr>
        <w:br/>
      </w:r>
      <w:r>
        <w:rPr>
          <w:lang w:eastAsia="zh-CN"/>
        </w:rPr>
        <w:t xml:space="preserve">    教师年度考核表个人工作总结范文 篇14 </w:t>
      </w:r>
      <w:r>
        <w:rPr>
          <w:lang w:eastAsia="zh-CN"/>
        </w:rPr>
        <w:br/>
      </w:r>
      <w:r>
        <w:rPr>
          <w:lang w:eastAsia="zh-CN"/>
        </w:rPr>
        <w:t>　　本学年，本人担任_班_课教学工作。一学来，本人以学校及各处组工作计划为指导;以加强师德师风建设，提高师德水平为重点，以提高教育教学成绩为中心，以深化课改实验工作为动力，认真履行岗位职责，较好地完成了工作目标任务，现将一年来的工作总结如下：</w:t>
      </w:r>
      <w:r>
        <w:rPr>
          <w:lang w:eastAsia="zh-CN"/>
        </w:rPr>
        <w:br/>
      </w:r>
      <w:r>
        <w:rPr>
          <w:lang w:eastAsia="zh-CN"/>
        </w:rPr>
        <w:t>　　一、加强学习，努力提高自身素质</w:t>
      </w:r>
      <w:r>
        <w:rPr>
          <w:lang w:eastAsia="zh-CN"/>
        </w:rPr>
        <w:br/>
      </w:r>
    </w:p>
    <w:p w:rsidR="001B1F19" w14:textId="27C3F48A">
      <w:pPr>
        <w:rPr>
          <w:rFonts w:hint="eastAsia"/>
          <w:lang w:eastAsia="zh-CN"/>
        </w:rPr>
      </w:pPr>
      <w:r>
        <w:rPr>
          <w:lang w:eastAsia="zh-CN"/>
        </w:rPr>
        <w:t>　　一方面，认真学习教师职业道德规范，不断提高自己的道德修养和政治理论水平;另一方面，认真学习新课改理论，努力提高业务能力，参加自学考试，努力提高自己的学历水平。通过学习，转变了以前的工作观、学生观，使我对新课改理念有了一个全面的、深入的理解，为本人转变教学观念、改进教学方法打好了基础。</w:t>
      </w:r>
      <w:r>
        <w:rPr>
          <w:lang w:eastAsia="zh-CN"/>
        </w:rPr>
        <w:br/>
      </w:r>
      <w:r>
        <w:rPr>
          <w:lang w:eastAsia="zh-CN"/>
        </w:rPr>
        <w:t>　　二、以身作则，严格遵守工作纪律</w:t>
      </w:r>
      <w:r>
        <w:rPr>
          <w:lang w:eastAsia="zh-CN"/>
        </w:rPr>
        <w:br/>
      </w:r>
      <w:r>
        <w:rPr>
          <w:lang w:eastAsia="zh-CN"/>
        </w:rPr>
        <w:t>　　一方面，在工作中，本人能够严格要求自己，时时处处以一个共产党员的标准来要求自己，模范遵守学校的各项规章制度，做到不迟到、不早退，不旷会。另一方面，本人能够严格遵守教师职业道德规范，关心爱护学生，不体罚，变相体罚学生，建立了良好的师生关系，在学生中树立了良好的形象。</w:t>
      </w:r>
      <w:r>
        <w:rPr>
          <w:lang w:eastAsia="zh-CN"/>
        </w:rPr>
        <w:br/>
      </w:r>
      <w:r>
        <w:rPr>
          <w:lang w:eastAsia="zh-CN"/>
        </w:rPr>
        <w:t>　　三、强化常规，提高课堂教学效率</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https://d.book118.com/235311124022011113</w:t>
        </w:r>
      </w:hyperlink>
    </w:p>
    <w:p w:rsidR="001B1F19">
      <w:pPr>
        <w:rPr>
          <w:rFonts w:hint="eastAsia"/>
          <w:lang w:eastAsia="zh-CN"/>
        </w:rPr>
      </w:pPr>
    </w:p>
    <w:sectPr>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3531112402201111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58</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