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技术教学工作总结（33篇）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通用技术教学工作总结（通用33篇）</w:t>
      </w:r>
      <w:r>
        <w:rPr>
          <w:lang w:eastAsia="zh-CN"/>
        </w:rPr>
        <w:br/>
      </w:r>
      <w:r>
        <w:rPr>
          <w:lang w:eastAsia="zh-CN"/>
        </w:rPr>
        <w:t xml:space="preserve">    通用技术教学工作总结 篇1 </w:t>
      </w:r>
      <w:r>
        <w:rPr>
          <w:lang w:eastAsia="zh-CN"/>
        </w:rPr>
        <w:br/>
      </w:r>
      <w:r>
        <w:rPr>
          <w:lang w:eastAsia="zh-CN"/>
        </w:rPr>
        <w:t>　　本学期即将结束，回顾本学期的教学工作，收获颇多。本学期担任高三（6）及高二（1--6）7个班的通用技术，现将本人本学期教学工作总结如下：</w:t>
      </w:r>
      <w:r>
        <w:rPr>
          <w:lang w:eastAsia="zh-CN"/>
        </w:rPr>
        <w:br/>
      </w:r>
      <w:r>
        <w:rPr>
          <w:lang w:eastAsia="zh-CN"/>
        </w:rPr>
        <w:t>　　一、踏踏实实的备课，认认真真地教学</w:t>
      </w:r>
      <w:r>
        <w:rPr>
          <w:lang w:eastAsia="zh-CN"/>
        </w:rPr>
        <w:br/>
      </w:r>
      <w:r>
        <w:rPr>
          <w:lang w:eastAsia="zh-CN"/>
        </w:rPr>
        <w:t>　　本学期开学后我认真研读教材，认真钻研教材，在坚持集体备课的基础上，努力备好教学中的各个环节，脚踏实地的落实课堂教学，努力向课堂要质量。</w:t>
      </w:r>
      <w:r>
        <w:rPr>
          <w:lang w:eastAsia="zh-CN"/>
        </w:rPr>
        <w:br/>
      </w:r>
      <w:r>
        <w:rPr>
          <w:lang w:eastAsia="zh-CN"/>
        </w:rPr>
        <w:t>　　二、积极听课、评课</w:t>
      </w:r>
      <w:r>
        <w:rPr>
          <w:lang w:eastAsia="zh-CN"/>
        </w:rPr>
        <w:br/>
      </w:r>
      <w:r>
        <w:rPr>
          <w:lang w:eastAsia="zh-CN"/>
        </w:rPr>
        <w:t>　　积极听校级及县、市级其他教师的课，让我受益匪浅，学习他们好的教学方法和教学手段，取他之长，补己之短，通过不断的学，不断提升自己的业务水平。</w:t>
      </w:r>
      <w:r>
        <w:rPr>
          <w:lang w:eastAsia="zh-CN"/>
        </w:rPr>
        <w:br/>
      </w:r>
      <w:r>
        <w:rPr>
          <w:lang w:eastAsia="zh-CN"/>
        </w:rPr>
        <w:t>　　三、努力提高学生的学习效率</w:t>
      </w:r>
      <w:r>
        <w:rPr>
          <w:lang w:eastAsia="zh-CN"/>
        </w:rPr>
        <w:br/>
      </w:r>
      <w:r>
        <w:rPr>
          <w:lang w:eastAsia="zh-CN"/>
        </w:rPr>
        <w:t>　　对于高考、会考复习的，我尽量做到精选精改，并努力让学生在练的过程中去自己总结知识点内在联系，从中发现更多的'问题，然后带着强烈的求知欲在课堂上认真聆听老师的讲解。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功夫不负有心人，三项高考中，我班通用成绩80分以上达25位学生。</w:t>
      </w:r>
      <w:r>
        <w:rPr>
          <w:lang w:eastAsia="zh-CN"/>
        </w:rPr>
        <w:br/>
      </w:r>
      <w:r>
        <w:rPr>
          <w:lang w:eastAsia="zh-CN"/>
        </w:rPr>
        <w:t>　　其次，积极开出校级公开课《工艺》和县级公开课《流程与设计复习资料》。认真阅读与教学有关的课外书籍。</w:t>
      </w:r>
      <w:r>
        <w:rPr>
          <w:lang w:eastAsia="zh-CN"/>
        </w:rPr>
        <w:br/>
      </w:r>
      <w:r>
        <w:rPr>
          <w:lang w:eastAsia="zh-CN"/>
        </w:rPr>
        <w:t xml:space="preserve">    通用技术教学工作总结 篇2 </w:t>
      </w:r>
      <w:r>
        <w:rPr>
          <w:lang w:eastAsia="zh-CN"/>
        </w:rPr>
        <w:br/>
      </w:r>
      <w:r>
        <w:rPr>
          <w:lang w:eastAsia="zh-CN"/>
        </w:rPr>
        <w:t>　　本人承担高二年级5、6两个班的通用技术教育教学工作，在教学工作中认真备课、上课、听课、评课，及时批改作业、试卷，讲评试卷中出现的问题，及时做好课后辅导工作，通用技术课是以提高学生技术素养，促进学生全面而富有个性的发展为基本目标，为学生适应未来社会生活和终身发展奠定基础，以更亲近技术的情感、积极探究的姿态和一定的科学精神广泛地参与社会生活，参与技术创新的实践；培养学生正确的技术观，积极、负责、安全使用技术的行为习惯，培养学生对技术使用、评价、选择、改进、决策、创新的能力。</w:t>
      </w:r>
      <w:r>
        <w:rPr>
          <w:lang w:eastAsia="zh-CN"/>
        </w:rPr>
        <w:br/>
      </w:r>
      <w:r>
        <w:rPr>
          <w:lang w:eastAsia="zh-CN"/>
        </w:rPr>
        <w:t>　　据学科特点广泛涉猎各种知识，形成比较完整的知识结构，严格要求学生，尊重学生，发扬教学民主，使学生学有所得，不断提高，从而不断提高自己的教学水平和思想觉悟，并顺利完成教育教学任务。以下是本人教学工作的点滴体会：</w:t>
      </w:r>
      <w:r>
        <w:rPr>
          <w:lang w:eastAsia="zh-CN"/>
        </w:rPr>
        <w:br/>
      </w:r>
      <w:r>
        <w:rPr>
          <w:lang w:eastAsia="zh-CN"/>
        </w:rPr>
        <w:t>　　一、要提高教学质量，关键是上好课。为了上好课，我做了下面的工作</w:t>
      </w:r>
      <w:r>
        <w:rPr>
          <w:lang w:eastAsia="zh-CN"/>
        </w:rPr>
        <w:br/>
      </w:r>
      <w:r>
        <w:rPr>
          <w:lang w:eastAsia="zh-CN"/>
        </w:rPr>
        <w:t>　　1、课前准备：备好课。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应认真研读考试说明、认真钻研教材，对考试说明、教材的基本思想、基本概念，每句话、每个字都弄清楚，了解教材的结构，重点与难点，掌握知识的逻辑，能运用自如，知道应补充哪些资料（材料一定要认真选取，因学科的特点，补充的材料应直接接近于会考要求），怎样才能教好。因学科特点，知识面要广、课堂容量要大，在新授课的教学中一般采用课件的形式备课以辅助于本学科的教学。</w:t>
      </w:r>
      <w:r>
        <w:rPr>
          <w:lang w:eastAsia="zh-CN"/>
        </w:rPr>
        <w:br/>
      </w:r>
      <w:r>
        <w:rPr>
          <w:lang w:eastAsia="zh-CN"/>
        </w:rPr>
        <w:t>　　（2）了解学生原有的知识技能的储备，他们的兴趣、需要、方法、习惯，学习新知识可能会有哪些困难，采取相应的预防措施。注重利用“学生缺少什么，我们教什么；学生需要什么，我们教什么”的思想来组织教学。</w:t>
      </w:r>
      <w:r>
        <w:rPr>
          <w:lang w:eastAsia="zh-CN"/>
        </w:rPr>
        <w:br/>
      </w:r>
      <w:r>
        <w:rPr>
          <w:lang w:eastAsia="zh-CN"/>
        </w:rPr>
        <w:t>　　（3）考虑教法，解决如何把已掌握的教材传授给学生，包括如何组织教材、如何安排每节课的活动。</w:t>
      </w:r>
      <w:r>
        <w:rPr>
          <w:lang w:eastAsia="zh-CN"/>
        </w:rPr>
        <w:br/>
      </w:r>
      <w:r>
        <w:rPr>
          <w:lang w:eastAsia="zh-CN"/>
        </w:rPr>
        <w:t>　　2、课堂教学情况。</w:t>
      </w:r>
      <w:r>
        <w:rPr>
          <w:lang w:eastAsia="zh-CN"/>
        </w:rPr>
        <w:br/>
      </w:r>
      <w:r>
        <w:rPr>
          <w:lang w:eastAsia="zh-CN"/>
        </w:rPr>
        <w:t>　　认真组织课堂教学，关注全体学生，注意信息反馈，调动学生的有意注意，使其保持相对稳定性，同时，激发学生的情感，使他们产生愉悦的心境，创造良好的课堂气氛，课堂语言有重点性、简洁明了，克服了以前重复的毛病，课堂提问面向全体学生，注意引发学生学习通用技术的兴趣和学习努力的方向，课堂上注重讲练结合。</w:t>
      </w:r>
      <w:r>
        <w:rPr>
          <w:lang w:eastAsia="zh-CN"/>
        </w:rPr>
        <w:br/>
      </w:r>
      <w:r>
        <w:rPr>
          <w:lang w:eastAsia="zh-CN"/>
        </w:rPr>
        <w:t>　　二、要提高教学质量，还要做好课后辅导工作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部分学生自控能力缺乏，常在学习上不能按时完成作业，有的学生抄袭作业，针对这种问题，就要抓好学生的思想教育，并使这一工作贯彻到对学生的学习指导中去，还要做好对学生学习的辅导和帮助工作，尤其在后进生的转化上，对后进生努力做到从友善开始，从赞美着手，所有的人都渴望得到别人的理解和尊重，注重学有所成。所以，和差生交谈时，对他的处境、想法表示深刻的理解和尊重。</w:t>
      </w:r>
      <w:r>
        <w:rPr>
          <w:lang w:eastAsia="zh-CN"/>
        </w:rPr>
        <w:br/>
      </w:r>
      <w:r>
        <w:rPr>
          <w:lang w:eastAsia="zh-CN"/>
        </w:rPr>
        <w:t>　　三、积极参与听课、评课</w:t>
      </w:r>
      <w:r>
        <w:rPr>
          <w:lang w:eastAsia="zh-CN"/>
        </w:rPr>
        <w:br/>
      </w:r>
      <w:r>
        <w:rPr>
          <w:lang w:eastAsia="zh-CN"/>
        </w:rPr>
        <w:t>　　努力跟进学校的继续教育工作，虚心向同行学习教学的技巧、方法，博采众长，不断的提高了自己的教学水平。</w:t>
      </w:r>
      <w:r>
        <w:rPr>
          <w:lang w:eastAsia="zh-CN"/>
        </w:rPr>
        <w:br/>
      </w:r>
      <w:r>
        <w:rPr>
          <w:lang w:eastAsia="zh-CN"/>
        </w:rPr>
        <w:t>　　四、培养多种兴趣爱好</w:t>
      </w:r>
      <w:r>
        <w:rPr>
          <w:lang w:eastAsia="zh-CN"/>
        </w:rPr>
        <w:br/>
      </w:r>
      <w:r>
        <w:rPr>
          <w:lang w:eastAsia="zh-CN"/>
        </w:rPr>
        <w:t>　　从网上搜集信息资料、到新华书店博览群书，不断扩宽知识面，为教学内容注入新鲜血液。</w:t>
      </w:r>
      <w:r>
        <w:rPr>
          <w:lang w:eastAsia="zh-CN"/>
        </w:rPr>
        <w:br/>
      </w:r>
      <w:r>
        <w:rPr>
          <w:lang w:eastAsia="zh-CN"/>
        </w:rPr>
        <w:t>　　五、金无足赤，人无完人</w:t>
      </w:r>
      <w:r>
        <w:rPr>
          <w:lang w:eastAsia="zh-CN"/>
        </w:rPr>
        <w:br/>
      </w:r>
      <w:r>
        <w:rPr>
          <w:lang w:eastAsia="zh-CN"/>
        </w:rPr>
        <w:t>　　在教学工作中难免存有缺陷，例如，课堂语言平缓、不够简洁，平时操作课较少等现象都可能影响到课堂教学的质量和效果。</w:t>
      </w:r>
      <w:r>
        <w:rPr>
          <w:lang w:eastAsia="zh-CN"/>
        </w:rPr>
        <w:br/>
      </w:r>
      <w:r>
        <w:rPr>
          <w:lang w:eastAsia="zh-CN"/>
        </w:rPr>
        <w:t>　　总之，本学期，该课程的教学取得一定的成效，去参加课堂教学评比活动，学习了同科目教师的教学方法，博取众长，但工作中仍存在一些不足的地方，以后会逐步改进教学方法。科技在发展，时代在进步，社会对教师的素质要求更高，对新学科基本能力教学的教师也提出了更高的要求，在今后的教育教学工作中，我将更加严格要求自己，努力把握教学方向、认真钻研新课程的教学、努力工作，发扬优点，改正缺点，开拓前进，做个合格的人民教师。</w:t>
      </w:r>
      <w:r>
        <w:rPr>
          <w:lang w:eastAsia="zh-CN"/>
        </w:rPr>
        <w:br/>
      </w:r>
      <w:r>
        <w:rPr>
          <w:lang w:eastAsia="zh-CN"/>
        </w:rPr>
        <w:t xml:space="preserve">    通用技术教学工作总结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用技术课是以提高学生技术素养，促进学生全面而富有个性的发展为基本目标，为学生适应未来社会生活和终身发展奠定基础，以更亲近技术的情感、积极探究的姿态和一定的科学精神广泛地参与社会生活，参与技术创新的实践;培养学生正确的技术观，积极、负责、安全使用技术的行为习惯，培养学生对技术使用、评价、选择、改进、决策、创新的能力。</w:t>
      </w:r>
      <w:r>
        <w:rPr>
          <w:lang w:eastAsia="zh-CN"/>
        </w:rPr>
        <w:br/>
      </w:r>
      <w:r>
        <w:rPr>
          <w:lang w:eastAsia="zh-CN"/>
        </w:rPr>
        <w:t>　　据学科特点广泛涉猎各种知识，形成比较完整的知识结构，严格要求学生，尊重学生，发扬教学民主，使学生学有所得，从而不断提高自己的教学水平和思想觉悟，并顺利完成教育教学任务。回首这学期的教育教学工作，我感慨万分，因为我没有虚度光阴，我尽心尽力，更因为我的学生在本学期的学习中得到了快乐。这一切离不开学校和年级的正确领导,正是在领导和同事们的关怀帮助下,我才能圆满地完成教学任务,并在思想水平上有了很大的提高。现将有关方面总结如下：</w:t>
      </w:r>
      <w:r>
        <w:rPr>
          <w:lang w:eastAsia="zh-CN"/>
        </w:rPr>
        <w:br/>
      </w:r>
      <w:r>
        <w:rPr>
          <w:lang w:eastAsia="zh-CN"/>
        </w:rPr>
        <w:t>　　1、要提高教学质量，关键是上好课。为了上好课，我做了下面的工作：</w:t>
      </w:r>
      <w:r>
        <w:rPr>
          <w:lang w:eastAsia="zh-CN"/>
        </w:rPr>
        <w:br/>
      </w:r>
      <w:r>
        <w:rPr>
          <w:lang w:eastAsia="zh-CN"/>
        </w:rPr>
        <w:t>　　⑴课前准备：备好课。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①首先应认研读考试说明、认真钻研教材，对考试说明、教材的基本思想、基本概念，每句话、每个字都弄清楚，了解教材的结构，重点与难点，掌握知识的逻辑，能运用自如，知道应补充哪些资料(材料一定要认真选取，因学科的特点，补充的材料应直接接近与高考要求)，怎样才能教好。因学科特点，知识面要广、课堂容量要大，在新授课的教学中一般采用课件的形式备课以辅助于本学科的教学。</w:t>
      </w:r>
      <w:r>
        <w:rPr>
          <w:lang w:eastAsia="zh-CN"/>
        </w:rPr>
        <w:br/>
      </w:r>
      <w:r>
        <w:rPr>
          <w:lang w:eastAsia="zh-CN"/>
        </w:rPr>
        <w:t>　　②了解学生原有的`知识技能的储备，他们的兴趣、需要、方法、习惯，学习新知识可能会有哪些困难，采取相应的预防措施。注重利用“学生缺少什么，我们教什么;学生需要什么，我们教什么”的思想来组织教学。 ③考虑教法，解决如何把已掌握的教材传授给学生，包括如何组织教材、如何安排每节课的活动。</w:t>
      </w:r>
      <w:r>
        <w:rPr>
          <w:lang w:eastAsia="zh-CN"/>
        </w:rPr>
        <w:br/>
      </w:r>
      <w:r>
        <w:rPr>
          <w:lang w:eastAsia="zh-CN"/>
        </w:rPr>
        <w:t>　　⑵课堂教学情况。</w:t>
      </w:r>
      <w:r>
        <w:rPr>
          <w:lang w:eastAsia="zh-CN"/>
        </w:rPr>
        <w:br/>
      </w:r>
      <w:r>
        <w:rPr>
          <w:lang w:eastAsia="zh-CN"/>
        </w:rPr>
        <w:t>　　认真组织课堂教学，关注全体学生，注意信息反馈，调动学生的有意注意，使其保持相对稳定性，同时，激发学生的情感，使他们产生愉悦的心境，创造良好的课堂气氛，课堂语言有重点性、简洁明了，克服了以前重复的毛病，课堂提问面向全体学生，注意引发学生学习通用技术的兴趣和学习努力的方向，课堂上注重讲练结合。</w:t>
      </w:r>
      <w:r>
        <w:rPr>
          <w:lang w:eastAsia="zh-CN"/>
        </w:rPr>
        <w:br/>
      </w:r>
      <w:r>
        <w:rPr>
          <w:lang w:eastAsia="zh-CN"/>
        </w:rPr>
        <w:t>　　2、要提高教学质量，还要做好课后辅导工作。首先，由于学生接触科学这方面的知识比较浅薄，所以，在上通用技术课的时候，难度不免会有点大。第一，他们很难理解自己学习这个不用高考的科目有什么作用，又因为条件有限，很少有动手机会。第二，学生的思维已经被定势了，思考的东西很不灵活，都是往一个方面，思维总是发散不开。第</w:t>
      </w:r>
      <w:r>
        <w:rPr>
          <w:lang w:eastAsia="zh-CN"/>
        </w:rPr>
        <w:br/>
      </w:r>
      <w:r>
        <w:rPr>
          <w:lang w:eastAsia="zh-CN"/>
        </w:rPr>
        <w:t>　　三、学生很少有好奇心，对于老师给出的科学方面的知识研究，他们觉得看过就算了，没有专研精神。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其次，通用技术这个科目和其他的科目有所不同，所以在教学方法和手段上要和其他的科目有点区别。要善于赞美学生，鼓励学生大胆的问、大胆的在课堂上发表自己的言论、大胆地想。要把他们已经被定势和禁锢的思想解放开来，这样也可以再一定程度上帮助他们轻松学习主科，快乐学习。</w:t>
      </w:r>
      <w:r>
        <w:rPr>
          <w:lang w:eastAsia="zh-CN"/>
        </w:rPr>
        <w:br/>
      </w:r>
      <w:r>
        <w:rPr>
          <w:lang w:eastAsia="zh-CN"/>
        </w:rPr>
        <w:t>　　3、寓教中学，不断创新。教学中新课程改革对教师的要求越来越高，通用技术课对教师的要求就更高，单一的学科知识，满足不了通用技术课的要求，不仅要有广泛的专业知识，还要具备一定的综合素质，更要具备有机地整合学科知识的能力，敏锐的洞察力，提高认识，广学多识，积极补充相应的知识，提高课堂教学水平和多视角、深层次的分析和反思能力，提高业务水平和解决教学问题的能力。</w:t>
      </w:r>
      <w:r>
        <w:rPr>
          <w:lang w:eastAsia="zh-CN"/>
        </w:rPr>
        <w:br/>
      </w:r>
      <w:r>
        <w:rPr>
          <w:lang w:eastAsia="zh-CN"/>
        </w:rPr>
        <w:t xml:space="preserve">    通用技术教学工作总结 篇4 </w:t>
      </w:r>
      <w:r>
        <w:rPr>
          <w:lang w:eastAsia="zh-CN"/>
        </w:rPr>
        <w:br/>
      </w:r>
      <w:r>
        <w:rPr>
          <w:lang w:eastAsia="zh-CN"/>
        </w:rPr>
        <w:t>　　本学期即将结束，回顾本学期的教学工作，收获颇多。本学期担任高三（6）及高二（1--6）7个班的通用技术，现将本人本学期教学工作总结如下：</w:t>
      </w:r>
      <w:r>
        <w:rPr>
          <w:lang w:eastAsia="zh-CN"/>
        </w:rPr>
        <w:br/>
      </w:r>
      <w:r>
        <w:rPr>
          <w:lang w:eastAsia="zh-CN"/>
        </w:rPr>
        <w:t>　　一、踏踏实实的备课，认认真真地教学。</w:t>
      </w:r>
      <w:r>
        <w:rPr>
          <w:lang w:eastAsia="zh-CN"/>
        </w:rPr>
        <w:br/>
      </w:r>
      <w:r>
        <w:rPr>
          <w:lang w:eastAsia="zh-CN"/>
        </w:rPr>
        <w:t>　　本学期开学后我认真研读教材，认真钻研教材，在坚持集体备课的基础上，努力备好教学中的各个环节，脚踏实地的落实课堂教学，努力向课堂要质量。</w:t>
      </w:r>
      <w:r>
        <w:rPr>
          <w:lang w:eastAsia="zh-CN"/>
        </w:rPr>
        <w:br/>
      </w:r>
      <w:r>
        <w:rPr>
          <w:lang w:eastAsia="zh-CN"/>
        </w:rPr>
        <w:t>　　二、积极听课、评课。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积极听校级及县、市级其他教师的课，让我受益匪浅，学习他们好的教学方法和教学手段，取他之长，补己之短，通过不断的`学习，不断提升自己的业务水平。</w:t>
      </w:r>
      <w:r>
        <w:rPr>
          <w:lang w:eastAsia="zh-CN"/>
        </w:rPr>
        <w:br/>
      </w:r>
      <w:r>
        <w:rPr>
          <w:lang w:eastAsia="zh-CN"/>
        </w:rPr>
        <w:t>　　三、努力提高学生的学习效率。</w:t>
      </w:r>
      <w:r>
        <w:rPr>
          <w:lang w:eastAsia="zh-CN"/>
        </w:rPr>
        <w:br/>
      </w:r>
      <w:r>
        <w:rPr>
          <w:lang w:eastAsia="zh-CN"/>
        </w:rPr>
        <w:t>　　对于高考、会考复习，我尽量做到精选精改，并努力让学生在练的过程中去自己总结知识点内在联系，从中发现更多的问题，然后带着强烈的求知欲在课堂上认真聆听老师的讲解。</w:t>
      </w:r>
      <w:r>
        <w:rPr>
          <w:lang w:eastAsia="zh-CN"/>
        </w:rPr>
        <w:br/>
      </w:r>
      <w:r>
        <w:rPr>
          <w:lang w:eastAsia="zh-CN"/>
        </w:rPr>
        <w:t>　　功夫不负有心人，三项高考中，我班通用成绩80分以上达25位学生。</w:t>
      </w:r>
      <w:r>
        <w:rPr>
          <w:lang w:eastAsia="zh-CN"/>
        </w:rPr>
        <w:br/>
      </w:r>
      <w:r>
        <w:rPr>
          <w:lang w:eastAsia="zh-CN"/>
        </w:rPr>
        <w:t>　　其次，积极开出校级公开课《工艺》和县级公开课《流程与设计复习》并认真阅读与教学有关的课外书籍。</w:t>
      </w:r>
      <w:r>
        <w:rPr>
          <w:lang w:eastAsia="zh-CN"/>
        </w:rPr>
        <w:br/>
      </w:r>
      <w:r>
        <w:rPr>
          <w:lang w:eastAsia="zh-CN"/>
        </w:rPr>
        <w:t xml:space="preserve">    通用技术教学工作总结 篇5 </w:t>
      </w:r>
      <w:r>
        <w:rPr>
          <w:lang w:eastAsia="zh-CN"/>
        </w:rPr>
        <w:br/>
      </w:r>
      <w:r>
        <w:rPr>
          <w:lang w:eastAsia="zh-CN"/>
        </w:rPr>
        <w:t>　　本学期我担任小学五年级信息技术教育教学工作，每周8课时，教授6个教学班共计396名学生。其中五年级信息技术5课时5个教学班，330名学生，学前班美术3课时，66名学生。其他校务任务：自20__年9月重新担任学校计算机教室管理员一职，负责机房电脑的维护，保证机房电脑正常运行服务于学生上好每节信息技术课；同时还负责学校文印室工作，即负责平时学校各处、各办公室文本复印，期中期末试卷速印等；再有协同郝老师维护学校电教设备等；最后，即每年固定不变的就是全校的校信通学校管理员一职，负责全校二千学生校信通卡维护更换工作，利用校讯通平台发而学校通知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工作中，诚实正派，谦虚谨慎，严于律己，模范遵守社会公德、工作纪律和各项规章制度，服从组织和领导。忠于职守，认真负责，积极主动，创造性地执行学校教育教学工作计划，转变思想，积极探索，改革教学，把新课程标准的新思想、新理念和信息技术课堂教学的新思路、新设想结合起来，圆满完成学校交付的任务。</w:t>
      </w:r>
      <w:r>
        <w:rPr>
          <w:lang w:eastAsia="zh-CN"/>
        </w:rPr>
        <w:br/>
      </w:r>
      <w:r>
        <w:rPr>
          <w:lang w:eastAsia="zh-CN"/>
        </w:rPr>
        <w:t>　　一、重塑教育观念创造性进行教育教学本学期我认真学习新课程标准，发现《小学信息技术新课程标准》对教学内容，教学方式，教学评估教育价值观等多方面都提出了许多新的要求。为此，我不断更新教学理论理念，深入研究新的课标，从而对新课程标准的基本理念，设计思路，课程目标，内容标准及课程实施建议有了更深的了解，本学期我在新课程标准的指导下教育教学工作跃上了一个新的台阶。为保证新课程标准的落实，在课堂教学中，坚持学生为主体实行师生之间、学生之间互动，创造有利于学生主动探索的学习环境，使学生在获得知识和不断提高技能的同时，在情感、态度价值观等方面都能够充分发展。作为教学改革的基本指导思想，把信息技术教学看成是师生之间学生之间交往互动，共同发展的过程。课前精心备课，撰写教案，课后认真写反思，记下自己执教时的切身体会或疏漏。在课堂教学中，坚持学生为主体，提倡自主性学习，学生在观察、操作、实验、讨论、交流、猜测、分析和整理的过程中，获得知识，增长能力。这样的探索实验让学生成了学习的主人，学习成了他们的需求，学中有发现，学中有乐趣，学中有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提高自身素质在学习中教学在教学中学习当今社会知识更新速度飞快，计算机应用技术更新换代日新月异，教学中要做到与时俱进。要不断地接受新知，更新理念，把信息技术方面的新理论，新技术及时传递给学生，不能局限在教材范围内。要做到与时俱进，就要坚持不间断的学习。通过电视、报纸、刊物、网络等多元化渠道，时时丰富自己知识，时更新自己的理念。在持续的学习中，完成教学。同时也在教学中丰富自己的知识提高自己的能力，教学相长。在坚持自学的同时，还虚心向同仁请教，积极参加各种培训和业务学习、教研活动，在不断的学习中，提高了自身素质，保证更出色地胜任小学信息技术教育教学工作。同进还给学生创建了班级博客。给每位学生创建了独立的帐户，每节课让学生访问班级博客，把课堂上孩子们的作业上传到班级博客中，让孩子互访博客文章，互相留言，整理了100多个成语故事视频资料供孩子学习访问。目前我们这个班级博客访问量达_次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认真扎实工作脚踏实地完成常规教学课前认真准备，备好每一节课。搜集教材内容相关的最新知识，最新信息，充分准备素材、课件。具体分析每一个学生，了解学生原有的知识技能的质量，他们的兴趣、需要、方法、习惯，学习新知识可能会有哪些困难，采取相应的预防措施，根据学生情况制定详细的教学计划。认真钻研教材，对教材的基本思想、基本概念，每句话、每个字都弄清楚，了解教材的结构，重点与难点，掌握知识的逻辑，能运用自如，知道应补充哪些资料，怎样才能教好。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习的兴趣，课堂上讲练结合，提供尽可能多的上机时间，注重培养学生的合作学习和自主探究的能力，让学生学会知识的同时，提高学习能力，掌握学习的方法，形成自主学习的能力。经过努力，出色地完成了这一学期的教育教学工作，在以后的工作中，要扬长避短，推陈出新，再创新成绩。</w:t>
      </w:r>
      <w:r>
        <w:rPr>
          <w:lang w:eastAsia="zh-CN"/>
        </w:rPr>
        <w:br/>
      </w:r>
      <w:r>
        <w:rPr>
          <w:lang w:eastAsia="zh-CN"/>
        </w:rPr>
        <w:t xml:space="preserve">    通用技术教学工作总结 篇6 </w:t>
      </w:r>
      <w:r>
        <w:rPr>
          <w:lang w:eastAsia="zh-CN"/>
        </w:rPr>
        <w:br/>
      </w:r>
      <w:r>
        <w:rPr>
          <w:lang w:eastAsia="zh-CN"/>
        </w:rPr>
        <w:t>　　本学期即将结束，回顾本学期的教学工作，收获颇多。本学期担任高三(6)及高二(1--6)7个班的通用技术，现将本人本学期教学工作总结如下：</w:t>
      </w:r>
      <w:r>
        <w:rPr>
          <w:lang w:eastAsia="zh-CN"/>
        </w:rPr>
        <w:br/>
      </w:r>
      <w:r>
        <w:rPr>
          <w:lang w:eastAsia="zh-CN"/>
        </w:rPr>
        <w:t>　　一、踏踏实实的备课，认认真真地教学。</w:t>
      </w:r>
      <w:r>
        <w:rPr>
          <w:lang w:eastAsia="zh-CN"/>
        </w:rPr>
        <w:br/>
      </w:r>
      <w:r>
        <w:rPr>
          <w:lang w:eastAsia="zh-CN"/>
        </w:rPr>
        <w:t>　　本学期开学后我认真研读教材，认真钻研教材，在坚持集体备课的基础上，努力备好教学中的各个环节，脚踏实地的落实课堂教学，努力向课堂要质量。</w:t>
      </w:r>
      <w:r>
        <w:rPr>
          <w:lang w:eastAsia="zh-CN"/>
        </w:rPr>
        <w:br/>
      </w:r>
      <w:r>
        <w:rPr>
          <w:lang w:eastAsia="zh-CN"/>
        </w:rPr>
        <w:t>　　二、积极听课、评课。</w:t>
      </w:r>
      <w:r>
        <w:rPr>
          <w:lang w:eastAsia="zh-CN"/>
        </w:rPr>
        <w:br/>
      </w:r>
      <w:r>
        <w:rPr>
          <w:lang w:eastAsia="zh-CN"/>
        </w:rPr>
        <w:t>　　积极听校级及县、市级其他教师的课，让我受益匪浅，学习他们好的教学方法和教学手段，取他之长，补己之短，通过不断的学习，不断提升自己的业务水平。</w:t>
      </w:r>
      <w:r>
        <w:rPr>
          <w:lang w:eastAsia="zh-CN"/>
        </w:rPr>
        <w:br/>
      </w:r>
      <w:r>
        <w:rPr>
          <w:lang w:eastAsia="zh-CN"/>
        </w:rPr>
        <w:t>　　三、努力提高学生的学习效率。</w:t>
      </w:r>
      <w:r>
        <w:rPr>
          <w:lang w:eastAsia="zh-CN"/>
        </w:rPr>
        <w:br/>
      </w:r>
      <w:r>
        <w:rPr>
          <w:lang w:eastAsia="zh-CN"/>
        </w:rPr>
        <w:t>　　对于高考、会考复习，我尽量做到精选精改，并努力让学生在练的过程中去自己总结知识点内在联系，从中发现更多的问题，然后带着强烈的求知欲在课堂上认真聆听老师的讲解。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功夫不负有心人，三项高考中，我班通用成绩80分以上达25位学生。</w:t>
      </w:r>
      <w:r>
        <w:rPr>
          <w:lang w:eastAsia="zh-CN"/>
        </w:rPr>
        <w:br/>
      </w:r>
      <w:r>
        <w:rPr>
          <w:lang w:eastAsia="zh-CN"/>
        </w:rPr>
        <w:t>　　其次，积极开出校级公开课《工艺》和县级公开课《流程与设计复习》。认真阅读与教学有关的课外书籍。</w:t>
      </w:r>
      <w:r>
        <w:rPr>
          <w:lang w:eastAsia="zh-CN"/>
        </w:rPr>
        <w:br/>
      </w:r>
      <w:r>
        <w:rPr>
          <w:lang w:eastAsia="zh-CN"/>
        </w:rPr>
        <w:t xml:space="preserve">    通用技术教学工作总结 篇7 </w:t>
      </w:r>
      <w:r>
        <w:rPr>
          <w:lang w:eastAsia="zh-CN"/>
        </w:rPr>
        <w:br/>
      </w:r>
      <w:r>
        <w:rPr>
          <w:lang w:eastAsia="zh-CN"/>
        </w:rPr>
        <w:t>　　本学年我担任了高一年级20个班的通用技术教学，一个学期即将匆匆结束，现在本人对这一学期通用技术教学做一个简单的总结，总结过去，计划未来，不断学习新的教学理念，积极和同事探究研讨，促进自身的发展，这对我以后上好通用技术课有很大的帮助。为此，我谈谈这一个学期通用技术课的一些做法与体会。</w:t>
      </w:r>
      <w:r>
        <w:rPr>
          <w:lang w:eastAsia="zh-CN"/>
        </w:rPr>
        <w:br/>
      </w:r>
      <w:r>
        <w:rPr>
          <w:lang w:eastAsia="zh-CN"/>
        </w:rPr>
        <w:t>　　一、认真备课，不但备教材备教法而且备学生</w:t>
      </w:r>
      <w:r>
        <w:rPr>
          <w:lang w:eastAsia="zh-CN"/>
        </w:rPr>
        <w:br/>
      </w:r>
      <w:r>
        <w:rPr>
          <w:lang w:eastAsia="zh-CN"/>
        </w:rPr>
        <w:t>　　根据教材内容及学生的实际，了解教材的结构，重点与难点，掌握知识的逻辑，能运用自如;了解学生原有的知识技能的质量，他们的兴趣、需要、方法、习惯，学习新知识可能会有哪些困难，采取相应的预防措施;设计课的类型，拟定采用的教学方法，解决如何把已掌握的教材传授给学生，包括如何组织教材、如何安排每节课的活动。认真写好教案，每一课都做到“有备而来”，每堂课都在课前做好充分的准备。</w:t>
      </w:r>
      <w:r>
        <w:rPr>
          <w:lang w:eastAsia="zh-CN"/>
        </w:rPr>
        <w:br/>
      </w:r>
      <w:r>
        <w:rPr>
          <w:lang w:eastAsia="zh-CN"/>
        </w:rPr>
        <w:t>　　二、组织好课堂教学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关注全体学生，注意信息反馈，特别注意调动学生的积极性，加强师生交流，充分体现学生的主导作用，让学生学得容易，学得轻松，学得愉快;同时，激发学生的情感，使他们产生愉悦的心境，创造良好的课堂气氛，课堂提问面向全体学生，注意引发学生学习通用技术的兴趣，注意精讲精练，在课堂上注意讲得少，学生动口动手动脑尽量多;在每一堂课上都充分考虑每一个层次的学生学习需求和学习能力，让各个层次的学生都得到提高。课堂上讲练结合，布置好作业，作业少而精，减轻学生的负担。</w:t>
      </w:r>
      <w:r>
        <w:rPr>
          <w:lang w:eastAsia="zh-CN"/>
        </w:rPr>
        <w:br/>
      </w:r>
      <w:r>
        <w:rPr>
          <w:lang w:eastAsia="zh-CN"/>
        </w:rPr>
        <w:t>　　三、寓教中学，不断创新</w:t>
      </w:r>
      <w:r>
        <w:rPr>
          <w:lang w:eastAsia="zh-CN"/>
        </w:rPr>
        <w:br/>
      </w:r>
      <w:r>
        <w:rPr>
          <w:lang w:eastAsia="zh-CN"/>
        </w:rPr>
        <w:t>　　教学中新课程改革对教师的要求越来越高，通用技术课对教师的要求就更高，单一的学科知识，满足不了通用技术课的要求，不仅要有广泛的专业知识，还要具备一定的综合素质，更要具备有机地整合学科知识的能力，敏锐的洞察力，提高认识，广学多识，积极补充相应的知识，提高课堂教学水平和多视角、深层次的分析和反思能力，提高业务水平和解决教学问题的能力。因此我平时在教学上，有疑必问，积极参与听课、评课，虚心向同行请教，博采众长，并邀请其他老师来听课，征求他们的意见，改进工作。培养多种兴趣爱好，到图书馆或上网博览群书，不断扩宽知识面，为教学内容注入新鲜血液。</w:t>
      </w:r>
      <w:r>
        <w:rPr>
          <w:lang w:eastAsia="zh-CN"/>
        </w:rPr>
        <w:br/>
      </w:r>
      <w:r>
        <w:rPr>
          <w:lang w:eastAsia="zh-CN"/>
        </w:rPr>
        <w:t>　　四、积极推进素质教育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目前的考试模式仍然比较传统，这决定了教师的教学模式要停留在应试教育的层次上。为此，我在教学工作中注意了学生能力的培养，了解学生原有的知识技能的质量，他们的兴趣、需要、方法、习惯，学习新知识可能会有哪些困难，采取相应的.预防措施，解决如何把已掌握的教材传授给学生，包括如何组织教材、如何安排每节课的活动。把传授知识、技能和发展智力、能力结合起来，在知识层面上注入了思想情感教育的因素，发挥学生的创新意识和创新能力。平时还培养学生的动手能力与团队合作精神，要求每一位同学都要积极参与到设计讨论中来。</w:t>
      </w:r>
      <w:r>
        <w:rPr>
          <w:lang w:eastAsia="zh-CN"/>
        </w:rPr>
        <w:br/>
      </w:r>
      <w:r>
        <w:rPr>
          <w:lang w:eastAsia="zh-CN"/>
        </w:rPr>
        <w:t>　　五、教学中的不足</w:t>
      </w:r>
      <w:r>
        <w:rPr>
          <w:lang w:eastAsia="zh-CN"/>
        </w:rPr>
        <w:br/>
      </w:r>
      <w:r>
        <w:rPr>
          <w:lang w:eastAsia="zh-CN"/>
        </w:rPr>
        <w:t>　　经过这半年来的教学证明，这门课程总的来讲是很好的课程，学生反馈很好，学生认为，这门课程，能培养他们的动手能力、扩展他们的思维空间。老师因为学生反馈得到极大鼓舞，更加增强上好这门课程的信心。但这美中不足的是，通用技术的专业培训太少，参考资料也很少，因此希望多组织教师参加各种专业培训班，再增加教学需要的有关资料，填补美中不足的方面。</w:t>
      </w:r>
      <w:r>
        <w:rPr>
          <w:lang w:eastAsia="zh-CN"/>
        </w:rPr>
        <w:br/>
      </w:r>
      <w:r>
        <w:rPr>
          <w:lang w:eastAsia="zh-CN"/>
        </w:rPr>
        <w:t>　　站得高才能望得远，我将不断探究开展通用技术课的特点，让学生喜欢这门新科目，引导学生理解这门课对增强自己综合能力和提高自己综合素质的优势，真正让学生从通用技术课程中感受到与众不同的乐趣。本人将继续努力学习课本知识，克服困难，把握机遇，迎接挑战，真正通过自己的实践，使自己在这个新的领域内，成为“沙漠中的一棵草”，为新课改增添一点绿色。</w:t>
      </w:r>
      <w:r>
        <w:rPr>
          <w:lang w:eastAsia="zh-CN"/>
        </w:rPr>
        <w:br/>
      </w:r>
      <w:r>
        <w:rPr>
          <w:lang w:eastAsia="zh-CN"/>
        </w:rPr>
        <w:t xml:space="preserve">    通用技术教学工作总结 篇8 </w:t>
      </w:r>
      <w:r>
        <w:rPr>
          <w:lang w:eastAsia="zh-CN"/>
        </w:rPr>
        <w:br/>
      </w:r>
      <w:r>
        <w:rPr>
          <w:lang w:eastAsia="zh-CN"/>
        </w:rPr>
        <w:t>　　本学年我担任了高一年级和高二年级8个班的通用技术教学。一个学期即将匆匆结束,现在本人对这一学期通用技术教学做一个简单的总结。总结过去，计划未来，不断学习新的教学理念，促进自身的发展，这对我以后上好通用技术课有很大的帮助。为此，我谈谈这一个学期通用技术课的一些做法与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一、认真备课。</w:t>
      </w:r>
      <w:r>
        <w:rPr>
          <w:lang w:eastAsia="zh-CN"/>
        </w:rPr>
        <w:br/>
      </w:r>
      <w:r>
        <w:rPr>
          <w:lang w:eastAsia="zh-CN"/>
        </w:rPr>
        <w:t>　　备课不仅是备教材，备教法，更是备学生。我根据教材内容及学生的实际情况，了解教材的结构，重点与难点，掌握知识的逻辑，能运用自如；了解学生原有的知识技能的质量，他们的兴趣、需要、方法、习惯，学习新知识可能会有哪些困难，采取相应的预防措施；设计课的类型，拟定采用的教学方法，解决如何把已掌握的教材传授给学生，包括如何组织教材、如何安排每节课的活动。认真写好教案，每一课都做到“有备而来”，每堂课都在课前做好充分的准备。</w:t>
      </w:r>
      <w:r>
        <w:rPr>
          <w:lang w:eastAsia="zh-CN"/>
        </w:rPr>
        <w:br/>
      </w:r>
      <w:r>
        <w:rPr>
          <w:lang w:eastAsia="zh-CN"/>
        </w:rPr>
        <w:t>　　二、组织好课堂教学。</w:t>
      </w:r>
      <w:r>
        <w:rPr>
          <w:lang w:eastAsia="zh-CN"/>
        </w:rPr>
        <w:br/>
      </w:r>
      <w:r>
        <w:rPr>
          <w:lang w:eastAsia="zh-CN"/>
        </w:rPr>
        <w:t>　　关注全体学生，注意信息反馈，特别注意调动学生的积极性，加强师生交流，充分体现学生的主导作用，让学生学得容易，学得轻松，学得愉快；同时，激发学生的情感，使他们产生愉悦的心境，创造良好的课堂气氛，课堂提问面向全体学生，注意引发学生学通用技术的兴趣，注意精讲精练，在课堂上注意讲得少，学生动口动手动脑-_学年上学期通用技术教学工作总结</w:t>
      </w:r>
      <w:r>
        <w:rPr>
          <w:lang w:eastAsia="zh-CN"/>
        </w:rPr>
        <w:br/>
      </w:r>
      <w:r>
        <w:rPr>
          <w:lang w:eastAsia="zh-CN"/>
        </w:rPr>
        <w:t>　　尽量多；在每一堂课上都充分考虑每一个层次的学生学习需求和学习能力，让各个层次的学生都得到提高。课堂上讲练结合，布置好作业，作业少而精，减轻学生的负担。</w:t>
      </w:r>
      <w:r>
        <w:rPr>
          <w:lang w:eastAsia="zh-CN"/>
        </w:rPr>
        <w:br/>
      </w:r>
      <w:r>
        <w:rPr>
          <w:lang w:eastAsia="zh-CN"/>
        </w:rPr>
        <w:t>　　三、寓教中学，不断创新。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教学中新课程改革对教师的要求越来越高，通用技术课对教师的要求就更高，单一的学科知识，满足不了通用技术课的要求，不仅要有广泛的专业知识，还要具备一定的综合素质，更要具备有机地整合学科知识的能力，敏锐的洞察力，提高认识，广学多识，积极补充相应的知识，提高课堂教学水平和多视角、深层次的分析和反思能力，提高业务水平和解决教学问题的能力。因此我平时在教学上，有疑必问，积极参与听课、评课，虚心向同行学习，博采众长，并邀请其他老师来听课，征求他们的意见，改进工作。培养多种兴趣爱好，到图书馆或上网博览群书，不断扩宽知识面，为教学内容注入新鲜血液。</w:t>
      </w:r>
      <w:r>
        <w:rPr>
          <w:lang w:eastAsia="zh-CN"/>
        </w:rPr>
        <w:br/>
      </w:r>
      <w:r>
        <w:rPr>
          <w:lang w:eastAsia="zh-CN"/>
        </w:rPr>
        <w:t>　　四、积极推进素质教育。</w:t>
      </w:r>
      <w:r>
        <w:rPr>
          <w:lang w:eastAsia="zh-CN"/>
        </w:rPr>
        <w:br/>
      </w:r>
      <w:r>
        <w:rPr>
          <w:lang w:eastAsia="zh-CN"/>
        </w:rPr>
        <w:t>　　目前的考试模式仍然比较传统，这决定了教师的教学模式要停留在应试教育的层次上。为此，我在教学工作中注意了学生能力的培养，了解学生原有的知识技能的质量，他们的`兴趣、需要、方法、习惯，学习新知识可能会有哪些困难，采取相应的预防措施，解决如何把已掌握的教材传授给学生，包括如何组织教材、如何安排每节课的活动。把传授知识、技能和发展智力、能力结合起来，在知识层面上注入了-_学年上学期通用技术教学工作总结</w:t>
      </w:r>
      <w:r>
        <w:rPr>
          <w:lang w:eastAsia="zh-CN"/>
        </w:rPr>
        <w:br/>
      </w:r>
      <w:r>
        <w:rPr>
          <w:lang w:eastAsia="zh-CN"/>
        </w:rPr>
        <w:t>　　思想情感教育的因素，发挥学生的创新意识和创新能力。平时还培养学生的动手能力与团队合作精神，要求每一位同学都要积极参与到设计讨论中来。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经过这一学期的教学证明，通用技术这门课程能培养学生的动手能力、扩展他们的思维空间。老师因为学生反馈得到极大鼓舞，更加增强上好这门课程的信心。但是，通用技术的专业培训太少，参考资料也很少，因此希望多组织教师参加各种专业培训班，再增加教学需要的有关资料，填补美中不足的方面。</w:t>
      </w:r>
      <w:r>
        <w:rPr>
          <w:lang w:eastAsia="zh-CN"/>
        </w:rPr>
        <w:br/>
      </w:r>
      <w:r>
        <w:rPr>
          <w:lang w:eastAsia="zh-CN"/>
        </w:rPr>
        <w:t>　　站得高才能望得远，我将不断探究开展通用技术课的特点，让学生喜欢这门新科目，引导学生理解这门课对增强自己综合能力和提高自己综合素质的优势，真正让学生从通用技术课程中感受到与众不同的乐趣。本人将继续努力学习，克服困难，把握机遇，迎接挑战，真正通过自己的实践，使自己在这个新的领域内，成为‘沙漠中的一棵草’，为新课改增添一点绿色。</w:t>
      </w:r>
      <w:r>
        <w:rPr>
          <w:lang w:eastAsia="zh-CN"/>
        </w:rPr>
        <w:br/>
      </w:r>
      <w:r>
        <w:rPr>
          <w:lang w:eastAsia="zh-CN"/>
        </w:rPr>
        <w:t xml:space="preserve">    通用技术教学工作总结 篇9 </w:t>
      </w:r>
      <w:r>
        <w:rPr>
          <w:lang w:eastAsia="zh-CN"/>
        </w:rPr>
        <w:br/>
      </w:r>
      <w:r>
        <w:rPr>
          <w:lang w:eastAsia="zh-CN"/>
        </w:rPr>
        <w:t>　　本学期即将结束，回顾本学期的教学工作，收获颇多。本学期担任高三(6)及高二(1--6)7个班的通用技术，现将本人本学期教学工作总结如下：</w:t>
      </w:r>
      <w:r>
        <w:rPr>
          <w:lang w:eastAsia="zh-CN"/>
        </w:rPr>
        <w:br/>
      </w:r>
      <w:r>
        <w:rPr>
          <w:lang w:eastAsia="zh-CN"/>
        </w:rPr>
        <w:t>　　一、踏踏实实的备课，认认真真地教学</w:t>
      </w:r>
      <w:r>
        <w:rPr>
          <w:lang w:eastAsia="zh-CN"/>
        </w:rPr>
        <w:br/>
      </w:r>
      <w:r>
        <w:rPr>
          <w:lang w:eastAsia="zh-CN"/>
        </w:rPr>
        <w:t>　　本学期开学后我认真研读教材，认真钻研教材，在坚持集体备课的`基础上，努力备好教学中的各个环节，脚踏实地的落实课堂教学，努力向课堂要质量。</w:t>
      </w:r>
      <w:r>
        <w:rPr>
          <w:lang w:eastAsia="zh-CN"/>
        </w:rPr>
        <w:br/>
      </w:r>
      <w:r>
        <w:rPr>
          <w:lang w:eastAsia="zh-CN"/>
        </w:rPr>
        <w:t>　　二、积极听课、评课</w:t>
      </w:r>
      <w:r>
        <w:rPr>
          <w:lang w:eastAsia="zh-CN"/>
        </w:rPr>
        <w:br/>
      </w:r>
      <w:r>
        <w:rPr>
          <w:lang w:eastAsia="zh-CN"/>
        </w:rPr>
        <w:t>　　积极听校级及县、市级其他教师的课，让我受益匪浅，学习他们好的教学方法和教学手段，取他之长，补己之短，通过不断的学习，不断提升自己的业务水平。</w:t>
      </w:r>
      <w:r>
        <w:rPr>
          <w:lang w:eastAsia="zh-CN"/>
        </w:rPr>
        <w:br/>
      </w:r>
      <w:r>
        <w:rPr>
          <w:lang w:eastAsia="zh-CN"/>
        </w:rPr>
        <w:t>　　三、努力提高学生的学习效率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对于高考、会考重温，我尽量做到精选精改，并努力让学生在练的过程中去自己总结知识点内在联系，从中发现更多的问题，然后带着强烈的求知欲在课堂上认真聆听老师的讲解。</w:t>
      </w:r>
      <w:r>
        <w:rPr>
          <w:lang w:eastAsia="zh-CN"/>
        </w:rPr>
        <w:br/>
      </w:r>
      <w:r>
        <w:rPr>
          <w:lang w:eastAsia="zh-CN"/>
        </w:rPr>
        <w:t>　　功夫不负有心人，三项高考中，我班通用成绩80分以上达25位学生。</w:t>
      </w:r>
      <w:r>
        <w:rPr>
          <w:lang w:eastAsia="zh-CN"/>
        </w:rPr>
        <w:br/>
      </w:r>
      <w:r>
        <w:rPr>
          <w:lang w:eastAsia="zh-CN"/>
        </w:rPr>
        <w:t>　　其次，积极开出校级公开课《工艺》等，认真阅读与教学有关的课外书籍。</w:t>
      </w:r>
      <w:r>
        <w:rPr>
          <w:lang w:eastAsia="zh-CN"/>
        </w:rPr>
        <w:br/>
      </w:r>
      <w:r>
        <w:rPr>
          <w:lang w:eastAsia="zh-CN"/>
        </w:rPr>
        <w:t xml:space="preserve">    通用技术教学工作总结 篇10 </w:t>
      </w:r>
      <w:r>
        <w:rPr>
          <w:lang w:eastAsia="zh-CN"/>
        </w:rPr>
        <w:br/>
      </w:r>
      <w:r>
        <w:rPr>
          <w:lang w:eastAsia="zh-CN"/>
        </w:rPr>
        <w:t>　　本学期即将结束，回顾本学期的教学工作，收获颇多。本学期担任高三（6）及高二（1--6）7个班的通用技术，现将本人本学期教学工作总结如下：</w:t>
      </w:r>
      <w:r>
        <w:rPr>
          <w:lang w:eastAsia="zh-CN"/>
        </w:rPr>
        <w:br/>
      </w:r>
      <w:r>
        <w:rPr>
          <w:lang w:eastAsia="zh-CN"/>
        </w:rPr>
        <w:t>　　一、踏踏实实的备课，认认真真地教学</w:t>
      </w:r>
      <w:r>
        <w:rPr>
          <w:lang w:eastAsia="zh-CN"/>
        </w:rPr>
        <w:br/>
      </w:r>
      <w:r>
        <w:rPr>
          <w:lang w:eastAsia="zh-CN"/>
        </w:rPr>
        <w:t>　　本学期开学后我认真研读教材，认真钻研教材，在坚持集体备课的基础上，努力备好教学中的各个环节，脚踏实地的落实课堂教学，努力向课堂要质量。</w:t>
      </w:r>
      <w:r>
        <w:rPr>
          <w:lang w:eastAsia="zh-CN"/>
        </w:rPr>
        <w:br/>
      </w:r>
      <w:r>
        <w:rPr>
          <w:lang w:eastAsia="zh-CN"/>
        </w:rPr>
        <w:t>　　二、积极听课、评课</w:t>
      </w:r>
      <w:r>
        <w:rPr>
          <w:lang w:eastAsia="zh-CN"/>
        </w:rPr>
        <w:br/>
      </w:r>
      <w:r>
        <w:rPr>
          <w:lang w:eastAsia="zh-CN"/>
        </w:rPr>
        <w:t>　　积极听校级及县、市级其他教师的课，让我受益匪浅，学习他们好的教学方法和教学手段，取他之长，补己之短，通过不断的学，不断提升自己的业务水平。</w:t>
      </w:r>
      <w:r>
        <w:rPr>
          <w:lang w:eastAsia="zh-CN"/>
        </w:rPr>
        <w:br/>
      </w:r>
      <w:r>
        <w:rPr>
          <w:lang w:eastAsia="zh-CN"/>
        </w:rPr>
        <w:t>　　三、努力提高学生的学习效率</w:t>
      </w:r>
      <w:r>
        <w:rPr>
          <w:lang w:eastAsia="zh-CN"/>
        </w:rPr>
        <w:br/>
      </w:r>
      <w:r>
        <w:rPr>
          <w:lang w:eastAsia="zh-CN"/>
        </w:rPr>
        <w:t>　　对于高考、会考复习的，我尽量做到精选精改，并努力让学生在练的过程中去自己总结知识点内在联系，从中发现更多的问题，然后带着强烈的求知欲在课堂上认真聆听老师的讲解。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功夫不负有心人，三项高考中，我班通用成绩80分以上达25位学生。</w:t>
      </w:r>
      <w:r>
        <w:rPr>
          <w:lang w:eastAsia="zh-CN"/>
        </w:rPr>
        <w:br/>
      </w:r>
      <w:r>
        <w:rPr>
          <w:lang w:eastAsia="zh-CN"/>
        </w:rPr>
        <w:t>　　其次，积极开出校级公开课《工艺》和县级公开课《流程与设计复习资料》。认真阅读与教学有关的课外书籍。</w:t>
      </w:r>
      <w:r>
        <w:rPr>
          <w:lang w:eastAsia="zh-CN"/>
        </w:rPr>
        <w:br/>
      </w:r>
      <w:r>
        <w:rPr>
          <w:lang w:eastAsia="zh-CN"/>
        </w:rPr>
        <w:t>　　在区发展中心的领导下，经过全区通用技术教师的通力合作，尤其是教研会成员的不懈努力，我们顺利地完成了__区高中通用技术学科的教研计划，着重调动了区通用技术学科教研会成员的工作热情，发挥了区通用技术教研会的作用，促进了全区通用技术教师工作的积极性，有计划、分层次地开展了__区高中通用技术学科的'教研活动，落实常规教研活动，强调有效教学，促进了教师的专业发展。现将有关工作总结如下：</w:t>
      </w:r>
      <w:r>
        <w:rPr>
          <w:lang w:eastAsia="zh-CN"/>
        </w:rPr>
        <w:br/>
      </w:r>
      <w:r>
        <w:rPr>
          <w:lang w:eastAsia="zh-CN"/>
        </w:rPr>
        <w:t>　　一、区内交流方面</w:t>
      </w:r>
      <w:r>
        <w:rPr>
          <w:lang w:eastAsia="zh-CN"/>
        </w:rPr>
        <w:br/>
      </w:r>
      <w:r>
        <w:rPr>
          <w:lang w:eastAsia="zh-CN"/>
        </w:rPr>
        <w:t>　　按照既定计划的要求，本学期我们排除困难，开展了我区首届教师专业技能竞赛——说课比赛。本次比赛得到了我区教师的积极响应，来自全区多所高中的优秀教师共聚一堂，共秀技能，赛事取得了圆满的成功。本次活动，增进了我区通用技术教师间的相互了解与交流，对提高老师们的教学水平起到了促进的作用，赛事也丰富了我区的通用技术学科的网站资源，充实了我们的日常教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按照区发展中心的有关精神指导，教研会积极筹备了20__年__区通用技术论文年会的征文活动。一方面多方动员我区通用技术教师积极参与，另一方面密锣紧鼓地成立论文评审委员会。本次论文年会在教研会全体成员的不懈努力下，得到了有条不紊地开展：征文信息的发布、文章的收集、文章的评审、获将信息的发布、论文宣读交流会的召开、相关信息的报道，每一项工作紧凑而有序。本次论文年会提升了我区通用技术教师的论文写作能力，也为我区通用技术教师参加明年的市论文年会比赛做足了准备。</w:t>
      </w:r>
      <w:r>
        <w:rPr>
          <w:lang w:eastAsia="zh-CN"/>
        </w:rPr>
        <w:br/>
      </w:r>
      <w:r>
        <w:rPr>
          <w:lang w:eastAsia="zh-CN"/>
        </w:rPr>
        <w:t>　　由于我区地域较广，多数学校地处农村，交通不便，因此网络教研和交流具有极其重要的作用和意义。为方便我区通用技术教师进行网络教研，我们积极开通区通用技术学科的网站。经过不懈的努力，我们建成并应用了区通用技术学科的网站，实现了资源网络共享、网络教研、学生作品网络交流等功能，并成功利用学科的网站这一平台开展了我区通用技术相关的教研工作，组织教研会成员讨论、研究了学生作品设计方案比赛赛规等文件。学科的网站的建设和应用大大地便利了我区通用技术教师的交流与合作，对我区通用技术的教研工作起到了极大的促进作用。</w:t>
      </w:r>
      <w:r>
        <w:rPr>
          <w:lang w:eastAsia="zh-CN"/>
        </w:rPr>
        <w:br/>
      </w:r>
      <w:r>
        <w:rPr>
          <w:lang w:eastAsia="zh-CN"/>
        </w:rPr>
        <w:t>　　二、与市的教研交流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除了增强区内教师的交流，设法与区外同行取得更多的联系和交流，进而促进我区通用技术教师的成长，也是教研会的工作及目标之一。在过去的这一学期里，我们积极响应市里开展的各项竞赛活动，动员有能力的教师积极参与市里各种形式的师生竞赛。这些活动包括：__市第四届通用技术优秀教学设计评比活动、__市第一届通用技术课堂教学技能展评活动“同课异构”教学评比、第三届__市通用技术设计与制作展评活动等，其中除设计与制作展评活动仍在进行中外，其它两项活动我区教师取得了优异的成绩，全部等次的奖项均有我区教师的身影，值得一提的是课堂教学技能展评决赛中的八位教师中有两位是我区的教师。这将带给我区通用技术教师极大的鼓舞，为我区通用技术教师的业务提升注入了活力，为我们日后取得更辉煌的成绩夯实了基础。</w:t>
      </w:r>
      <w:r>
        <w:rPr>
          <w:lang w:eastAsia="zh-CN"/>
        </w:rPr>
        <w:br/>
      </w:r>
      <w:r>
        <w:rPr>
          <w:lang w:eastAsia="zh-CN"/>
        </w:rPr>
        <w:t>　　参加市里的竞赛，我们一个也不少，日常市教研交流，我们更不会缺席。一学期来，我区教师相互督促，积极参加市组织的各次教研活动，在活动中交流、学习的、提升个人的业务技能。在以后的市教研活动中，我们将继续保持这种积极的教研态度，不但要按时出席，更要积极活跃，不但要在市教研活动中学习同行们的先进经验、优秀技能，更要大力推广我们的有效教学经验和发扬我们的教学专长技能，扩大我区教师的影响力。</w:t>
      </w:r>
      <w:r>
        <w:rPr>
          <w:lang w:eastAsia="zh-CN"/>
        </w:rPr>
        <w:br/>
      </w:r>
      <w:r>
        <w:rPr>
          <w:lang w:eastAsia="zh-CN"/>
        </w:rPr>
        <w:t>　　经过全区通用技术教师一学期的共用努力，我们的教研取得了一定的成绩，但是仍存在一些问题。由于种种原因我们没能如期举办一课两讲公开课和学生作品展评比赛。此外，学科的网站的建设和应用也有待进一步铺开和深入。这些问题将是区通用技术教研会以及区全体通用技术教师以后努力的方向，希望我们的教研活动将更加有效、更有意义，能切实提升我们全区通用技术教师的业务能力，为我区的整体教育事业作出自己应有的贡献。</w:t>
      </w:r>
      <w:r>
        <w:rPr>
          <w:lang w:eastAsia="zh-CN"/>
        </w:rPr>
        <w:br/>
      </w:r>
      <w:r>
        <w:rPr>
          <w:lang w:eastAsia="zh-CN"/>
        </w:rPr>
        <w:t>　　以上是对这学期我区教研会工作的总结，希望通过本次总结，发扬我们的工作优势，暴露我们工作的缺陷，从而帮助我们日后更好地开展教学研究工作。</w:t>
      </w:r>
      <w:r>
        <w:rPr>
          <w:lang w:eastAsia="zh-CN"/>
        </w:rPr>
        <w:br/>
      </w:r>
      <w:r>
        <w:rPr>
          <w:lang w:eastAsia="zh-CN"/>
        </w:rPr>
        <w:t xml:space="preserve">    通用技术教学工作总结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根据国家课程标准的要求，这学期，在高二年级6个教学班按照每周每班1节课，顺利地完成了《通用技术——技术与设计2》第一章到第四章的内容。由于不是通用技术专任教师，教学经验不是很熟，但尽管如此，本人尽自己最大的努力，使教学工作顺利得以完成，教学效果也比较显著。现我就这期的的教学工作进行总结如下：</w:t>
      </w:r>
      <w:r>
        <w:rPr>
          <w:lang w:eastAsia="zh-CN"/>
        </w:rPr>
        <w:br/>
      </w:r>
      <w:r>
        <w:rPr>
          <w:lang w:eastAsia="zh-CN"/>
        </w:rPr>
        <w:t>　　1、基本完成了教学目标要求</w:t>
      </w:r>
      <w:r>
        <w:rPr>
          <w:lang w:eastAsia="zh-CN"/>
        </w:rPr>
        <w:br/>
      </w:r>
      <w:r>
        <w:rPr>
          <w:lang w:eastAsia="zh-CN"/>
        </w:rPr>
        <w:t>　　使学生掌握一个通用的完整的设计过程，自主构建知识、拓展能力，并从中得到创新意识、合作精神、审美情趣等情感和价值观的体验，学到一些和设计有关的知识与技能。也就是说，在技术素养上能得到一定的提高。发展学生的个性、动手时间能力。学生基本能达到如下教学目标要求：</w:t>
      </w:r>
      <w:r>
        <w:rPr>
          <w:lang w:eastAsia="zh-CN"/>
        </w:rPr>
        <w:br/>
      </w:r>
      <w:r>
        <w:rPr>
          <w:lang w:eastAsia="zh-CN"/>
        </w:rPr>
        <w:t>　　（1）熟练掌握一个通用的、完整的设计过程，学会与设计有关的各种途径、方法，了解设计中可能遇到的各种问题。</w:t>
      </w:r>
      <w:r>
        <w:rPr>
          <w:lang w:eastAsia="zh-CN"/>
        </w:rPr>
        <w:br/>
      </w:r>
      <w:r>
        <w:rPr>
          <w:lang w:eastAsia="zh-CN"/>
        </w:rPr>
        <w:t>　　（2）形成创新意识，增强解决实际问题的能力。</w:t>
      </w:r>
      <w:r>
        <w:rPr>
          <w:lang w:eastAsia="zh-CN"/>
        </w:rPr>
        <w:br/>
      </w:r>
      <w:r>
        <w:rPr>
          <w:lang w:eastAsia="zh-CN"/>
        </w:rPr>
        <w:t>　　（3）通过设计的交流和评价，培养合作精神，提高审美情趣，学会多角度地思考问题。</w:t>
      </w:r>
      <w:r>
        <w:rPr>
          <w:lang w:eastAsia="zh-CN"/>
        </w:rPr>
        <w:br/>
      </w:r>
      <w:r>
        <w:rPr>
          <w:lang w:eastAsia="zh-CN"/>
        </w:rPr>
        <w:t>　　（4）通过自身技术素养的提高，为将来进入高度技术化的社会做好必要的准备。</w:t>
      </w:r>
      <w:r>
        <w:rPr>
          <w:lang w:eastAsia="zh-CN"/>
        </w:rPr>
        <w:br/>
      </w:r>
      <w:r>
        <w:rPr>
          <w:lang w:eastAsia="zh-CN"/>
        </w:rPr>
        <w:t>　　2、教学的实施过程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采用案例分析的教学方法，通过演示、讨论、讲授使学生感受到技术就在大家身边，技术不断地发展，而技术的进步和发展对社会、对个人的学习、生活和工作带来了巨大的影响，使学生积极探究。着重培养学生对工艺的选择能力，以及会正确、安全使用工具或设备。从身边熟悉的例子入手，鼓励他们勇于时间和创新，积极面对困难和挑战，让学生在“学中做，做中学”中提高技术技能和技术素养。</w:t>
      </w:r>
      <w:r>
        <w:rPr>
          <w:lang w:eastAsia="zh-CN"/>
        </w:rPr>
        <w:br/>
      </w:r>
      <w:r>
        <w:rPr>
          <w:lang w:eastAsia="zh-CN"/>
        </w:rPr>
        <w:t>　　根据新课程的目标和要求，结合本学科课程标准和教学指导意见以及对学生情况的分析，本学期的具体教学措施如下：</w:t>
      </w:r>
      <w:r>
        <w:rPr>
          <w:lang w:eastAsia="zh-CN"/>
        </w:rPr>
        <w:br/>
      </w:r>
      <w:r>
        <w:rPr>
          <w:lang w:eastAsia="zh-CN"/>
        </w:rPr>
        <w:t>　　（1）注重从实际出发，选取贯穿整个技术设计教学过程的范例和载体。</w:t>
      </w:r>
      <w:r>
        <w:rPr>
          <w:lang w:eastAsia="zh-CN"/>
        </w:rPr>
        <w:br/>
      </w:r>
      <w:r>
        <w:rPr>
          <w:lang w:eastAsia="zh-CN"/>
        </w:rPr>
        <w:t>　　（2）教学设计突出重点，体现新理念，突出培养学生在技术学习过程中的探究、试验与创造等能力。</w:t>
      </w:r>
      <w:r>
        <w:rPr>
          <w:lang w:eastAsia="zh-CN"/>
        </w:rPr>
        <w:br/>
      </w:r>
      <w:r>
        <w:rPr>
          <w:lang w:eastAsia="zh-CN"/>
        </w:rPr>
        <w:t>　　（3）教学过程中注意多媒体的应用，基本每节课都有ppt课件，课件内容充实生动，能提高学生学习这门课程的兴趣，并通过多种媒体方式，使学生更直观地学习技术与设计的内容。</w:t>
      </w:r>
      <w:r>
        <w:rPr>
          <w:lang w:eastAsia="zh-CN"/>
        </w:rPr>
        <w:br/>
      </w:r>
      <w:r>
        <w:rPr>
          <w:lang w:eastAsia="zh-CN"/>
        </w:rPr>
        <w:t>　　（4）采用案例分析、任务驱动、自主探究、试验演示法等多种方式展开教学；方式灵活处理，并根据每个班的实际情况进行教学，做到注重基础知识，又要关注学生的个体差异，能体现方式为教学所用，而又不拘泥于方式。</w:t>
      </w:r>
      <w:r>
        <w:rPr>
          <w:lang w:eastAsia="zh-CN"/>
        </w:rPr>
        <w:br/>
      </w:r>
      <w:r>
        <w:rPr>
          <w:lang w:eastAsia="zh-CN"/>
        </w:rPr>
        <w:t>　　（5）根据本学期教学内容的特点，适当开展作品制作课程，并对作品进行过程性和终结性评价。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（6）为教学充分创造条件，例如在《设计的一般过程》这一节内容中，教师力所能及地寻找一些制作样品展示给学生看，增加了学生学习的兴趣，课堂气氛也非常活跃。</w:t>
      </w:r>
      <w:r>
        <w:rPr>
          <w:lang w:eastAsia="zh-CN"/>
        </w:rPr>
        <w:br/>
      </w:r>
      <w:r>
        <w:rPr>
          <w:lang w:eastAsia="zh-CN"/>
        </w:rPr>
        <w:t>　　3、教学中存在的不足</w:t>
      </w:r>
      <w:r>
        <w:rPr>
          <w:lang w:eastAsia="zh-CN"/>
        </w:rPr>
        <w:br/>
      </w:r>
      <w:r>
        <w:rPr>
          <w:lang w:eastAsia="zh-CN"/>
        </w:rPr>
        <w:t>　　作为新课程的一个重要部分，虽然感觉到希望学生可以学到实实在在的技术素养，但是在实际开展中，并不能很好的体现，而且最主要是与高考的关系没处理好。高考中没有体现，并不是主要问题，但领导把课程安排在高二，而此时学生早进入了分科的学习。这样，无论是年级、教师、学生都会在时间上出现了矛盾。同时受课时、设备、学生作业时间等限制，令操作艰难进行，敷衍了事也就势在必行。</w:t>
      </w:r>
      <w:r>
        <w:rPr>
          <w:lang w:eastAsia="zh-CN"/>
        </w:rPr>
        <w:br/>
      </w:r>
      <w:r>
        <w:rPr>
          <w:lang w:eastAsia="zh-CN"/>
        </w:rPr>
        <w:t>　　学生方面，在教学过程中，文科学生感觉难度大，很多技术问题不能展开，课时基本难以完成尤其是动手制作的内容，只能蜻蜓点水式让学生了解一下。学生并不能从中学到很多实用的东西，所以多数学生以应付心理对待，对这一科还没有足够的重视。</w:t>
      </w:r>
      <w:r>
        <w:rPr>
          <w:lang w:eastAsia="zh-CN"/>
        </w:rPr>
        <w:br/>
      </w:r>
      <w:r>
        <w:rPr>
          <w:lang w:eastAsia="zh-CN"/>
        </w:rPr>
        <w:t>　　教师方面，我校还没有专业的通用技术教师，也没有成立通用技术备课组，因而在教学开展方面还存在很多问题，因而我们争取在下学期成立通用技术备课组。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认为，只有完全抛离高考的影响，才能更好地达到开课的目的。比如说，把这个课程放在高一学习，行政上硬性规定在高一学年度完成必修部分的全部内容和考核。这样，教与学双方都可以在高一学年这段学习和高考任务相对轻松的时间段内，放下包袱，从从容容完成进度；认认真真学好技术。如果相关的这些问题能明确，那么效果反而会更好一些。而且高一年级的学生相对时间较为充裕，对技术的探讨可以更为深入。</w:t>
      </w:r>
      <w:r>
        <w:rPr>
          <w:lang w:eastAsia="zh-CN"/>
        </w:rPr>
        <w:br/>
      </w:r>
      <w:r>
        <w:rPr>
          <w:lang w:eastAsia="zh-CN"/>
        </w:rPr>
        <w:t>　　回顾这个学期的教学工作，虽然能基本完成教学任务，但仍然有很多不足，留待以后努力改进。</w:t>
      </w:r>
      <w:r>
        <w:rPr>
          <w:lang w:eastAsia="zh-CN"/>
        </w:rPr>
        <w:br/>
      </w:r>
      <w:r>
        <w:rPr>
          <w:lang w:eastAsia="zh-CN"/>
        </w:rPr>
        <w:t xml:space="preserve">    通用技术教学工作总结 篇12 </w:t>
      </w:r>
      <w:r>
        <w:rPr>
          <w:lang w:eastAsia="zh-CN"/>
        </w:rPr>
        <w:br/>
      </w:r>
      <w:r>
        <w:rPr>
          <w:lang w:eastAsia="zh-CN"/>
        </w:rPr>
        <w:t>　　第一学期即将结束，有辛勤的耕耘，有收获的喜悦，也有不足与遗憾，按照教学计划和教学纲要的要求，已经如期地完成了教学任务.现总结如下：</w:t>
      </w:r>
      <w:r>
        <w:rPr>
          <w:lang w:eastAsia="zh-CN"/>
        </w:rPr>
        <w:br/>
      </w:r>
      <w:r>
        <w:rPr>
          <w:lang w:eastAsia="zh-CN"/>
        </w:rPr>
        <w:t>　　一、思想认识</w:t>
      </w:r>
      <w:r>
        <w:rPr>
          <w:lang w:eastAsia="zh-CN"/>
        </w:rPr>
        <w:br/>
      </w:r>
      <w:r>
        <w:rPr>
          <w:lang w:eastAsia="zh-CN"/>
        </w:rPr>
        <w:t>　　思想上严于律己，热爱党的教育事业。一直来，努力提高自己的教学水平。服从学校的工作安排，做好各项工作。</w:t>
      </w:r>
      <w:r>
        <w:rPr>
          <w:lang w:eastAsia="zh-CN"/>
        </w:rPr>
        <w:br/>
      </w:r>
      <w:r>
        <w:rPr>
          <w:lang w:eastAsia="zh-CN"/>
        </w:rPr>
        <w:t>　　二、教学方面</w:t>
      </w:r>
      <w:r>
        <w:rPr>
          <w:lang w:eastAsia="zh-CN"/>
        </w:rPr>
        <w:br/>
      </w:r>
      <w:r>
        <w:rPr>
          <w:lang w:eastAsia="zh-CN"/>
        </w:rPr>
        <w:t>　　1、备课</w:t>
      </w:r>
      <w:r>
        <w:rPr>
          <w:lang w:eastAsia="zh-CN"/>
        </w:rPr>
        <w:br/>
      </w:r>
      <w:r>
        <w:rPr>
          <w:lang w:eastAsia="zh-CN"/>
        </w:rPr>
        <w:t>　　根据学校要求，认真写好教学计划，提前备好课，写好教案。平时做到周前备课。备课时认真钻研教材，虚心向老教师学习、请教。力求吃透教材，找准重点、难点，寻找适合学生的教学方法。我特别注意做好以下几点：1.以情景教学引入课堂教学，激发学生学习兴趣。2.及时总结课堂上的不足，不断改进教学模式。</w:t>
      </w:r>
      <w:r>
        <w:rPr>
          <w:lang w:eastAsia="zh-CN"/>
        </w:rPr>
        <w:br/>
      </w:r>
      <w:r>
        <w:rPr>
          <w:lang w:eastAsia="zh-CN"/>
        </w:rPr>
        <w:t>　　2、上课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由于本学科大多都要上机完成，每节都要认真做好上机备课，检查机器状态，有无“不可用机器”，从学生的实际出发，注意调动学生学习的积极性和创造性思维。在学生完成上机任务时，在各台计算机前巡视，注意对学困生进行手把手的辅导，课后及时做课后记，找出不足。</w:t>
      </w:r>
      <w:r>
        <w:rPr>
          <w:lang w:eastAsia="zh-CN"/>
        </w:rPr>
        <w:br/>
      </w:r>
      <w:r>
        <w:rPr>
          <w:lang w:eastAsia="zh-CN"/>
        </w:rPr>
        <w:t>　　三、个人学习：</w:t>
      </w:r>
      <w:r>
        <w:rPr>
          <w:lang w:eastAsia="zh-CN"/>
        </w:rPr>
        <w:br/>
      </w:r>
      <w:r>
        <w:rPr>
          <w:lang w:eastAsia="zh-CN"/>
        </w:rPr>
        <w:t>　　积极学习各种理论，以充实自己，以便在工作中以坚实的理论作为指导，更好地进行教育教学。我还利用业余时间认真学习网络知识，同时负责本学期微机室的日常管理工作。</w:t>
      </w:r>
      <w:r>
        <w:rPr>
          <w:lang w:eastAsia="zh-CN"/>
        </w:rPr>
        <w:br/>
      </w:r>
      <w:r>
        <w:rPr>
          <w:lang w:eastAsia="zh-CN"/>
        </w:rPr>
        <w:t>　　四、考勤方面</w:t>
      </w:r>
      <w:r>
        <w:rPr>
          <w:lang w:eastAsia="zh-CN"/>
        </w:rPr>
        <w:br/>
      </w:r>
      <w:r>
        <w:rPr>
          <w:lang w:eastAsia="zh-CN"/>
        </w:rPr>
        <w:t>　　严格遵守学校的各项规章制度，不迟到、不早退。在工作中，尊敬领导、团结同事，能正确处理好与领导同事之间的关系。平时任劳任怨、对人真诚、热爱学生、人际关系和谐融洽，时刻以一名人民教师的要求来规范自己的言行，毫不松懈地培养自己的综合素质和能力。</w:t>
      </w:r>
      <w:r>
        <w:rPr>
          <w:lang w:eastAsia="zh-CN"/>
        </w:rPr>
        <w:br/>
      </w:r>
      <w:r>
        <w:rPr>
          <w:lang w:eastAsia="zh-CN"/>
        </w:rPr>
        <w:t>　　五、努力方向：</w:t>
      </w:r>
      <w:r>
        <w:rPr>
          <w:lang w:eastAsia="zh-CN"/>
        </w:rPr>
        <w:br/>
      </w:r>
      <w:r>
        <w:rPr>
          <w:lang w:eastAsia="zh-CN"/>
        </w:rPr>
        <w:t>　　1.加强自身基本功的训练，注重对学生能力的培养。</w:t>
      </w:r>
      <w:r>
        <w:rPr>
          <w:lang w:eastAsia="zh-CN"/>
        </w:rPr>
        <w:br/>
      </w:r>
      <w:r>
        <w:rPr>
          <w:lang w:eastAsia="zh-CN"/>
        </w:rPr>
        <w:t>　　2.对差生多些关心，多点爱心，再多一些耐心，使他们在对计算机的认识上有更大进步。</w:t>
      </w:r>
      <w:r>
        <w:rPr>
          <w:lang w:eastAsia="zh-CN"/>
        </w:rPr>
        <w:br/>
      </w:r>
      <w:r>
        <w:rPr>
          <w:lang w:eastAsia="zh-CN"/>
        </w:rPr>
        <w:t>　　3.加强机房纪律和机器使用道德方面的教育，使学生不仅在班级集中注意力学习，在机房上机时也要按规定严格约束自己。</w:t>
      </w:r>
      <w:r>
        <w:rPr>
          <w:lang w:eastAsia="zh-CN"/>
        </w:rPr>
        <w:br/>
      </w:r>
      <w:r>
        <w:rPr>
          <w:lang w:eastAsia="zh-CN"/>
        </w:rPr>
        <w:t>　　4.利用各种方法，训练学生提高、集中注意力。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教书育人是塑造灵魂的综合性艺术。在课程改革推进的今天,社会对教师的素质要求更高,在今后的教育教学工作中,我将立足实际,认真分析和研究好教材、大纲，使信息技术课的工作有所开拓,有所进取,更加严格要求自己,努力工作，我将继续努力，争取取得更好的成绩，成为一名合格的教师。</w:t>
      </w:r>
      <w:r>
        <w:rPr>
          <w:lang w:eastAsia="zh-CN"/>
        </w:rPr>
        <w:br/>
      </w:r>
      <w:r>
        <w:rPr>
          <w:lang w:eastAsia="zh-CN"/>
        </w:rPr>
        <w:t xml:space="preserve">    通用技术教学工作总结 篇13 </w:t>
      </w:r>
      <w:r>
        <w:rPr>
          <w:lang w:eastAsia="zh-CN"/>
        </w:rPr>
        <w:br/>
      </w:r>
      <w:r>
        <w:rPr>
          <w:lang w:eastAsia="zh-CN"/>
        </w:rPr>
        <w:t>　　本学期我担任了高二8个班通用技术的教学工作，以下将根据我的教学工作实践谈谈我的体会。</w:t>
      </w:r>
      <w:r>
        <w:rPr>
          <w:lang w:eastAsia="zh-CN"/>
        </w:rPr>
        <w:br/>
      </w:r>
      <w:r>
        <w:rPr>
          <w:lang w:eastAsia="zh-CN"/>
        </w:rPr>
        <w:t>　　一、认真备课，不但备教材备教法而且备学生。</w:t>
      </w:r>
      <w:r>
        <w:rPr>
          <w:lang w:eastAsia="zh-CN"/>
        </w:rPr>
        <w:br/>
      </w:r>
      <w:r>
        <w:rPr>
          <w:lang w:eastAsia="zh-CN"/>
        </w:rPr>
        <w:t>　　根据教材内容及学生的实际，了解教材的结构，重点与难点，掌握知识的逻辑，能运用自如；了解学生原有的知识技能的质量，他们的兴趣、需要、方法、习惯，学习新知识可能会有哪些困难，采取相应的预防措施；设计课的类型，拟定采用的教学方法，解决如何把已掌握的教材传授给学生，包括如何组织教材、如何安排每节课的活动。认真写好教案，每一课都做到“有备而来”，每堂课都在课前做好充分的准备。</w:t>
      </w:r>
      <w:r>
        <w:rPr>
          <w:lang w:eastAsia="zh-CN"/>
        </w:rPr>
        <w:br/>
      </w:r>
      <w:r>
        <w:rPr>
          <w:lang w:eastAsia="zh-CN"/>
        </w:rPr>
        <w:t>　　二、课堂上的情况。</w:t>
      </w:r>
      <w:r>
        <w:rPr>
          <w:lang w:eastAsia="zh-CN"/>
        </w:rPr>
        <w:br/>
      </w:r>
      <w:r>
        <w:rPr>
          <w:lang w:eastAsia="zh-CN"/>
        </w:rPr>
        <w:t>　　组织好课堂教学，关注全体学生，注意信息反馈，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课堂上讲练结合，布置好家庭作业，作业少而精，减轻学生的负担。</w:t>
      </w:r>
      <w:r>
        <w:rPr>
          <w:lang w:eastAsia="zh-CN"/>
        </w:rPr>
        <w:br/>
      </w:r>
      <w:r>
        <w:rPr>
          <w:lang w:eastAsia="zh-CN"/>
        </w:rPr>
        <w:t>　　三、做好课后工作。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认真批改作业，分析并记录学生的作业情况，将他们在作业过程出现的问题作出分类总结，进行透切的评讲，并针对有关情况及时改进教学方法，做到有的放矢。高二学生虽然自控能力整体上比高一学生较好一些，但是还有少部分同学抄袭别人的作业，针对这种问题，就要抓好学生的思想教育，并使这一工作惯彻到对学生的学习指导中去，还要做好对学生学习的辅导和帮助工作。</w:t>
      </w:r>
      <w:r>
        <w:rPr>
          <w:lang w:eastAsia="zh-CN"/>
        </w:rPr>
        <w:br/>
      </w:r>
      <w:r>
        <w:rPr>
          <w:lang w:eastAsia="zh-CN"/>
        </w:rPr>
        <w:t>　　四、平时在教学上，有疑必问，在各个章节的学习上都积极征求其他老师的意见，学习他们的方法。</w:t>
      </w:r>
      <w:r>
        <w:rPr>
          <w:lang w:eastAsia="zh-CN"/>
        </w:rPr>
        <w:br/>
      </w:r>
      <w:r>
        <w:rPr>
          <w:lang w:eastAsia="zh-CN"/>
        </w:rPr>
        <w:t>　　积极参与听课、评课，虚心向同行学习，博采众长，并邀请其他老师来听课，征求他们的意见，改进工作。培养多种兴趣爱好，到图书馆或上网博览群书，不断扩宽知识面，为教学内容注入新鲜血液。</w:t>
      </w:r>
      <w:r>
        <w:rPr>
          <w:lang w:eastAsia="zh-CN"/>
        </w:rPr>
        <w:br/>
      </w:r>
      <w:r>
        <w:rPr>
          <w:lang w:eastAsia="zh-CN"/>
        </w:rPr>
        <w:t>　　五、积极推进素质教育。</w:t>
      </w:r>
      <w:r>
        <w:rPr>
          <w:lang w:eastAsia="zh-CN"/>
        </w:rPr>
        <w:br/>
      </w:r>
      <w:r>
        <w:rPr>
          <w:lang w:eastAsia="zh-CN"/>
        </w:rPr>
        <w:t>　　目前的考试模式仍然比较传统，这决定了教师的教学模式要停留在应试教育的层次上。为此，我在教学工作中注意了学生能力的培养，把传受知识、技能和发展智力、能力结合起来，在知识层面上注入了思想情感教育的`因素，发挥学生的创新意识和创新能力。平时还培养学生的动手能力与团队合作精神，在本学期期末考试之前要求以小组为单位，每一位同学都要积极参与，做出一个优秀的作品。</w:t>
      </w:r>
      <w:r>
        <w:rPr>
          <w:lang w:eastAsia="zh-CN"/>
        </w:rPr>
        <w:br/>
      </w:r>
      <w:r>
        <w:rPr>
          <w:lang w:eastAsia="zh-CN"/>
        </w:rPr>
        <w:t>　　六、在上学期的会考中，同学们都取得了较好的成绩，希望大家再接再厉，认真抓好复习工作，在会考中考出更好的成绩。</w:t>
      </w:r>
      <w:r>
        <w:rPr>
          <w:lang w:eastAsia="zh-CN"/>
        </w:rPr>
        <w:br/>
      </w:r>
      <w:r>
        <w:rPr>
          <w:lang w:eastAsia="zh-CN"/>
        </w:rPr>
        <w:t>　　七、存在的问题。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通用技术》课是新开设的课程，还没有专门的实验室；知识结构还不是很完整；还需要对两本书的知识点进行彻底的分析，把它们联系起来，这些都有待以后改进。在接下来的教学和工作中，我会更加努力，更加勤奋。</w:t>
      </w:r>
      <w:r>
        <w:rPr>
          <w:lang w:eastAsia="zh-CN"/>
        </w:rPr>
        <w:br/>
      </w:r>
      <w:r>
        <w:rPr>
          <w:lang w:eastAsia="zh-CN"/>
        </w:rPr>
        <w:t>　　八、法制教育问题。</w:t>
      </w:r>
      <w:r>
        <w:rPr>
          <w:lang w:eastAsia="zh-CN"/>
        </w:rPr>
        <w:br/>
      </w:r>
      <w:r>
        <w:rPr>
          <w:lang w:eastAsia="zh-CN"/>
        </w:rPr>
        <w:t>　　在教学过程中，每个知识点都说的很细，如果章节涉及法律问题，我都会带着同学们去学习相关的法律，在一个学期下来，我们学到了中华人民共和国著作权法；中华人民共和国商标法；中华人民共和国专利法；中华人民共和国科技成果转化法；中华人民共和国科学技术普及法；中华人民共和国科学技术进步法；中华人民共和国产品质量法，等法律，同学们学习也很有兴趣。</w:t>
      </w:r>
      <w:r>
        <w:rPr>
          <w:lang w:eastAsia="zh-CN"/>
        </w:rPr>
        <w:br/>
      </w:r>
      <w:r>
        <w:rPr>
          <w:lang w:eastAsia="zh-CN"/>
        </w:rPr>
        <w:t xml:space="preserve">    通用技术教学工作总结 篇14 </w:t>
      </w:r>
      <w:r>
        <w:rPr>
          <w:lang w:eastAsia="zh-CN"/>
        </w:rPr>
        <w:br/>
      </w:r>
      <w:r>
        <w:rPr>
          <w:lang w:eastAsia="zh-CN"/>
        </w:rPr>
        <w:t>　　本学期在学期初计划的安排下，结合实践教学情况不断改进，开展了一学期的教学工作，学期临近结束，回顾一学期的工作，总结如下：</w:t>
      </w:r>
      <w:r>
        <w:rPr>
          <w:lang w:eastAsia="zh-CN"/>
        </w:rPr>
        <w:br/>
      </w:r>
      <w:r>
        <w:rPr>
          <w:lang w:eastAsia="zh-CN"/>
        </w:rPr>
        <w:t>　　一、工作回顾</w:t>
      </w:r>
      <w:r>
        <w:rPr>
          <w:lang w:eastAsia="zh-CN"/>
        </w:rPr>
        <w:br/>
      </w:r>
      <w:r>
        <w:rPr>
          <w:lang w:eastAsia="zh-CN"/>
        </w:rPr>
        <w:t>　　在学期初，已经制定了教学工作计划，在整个学期的教学工作中，我严格按照教学计划进行上课。并在实际教学工作中，对具体情况具体分析，及时调整教学方法，认真进行教学分析，严格按教学进度上课。在教学过程中，对具体的教学内容都进行了认真的教学分析，思考在现有计算机软硬件的实际情况下如何实施教学，并写成教案上课。收到较好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教学中，为了提高学生学习信息技术的兴趣，我注重课堂引入方法和教学环节的设计，多从学生感兴趣的内容出发，经常采用游戏引入，视频引入等方法。在不影响教学的情况下，从网上下载一些有利于学生智力发展的小游戏，把这些游戏融入到教学过程中，让学生既巩固了所学知识，又提高了学习兴趣，并有助于学生智力发展。经本期实践，取得了很好的效果。学生不但掌握了规定的信息技术知识和达到了规定的操作技能水平，而且还从游戏中学到了许多其它的知识。信息技术课已经成了学生十分喜欢的课程之一。</w:t>
      </w:r>
      <w:r>
        <w:rPr>
          <w:lang w:eastAsia="zh-CN"/>
        </w:rPr>
        <w:br/>
      </w:r>
      <w:r>
        <w:rPr>
          <w:lang w:eastAsia="zh-CN"/>
        </w:rPr>
        <w:t>　　在教学之余，我还注重个人能力的提高。积极和同组老师探讨教学方法，认真学习优秀的教学案例，并积极参加各类教学活动，使自己的能力得到提升。</w:t>
      </w:r>
      <w:r>
        <w:rPr>
          <w:lang w:eastAsia="zh-CN"/>
        </w:rPr>
        <w:br/>
      </w:r>
      <w:r>
        <w:rPr>
          <w:lang w:eastAsia="zh-CN"/>
        </w:rPr>
        <w:t>　　二、存在的问题</w:t>
      </w:r>
      <w:r>
        <w:rPr>
          <w:lang w:eastAsia="zh-CN"/>
        </w:rPr>
        <w:br/>
      </w:r>
      <w:r>
        <w:rPr>
          <w:lang w:eastAsia="zh-CN"/>
        </w:rPr>
        <w:t>　　1.分层教学</w:t>
      </w:r>
      <w:r>
        <w:rPr>
          <w:lang w:eastAsia="zh-CN"/>
        </w:rPr>
        <w:br/>
      </w:r>
      <w:r>
        <w:rPr>
          <w:lang w:eastAsia="zh-CN"/>
        </w:rPr>
        <w:t>　　学生的性格不同，学习习惯不同，知识基础不行。为克服这一点，在日常的教学中，我采用了很多方法想进行分层教学，比如导学案的引入，分组教学的实施等，也收到了一些成效，可仍存在不足。</w:t>
      </w:r>
      <w:r>
        <w:rPr>
          <w:lang w:eastAsia="zh-CN"/>
        </w:rPr>
        <w:br/>
      </w:r>
      <w:r>
        <w:rPr>
          <w:lang w:eastAsia="zh-CN"/>
        </w:rPr>
        <w:t>　　2.发挥学生的主体性</w:t>
      </w:r>
      <w:r>
        <w:rPr>
          <w:lang w:eastAsia="zh-CN"/>
        </w:rPr>
        <w:br/>
      </w:r>
      <w:r>
        <w:rPr>
          <w:lang w:eastAsia="zh-CN"/>
        </w:rPr>
        <w:t>　　新课改的要求下，要求课堂应是学生为主体，教师为主导。在教学中我时刻铭记这一点，把课堂更大限度的交给学生，教学氛围得到了提升，但对课堂的控制仍需要加强。信息技术教学工作总结</w:t>
      </w:r>
      <w:r>
        <w:rPr>
          <w:lang w:eastAsia="zh-CN"/>
        </w:rPr>
        <w:br/>
      </w:r>
      <w:r>
        <w:rPr>
          <w:lang w:eastAsia="zh-CN"/>
        </w:rPr>
        <w:t>　　三、努力方向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1.加强教学教研，努力提高业务水平。</w:t>
      </w:r>
      <w:r>
        <w:rPr>
          <w:lang w:eastAsia="zh-CN"/>
        </w:rPr>
        <w:br/>
      </w:r>
      <w:r>
        <w:rPr>
          <w:lang w:eastAsia="zh-CN"/>
        </w:rPr>
        <w:t>　　教学的成败取决于教师，教师的素质的高低直接影响着课堂的教学质量，在本学期，在教学之余，应加强对业务的钻研。认真钻研新课程标准，研究教材，探索新教育教学方法，提高业务水平，在网上还注意收集相关资料，以扩大学生的视野。</w:t>
      </w:r>
      <w:r>
        <w:rPr>
          <w:lang w:eastAsia="zh-CN"/>
        </w:rPr>
        <w:br/>
      </w:r>
      <w:r>
        <w:rPr>
          <w:lang w:eastAsia="zh-CN"/>
        </w:rPr>
        <w:t>　　2.发挥信息技术的辅助作用</w:t>
      </w:r>
      <w:r>
        <w:rPr>
          <w:lang w:eastAsia="zh-CN"/>
        </w:rPr>
        <w:br/>
      </w:r>
      <w:r>
        <w:rPr>
          <w:lang w:eastAsia="zh-CN"/>
        </w:rPr>
        <w:t>　　作为信息技术教师，应走在学校信息技术发展的前沿，除了搞好信息技术教育教学外，我们还担负着许多其它的任务。学校其它学科公开课的课件制作等，所以在搞好教学的同时，我仍然要不断加强专业知识的学习。</w:t>
      </w:r>
      <w:r>
        <w:rPr>
          <w:lang w:eastAsia="zh-CN"/>
        </w:rPr>
        <w:br/>
      </w:r>
      <w:r>
        <w:rPr>
          <w:lang w:eastAsia="zh-CN"/>
        </w:rPr>
        <w:t>　　信息技术是一门不断发展的学科，展望学校的发展和学科的发展，我觉得还有许多知识要学，还有许多事情要做。在今后的教育教学工作中，我将更严格要求自己，努力工作，发扬优点，改正缺点，开拓前进，争取取得更大的进步。</w:t>
      </w:r>
      <w:r>
        <w:rPr>
          <w:lang w:eastAsia="zh-CN"/>
        </w:rPr>
        <w:br/>
      </w:r>
      <w:r>
        <w:rPr>
          <w:lang w:eastAsia="zh-CN"/>
        </w:rPr>
        <w:t>　　一、重视问题的提出和解决</w:t>
      </w:r>
      <w:r>
        <w:rPr>
          <w:lang w:eastAsia="zh-CN"/>
        </w:rPr>
        <w:br/>
      </w:r>
      <w:r>
        <w:rPr>
          <w:lang w:eastAsia="zh-CN"/>
        </w:rPr>
        <w:t>　　在信息技术课的学习中，教师首先要组织学生从学习和生活中选择和确定他们感兴趣的专题，去发现问题和提出问题，这些问题可以是课堂内教材内容的拓展延伸。</w:t>
      </w:r>
      <w:r>
        <w:rPr>
          <w:lang w:eastAsia="zh-CN"/>
        </w:rPr>
        <w:br/>
      </w:r>
      <w:r>
        <w:rPr>
          <w:lang w:eastAsia="zh-CN"/>
        </w:rPr>
        <w:t>　　也可以是对校外各种自然和社会现象的探究;可以是已经证明的结论，也可以是未知的知识领域。在学习中，问题是学生学习的重要载体，学生在解决问题的过程中会涉及多种知识，这些知识的选择，积累和运用完全以问题为中心，呈现横向的、相互交叉的状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例如：在“网页的制作”这一章教学过程中，若不布置给学生具体的学习任务，学生们往往表现的是虽然报有极大的兴趣，但却是无所适从，不知从何下手，结果几节课下来，学生们对自己的作业删删改改，几乎没有完整的作品产生。所以我采用“任务驱动”的方法，让学生有自己研究、操作的目标，让学生有的放矢。</w:t>
      </w:r>
      <w:r>
        <w:rPr>
          <w:lang w:eastAsia="zh-CN"/>
        </w:rPr>
        <w:br/>
      </w:r>
      <w:r>
        <w:rPr>
          <w:lang w:eastAsia="zh-CN"/>
        </w:rPr>
        <w:t>　　另外结合兴趣爱好，布置给学生课前准备的作业，即结合自己的兴趣爱好设计制作一个主题网页，并在纸上画出来，这样在上网页制作课时，学生就不会“打无准备这战”，盲目地去制作了，而且为了完成这项任务，学生必然要利用各种途径去查找资料，如上网等等。还要考虑栏目的设置和版块问题，考虑网站的整体风格和创意设计，考虑网站的链接结构等等。学生在准备过程中，就在搜索信息、组织信息、美工设计等方面得到了锻炼。</w:t>
      </w:r>
      <w:r>
        <w:rPr>
          <w:lang w:eastAsia="zh-CN"/>
        </w:rPr>
        <w:br/>
      </w:r>
      <w:r>
        <w:rPr>
          <w:lang w:eastAsia="zh-CN"/>
        </w:rPr>
        <w:t>　　二、重视学生之间的交流与协作</w:t>
      </w:r>
      <w:r>
        <w:rPr>
          <w:lang w:eastAsia="zh-CN"/>
        </w:rPr>
        <w:br/>
      </w:r>
      <w:r>
        <w:rPr>
          <w:lang w:eastAsia="zh-CN"/>
        </w:rPr>
        <w:t>　　在信息技术课中问题解决的学习，学生面临的是一系列的综合性问题，如信息的搜集、功能的实现、颜色的搭配等，这都需要依靠学生的集体智慧和分工协作。</w:t>
      </w:r>
      <w:r>
        <w:rPr>
          <w:lang w:eastAsia="zh-CN"/>
        </w:rPr>
        <w:br/>
      </w:r>
      <w:r>
        <w:rPr>
          <w:lang w:eastAsia="zh-CN"/>
        </w:rPr>
        <w:t>　　这时，协作既是学习的手段，也是学习的目的，通过协作学习和研究，学生可以取长补短，取得高质量的成果，与此同时，在共同参与的过程中，学生还要学会如何交流和协作，如：彼此尊重、理解以及容忍的态度，表达、倾听与说服他人的方式方法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在frontpage、powerpoint教学中，我都是安排3-4人来合作制作。在机房上课的座位，也由原来按班级座位顺序，改编为根据学生的兴趣爱好自由组合。</w:t>
      </w:r>
      <w:r>
        <w:rPr>
          <w:lang w:eastAsia="zh-CN"/>
        </w:rPr>
        <w:br/>
      </w:r>
      <w:r>
        <w:rPr>
          <w:lang w:eastAsia="zh-CN"/>
        </w:rPr>
        <w:t>　　但为了防止课堂上出现混乱情况，教师应在课前就作好计划安排：先打印座位表格，由课代表在上课前就做好座位安排记录，并且通知到每一位学生，让学生知道自己的座位号，再把座位表交给教师保存，这样，在机房上课时就不会出现乱找座位的混乱现象了。</w:t>
      </w:r>
      <w:r>
        <w:rPr>
          <w:lang w:eastAsia="zh-CN"/>
        </w:rPr>
        <w:br/>
      </w:r>
      <w:r>
        <w:rPr>
          <w:lang w:eastAsia="zh-CN"/>
        </w:rPr>
        <w:t>　　学生们都因为和自己有共同兴趣爱好的同学坐在一起，完成学习任务过程中也增加了协作的主动性，制作成功率就会大大地提高了。</w:t>
      </w:r>
      <w:r>
        <w:rPr>
          <w:lang w:eastAsia="zh-CN"/>
        </w:rPr>
        <w:br/>
      </w:r>
      <w:r>
        <w:rPr>
          <w:lang w:eastAsia="zh-CN"/>
        </w:rPr>
        <w:t>　　三、重视因材施教</w:t>
      </w:r>
      <w:r>
        <w:rPr>
          <w:lang w:eastAsia="zh-CN"/>
        </w:rPr>
        <w:br/>
      </w:r>
      <w:r>
        <w:rPr>
          <w:lang w:eastAsia="zh-CN"/>
        </w:rPr>
        <w:t>　　每一个学生在个性发展及特长爱好上的发展上都是不同的，不同的学生有不同的爱好和知识需求，在课堂上我们会发现总是有少部分学生对一些学习内容兴趣不大，如果再施加给他们高要求的学习任务，也只是徒劳的。</w:t>
      </w:r>
      <w:r>
        <w:rPr>
          <w:lang w:eastAsia="zh-CN"/>
        </w:rPr>
        <w:br/>
      </w:r>
      <w:r>
        <w:rPr>
          <w:lang w:eastAsia="zh-CN"/>
        </w:rPr>
        <w:t>　　为了实现培养学生全面发展的目标，我们应对这少部分的学生安排不同的教学内容，降低目标标准，使这些学生只要按照课本、教师的要求去做就能完成任务，让他们也能品尝到成功的喜悦，从而调动他们的学习积极性。</w:t>
      </w:r>
      <w:r>
        <w:rPr>
          <w:lang w:eastAsia="zh-CN"/>
        </w:rPr>
        <w:br/>
      </w:r>
      <w:r>
        <w:rPr>
          <w:lang w:eastAsia="zh-CN"/>
        </w:rPr>
        <w:t xml:space="preserve">    通用技术教学工作总结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一学期来，本人在教学工作中认真备课、上课、听课、评课，及时做好课后辅导工作，通用技术课是以提高学生技术素养，促进学生全面而富有个性的发展为基本目标，为学生适应未来社会生活和终身发展奠定基础，以更亲近技术的情感、积极探究的姿态和一定的科学精神广泛地参与社会生活，参与技术创新的实践；培养学生正确的技术观，积极、负责、安全使用技术的行为习惯，培养学生对技术使用、评价、选择、改进、决策、创新的能力。根据学科特点广泛涉猎各种知识，形成比较完整的知识结构，严格要求学生，尊重学生，发扬教学民主，使学生学有所得，不断提高，从而不断提高自己的教学水平和思想觉悟，并顺利完成教育教学任务。下面是本人的在教学中的一些总结：</w:t>
      </w:r>
      <w:r>
        <w:rPr>
          <w:lang w:eastAsia="zh-CN"/>
        </w:rPr>
        <w:br/>
      </w:r>
      <w:r>
        <w:rPr>
          <w:lang w:eastAsia="zh-CN"/>
        </w:rPr>
        <w:t>　　一、提高教学质量，关键是上好课。为上好课，做了下面工作：</w:t>
      </w:r>
      <w:r>
        <w:rPr>
          <w:lang w:eastAsia="zh-CN"/>
        </w:rPr>
        <w:br/>
      </w:r>
      <w:r>
        <w:rPr>
          <w:lang w:eastAsia="zh-CN"/>
        </w:rPr>
        <w:t>　　1、课前准备：备好课。</w:t>
      </w:r>
      <w:r>
        <w:rPr>
          <w:lang w:eastAsia="zh-CN"/>
        </w:rPr>
        <w:br/>
      </w:r>
      <w:r>
        <w:rPr>
          <w:lang w:eastAsia="zh-CN"/>
        </w:rPr>
        <w:t>　　首先认真研读《20__年湖南省普通高中学业水平考查指导纲要》，钻研教材，对考查说明、教材的基本思想、基本概念，每句话、每个字都弄清楚，了解教材的结构，重点与难点，掌握知识的逻辑，能运用自如，知道应补充哪些资料（材料一定要认真选取，因学科的特点，补充的材料应直接接近考查要求），怎样才能教好。因学科特点，知识面要广、课堂容量要大，在新授课的教学中一般采用课件的形式备课以辅助于本学科的'教学。其次是了解学生原有的知识技能的储备，他们的兴趣、需要、方法、习惯，学习新知识可能会有哪些困难，采取相应的预防措施。注重利用“学生缺少什么，我们教什么；学生需要什么，我们教什么”的思想来组织教学。最后考虑教法，解决如何把已掌握的教材传授给学生，包括如何组织教材、如何安排每节课的活动。</w:t>
      </w:r>
      <w:r>
        <w:rPr>
          <w:lang w:eastAsia="zh-CN"/>
        </w:rPr>
        <w:br/>
      </w:r>
      <w:r>
        <w:rPr>
          <w:lang w:eastAsia="zh-CN"/>
        </w:rPr>
        <w:t>　　2、课堂教学情况。</w:t>
      </w:r>
      <w:r>
        <w:rPr>
          <w:lang w:eastAsia="zh-CN"/>
        </w:rPr>
        <w:br/>
      </w:r>
    </w:p>
    <w:p w:rsidR="001B1F19" w14:textId="27C3F48A">
      <w:pPr>
        <w:rPr>
          <w:rFonts w:hint="eastAsia"/>
          <w:lang w:eastAsia="zh-CN"/>
        </w:rPr>
      </w:pPr>
      <w:r>
        <w:rPr>
          <w:lang w:eastAsia="zh-CN"/>
        </w:rPr>
        <w:t>　　认真组织课堂教学，关注全体学生，注意信息反馈，调动学生的有意注意，使其保持相对稳定性，同时，激发学生的情感，使他们产生愉悦的心境，创造良好的课堂气氛，课堂语言有重点性、简洁明了，克服了以前重复的毛病，课堂提问面向全体学生，注意引发学生学习通用技术的兴趣和学习努力的方向，课堂上注重讲练结合。</w:t>
      </w:r>
      <w:r>
        <w:rPr>
          <w:lang w:eastAsia="zh-CN"/>
        </w:rPr>
        <w:br/>
      </w:r>
      <w:r>
        <w:rPr>
          <w:lang w:eastAsia="zh-CN"/>
        </w:rPr>
        <w:t>　　二、注重提高教学质量</w:t>
      </w:r>
      <w:r>
        <w:rPr>
          <w:lang w:eastAsia="zh-CN"/>
        </w:rPr>
        <w:br/>
      </w:r>
      <w:r>
        <w:rPr>
          <w:lang w:eastAsia="zh-CN"/>
        </w:rPr>
        <w:t>　　对学生努力做到从友善开始，从赞美着手，所有的人都渴望得到别人的理解和尊重，注重学有所成。所以，和学生交谈时，对他的处境、想法表示深刻的理解和尊重。教学上，注重学生全程参与，亲身经历，重视技术思想和方法的学习指导等，力求实现有效的教和有效的学。评价上，强调以学生的发展为核心，建立合理的评价机制，积极探索普通高中学业水平考查指导纲要。</w:t>
      </w:r>
      <w:r>
        <w:rPr>
          <w:lang w:eastAsia="zh-CN"/>
        </w:rPr>
        <w:br/>
      </w:r>
      <w:r>
        <w:rPr>
          <w:lang w:eastAsia="zh-CN"/>
        </w:rPr>
        <w:t>　　三、积极参与听课、评课</w:t>
      </w:r>
      <w:r>
        <w:rPr>
          <w:lang w:eastAsia="zh-CN"/>
        </w:rPr>
        <w:br/>
      </w:r>
      <w:r>
        <w:rPr>
          <w:lang w:eastAsia="zh-CN"/>
        </w:rPr>
        <w:t>　　贯彻落实好学校的听课制度，虚心向同行学习教学的技巧、方法，博采众长，不断的提高了自己的教学水平。</w:t>
      </w:r>
      <w:r>
        <w:rPr>
          <w:lang w:eastAsia="zh-CN"/>
        </w:rPr>
        <w:br/>
      </w:r>
      <w:r>
        <w:rPr>
          <w:lang w:eastAsia="zh-CN"/>
        </w:rPr>
        <w:t>　　四、培养多种兴趣爱好</w:t>
      </w:r>
      <w:r>
        <w:rPr>
          <w:lang w:eastAsia="zh-CN"/>
        </w:rPr>
        <w:br/>
      </w:r>
      <w:r>
        <w:rPr>
          <w:lang w:eastAsia="zh-CN"/>
        </w:rPr>
        <w:t>　　从网上搜集信息资料、到图书馆博览群书，不断扩宽知识面，为教学内容注入新鲜血液。</w:t>
      </w:r>
      <w:r>
        <w:rPr>
          <w:lang w:eastAsia="zh-CN"/>
        </w:rPr>
        <w:br/>
      </w:r>
      <w:r>
        <w:rPr>
          <w:lang w:eastAsia="zh-CN"/>
        </w:rPr>
        <w:t>　　五、“金无足赤，人无完人”</w:t>
      </w:r>
      <w:r>
        <w:rPr>
          <w:lang w:eastAsia="zh-CN"/>
        </w:rPr>
        <w:br/>
      </w:r>
      <w:r>
        <w:rPr>
          <w:lang w:eastAsia="zh-CN"/>
        </w:rPr>
        <w:t>　　在教学工作中难免存有缺陷，例如，课堂语言平淡、不够生动，平时考试较少等现象都可能影响到课堂教学的质量和效果。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https://d.book118.com/235334211131011122</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5334211131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