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会计岗位个人总结（33篇）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会计岗位个人总结（通用33篇）</w:t>
      </w:r>
      <w:r>
        <w:rPr>
          <w:lang w:eastAsia="zh-CN"/>
        </w:rPr>
        <w:br/>
      </w:r>
      <w:r>
        <w:rPr>
          <w:lang w:eastAsia="zh-CN"/>
        </w:rPr>
        <w:t xml:space="preserve">    会计岗位个人总结 篇1 </w:t>
      </w:r>
      <w:r>
        <w:rPr>
          <w:lang w:eastAsia="zh-CN"/>
        </w:rPr>
        <w:br/>
      </w:r>
      <w:r>
        <w:rPr>
          <w:lang w:eastAsia="zh-CN"/>
        </w:rPr>
        <w:t>　　20--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r>
        <w:rPr>
          <w:lang w:eastAsia="zh-CN"/>
        </w:rPr>
        <w:br/>
      </w:r>
      <w:r>
        <w:rPr>
          <w:lang w:eastAsia="zh-CN"/>
        </w:rPr>
        <w:t>　　一、岗位工作取得的成绩：</w:t>
      </w:r>
      <w:r>
        <w:rPr>
          <w:lang w:eastAsia="zh-CN"/>
        </w:rPr>
        <w:br/>
      </w:r>
      <w:r>
        <w:rPr>
          <w:lang w:eastAsia="zh-CN"/>
        </w:rPr>
        <w:t>　　1、资金方面：作为一个企业，资金的安全及管理是财务业务中很重要的工作，20--年我每月月末会与出纳人员及时、完整核对现金、银行存款、其他货币资金往来进行对账、盘点，并做资金对账表存档。保证了各项资金帐帐相符、帐实相符，为公司资金安全管理及合理使用提供了数据基础。</w:t>
      </w:r>
      <w:r>
        <w:rPr>
          <w:lang w:eastAsia="zh-CN"/>
        </w:rPr>
        <w:br/>
      </w:r>
      <w:r>
        <w:rPr>
          <w:lang w:eastAsia="zh-CN"/>
        </w:rPr>
        <w:t>　　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r>
        <w:rPr>
          <w:lang w:eastAsia="zh-CN"/>
        </w:rPr>
        <w:br/>
      </w:r>
      <w:r>
        <w:rPr>
          <w:lang w:eastAsia="zh-CN"/>
        </w:rPr>
        <w:t>　　4、固定资产系统及存货方面：我每月对公司购入的各项固定资产进行登记入账、建立卡片，月底对资产项目核对关结账。</w:t>
      </w:r>
      <w:r>
        <w:rPr>
          <w:lang w:eastAsia="zh-CN"/>
        </w:rPr>
        <w:br/>
      </w:r>
      <w:r>
        <w:rPr>
          <w:lang w:eastAsia="zh-CN"/>
        </w:rPr>
        <w:t>　　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F工厂、C--T采购、销售、一般往来账务及时进行核对并制作对账表，对于双方有疑问的事项我能做到和对方财务人员保持密切沟通只至找出问题所在、及时解决，保证双方往来账务清晰、数据准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r>
        <w:rPr>
          <w:lang w:eastAsia="zh-CN"/>
        </w:rPr>
        <w:br/>
      </w:r>
      <w:r>
        <w:rPr>
          <w:lang w:eastAsia="zh-CN"/>
        </w:rPr>
        <w:t xml:space="preserve">    会计岗位个人总结 篇2 </w:t>
      </w:r>
      <w:r>
        <w:rPr>
          <w:lang w:eastAsia="zh-CN"/>
        </w:rPr>
        <w:br/>
      </w:r>
      <w:r>
        <w:rPr>
          <w:lang w:eastAsia="zh-CN"/>
        </w:rPr>
        <w:t>　　时间如梭，转眼间又将跨过一个年度，在领导及同事们的帮助指导下，通过自身的努力，我个人无论是在敬业精神、思想境界,还是在业务素质、工作能力上都得到进一步提高，其工作总结如下：</w:t>
      </w:r>
      <w:r>
        <w:rPr>
          <w:lang w:eastAsia="zh-CN"/>
        </w:rPr>
        <w:br/>
      </w:r>
      <w:r>
        <w:rPr>
          <w:lang w:eastAsia="zh-CN"/>
        </w:rPr>
        <w:t>　　1.学习、了解和掌握政策法规和学校财务制度，不断提高自己的政策水平。</w:t>
      </w:r>
      <w:r>
        <w:rPr>
          <w:lang w:eastAsia="zh-CN"/>
        </w:rPr>
        <w:br/>
      </w:r>
      <w:r>
        <w:rPr>
          <w:lang w:eastAsia="zh-CN"/>
        </w:rPr>
        <w:t>　　2.会计工作需要很强的操作技巧。用电脑、填支票、点钞票等都需要深厚的基本功。作为学校会计，不但要具备处理一般会计事物的财务会计专业基本知识，还要具备较强的数字运算能力。</w:t>
      </w:r>
      <w:r>
        <w:rPr>
          <w:lang w:eastAsia="zh-CN"/>
        </w:rPr>
        <w:br/>
      </w:r>
      <w:r>
        <w:rPr>
          <w:lang w:eastAsia="zh-CN"/>
        </w:rPr>
        <w:t>　　3.做好会计工作首先要热爱出纳工作，要有严谨细致的工作作风和职业道德。</w:t>
      </w:r>
      <w:r>
        <w:rPr>
          <w:lang w:eastAsia="zh-CN"/>
        </w:rPr>
        <w:br/>
      </w:r>
      <w:r>
        <w:rPr>
          <w:lang w:eastAsia="zh-CN"/>
        </w:rPr>
        <w:t>　　4.做为会计要有较强的安全意识，现金、票据、各种印鉴，既要有内部的保管分工，各负其责，并相互牵制;也要有对外的保安措施，维护个人安全和学校的利益不受到损失。</w:t>
      </w:r>
      <w:r>
        <w:rPr>
          <w:lang w:eastAsia="zh-CN"/>
        </w:rPr>
        <w:br/>
      </w:r>
      <w:r>
        <w:rPr>
          <w:lang w:eastAsia="zh-CN"/>
        </w:rPr>
        <w:t>　　5.做为会计必须具备良好的职业道德修养，要热爱本职工作，精业、敬业，要竭力为本单位中心工作，为单位的总体利益、为全体职工服务，牢固的树立为人民服务的思想。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6.回顾本年度的工作，自己感到仍有不少不足之处，在新的一年里我必须在工作中学习和努力提高业务技能，使自身的工作能力和工作效率得到了迅速提高，在以后的工作和学习中我还将不懈的努力和拼搏，做好自己的本职工作，为学校和全体教职工服务。在此，我要特别感谢学校领导和各位同仁在工作和生活中给予我的支持和关心，这是对我工作最大的肯定和鼓舞，我真诚的表示感谢!</w:t>
      </w:r>
      <w:r>
        <w:rPr>
          <w:lang w:eastAsia="zh-CN"/>
        </w:rPr>
        <w:br/>
      </w:r>
      <w:r>
        <w:rPr>
          <w:lang w:eastAsia="zh-CN"/>
        </w:rPr>
        <w:t xml:space="preserve">    会计岗位个人总结 篇3 </w:t>
      </w:r>
      <w:r>
        <w:rPr>
          <w:lang w:eastAsia="zh-CN"/>
        </w:rPr>
        <w:br/>
      </w:r>
      <w:r>
        <w:rPr>
          <w:lang w:eastAsia="zh-CN"/>
        </w:rPr>
        <w:t>　　时光荏苒、岁月如梭。一年的工作转瞬又将成为历史，回首这一年来的财务工作，虽然没有轰轰烈烈的战果，但也算经历了一段不平凡的考验与磨砺。---年是我结束岗位实习，正式从事会计工作的第一年。在领导的指导和同事们的帮助下，我不断巩固、不断学习相关财务实务知识，时刻注意将理论知识和财务实践结合起来，个人无论是在敬业精神、思想境界，还是在业务素质、工作能力上都得到很大提高，顺利地完成了领导赋予的各项工作任务，圆满地履行了岗位所赋予的职。</w:t>
      </w:r>
      <w:r>
        <w:rPr>
          <w:lang w:eastAsia="zh-CN"/>
        </w:rPr>
        <w:br/>
      </w:r>
      <w:r>
        <w:rPr>
          <w:lang w:eastAsia="zh-CN"/>
        </w:rPr>
        <w:t>　　这一年来，我主要负责集团本级资金结算中心的相关工作，现我将这一年的思想、工作情况汇报如下：</w:t>
      </w:r>
      <w:r>
        <w:rPr>
          <w:lang w:eastAsia="zh-CN"/>
        </w:rPr>
        <w:br/>
      </w:r>
      <w:r>
        <w:rPr>
          <w:lang w:eastAsia="zh-CN"/>
        </w:rPr>
        <w:t>　　一、思想方面</w:t>
      </w:r>
      <w:r>
        <w:rPr>
          <w:lang w:eastAsia="zh-CN"/>
        </w:rPr>
        <w:br/>
      </w:r>
      <w:r>
        <w:rPr>
          <w:lang w:eastAsia="zh-CN"/>
        </w:rPr>
        <w:t>　　在思想方面，我深入学习了中铁物资集团的企业理念，始终以敬业、热情、耐心的态度投入到日常的工作生活中，做到了与人为善，和睦相处。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在大学时，我就已经通过了高级党课的学习，但是当时我仍然觉得自己在思想的进步程度上没能达到一个共产党员的标准。现在，经过这一年多来的工作与学习，我不断的思考，不断地总结，这使我的思想政治觉悟和道德品质修养得到了进一步提高，提高了对学习是第一要务的认识，有效地增强了工作的系统性、预见性和创造性，为更加严谨更加踏实地做好会计工作打下了坚实基础。</w:t>
      </w:r>
      <w:r>
        <w:rPr>
          <w:lang w:eastAsia="zh-CN"/>
        </w:rPr>
        <w:br/>
      </w:r>
      <w:r>
        <w:rPr>
          <w:lang w:eastAsia="zh-CN"/>
        </w:rPr>
        <w:t>　　二、工作方面</w:t>
      </w:r>
      <w:r>
        <w:rPr>
          <w:lang w:eastAsia="zh-CN"/>
        </w:rPr>
        <w:br/>
      </w:r>
      <w:r>
        <w:rPr>
          <w:lang w:eastAsia="zh-CN"/>
        </w:rPr>
        <w:t>　　1、资金预算及台账</w:t>
      </w:r>
      <w:r>
        <w:rPr>
          <w:lang w:eastAsia="zh-CN"/>
        </w:rPr>
        <w:br/>
      </w:r>
      <w:r>
        <w:rPr>
          <w:lang w:eastAsia="zh-CN"/>
        </w:rPr>
        <w:t>　　----年，集团资金流日渐紧张，这要求我们资金中心更加及时准确的汇总所属子公司资金预算数据。</w:t>
      </w:r>
      <w:r>
        <w:rPr>
          <w:lang w:eastAsia="zh-CN"/>
        </w:rPr>
        <w:br/>
      </w:r>
      <w:r>
        <w:rPr>
          <w:lang w:eastAsia="zh-CN"/>
        </w:rPr>
        <w:t>　　每旬旬末，我都按时提醒所属的12家子公司上报旬资金预算，月初上报资金台账，在收到资金预算后按照资金中心的规定进行拨款并及时作好记录，在收到台账后及时分析汇总银行账户统计表、银行授信统计表、银承及保函统计表等相关表格，努力确保集团账户管理的有效性，授信情况的准确性。</w:t>
      </w:r>
      <w:r>
        <w:rPr>
          <w:lang w:eastAsia="zh-CN"/>
        </w:rPr>
        <w:br/>
      </w:r>
      <w:r>
        <w:rPr>
          <w:lang w:eastAsia="zh-CN"/>
        </w:rPr>
        <w:t>　　2、协助领导完成银行授信及担保工作</w:t>
      </w:r>
      <w:r>
        <w:rPr>
          <w:lang w:eastAsia="zh-CN"/>
        </w:rPr>
        <w:br/>
      </w:r>
      <w:r>
        <w:rPr>
          <w:lang w:eastAsia="zh-CN"/>
        </w:rPr>
        <w:t>　　今年，我主要协助了胡部长完成了集团本级中信、民生、交行、招行、农行的银行授信工作，同时的为子公司的核保提供相关资料及服务，尽量保证不耽误各子公司对授信额度的使用。</w:t>
      </w:r>
      <w:r>
        <w:rPr>
          <w:lang w:eastAsia="zh-CN"/>
        </w:rPr>
        <w:br/>
      </w:r>
      <w:r>
        <w:rPr>
          <w:lang w:eastAsia="zh-CN"/>
        </w:rPr>
        <w:t>　　3、浪潮资金管理系统的录入与维护</w:t>
      </w:r>
      <w:r>
        <w:rPr>
          <w:lang w:eastAsia="zh-CN"/>
        </w:rPr>
        <w:br/>
      </w:r>
      <w:r>
        <w:rPr>
          <w:lang w:eastAsia="zh-CN"/>
        </w:rPr>
        <w:t>　　今年上半年，股份公司资金中心正式启动了浪潮资金管理系统，这对资金中心票据和保函的管理提出了新的要求。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由于浪潮资金管理系统是一套动态的局域网式管理系统，原有的管理方式已经不再适用，为了避免信息的滞后性，领导要求我负责集团本级票据和保函的录入和维护，同时要求我按时督促各所属成员单位专门的负责人员实时的将票据及保函情况录入浪潮资金管理系统，并从系统终端对各成员单位的银承保函信息进行实时掌握，对录入进度进行实时监督。</w:t>
      </w:r>
      <w:r>
        <w:rPr>
          <w:lang w:eastAsia="zh-CN"/>
        </w:rPr>
        <w:br/>
      </w:r>
      <w:r>
        <w:rPr>
          <w:lang w:eastAsia="zh-CN"/>
        </w:rPr>
        <w:t>　　4、erp软件上线及资金中心资金费用模块的应用</w:t>
      </w:r>
      <w:r>
        <w:rPr>
          <w:lang w:eastAsia="zh-CN"/>
        </w:rPr>
        <w:br/>
      </w:r>
      <w:r>
        <w:rPr>
          <w:lang w:eastAsia="zh-CN"/>
        </w:rPr>
        <w:t>　　----年初，经过集团公司财务部全体员工的努力，神州数码erp财务业务一体化软件正式上线。对于erp软件的应用，我主要负责子公司及部门资金占用费核算的相关工作。在培训和实施过程当中，我认真学习新软件的规范操作流程，录入开账数据，核对账目数据的正确性。为完成领导交给的任务，我们加班加点，结合我单位的实际业务情况，提出各种需求，不断完善该软件对我单位的实用性，提高财务业务工作之效率。由于新软件刚开始实施，很多报表取数不是很稳定，这就需要实时关注报表数据的正确性，及时核对，及时发现问题，及时解决。另外，在处理集团本级业务的同时，我也协助子公司同事了解erp各个模块的操作，对大家提出的需求和问题汇总，及时协助予以解决。</w:t>
      </w:r>
      <w:r>
        <w:rPr>
          <w:lang w:eastAsia="zh-CN"/>
        </w:rPr>
        <w:br/>
      </w:r>
      <w:r>
        <w:rPr>
          <w:lang w:eastAsia="zh-CN"/>
        </w:rPr>
        <w:t>　　5、其它日常工作</w:t>
      </w:r>
      <w:r>
        <w:rPr>
          <w:lang w:eastAsia="zh-CN"/>
        </w:rPr>
        <w:br/>
      </w:r>
      <w:r>
        <w:rPr>
          <w:lang w:eastAsia="zh-CN"/>
        </w:rPr>
        <w:t>　　(1)、票据通的录入</w:t>
      </w:r>
      <w:r>
        <w:rPr>
          <w:lang w:eastAsia="zh-CN"/>
        </w:rPr>
        <w:br/>
      </w:r>
      <w:r>
        <w:rPr>
          <w:lang w:eastAsia="zh-CN"/>
        </w:rPr>
        <w:t>　　每日录入票据通的银行日记账，保证及时记账并及时核对各银行余额是否与账面金额一致。同时，我定期向银行索要银行对账单，资金中心日记账要与中信网银对账系统和交行、民生、建行等银行的对账单核对余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(2)、日常资料的归档及整理</w:t>
      </w:r>
      <w:r>
        <w:rPr>
          <w:lang w:eastAsia="zh-CN"/>
        </w:rPr>
        <w:br/>
      </w:r>
      <w:r>
        <w:rPr>
          <w:lang w:eastAsia="zh-CN"/>
        </w:rPr>
        <w:t>　　每日工作结束后，我能及时对保管留存的资料进行重新整理，分门别类，装订成册，摆放整齐，便于查找。在完成本职工作的基础上，我也积极配合协助其他同事的工作，努力让我们财务的工作做到更好。</w:t>
      </w:r>
      <w:r>
        <w:rPr>
          <w:lang w:eastAsia="zh-CN"/>
        </w:rPr>
        <w:br/>
      </w:r>
      <w:r>
        <w:rPr>
          <w:lang w:eastAsia="zh-CN"/>
        </w:rPr>
        <w:t>　　(3)、诚合保险的日常工作</w:t>
      </w:r>
      <w:r>
        <w:rPr>
          <w:lang w:eastAsia="zh-CN"/>
        </w:rPr>
        <w:br/>
      </w:r>
      <w:r>
        <w:rPr>
          <w:lang w:eastAsia="zh-CN"/>
        </w:rPr>
        <w:t>　　年底，股份公司的保险资源集中管理工作进入了实质性操作阶段，协助领导完成诚合保险的日常工作也成为了我日常的一项主要工作。在工作中，我及时联系12家子公司的相关负责人员，将股份公司及集团公司的相关精神进行传达，对各子公司的机动车辆保险信息进行汇总更新。同时，对于本部的保险管理，我主要负责协助领导完成人身意外伤害保险及机动车辆统一保险的上险、缴款通知书的报送等工作。</w:t>
      </w:r>
      <w:r>
        <w:rPr>
          <w:lang w:eastAsia="zh-CN"/>
        </w:rPr>
        <w:br/>
      </w:r>
      <w:r>
        <w:rPr>
          <w:lang w:eastAsia="zh-CN"/>
        </w:rPr>
        <w:t xml:space="preserve">    会计岗位个人总结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年，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截止--年12月20日营业室储蓄存款达13417万元，比年初新增4702万元，新增代发工资户4653户。尤其是今年1月份储蓄专柜存款突破了亿元大关，新创储蓄专柜历史最高。现将我本人在--年一季度的工作情况总结汇报如下：</w:t>
      </w:r>
      <w:r>
        <w:rPr>
          <w:lang w:eastAsia="zh-CN"/>
        </w:rPr>
        <w:br/>
      </w:r>
      <w:r>
        <w:rPr>
          <w:lang w:eastAsia="zh-CN"/>
        </w:rPr>
        <w:t>　　1、加快思想观念的转变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经过--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场、大营销”的工作思路，在土地补偿资金归集、职工买断资金代发、收复失去的代发工资阵地、集团企业工资源头上及来兖投资商找突破点，巩固扩大了营业室的客户群体。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r>
        <w:rPr>
          <w:lang w:eastAsia="zh-CN"/>
        </w:rPr>
        <w:br/>
      </w:r>
      <w:r>
        <w:rPr>
          <w:lang w:eastAsia="zh-CN"/>
        </w:rPr>
        <w:t>　　2、以身作则，努力学习内控制度，提高工作效率。</w:t>
      </w:r>
      <w:r>
        <w:rPr>
          <w:lang w:eastAsia="zh-CN"/>
        </w:rPr>
        <w:br/>
      </w:r>
      <w:r>
        <w:rPr>
          <w:lang w:eastAsia="zh-CN"/>
        </w:rPr>
        <w:t>　　--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r>
        <w:rPr>
          <w:lang w:eastAsia="zh-CN"/>
        </w:rPr>
        <w:br/>
      </w:r>
      <w:r>
        <w:rPr>
          <w:lang w:eastAsia="zh-CN"/>
        </w:rPr>
        <w:t>　　3、努力提高自身服务和业务素质。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对于我本人来讲，尽力做到了“三个服务”。一是给客户服好务，由于我主要任务是分管前台，柜员几乎每天都有不好处理的业务和客户介绍给我，本着“客户就是上帝”的意识，每次我都能--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w:t>
      </w:r>
      <w:r>
        <w:rPr>
          <w:lang w:eastAsia="zh-CN"/>
        </w:rPr>
        <w:br/>
      </w:r>
      <w:r>
        <w:rPr>
          <w:lang w:eastAsia="zh-CN"/>
        </w:rPr>
        <w:t xml:space="preserve">    会计岗位个人总结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20--年即将过去，一年来，自己在科领导和全体同事的关心、支持和帮助下，坚持自我严格要求、加强学习、踏实工作，在政治思想、工作学习等方面取得了不小的进步，下面把自己各方面的表现向领导和同事们作一下总结。</w:t>
      </w:r>
      <w:r>
        <w:rPr>
          <w:lang w:eastAsia="zh-CN"/>
        </w:rPr>
        <w:br/>
      </w:r>
      <w:r>
        <w:rPr>
          <w:lang w:eastAsia="zh-CN"/>
        </w:rPr>
        <w:t>　　一、在政治思想方面。</w:t>
      </w:r>
      <w:r>
        <w:rPr>
          <w:lang w:eastAsia="zh-CN"/>
        </w:rPr>
        <w:br/>
      </w:r>
      <w:r>
        <w:rPr>
          <w:lang w:eastAsia="zh-CN"/>
        </w:rPr>
        <w:t>　　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r>
        <w:rPr>
          <w:lang w:eastAsia="zh-CN"/>
        </w:rPr>
        <w:br/>
      </w:r>
      <w:r>
        <w:rPr>
          <w:lang w:eastAsia="zh-CN"/>
        </w:rPr>
        <w:t>　　二、在学习及文体活动方面。</w:t>
      </w:r>
      <w:r>
        <w:rPr>
          <w:lang w:eastAsia="zh-CN"/>
        </w:rPr>
        <w:br/>
      </w:r>
      <w:r>
        <w:rPr>
          <w:lang w:eastAsia="zh-CN"/>
        </w:rPr>
        <w:t>　　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二是积极参加局里组织的各项文体活动。其中，代表局机关三支部参加局里组织的羽毛球赛，获得团体第一名好成绩。另外，积极参加全市机关干部才艺大赛，也赢得了荣誉。</w:t>
      </w:r>
      <w:r>
        <w:rPr>
          <w:lang w:eastAsia="zh-CN"/>
        </w:rPr>
        <w:br/>
      </w:r>
      <w:r>
        <w:rPr>
          <w:lang w:eastAsia="zh-CN"/>
        </w:rPr>
        <w:t>　　三、工作完成情况。</w:t>
      </w:r>
      <w:r>
        <w:rPr>
          <w:lang w:eastAsia="zh-CN"/>
        </w:rPr>
        <w:br/>
      </w:r>
      <w:r>
        <w:rPr>
          <w:lang w:eastAsia="zh-CN"/>
        </w:rPr>
        <w:t>　　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r>
        <w:rPr>
          <w:lang w:eastAsia="zh-CN"/>
        </w:rPr>
        <w:br/>
      </w:r>
      <w:r>
        <w:rPr>
          <w:lang w:eastAsia="zh-CN"/>
        </w:rPr>
        <w:t>　　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r>
        <w:rPr>
          <w:lang w:eastAsia="zh-CN"/>
        </w:rPr>
        <w:br/>
      </w:r>
      <w:r>
        <w:rPr>
          <w:lang w:eastAsia="zh-CN"/>
        </w:rPr>
        <w:t>　　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r>
        <w:rPr>
          <w:lang w:eastAsia="zh-CN"/>
        </w:rPr>
        <w:br/>
      </w:r>
      <w:r>
        <w:rPr>
          <w:lang w:eastAsia="zh-CN"/>
        </w:rPr>
        <w:t>　　五是认真做好本职工作的同时，及时完成了领导交办的其他工作和任务，并积极发挥自己的长处协助同事处理力所能及的日常事务。</w:t>
      </w:r>
      <w:r>
        <w:rPr>
          <w:lang w:eastAsia="zh-CN"/>
        </w:rPr>
        <w:br/>
      </w:r>
      <w:r>
        <w:rPr>
          <w:lang w:eastAsia="zh-CN"/>
        </w:rPr>
        <w:t xml:space="preserve">    会计岗位个人总结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今年较好的完成了本年度的会计工作。我的主要工作是做报社的主管会计、核算预算外收入、合并四家报表。在记帐、算帐、报帐的全部过程中无差错。收入收款376万元，报销、发工资、发稿费等_万元。处理原始凭证_多份，作记帐凭证_余份，并对其进行逐一审核，逐笔记录、逐步核算。记帐多达_余笔。做到了帐帐相符、帐实相符、帐表相符。</w:t>
      </w:r>
      <w:r>
        <w:rPr>
          <w:lang w:eastAsia="zh-CN"/>
        </w:rPr>
        <w:br/>
      </w:r>
      <w:r>
        <w:rPr>
          <w:lang w:eastAsia="zh-CN"/>
        </w:rPr>
        <w:t>　　在收款时，认真开收据，认真清点现金，填写支票，及时送存银行，使款项能及时到达我户，避免了许多不安全因素。</w:t>
      </w:r>
      <w:r>
        <w:rPr>
          <w:lang w:eastAsia="zh-CN"/>
        </w:rPr>
        <w:br/>
      </w:r>
      <w:r>
        <w:rPr>
          <w:lang w:eastAsia="zh-CN"/>
        </w:rPr>
        <w:t>　　报销时认真审核原始凭证，严格遵守财务制度，热情的解答们的问题。报社的财务工作比较零碎，不仅要发工资，报销一些正常的业务支出，每月还要发几拾笔的稿费、业务费、考勤奖、好稿件奖等。大到上万元，小到一元两元，发工资时，我认真审核，及时开支票送银行，尽快的把钱落到们的帐户上。发稿费、业务费时，无论大钱小钱，从来不嫌麻烦，一笔一笔把几拾笔的业务费稿费发到们或投稿人手上，无论大家什么时间来，我都热情接待。如有汇款借款等业务，我都积极筹备，从不会因为我的失误而影响集体的工作。</w:t>
      </w:r>
      <w:r>
        <w:rPr>
          <w:lang w:eastAsia="zh-CN"/>
        </w:rPr>
        <w:br/>
      </w:r>
      <w:r>
        <w:rPr>
          <w:lang w:eastAsia="zh-CN"/>
        </w:rPr>
        <w:t>　　做会计凭证认真细致，摘要填写简单明了，比较熟练比较正确的运用会计科目。记帐仔细、认真、规范，帐目清细明了，条理分明。月末结帐作报表从不马虎，总是认真核对每项数字。报表及时，数据准确详实。为经营决策提供了真实可靠的依据。</w:t>
      </w:r>
      <w:r>
        <w:rPr>
          <w:lang w:eastAsia="zh-CN"/>
        </w:rPr>
        <w:br/>
      </w:r>
      <w:r>
        <w:rPr>
          <w:lang w:eastAsia="zh-CN"/>
        </w:rPr>
        <w:t>　　我还负责管理报社的印鉴、和一些等。的领用、印鉴的使用，我都建立了缴销手续，进行了严格的管理避免了因管理不善造成的损失。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现金管理日清月结，不怕麻烦，当日发生的业务当日处理帐务，及时提款存款，库存现金一般在_元以下。严格遵守规章制度，避免了不安全因素。帐本、帐表、凭证干净整齐规范。体现出了严肃、认真的精神面貌。</w:t>
      </w:r>
      <w:r>
        <w:rPr>
          <w:lang w:eastAsia="zh-CN"/>
        </w:rPr>
        <w:br/>
      </w:r>
      <w:r>
        <w:rPr>
          <w:lang w:eastAsia="zh-CN"/>
        </w:rPr>
        <w:t>　　每月都要认真的审核预算外收入，汇总全局四家报表。汇总报表很重要，报表上的数据反映了我局所有的收入、支出等财务状况，汇总时必须认真仔细，我总是算一遍又一遍，直到核对无误，确信数字准确、一丝不差。再把它打印七份，装订起来。整整齐齐的报给、财政局、银行等部门。</w:t>
      </w:r>
      <w:r>
        <w:rPr>
          <w:lang w:eastAsia="zh-CN"/>
        </w:rPr>
        <w:br/>
      </w:r>
      <w:r>
        <w:rPr>
          <w:lang w:eastAsia="zh-CN"/>
        </w:rPr>
        <w:t>　　今年8月份，局组织了审计小组，对局机关和各台的帐务进行了检查审计。我参加了审计小组，并加班加点的帐务进行了检查，圆满的完成了交给的任务。我所管理的报社的帐务，也接受了审计小组的检查。并且在帐务管理方面顺利的通过了检查。</w:t>
      </w:r>
      <w:r>
        <w:rPr>
          <w:lang w:eastAsia="zh-CN"/>
        </w:rPr>
        <w:br/>
      </w:r>
      <w:r>
        <w:rPr>
          <w:lang w:eastAsia="zh-CN"/>
        </w:rPr>
        <w:t>　　今后我要发扬成绩，克服缺点，努力工作，认真钻研业务，更加主动热情的为大家服务，使帐务管理更加科学、更加规范。使自己的工作水平再上一个台阶，以饱满的热情，良好的精神状态进入20_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r>
        <w:rPr>
          <w:lang w:eastAsia="zh-CN"/>
        </w:rPr>
        <w:br/>
      </w:r>
      <w:r>
        <w:rPr>
          <w:lang w:eastAsia="zh-CN"/>
        </w:rPr>
        <w:t xml:space="preserve">    会计岗位个人总结 篇7 </w:t>
      </w:r>
      <w:r>
        <w:rPr>
          <w:lang w:eastAsia="zh-CN"/>
        </w:rPr>
        <w:br/>
      </w:r>
      <w:r>
        <w:rPr>
          <w:lang w:eastAsia="zh-CN"/>
        </w:rPr>
        <w:t>　　基本工作内容</w:t>
      </w:r>
      <w:r>
        <w:rPr>
          <w:lang w:eastAsia="zh-CN"/>
        </w:rPr>
        <w:br/>
      </w:r>
      <w:r>
        <w:rPr>
          <w:lang w:eastAsia="zh-CN"/>
        </w:rPr>
        <w:t>　　参与制定了财务部相关规章制度若干项。规范了经济行为，使财务工作进一步走向法制化，制度化，规范化。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今年是我们公司变更的第一年，各项改革迅速发展的一年。作为财务部，我们也有很多制度要建立，所以我们经过开会讨论，草议出公司内部会计管理与控制制度，公司内部审计制度，公司会计核算制度与，使财务工作有条不紊的开展，为我们搞好工作提供了有力保证。我们财务部结合我们公司的实际，在做好财务工作的同时，积极配合其它各部门各项工作的开展。坚持完善自我，协调合作的原则，努力完善财务部的各项制度。</w:t>
      </w:r>
      <w:r>
        <w:rPr>
          <w:lang w:eastAsia="zh-CN"/>
        </w:rPr>
        <w:br/>
      </w:r>
      <w:r>
        <w:rPr>
          <w:lang w:eastAsia="zh-CN"/>
        </w:rPr>
        <w:t>　　在制度完善后，我们进一步明确了各自的职责和权限。使内部控制制度进一步得到体现，可以更好地为公司决策提供重要的依据。</w:t>
      </w:r>
      <w:r>
        <w:rPr>
          <w:lang w:eastAsia="zh-CN"/>
        </w:rPr>
        <w:br/>
      </w:r>
      <w:r>
        <w:rPr>
          <w:lang w:eastAsia="zh-CN"/>
        </w:rPr>
        <w:t>　　日常工作</w:t>
      </w:r>
      <w:r>
        <w:rPr>
          <w:lang w:eastAsia="zh-CN"/>
        </w:rPr>
        <w:br/>
      </w:r>
      <w:r>
        <w:rPr>
          <w:lang w:eastAsia="zh-CN"/>
        </w:rPr>
        <w:t>　　协助财务总监办理了税务登记，完成了_登记和税务登记，我便与银行部门联系，办理了在银行的开户手续。及时到各相关部门购买了各种票据。</w:t>
      </w:r>
      <w:r>
        <w:rPr>
          <w:lang w:eastAsia="zh-CN"/>
        </w:rPr>
        <w:br/>
      </w:r>
      <w:r>
        <w:rPr>
          <w:lang w:eastAsia="zh-CN"/>
        </w:rPr>
        <w:t>　　协助财务总监和主管整理上一年度的财务资料，提交给会计师事务所进行验资，当事务所出具验资报告后，我们准备好其他资料，和财务总监去银行办理了三年期的一笔长期贷款。</w:t>
      </w:r>
      <w:r>
        <w:rPr>
          <w:lang w:eastAsia="zh-CN"/>
        </w:rPr>
        <w:br/>
      </w:r>
      <w:r>
        <w:rPr>
          <w:lang w:eastAsia="zh-CN"/>
        </w:rPr>
        <w:t>　　清理，归纳客户欠费名单，得出欠款金额，并与各个相关部门通力合作，共同完成欠费的催收工作。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认真审核交到我手中的凭证和各种报销单据，然后根据审核无误的凭证登记现金和银行存款日记帐，及时给合法，正确的凭证报销，入帐。坚持每天清查库存现金，与现金日记帐进行核对。严格执行现金管理和结算制度，定期向会计核对现金与帐目，发现现金金额不符，做到及时汇报，及时处理。</w:t>
      </w:r>
      <w:r>
        <w:rPr>
          <w:lang w:eastAsia="zh-CN"/>
        </w:rPr>
        <w:br/>
      </w:r>
      <w:r>
        <w:rPr>
          <w:lang w:eastAsia="zh-CN"/>
        </w:rPr>
        <w:t>　　与银行相关部门联系，井然有序地完成了职工工资发放工作，市场研发费，产品研发费，iso认证费，广告费，运输费，材料采购费，人才招聘费等等各种费用。</w:t>
      </w:r>
      <w:r>
        <w:rPr>
          <w:lang w:eastAsia="zh-CN"/>
        </w:rPr>
        <w:br/>
      </w:r>
      <w:r>
        <w:rPr>
          <w:lang w:eastAsia="zh-CN"/>
        </w:rPr>
        <w:t>　　对收回的公司各项收入，开出收据，及时收回现金存入银行。认真开出支票，从无坐支现金。</w:t>
      </w:r>
      <w:r>
        <w:rPr>
          <w:lang w:eastAsia="zh-CN"/>
        </w:rPr>
        <w:br/>
      </w:r>
      <w:r>
        <w:rPr>
          <w:lang w:eastAsia="zh-CN"/>
        </w:rPr>
        <w:t xml:space="preserve">    会计岗位个人总结 篇8 </w:t>
      </w:r>
      <w:r>
        <w:rPr>
          <w:lang w:eastAsia="zh-CN"/>
        </w:rPr>
        <w:br/>
      </w:r>
      <w:r>
        <w:rPr>
          <w:lang w:eastAsia="zh-CN"/>
        </w:rPr>
        <w:t>　　20__年转瞬即逝，期间我一边学习会计学、经济法，一边掌握具体工作方法，汲取工作经验，与此同时，我不懂就问，在领导和同事们的指导与帮助下，凭着责任心和敬业精神，在工作中学习，学习中成长，相互间取长补短，努力克服种种压力与困难，掌握了一定的财务方面知识，积累了一些会计工作经验，逐步完善财务工作，使财务工作平稳运行。</w:t>
      </w:r>
      <w:r>
        <w:rPr>
          <w:lang w:eastAsia="zh-CN"/>
        </w:rPr>
        <w:br/>
      </w:r>
      <w:r>
        <w:rPr>
          <w:lang w:eastAsia="zh-CN"/>
        </w:rPr>
        <w:t>　　思想上的成熟是工作的前提。今年，我认真学习和履行员工道德规范，严格遵守有关规定，加强了思想道德和政治修养学习。热爱本职，忠于职守，熟练掌握职业技能，自觉履行职业职责，注重工作效率，保护公司的合法利益，是我在工作中一贯坚持的行为准则，为人诚实，做思想上成熟型员工。</w:t>
      </w:r>
      <w:r>
        <w:rPr>
          <w:lang w:eastAsia="zh-CN"/>
        </w:rPr>
        <w:br/>
      </w:r>
      <w:r>
        <w:rPr>
          <w:lang w:eastAsia="zh-CN"/>
        </w:rPr>
        <w:t>　　其次，发扬“爱国、创业、求实、奉献”的企业精神，贯彻“诚信、创新、业绩、和谐、安全”的核心理念，实践“奉献能源、创造和谐”的企业宗旨。热爱本职，忠于职守，熟练掌握职业技能，自觉履行职业职责，注重工作效率，保护公司的合法利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同时，我还认真学习和履行员工道德规范，严格遵守有关规定，加强了思想道德和政治修养学习。热爱本职工作，忠于职守，熟练掌握职业技能，自觉履行职业职责，注重工作效率，保护公司的合法利益，是我工作中一贯坚持的行为准则，为人诚实，做思想上成熟型员工。</w:t>
      </w:r>
      <w:r>
        <w:rPr>
          <w:lang w:eastAsia="zh-CN"/>
        </w:rPr>
        <w:br/>
      </w:r>
      <w:r>
        <w:rPr>
          <w:lang w:eastAsia="zh-CN"/>
        </w:rPr>
        <w:t>　　第一部分近期工作总结</w:t>
      </w:r>
      <w:r>
        <w:rPr>
          <w:lang w:eastAsia="zh-CN"/>
        </w:rPr>
        <w:br/>
      </w:r>
      <w:r>
        <w:rPr>
          <w:lang w:eastAsia="zh-CN"/>
        </w:rPr>
        <w:t>　　一、加强学习，提高业务能力</w:t>
      </w:r>
      <w:r>
        <w:rPr>
          <w:lang w:eastAsia="zh-CN"/>
        </w:rPr>
        <w:br/>
      </w:r>
      <w:r>
        <w:rPr>
          <w:lang w:eastAsia="zh-CN"/>
        </w:rPr>
        <w:t>　　近几年来，我国会计行业发展在不断发生变化，特别是企事业单位的财务管理工作随着实际业务变化以及国际通用规则的日益完善而在变化，作为一名复核人员，只有不断的加强财务管理业务知识的学习和各项资金的运用、分析才能适应工作岗位的需要，我参加了公司组织的各种业务培训，认真总结学习，并注重在业务工作的实践和运用，使自己能紧跟行业发展的形势和企业发展的需要。无论是理论知识还是实际工作能力都得到明显提高。</w:t>
      </w:r>
      <w:r>
        <w:rPr>
          <w:lang w:eastAsia="zh-CN"/>
        </w:rPr>
        <w:br/>
      </w:r>
      <w:r>
        <w:rPr>
          <w:lang w:eastAsia="zh-CN"/>
        </w:rPr>
        <w:t>　　二、具体的工作情况</w:t>
      </w:r>
      <w:r>
        <w:rPr>
          <w:lang w:eastAsia="zh-CN"/>
        </w:rPr>
        <w:br/>
      </w:r>
      <w:r>
        <w:rPr>
          <w:lang w:eastAsia="zh-CN"/>
        </w:rPr>
        <w:t>　　首先，严格执行《中华人民共和国会计法》、国家财经法规、公司财务管理制度；其次，在部门领导的带领下，负责财务资产部的会计核算及会计基础工作，配合部门领导保质保量完成各项工作任务。根据上级单位制定的财务、发票管理办法，做好本单位的税务申报、税款缴纳、发票管理工作；负责小商品款的凭证编制工作；并进行账务处理。这些工作都是税收及机发票管理的重要过程，规范处理帐务，保证各项工作合规、合法，为企业把好资金运作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第二部分存在的问题和不足</w:t>
      </w:r>
      <w:r>
        <w:rPr>
          <w:lang w:eastAsia="zh-CN"/>
        </w:rPr>
        <w:br/>
      </w:r>
      <w:r>
        <w:rPr>
          <w:lang w:eastAsia="zh-CN"/>
        </w:rPr>
        <w:t>　　这段时间，我虽然在自己的本职工作岗位上认真严格负责的工作，并且按时完成了领导交付的其它的工作，但在实际工作中，自己还存在一些不足和差距，还需要进一步学习，提高自己的业务能力，还需要在财务复核管理上下功夫，提高自己的业务能力和水平。</w:t>
      </w:r>
      <w:r>
        <w:rPr>
          <w:lang w:eastAsia="zh-CN"/>
        </w:rPr>
        <w:br/>
      </w:r>
      <w:r>
        <w:rPr>
          <w:lang w:eastAsia="zh-CN"/>
        </w:rPr>
        <w:t>　　第三部分下一步工作计划</w:t>
      </w:r>
      <w:r>
        <w:rPr>
          <w:lang w:eastAsia="zh-CN"/>
        </w:rPr>
        <w:br/>
      </w:r>
      <w:r>
        <w:rPr>
          <w:lang w:eastAsia="zh-CN"/>
        </w:rPr>
        <w:t>　　20__年，将是我公司销量回升的重要阶段，作公司一名财务系统的工作人员，应该有自己责任感、使命感和紧迫感，努力做好工作。因此，我将在上级的正确领导下，在同事的帮助协作下，努力学习，创新性的做好财务资金监督管理工作，为企业的持续健康发展做出更大的贡献。</w:t>
      </w:r>
      <w:r>
        <w:rPr>
          <w:lang w:eastAsia="zh-CN"/>
        </w:rPr>
        <w:br/>
      </w:r>
      <w:r>
        <w:rPr>
          <w:lang w:eastAsia="zh-CN"/>
        </w:rPr>
        <w:t xml:space="preserve">    会计岗位个人总结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器材厂的会计部并没有太多人，设有一个财务部长，一个出纳，两个会计员，而教导我的是老会计姐。刚到会计部姐就叫我先看她们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姐让我尝试制单的良苦用心。于是只能晚上回家补课了，把公司日常较多使用的会计业务认真读透。毕竟会计分录在书本上可以学习，可一些银行帐单、汇票、发票联等就要实习时才能真正接触，从而有了更深刻的印象。别以为光是认识就行了，还要把所有的单据按月按日分门别类，并把每笔业务的单据整理好，用图钉装订好，才能为记帐做好准备。</w:t>
      </w:r>
      <w:r>
        <w:rPr>
          <w:lang w:eastAsia="zh-CN"/>
        </w:rPr>
        <w:br/>
      </w:r>
      <w:r>
        <w:rPr>
          <w:lang w:eastAsia="zh-CN"/>
        </w:rPr>
        <w:t>　　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r>
        <w:rPr>
          <w:lang w:eastAsia="zh-CN"/>
        </w:rPr>
        <w:br/>
      </w:r>
      <w:r>
        <w:rPr>
          <w:lang w:eastAsia="zh-CN"/>
        </w:rPr>
        <w:t>　　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姐教我先用铅笔写数据，否则真不知道要把帐本涂改成什么样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从制单到记帐的整个过程基本上了解了个大概后，就要认真结合书本的知识总结一下手工做帐到底是怎么一回事。姐很要耐心的跟我讲解每一种银行帐单的样式和填写方式以及什么时候才使用这种帐单，有了个基本认识以后学习起来就会更得心应手了。</w:t>
      </w:r>
      <w:r>
        <w:rPr>
          <w:lang w:eastAsia="zh-CN"/>
        </w:rPr>
        <w:br/>
      </w:r>
      <w:r>
        <w:rPr>
          <w:lang w:eastAsia="zh-CN"/>
        </w:rPr>
        <w:t>　　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w:t>
      </w:r>
      <w:r>
        <w:rPr>
          <w:lang w:eastAsia="zh-CN"/>
        </w:rPr>
        <w:br/>
      </w:r>
      <w:r>
        <w:rPr>
          <w:lang w:eastAsia="zh-CN"/>
        </w:rPr>
        <w:t>　　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r>
        <w:rPr>
          <w:lang w:eastAsia="zh-CN"/>
        </w:rPr>
        <w:br/>
      </w:r>
      <w:r>
        <w:rPr>
          <w:lang w:eastAsia="zh-CN"/>
        </w:rPr>
        <w:t>　　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r>
        <w:rPr>
          <w:lang w:eastAsia="zh-CN"/>
        </w:rPr>
        <w:br/>
      </w:r>
      <w:r>
        <w:rPr>
          <w:lang w:eastAsia="zh-CN"/>
        </w:rPr>
        <w:t xml:space="preserve">    会计岗位个人总结 篇10 </w:t>
      </w:r>
      <w:r>
        <w:rPr>
          <w:lang w:eastAsia="zh-CN"/>
        </w:rPr>
        <w:br/>
      </w:r>
      <w:r>
        <w:rPr>
          <w:lang w:eastAsia="zh-CN"/>
        </w:rPr>
        <w:t>　　整年自觉服从领导的安排，努力做好各项工作，较好地完成了各项工作任务。由于财会工作繁事、杂事多，其工作都具有事务性和突发性的特点，因此结合具体情况，全年的工作总结如下：</w:t>
      </w:r>
      <w:r>
        <w:rPr>
          <w:lang w:eastAsia="zh-CN"/>
        </w:rPr>
        <w:br/>
      </w:r>
      <w:r>
        <w:rPr>
          <w:lang w:eastAsia="zh-CN"/>
        </w:rPr>
        <w:t>　　第一、工作方面：</w:t>
      </w:r>
      <w:r>
        <w:rPr>
          <w:lang w:eastAsia="zh-CN"/>
        </w:rPr>
        <w:br/>
      </w:r>
      <w:r>
        <w:rPr>
          <w:lang w:eastAsia="zh-CN"/>
        </w:rPr>
        <w:t>　　1、及时准确的完成各月记账、结账和账务处理工作，及时准确地填报市各类月度、季度统计报表，按时向各部门报送。完成了税务申报与缴纳，以及往来银行间的业务和各种日常费用的缴纳。</w:t>
      </w:r>
      <w:r>
        <w:rPr>
          <w:lang w:eastAsia="zh-CN"/>
        </w:rPr>
        <w:br/>
      </w:r>
      <w:r>
        <w:rPr>
          <w:lang w:eastAsia="zh-CN"/>
        </w:rPr>
        <w:t>　　2、以认真的态度积极参加张家口市财政局集中所得税培训，做好财务软件记账及系统的维护。</w:t>
      </w:r>
      <w:r>
        <w:rPr>
          <w:lang w:eastAsia="zh-CN"/>
        </w:rPr>
        <w:br/>
      </w:r>
      <w:r>
        <w:rPr>
          <w:lang w:eastAsia="zh-CN"/>
        </w:rPr>
        <w:t>　　3、对各类会计档案，进行了分类、装订、归档。</w:t>
      </w:r>
      <w:r>
        <w:rPr>
          <w:lang w:eastAsia="zh-CN"/>
        </w:rPr>
        <w:br/>
      </w:r>
      <w:r>
        <w:rPr>
          <w:lang w:eastAsia="zh-CN"/>
        </w:rPr>
        <w:t>　　第二、会计学习、个人修养方面：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1、通过报纸杂志、电脑网络和电视新闻等媒体，加强政治思想和品德修养。</w:t>
      </w:r>
      <w:r>
        <w:rPr>
          <w:lang w:eastAsia="zh-CN"/>
        </w:rPr>
        <w:br/>
      </w:r>
      <w:r>
        <w:rPr>
          <w:lang w:eastAsia="zh-CN"/>
        </w:rPr>
        <w:t>　　2、认真学习财经方面的各项规定，自觉按照国家的财经政策和程序办事。</w:t>
      </w:r>
      <w:r>
        <w:rPr>
          <w:lang w:eastAsia="zh-CN"/>
        </w:rPr>
        <w:br/>
      </w:r>
      <w:r>
        <w:rPr>
          <w:lang w:eastAsia="zh-CN"/>
        </w:rPr>
        <w:t>　　3、努力钻研业务知识，积极参加相关部门组织的各种业务技能的培训，始终把增强服务意识作为一切工作的基础;始终把工作放在严谨、细致、扎实、求实上，脚踏实地工作。</w:t>
      </w:r>
      <w:r>
        <w:rPr>
          <w:lang w:eastAsia="zh-CN"/>
        </w:rPr>
        <w:br/>
      </w:r>
      <w:r>
        <w:rPr>
          <w:lang w:eastAsia="zh-CN"/>
        </w:rPr>
        <w:t>　　4、不断改进学习方法，讲求学习效果，“在工作中学习，在学习中工作”，坚持学以致用，注重融会贯通，理论联系实际，用新的知识、新的思维和新的启示，巩固和丰富综合知识，使自身综合能力不断得到提高。</w:t>
      </w:r>
      <w:r>
        <w:rPr>
          <w:lang w:eastAsia="zh-CN"/>
        </w:rPr>
        <w:br/>
      </w:r>
      <w:r>
        <w:rPr>
          <w:lang w:eastAsia="zh-CN"/>
        </w:rPr>
        <w:t>　　第三、存在问题：</w:t>
      </w:r>
      <w:r>
        <w:rPr>
          <w:lang w:eastAsia="zh-CN"/>
        </w:rPr>
        <w:br/>
      </w:r>
      <w:r>
        <w:rPr>
          <w:lang w:eastAsia="zh-CN"/>
        </w:rPr>
        <w:t>　　1、理论水平不高，当前社会会计知识和业务更新换代比较快，缺乏对新的业务知识和会计法规的系统学习，导致了会计基础知识和会计基础工作缺乏，影响来工作水平的提高。</w:t>
      </w:r>
      <w:r>
        <w:rPr>
          <w:lang w:eastAsia="zh-CN"/>
        </w:rPr>
        <w:br/>
      </w:r>
      <w:r>
        <w:rPr>
          <w:lang w:eastAsia="zh-CN"/>
        </w:rPr>
        <w:t>　　2、忙于应付事务性工作多，深入探讨、思考、认认真真的研究条件及财务管理办法、工作制度少，工作有广度，没深度。</w:t>
      </w:r>
      <w:r>
        <w:rPr>
          <w:lang w:eastAsia="zh-CN"/>
        </w:rPr>
        <w:br/>
      </w:r>
      <w:r>
        <w:rPr>
          <w:lang w:eastAsia="zh-CN"/>
        </w:rPr>
        <w:t>　　3、只干工作，不善于总结，所以有些工作费力气大，但与收效不成比例，事倍功半的现象时有发生，今后要逐步学习用科学的方法，善总结、勤思考，逐步达到事半功倍的的效果。</w:t>
      </w:r>
      <w:r>
        <w:rPr>
          <w:lang w:eastAsia="zh-CN"/>
        </w:rPr>
        <w:br/>
      </w:r>
      <w:r>
        <w:rPr>
          <w:lang w:eastAsia="zh-CN"/>
        </w:rPr>
        <w:t xml:space="preserve">    会计岗位个人总结 篇11 </w:t>
      </w:r>
      <w:r>
        <w:rPr>
          <w:lang w:eastAsia="zh-CN"/>
        </w:rPr>
        <w:br/>
      </w:r>
      <w:r>
        <w:rPr>
          <w:lang w:eastAsia="zh-CN"/>
        </w:rPr>
        <w:t>　　一、加强知识学习，不断增强思想道德素养。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我一直将理论学习作为自身的重要任务，自觉做到勤学多想，通过从书籍杂志、电视新闻、电脑网络等途径，丰富知识，提高思想道德素质，增强集体观念，真正把读书学习当成一种生活态度、一种工作责任、一种精神追求，自觉做到爱读书读好书善读书</w:t>
      </w:r>
      <w:r>
        <w:rPr>
          <w:lang w:eastAsia="zh-CN"/>
        </w:rPr>
        <w:br/>
      </w:r>
      <w:r>
        <w:rPr>
          <w:lang w:eastAsia="zh-CN"/>
        </w:rPr>
        <w:t>　　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r>
        <w:rPr>
          <w:lang w:eastAsia="zh-CN"/>
        </w:rPr>
        <w:br/>
      </w:r>
      <w:r>
        <w:rPr>
          <w:lang w:eastAsia="zh-CN"/>
        </w:rPr>
        <w:t>　　二、笃实认真，增强专业知识，提高工作能力。</w:t>
      </w:r>
      <w:r>
        <w:rPr>
          <w:lang w:eastAsia="zh-CN"/>
        </w:rPr>
        <w:br/>
      </w:r>
      <w:r>
        <w:rPr>
          <w:lang w:eastAsia="zh-CN"/>
        </w:rPr>
        <w:t>　　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r>
        <w:rPr>
          <w:lang w:eastAsia="zh-CN"/>
        </w:rPr>
        <w:br/>
      </w:r>
      <w:r>
        <w:rPr>
          <w:lang w:eastAsia="zh-CN"/>
        </w:rPr>
        <w:t>　　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总监及同事们不厌其烦，真诚耐心的指正，指导，使我及时高效的提升了自己的工作能力，并迅速的适应了这里的工作环境。非常感谢。</w:t>
      </w:r>
      <w:r>
        <w:rPr>
          <w:lang w:eastAsia="zh-CN"/>
        </w:rPr>
        <w:br/>
      </w:r>
      <w:r>
        <w:rPr>
          <w:lang w:eastAsia="zh-CN"/>
        </w:rPr>
        <w:t>　　三、勤奋工作，敬业爱岗。</w:t>
      </w:r>
      <w:r>
        <w:rPr>
          <w:lang w:eastAsia="zh-CN"/>
        </w:rPr>
        <w:br/>
      </w:r>
      <w:r>
        <w:rPr>
          <w:lang w:eastAsia="zh-CN"/>
        </w:rPr>
        <w:t>　　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r>
        <w:rPr>
          <w:lang w:eastAsia="zh-CN"/>
        </w:rPr>
        <w:br/>
      </w:r>
      <w:r>
        <w:rPr>
          <w:lang w:eastAsia="zh-CN"/>
        </w:rPr>
        <w:t>　　四、尽职尽责履行好自己的工作职责。</w:t>
      </w:r>
      <w:r>
        <w:rPr>
          <w:lang w:eastAsia="zh-CN"/>
        </w:rPr>
        <w:br/>
      </w:r>
      <w:r>
        <w:rPr>
          <w:lang w:eastAsia="zh-CN"/>
        </w:rPr>
        <w:t>　　我对本职工作和临时性工作能够及时完成，为学校的教育教学提供保障和支持。</w:t>
      </w:r>
      <w:r>
        <w:rPr>
          <w:lang w:eastAsia="zh-CN"/>
        </w:rPr>
        <w:br/>
      </w:r>
      <w:r>
        <w:rPr>
          <w:lang w:eastAsia="zh-CN"/>
        </w:rPr>
        <w:t>　　对内严格执行财务手续，认真审核原始凭证(报销单，借款单等应做到字迹清晰、票面整洁，用途清楚，费用归口、金额不能涂改，签字齐全，原始票据真实合法，合同、通知书等相关手续必须完备)。</w:t>
      </w:r>
      <w:r>
        <w:rPr>
          <w:lang w:eastAsia="zh-CN"/>
        </w:rPr>
        <w:br/>
      </w:r>
      <w:r>
        <w:rPr>
          <w:lang w:eastAsia="zh-CN"/>
        </w:rPr>
        <w:t>　　根据工资管理规定严格正确的计算教职工工资，耐心准确地解释教职工对工资的各项质疑，保障教职工正当利益不受损。及时整理，装订会计资料及上级下发的各类文件。</w:t>
      </w:r>
      <w:r>
        <w:rPr>
          <w:lang w:eastAsia="zh-CN"/>
        </w:rPr>
        <w:br/>
      </w:r>
      <w:r>
        <w:rPr>
          <w:lang w:eastAsia="zh-CN"/>
        </w:rPr>
        <w:t>　　通过对实际运营过程中财务数据的统计和分析(如本学期对小学固定资产的盘点，账实核对，审核报废)，为学校各部门及决策层提供数据参考。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r>
        <w:rPr>
          <w:lang w:eastAsia="zh-CN"/>
        </w:rPr>
        <w:br/>
      </w:r>
      <w:r>
        <w:rPr>
          <w:lang w:eastAsia="zh-CN"/>
        </w:rPr>
        <w:t>　　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r>
        <w:rPr>
          <w:lang w:eastAsia="zh-CN"/>
        </w:rPr>
        <w:br/>
      </w:r>
      <w:r>
        <w:rPr>
          <w:lang w:eastAsia="zh-CN"/>
        </w:rPr>
        <w:t xml:space="preserve">    会计岗位个人总结 篇12 </w:t>
      </w:r>
      <w:r>
        <w:rPr>
          <w:lang w:eastAsia="zh-CN"/>
        </w:rPr>
        <w:br/>
      </w:r>
      <w:r>
        <w:rPr>
          <w:lang w:eastAsia="zh-CN"/>
        </w:rPr>
        <w:t>　　20_年已至年尾，总结每年的财务会计工作，总有许多的认识和感慨，这些也正是督促我前进的东西。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财务会计工作，履行了会计岗位职责，现就我20_年财务会计年终工作总结作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回顾既紧张而又充实的一年时间，感觉到这是我个人工作、学习和生活上收获的一年，公司财务会计工作是一项专业相当强的工作，作为财务会计人员，必须掌握一定的专业知识，借助先进的信息处理技术，才能搞好企业财务核算工作，这也是一名财务人员必须具备的基本素质和能力，至此，我遵照《会计法》、《公司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w:t>
      </w:r>
      <w:r>
        <w:rPr>
          <w:lang w:eastAsia="zh-CN"/>
        </w:rPr>
        <w:br/>
      </w:r>
      <w:r>
        <w:rPr>
          <w:lang w:eastAsia="zh-CN"/>
        </w:rPr>
        <w:t>　　我深知财务会计工作始终贯穿于公司生产经营的每个角落，对于公司来说是相当重要的，从原始凭证的审核、记帐凭证的填列、会计帐簿的登记，到最终生成准确无误的财务会计报表，为相关领导部门了解公司财务状况、经营成本和现金流量，并据以做出经济决策，进行宏观经济管理提供真实、可靠的财务数据信息，当然，作为我来说最重要的就是坚持实事求是的工作原则。</w:t>
      </w:r>
      <w:r>
        <w:rPr>
          <w:lang w:eastAsia="zh-CN"/>
        </w:rPr>
        <w:br/>
      </w:r>
      <w:r>
        <w:rPr>
          <w:lang w:eastAsia="zh-CN"/>
        </w:rPr>
        <w:t>　　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回顾自己这20_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w:t>
      </w:r>
      <w:r>
        <w:rPr>
          <w:lang w:eastAsia="zh-CN"/>
        </w:rPr>
        <w:br/>
      </w:r>
      <w:r>
        <w:rPr>
          <w:lang w:eastAsia="zh-CN"/>
        </w:rPr>
        <w:t xml:space="preserve">    会计岗位个人总结 篇13 </w:t>
      </w:r>
      <w:r>
        <w:rPr>
          <w:lang w:eastAsia="zh-CN"/>
        </w:rPr>
        <w:br/>
      </w:r>
      <w:r>
        <w:rPr>
          <w:lang w:eastAsia="zh-CN"/>
        </w:rPr>
        <w:t>　　一、严格遵守财务会计制度和税收法规，认真履行职责，组织会计核算</w:t>
      </w:r>
      <w:r>
        <w:rPr>
          <w:lang w:eastAsia="zh-CN"/>
        </w:rPr>
        <w:br/>
      </w:r>
      <w:r>
        <w:rPr>
          <w:lang w:eastAsia="zh-CN"/>
        </w:rPr>
        <w:t>　　计划财务部的主要职责是做好会计核算，进行会计监督。</w:t>
      </w:r>
      <w:r>
        <w:rPr>
          <w:lang w:eastAsia="zh-CN"/>
        </w:rPr>
        <w:br/>
      </w:r>
      <w:r>
        <w:rPr>
          <w:lang w:eastAsia="zh-CN"/>
        </w:rPr>
        <w:t>　　自公司成立以来，计划财务部一直严格遵守国家财务会计制度、税收法规和公司的财务制度，认真履行财务部的工作职责。</w:t>
      </w:r>
      <w:r>
        <w:rPr>
          <w:lang w:eastAsia="zh-CN"/>
        </w:rPr>
        <w:br/>
      </w:r>
      <w:r>
        <w:rPr>
          <w:lang w:eastAsia="zh-CN"/>
        </w:rPr>
        <w:t>　　从填制会计凭证，登记会计帐簿，到编制财务会计报表;从公司成立时的税务登记，到每月的纳税申报;从开立银行账户，到通过银行的业务结算;计划财务部各个员工勤勤恳恳，忍劳忍怨，努力做好本职工作。</w:t>
      </w:r>
      <w:r>
        <w:rPr>
          <w:lang w:eastAsia="zh-CN"/>
        </w:rPr>
        <w:br/>
      </w:r>
      <w:r>
        <w:rPr>
          <w:lang w:eastAsia="zh-CN"/>
        </w:rPr>
        <w:t>　　财务部除按时申报纳税外，还积极配合税务局安装使用了税控装置，使用税务局推行的网上申报，使纳税更及时更准确，同时积极了解学习国家税收的最新法规以及有关优惠政策，做到用好政策，用活政策。</w:t>
      </w:r>
      <w:r>
        <w:rPr>
          <w:lang w:eastAsia="zh-CN"/>
        </w:rPr>
        <w:br/>
      </w:r>
      <w:r>
        <w:rPr>
          <w:lang w:eastAsia="zh-CN"/>
        </w:rPr>
        <w:t>　　计划财务部对公司的资产进行严格的管理，对负债进行严格的控制，杜绝了资产流失。财务部定期对公司的固定资产进行了清点，对公司的债权、债务进行了核对。</w:t>
      </w:r>
      <w:r>
        <w:rPr>
          <w:lang w:eastAsia="zh-CN"/>
        </w:rPr>
        <w:br/>
      </w:r>
      <w:r>
        <w:rPr>
          <w:lang w:eastAsia="zh-CN"/>
        </w:rPr>
        <w:t>　　二、加强财务内部控制制度建设，提高财务管理水平</w:t>
      </w:r>
      <w:r>
        <w:rPr>
          <w:lang w:eastAsia="zh-CN"/>
        </w:rPr>
        <w:br/>
      </w:r>
      <w:r>
        <w:rPr>
          <w:lang w:eastAsia="zh-CN"/>
        </w:rPr>
        <w:t>　　建立健全财务内部控制制度、内部制约机制，提高财务管理水平，是使公司健康发展的必要保证。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为了保证公司的方针、政策和公司领导的管理意志在财务的各个环节得以实施，保证会计人员按照经公司领导认可的程序、要求办理会计事务，保证办理会计事务的规则、程序能够有效防范、控制违法、舞弊等会计行为的发生。财务部制定出适用于本公司的财务制度，并严格执行了财务制度。</w:t>
      </w:r>
      <w:r>
        <w:rPr>
          <w:lang w:eastAsia="zh-CN"/>
        </w:rPr>
        <w:br/>
      </w:r>
      <w:r>
        <w:rPr>
          <w:lang w:eastAsia="zh-CN"/>
        </w:rPr>
        <w:t>　　根据公司的统一部署，财务部制定了财务部职责及财务部各岗位的职责，明确了会计人员的职责权限、工作分工、工作规程和纪律要求。</w:t>
      </w:r>
      <w:r>
        <w:rPr>
          <w:lang w:eastAsia="zh-CN"/>
        </w:rPr>
        <w:br/>
      </w:r>
      <w:r>
        <w:rPr>
          <w:lang w:eastAsia="zh-CN"/>
        </w:rPr>
        <w:t>　　在公司成立初期，财务部根据公司的实际情况和业务特点，制定了公司报销制度、核算流程和审核流程。并且，在公司的发展、运行中，及时调整和修订会计的有关规定，以适应公司业务的开展。</w:t>
      </w:r>
      <w:r>
        <w:rPr>
          <w:lang w:eastAsia="zh-CN"/>
        </w:rPr>
        <w:br/>
      </w:r>
      <w:r>
        <w:rPr>
          <w:lang w:eastAsia="zh-CN"/>
        </w:rPr>
        <w:t>　　财务部还制定了“采购物品与劳务管理办法”，以加强内部控制，规范采购业务。</w:t>
      </w:r>
      <w:r>
        <w:rPr>
          <w:lang w:eastAsia="zh-CN"/>
        </w:rPr>
        <w:br/>
      </w:r>
      <w:r>
        <w:rPr>
          <w:lang w:eastAsia="zh-CN"/>
        </w:rPr>
        <w:t>　　三、努力节省开支，杜绝浪费，为公司的发展出谋划策</w:t>
      </w:r>
      <w:r>
        <w:rPr>
          <w:lang w:eastAsia="zh-CN"/>
        </w:rPr>
        <w:br/>
      </w:r>
      <w:r>
        <w:rPr>
          <w:lang w:eastAsia="zh-CN"/>
        </w:rPr>
        <w:t>　　为了保证公司的健康发展，在公司领导和各部门的支持下，财务部努力节省开支，杜绝浪费。</w:t>
      </w:r>
      <w:r>
        <w:rPr>
          <w:lang w:eastAsia="zh-CN"/>
        </w:rPr>
        <w:br/>
      </w:r>
      <w:r>
        <w:rPr>
          <w:lang w:eastAsia="zh-CN"/>
        </w:rPr>
        <w:t>　　财务部定期对支出做出预算，计划开支，合理分配资源，以保证公司业务发展所需要的资金。在各部门的配合下，财务部还编制了二〇_年度公司预算。</w:t>
      </w:r>
      <w:r>
        <w:rPr>
          <w:lang w:eastAsia="zh-CN"/>
        </w:rPr>
        <w:br/>
      </w:r>
      <w:r>
        <w:rPr>
          <w:lang w:eastAsia="zh-CN"/>
        </w:rPr>
        <w:t xml:space="preserve">    会计岗位个人总结 篇14 </w:t>
      </w:r>
      <w:r>
        <w:rPr>
          <w:lang w:eastAsia="zh-CN"/>
        </w:rPr>
        <w:br/>
      </w:r>
      <w:r>
        <w:rPr>
          <w:lang w:eastAsia="zh-CN"/>
        </w:rPr>
        <w:t>　　七月份在公司各领导的领导下和各位同仁的帮助下，我顺利的完成了公司的会计工作，取得了一定的成绩，现将主要工作总结如下：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1正确履行会计职责和行使权限，认真学习国家财经政策、法令，熟悉财经制度;积极钻研会计业务，精通专业知识，掌握会计技术方法;热爱本职工作，忠于职守，廉洁奉公，严守职业道德;严守法纪，坚持原则，执行有关的会计法规。</w:t>
      </w:r>
      <w:r>
        <w:rPr>
          <w:lang w:eastAsia="zh-CN"/>
        </w:rPr>
        <w:br/>
      </w:r>
      <w:r>
        <w:rPr>
          <w:lang w:eastAsia="zh-CN"/>
        </w:rPr>
        <w:t>　　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r>
        <w:rPr>
          <w:lang w:eastAsia="zh-CN"/>
        </w:rPr>
        <w:br/>
      </w:r>
      <w:r>
        <w:rPr>
          <w:lang w:eastAsia="zh-CN"/>
        </w:rPr>
        <w:t>　　3、工作中审核一切开支凭证，及时结算记账，做到各项开支都符合规定，一切账目都清楚准确。对经费的使用情况和存在问题，经常向有关领导请示汇报。</w:t>
      </w:r>
      <w:r>
        <w:rPr>
          <w:lang w:eastAsia="zh-CN"/>
        </w:rPr>
        <w:br/>
      </w:r>
      <w:r>
        <w:rPr>
          <w:lang w:eastAsia="zh-CN"/>
        </w:rPr>
        <w:t>　　4、按照规定编造七月的各种预算报表统计资料和月度结算，做到准确无误，并及时报告分管领导。</w:t>
      </w:r>
      <w:r>
        <w:rPr>
          <w:lang w:eastAsia="zh-CN"/>
        </w:rPr>
        <w:br/>
      </w:r>
      <w:r>
        <w:rPr>
          <w:lang w:eastAsia="zh-CN"/>
        </w:rPr>
        <w:t>　　5、所有财务凭证，及时整理、装订和保存。</w:t>
      </w:r>
      <w:r>
        <w:rPr>
          <w:lang w:eastAsia="zh-CN"/>
        </w:rPr>
        <w:br/>
      </w:r>
      <w:r>
        <w:rPr>
          <w:lang w:eastAsia="zh-CN"/>
        </w:rPr>
        <w:t>　　6、经常与各部门管财产的同志联系，建立必要的手续，做到各单位的财产和全校的总账相符合。</w:t>
      </w:r>
      <w:r>
        <w:rPr>
          <w:lang w:eastAsia="zh-CN"/>
        </w:rPr>
        <w:br/>
      </w:r>
      <w:r>
        <w:rPr>
          <w:lang w:eastAsia="zh-CN"/>
        </w:rPr>
        <w:t>　　7、配合、督促各有关单位，及时处理一切暂收、暂付款项。</w:t>
      </w:r>
      <w:r>
        <w:rPr>
          <w:lang w:eastAsia="zh-CN"/>
        </w:rPr>
        <w:br/>
      </w:r>
      <w:r>
        <w:rPr>
          <w:lang w:eastAsia="zh-CN"/>
        </w:rPr>
        <w:t>　　8、指导和帮助出纳工作。</w:t>
      </w:r>
      <w:r>
        <w:rPr>
          <w:lang w:eastAsia="zh-CN"/>
        </w:rPr>
        <w:br/>
      </w:r>
      <w:r>
        <w:rPr>
          <w:lang w:eastAsia="zh-CN"/>
        </w:rPr>
        <w:t>　　在过去的一个月里，兢兢业业，圆满的完成了公司的工作任务，并得到各领导肯定和许多同事的赞扬，这对我是一种鞭策，在以后的工作里，我将以更加饱满的工作热情投入到工作中去。</w:t>
      </w:r>
      <w:r>
        <w:rPr>
          <w:lang w:eastAsia="zh-CN"/>
        </w:rPr>
        <w:br/>
      </w:r>
      <w:r>
        <w:rPr>
          <w:lang w:eastAsia="zh-CN"/>
        </w:rPr>
        <w:t xml:space="preserve">    会计岗位个人总结 篇15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我是一名普普通通的会计人员，在这个岗位上，从业了十几年。我深深的爱着这个职业，爱着我的工作。在中国日渐繁荣的大范围下，计算机的应用范围也逐渐流行起来。也许对于我们老会计人员来说，如果不学习就要遭社会淘汰。我想对以前的会计工作做一个总结，希望对新一代的会计人员有所帮助。</w:t>
      </w:r>
      <w:r>
        <w:rPr>
          <w:lang w:eastAsia="zh-CN"/>
        </w:rPr>
        <w:br/>
      </w:r>
      <w:r>
        <w:rPr>
          <w:lang w:eastAsia="zh-CN"/>
        </w:rPr>
        <w:t>　　我在事业单位从事经济管理工作五年;在工业企业从事经济管理工作十三年;企业破产后从事物业管理、建筑业管理、经济管理、公司等财务工作四年。经历了我国新旧会计制度的变革，从会计手工记帐核算到企业会计电算化核算的发展过程。会计核算采用微电算化，大量减轻了会计工作者的重复脑力劳动，能抽出更多时间更新知道，参与企业经营管理，参与长短期决策，参与企业全面预、决算，参与企业的方针政策的制定，更能体现会计职能反映和监督在企业中的作用。我喜爱这份工作，愿意用我所学的知识奉献给社会经济建设。</w:t>
      </w:r>
      <w:r>
        <w:rPr>
          <w:lang w:eastAsia="zh-CN"/>
        </w:rPr>
        <w:br/>
      </w:r>
    </w:p>
    <w:p w:rsidR="001B1F19" w14:textId="27C3F48A">
      <w:pPr>
        <w:rPr>
          <w:rFonts w:hint="eastAsia"/>
          <w:lang w:eastAsia="zh-CN"/>
        </w:rPr>
      </w:pPr>
      <w:r>
        <w:rPr>
          <w:lang w:eastAsia="zh-CN"/>
        </w:rPr>
        <w:t>　　我在事业单位从事会计管理工作五年来，在站长和党委的领导下，全面负责江津市渔种站财务会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会计人员共两人，出纳一人，会计一人。在会计核算方法采取的是记帐凭证核算形式，材料按实际成本核算，成本按产品法核等。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方案及合理化建议。在我任职期间，每年在会计核算上都得到江津市农牧渔业局的表扬。由于我家中几子妹都在永川化工厂和四川省天化所工作，为了更好照顾父母，于一九八八年调入永川化工厂工作。</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https://d.book118.com/236140034103010100</w:t>
        </w:r>
      </w:hyperlink>
    </w:p>
    <w:p w:rsidR="001B1F19">
      <w:pPr>
        <w:rPr>
          <w:rFonts w:hint="eastAsia"/>
          <w:lang w:eastAsia="zh-CN"/>
        </w:rPr>
      </w:pPr>
    </w:p>
    <w:sectPr>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3614003410301010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