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小学一周学习计划范文（30篇）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小学一周学习计划范文（精选30篇）</w:t>
      </w:r>
      <w:r>
        <w:rPr>
          <w:lang w:eastAsia="zh-CN"/>
        </w:rPr>
        <w:br/>
      </w:r>
      <w:r>
        <w:rPr>
          <w:lang w:eastAsia="zh-CN"/>
        </w:rPr>
        <w:t xml:space="preserve">    小学一周学习计划范文 篇1 </w:t>
      </w:r>
      <w:r>
        <w:rPr>
          <w:lang w:eastAsia="zh-CN"/>
        </w:rPr>
        <w:br/>
      </w:r>
      <w:r>
        <w:rPr>
          <w:lang w:eastAsia="zh-CN"/>
        </w:rPr>
        <w:t>　　1.语文方面，我决定每天课外阅读一个小时，一周看一本课外书，增加我的课外知识，扩大我知识面。我还决定报读一个作文班，要使作文提高到一个我理想的程度。上语文课我要积极举手发言，要多发表我自己的理解和想法。</w:t>
      </w:r>
      <w:r>
        <w:rPr>
          <w:lang w:eastAsia="zh-CN"/>
        </w:rPr>
        <w:br/>
      </w:r>
      <w:r>
        <w:rPr>
          <w:lang w:eastAsia="zh-CN"/>
        </w:rPr>
        <w:t>　　2.数学方面，我觉得自己在这方面是强项，但是我仍然要努力。这学期，我还是会继续奥数班的学习，提高奥数能力。我决定每天坚持做奥数题5道，争取今年的竞赛能得到二等奖。上数学课认真听讲，不讲小话，且也要积极举手发言。</w:t>
      </w:r>
      <w:r>
        <w:rPr>
          <w:lang w:eastAsia="zh-CN"/>
        </w:rPr>
        <w:br/>
      </w:r>
      <w:r>
        <w:rPr>
          <w:lang w:eastAsia="zh-CN"/>
        </w:rPr>
        <w:t>　　3.电脑是我最喜欢的方面，我对它的兴趣，所以我早和爸爸提出，这个学期我要参加电脑班的学习，学网页制作。而且自己尽量控制玩电脑游戏的时间，做到不影响学习。</w:t>
      </w:r>
      <w:r>
        <w:rPr>
          <w:lang w:eastAsia="zh-CN"/>
        </w:rPr>
        <w:br/>
      </w:r>
      <w:r>
        <w:rPr>
          <w:lang w:eastAsia="zh-CN"/>
        </w:rPr>
        <w:t>　　4.英语是我的弱项，我对它最感吃力。我妈妈给我报了剑桥英语班。我也要多阅读，多记英语单词，争取英语有所进步。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5.体育方面，我准备进行魔鬼训练，每天吃完晚饭就去室外活动，打羽毛球，踢足球等等。晚上在家也要多锻炼，做哑铃操，和仰卧起坐等。早晨我也要早点起床，跑跑步，做做操。能报一个田径队。</w:t>
      </w:r>
      <w:r>
        <w:rPr>
          <w:lang w:eastAsia="zh-CN"/>
        </w:rPr>
        <w:br/>
      </w:r>
      <w:r>
        <w:rPr>
          <w:lang w:eastAsia="zh-CN"/>
        </w:rPr>
        <w:t xml:space="preserve">    小学一周学习计划范文 篇2 </w:t>
      </w:r>
      <w:r>
        <w:rPr>
          <w:lang w:eastAsia="zh-CN"/>
        </w:rPr>
        <w:br/>
      </w:r>
      <w:r>
        <w:rPr>
          <w:lang w:eastAsia="zh-CN"/>
        </w:rPr>
        <w:t>　　学习前先预习。在认真投入学习之前，先把要学习的内容快速浏览一遍，了解学习的大致内容及结构，以便能及时理解和消化学习内容。在重要的地方，稍微放慢学习进程。</w:t>
      </w:r>
      <w:r>
        <w:rPr>
          <w:lang w:eastAsia="zh-CN"/>
        </w:rPr>
        <w:br/>
      </w:r>
      <w:r>
        <w:rPr>
          <w:lang w:eastAsia="zh-CN"/>
        </w:rPr>
        <w:t>　　充分利用课堂时间。课堂上要及时配合老师，做好笔记来帮助自己记住老师讲授的内容，尤其重要的是要积极地独立思考，跟得上老师的思维与节奏。养成良好的学习习惯。改掉以往学习的粗心、边看电视边写作业、边写边问、不独立思考等学习恶习。制定可行的学习计划并严格遵守。</w:t>
      </w:r>
      <w:r>
        <w:rPr>
          <w:lang w:eastAsia="zh-CN"/>
        </w:rPr>
        <w:br/>
      </w:r>
      <w:r>
        <w:rPr>
          <w:lang w:eastAsia="zh-CN"/>
        </w:rPr>
        <w:t>　　严格按照学校的作息时间和安排自己的学习生活，除了上课时间外，晚自习时间做完各科作业，记5个英语单词，预习下一章的数学课本，复习本章内容，做适量习题，加以巩固。背诵所有科目必背的课文。</w:t>
      </w:r>
      <w:r>
        <w:rPr>
          <w:lang w:eastAsia="zh-CN"/>
        </w:rPr>
        <w:br/>
      </w:r>
      <w:r>
        <w:rPr>
          <w:lang w:eastAsia="zh-CN"/>
        </w:rPr>
        <w:t>　　利用课外时间多阅读中外名著，加强写作，开阔视野。</w:t>
      </w:r>
      <w:r>
        <w:rPr>
          <w:lang w:eastAsia="zh-CN"/>
        </w:rPr>
        <w:br/>
      </w:r>
      <w:r>
        <w:rPr>
          <w:lang w:eastAsia="zh-CN"/>
        </w:rPr>
        <w:t>　　这就是我的学习计划书，希望我按照计划书中的去做，期末考试可以取得优异的成绩。</w:t>
      </w:r>
      <w:r>
        <w:rPr>
          <w:lang w:eastAsia="zh-CN"/>
        </w:rPr>
        <w:br/>
      </w:r>
      <w:r>
        <w:rPr>
          <w:lang w:eastAsia="zh-CN"/>
        </w:rPr>
        <w:t xml:space="preserve">    小学一周学习计划范文 篇3 </w:t>
      </w:r>
      <w:r>
        <w:rPr>
          <w:lang w:eastAsia="zh-CN"/>
        </w:rPr>
        <w:br/>
      </w:r>
      <w:r>
        <w:rPr>
          <w:lang w:eastAsia="zh-CN"/>
        </w:rPr>
        <w:t>　　一、做好“三定”。一定学习目标，语文97分，数学100分，英语98分以上;二定竞赛对手，树立我要超越对手的信念;三定帮扶对象，做好老师的助手，辅导好下层生，努力提高我们班的整体质量。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二、课前做好预习，找出疑难，不能解决的问题在堂上多留意老师的讲解，并能做到“不耻下问。”</w:t>
      </w:r>
      <w:r>
        <w:rPr>
          <w:lang w:eastAsia="zh-CN"/>
        </w:rPr>
        <w:br/>
      </w:r>
      <w:r>
        <w:rPr>
          <w:lang w:eastAsia="zh-CN"/>
        </w:rPr>
        <w:t>　　三、上课专心听讲，认真做好笔记，积极发言，力争堂上知识堂上过关。</w:t>
      </w:r>
      <w:r>
        <w:rPr>
          <w:lang w:eastAsia="zh-CN"/>
        </w:rPr>
        <w:br/>
      </w:r>
      <w:r>
        <w:rPr>
          <w:lang w:eastAsia="zh-CN"/>
        </w:rPr>
        <w:t>　　四、课后认真完成作业，温故知新，睡觉前将老师堂上所讲的内容在脑海中放一次“电影”。</w:t>
      </w:r>
      <w:r>
        <w:rPr>
          <w:lang w:eastAsia="zh-CN"/>
        </w:rPr>
        <w:br/>
      </w:r>
      <w:r>
        <w:rPr>
          <w:lang w:eastAsia="zh-CN"/>
        </w:rPr>
        <w:t>　　五、虚心学习别人的长处与优点，不妒忌别人，遇到挫折和失败，不灰心、不气馁。</w:t>
      </w:r>
      <w:r>
        <w:rPr>
          <w:lang w:eastAsia="zh-CN"/>
        </w:rPr>
        <w:br/>
      </w:r>
      <w:r>
        <w:rPr>
          <w:lang w:eastAsia="zh-CN"/>
        </w:rPr>
        <w:t>　　六、合理安排好休息时间与娱乐时间，每天完成作业后听听音乐，翻翻课外书，看看电视新闻。星期六、日适当看看少儿频道台电视或参加一些有益的课外活动。</w:t>
      </w:r>
      <w:r>
        <w:rPr>
          <w:lang w:eastAsia="zh-CN"/>
        </w:rPr>
        <w:br/>
      </w:r>
      <w:r>
        <w:rPr>
          <w:lang w:eastAsia="zh-CN"/>
        </w:rPr>
        <w:t xml:space="preserve">    小学一周学习计划范文 篇4 </w:t>
      </w:r>
      <w:r>
        <w:rPr>
          <w:lang w:eastAsia="zh-CN"/>
        </w:rPr>
        <w:br/>
      </w:r>
      <w:r>
        <w:rPr>
          <w:lang w:eastAsia="zh-CN"/>
        </w:rPr>
        <w:t>　　1、分析学困生成因，制定转化计划。具体分析班级学困生形成的成因，初步认为：学生的学习动机、心理健康问题、自身的学习方法、教师的教育方式方法、来自家庭的教育方法乃至社会影响等等，都是导致学生学习困难的原因。明确了学困生的成因是有效转化的基础。根据本班学生考试成绩、课堂表现、学习态度等综合表现确定学困生名单。在逐个分析学困原因的基础上，然后从学生能力实际情况出发，帮助学困生制定一学期进步计划，使之“跳一跳，能够摘到桃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2、合作学习，多方帮教，多措并举、多管齐下。多年的教学经验已经证明，当求知双方展开互动，进行问题讨论时，都获益匪浅。因此合作学习是学困生转化中必不可少的重要策略。根据班内学生情况进行分组，分散学困生，充分发挥小组合作学习的作用。并确定“兵教兵”结对帮扶人员名单。每一名学困生搭配一名成绩优秀的学生，对每一课中所要掌握的知识点、练习、作业都有优秀生帮助一一落实。</w:t>
      </w:r>
      <w:r>
        <w:rPr>
          <w:lang w:eastAsia="zh-CN"/>
        </w:rPr>
        <w:br/>
      </w:r>
      <w:r>
        <w:rPr>
          <w:lang w:eastAsia="zh-CN"/>
        </w:rPr>
        <w:t>　　3、利用每周的课外活动，指导学困生学习。助学活动主要以课堂练习为主，形式比较灵活。教师对学困生进行已学知识点的巩固，更重要的是对学困生进行学习方法的指导。</w:t>
      </w:r>
      <w:r>
        <w:rPr>
          <w:lang w:eastAsia="zh-CN"/>
        </w:rPr>
        <w:br/>
      </w:r>
      <w:r>
        <w:rPr>
          <w:lang w:eastAsia="zh-CN"/>
        </w:rPr>
        <w:t>　　4、加强家校合作，随时掌握学困生转化情况。各任课教师与学生家长采用多种方式进行沟通：电话联系、家校互访等。经常的联系使家校双方对学困生的情况能够及时了解，并且针对学生的情况随时调整转化措施，采取更有效的策略。教师要想全面了解学生，就要了解学生的家庭，做到经常与家长联系沟通。随时全方位的了解学生，才有利于对学生进行有的放矢的教育。学困生的有效转化需要家长更大的支持与配合。而这种支持与配合，来自于教师与学生家长的长期沟通，建立在互相信任、共同关心学生成长的一种默契基础之上。学困生的转化工作，若得不到家长的支持，将缺乏针对性，难保其转化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5、建立学困生成长记录袋，记录学困生转化过程，积累学困生转化经验。成长记录袋每生一份。主要内容包括：学期初师生共同制定的本学期学生成长计划;学生学困原因及基本情况分析;主要转化措施;班内“兵教兵”帮教合作学习分组名单;师生助学情况记录;学生本学期各方面优秀作业或活动作品及教师鼓励性评价;每次单元测试试卷、自我检测练习、家长意见和教师鼓励性评语、指导性评语等。</w:t>
      </w:r>
      <w:r>
        <w:rPr>
          <w:lang w:eastAsia="zh-CN"/>
        </w:rPr>
        <w:br/>
      </w:r>
      <w:r>
        <w:rPr>
          <w:lang w:eastAsia="zh-CN"/>
        </w:rPr>
        <w:t>　　一、总体要求：</w:t>
      </w:r>
      <w:r>
        <w:rPr>
          <w:lang w:eastAsia="zh-CN"/>
        </w:rPr>
        <w:br/>
      </w:r>
      <w:r>
        <w:rPr>
          <w:lang w:eastAsia="zh-CN"/>
        </w:rPr>
        <w:t>　　以全面贯彻教育方针、全面实施素质教育、全面提高教育教学质量为指导思想，进一步探索教育教学工作的针对性和实效性，树立以人为本的思想，面向全体学生，最大限度地发挥每一个学生的潜能，尤其是开发学困生的潜能，努力教育和帮扶“学困生”，使其得到转化。特制订本计划。</w:t>
      </w:r>
      <w:r>
        <w:rPr>
          <w:lang w:eastAsia="zh-CN"/>
        </w:rPr>
        <w:br/>
      </w:r>
      <w:r>
        <w:rPr>
          <w:lang w:eastAsia="zh-CN"/>
        </w:rPr>
        <w:t>　　二、具体做法：</w:t>
      </w:r>
      <w:r>
        <w:rPr>
          <w:lang w:eastAsia="zh-CN"/>
        </w:rPr>
        <w:br/>
      </w:r>
      <w:r>
        <w:rPr>
          <w:lang w:eastAsia="zh-CN"/>
        </w:rPr>
        <w:t>　　㈠建立制度，明确职责。</w:t>
      </w:r>
      <w:r>
        <w:rPr>
          <w:lang w:eastAsia="zh-CN"/>
        </w:rPr>
        <w:br/>
      </w:r>
      <w:r>
        <w:rPr>
          <w:lang w:eastAsia="zh-CN"/>
        </w:rPr>
        <w:t>　　根据上级有关文件要求，结合我校实际，在原有的“学困生”、“边缘生”、“特长生”档案建立的基础上，进一步强化机制，建立健全有效的教育和帮扶学困生工作制度。</w:t>
      </w:r>
      <w:r>
        <w:rPr>
          <w:lang w:eastAsia="zh-CN"/>
        </w:rPr>
        <w:br/>
      </w:r>
      <w:r>
        <w:rPr>
          <w:lang w:eastAsia="zh-CN"/>
        </w:rPr>
        <w:t>　　1、建立“学困生”个人档案。</w:t>
      </w:r>
      <w:r>
        <w:rPr>
          <w:lang w:eastAsia="zh-CN"/>
        </w:rPr>
        <w:br/>
      </w:r>
      <w:r>
        <w:rPr>
          <w:lang w:eastAsia="zh-CN"/>
        </w:rPr>
        <w:t>　　以班级为单位，对学生进行全面调查，认真排查“学困生”现状，按学习、行为规范等学困状况排查分类，建立个人档案。</w:t>
      </w:r>
      <w:r>
        <w:rPr>
          <w:lang w:eastAsia="zh-CN"/>
        </w:rPr>
        <w:br/>
      </w:r>
      <w:r>
        <w:rPr>
          <w:lang w:eastAsia="zh-CN"/>
        </w:rPr>
        <w:t>　　2、制定“学困生”结对帮扶制度。</w:t>
      </w:r>
      <w:r>
        <w:rPr>
          <w:lang w:eastAsia="zh-CN"/>
        </w:rPr>
        <w:br/>
      </w:r>
      <w:r>
        <w:rPr>
          <w:lang w:eastAsia="zh-CN"/>
        </w:rPr>
        <w:t>　　对已确认的“学困生”，各班分类组织安排结对帮扶，实行承包责任制，行政人员包班级，班主任、任课教师包人头。做到明确转化目标，责任落实到人。</w:t>
      </w:r>
      <w:r>
        <w:rPr>
          <w:lang w:eastAsia="zh-CN"/>
        </w:rPr>
        <w:br/>
      </w:r>
      <w:r>
        <w:rPr>
          <w:lang w:eastAsia="zh-CN"/>
        </w:rPr>
        <w:t>　　3、强化跟踪流程管理。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对于“学困生”的转化工作，各班级要实行跟踪调查反馈制度，建立“学困生”转化情况记载簿，建立学困生流程管理记录，对其在家庭、社会、学校的成长过程进行跟踪调查，及时鼓励与引导，扬长避短，防微杜渐。</w:t>
      </w:r>
      <w:r>
        <w:rPr>
          <w:lang w:eastAsia="zh-CN"/>
        </w:rPr>
        <w:br/>
      </w:r>
      <w:r>
        <w:rPr>
          <w:lang w:eastAsia="zh-CN"/>
        </w:rPr>
        <w:t>　　㈡注重方法，开展活动。</w:t>
      </w:r>
      <w:r>
        <w:rPr>
          <w:lang w:eastAsia="zh-CN"/>
        </w:rPr>
        <w:br/>
      </w:r>
      <w:r>
        <w:rPr>
          <w:lang w:eastAsia="zh-CN"/>
        </w:rPr>
        <w:t>　　在转化“学困生”工作中，帮扶教师要注重方法，开展形式多样的教育教学活动，对“学困生”，教师要真心爱护，要与之“心连心”，交朋友。充分尊重“学困生”的人格，坚持多鼓励、多正面引导，切忌歧视、放弃。对学困生、教师念好“三字经”，即：立足于“鼓”，着眼于“拉”，着手于“帮”，建立融洽、民主的师生关系，消除“学困生”的恐惧心理或逆反心理。</w:t>
      </w:r>
      <w:r>
        <w:rPr>
          <w:lang w:eastAsia="zh-CN"/>
        </w:rPr>
        <w:br/>
      </w:r>
      <w:r>
        <w:rPr>
          <w:lang w:eastAsia="zh-CN"/>
        </w:rPr>
        <w:t>　　1、因材施教，重视学习辅导。</w:t>
      </w:r>
      <w:r>
        <w:rPr>
          <w:lang w:eastAsia="zh-CN"/>
        </w:rPr>
        <w:br/>
      </w:r>
      <w:r>
        <w:rPr>
          <w:lang w:eastAsia="zh-CN"/>
        </w:rPr>
        <w:t>　　在转化“学困生”工作中，教师要更新传统的教学观念和方法，对“学困生”进行分类教育，分层教学，因材施教。教师要深入了解学生，用生动灵活的教育教学方法吸引“学困生”，在教学的各个环节要坚持“四个优先”，即“优先提高、优先答疑、优先检查、优先表扬”，特殊照顾“学困生”，并根据需要经常给他们开小灶，缺钙补钙，缺铁补铁，着力提高“学困生”学习兴趣和成绩。</w:t>
      </w:r>
      <w:r>
        <w:rPr>
          <w:lang w:eastAsia="zh-CN"/>
        </w:rPr>
        <w:br/>
      </w:r>
      <w:r>
        <w:rPr>
          <w:lang w:eastAsia="zh-CN"/>
        </w:rPr>
        <w:t>　　2、增强班集体凝聚力，开展学生互助活动。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良好的班集体，和谐的学习环境，往往对“学困生”能产生较大的吸引力。各班级要以建立良好的班集体为突破口，通过建立一些帮扶对子和帮扶小组，努力形成学生之间亲密无间、相互帮扶、取长补短的良好氛围，减轻“学困生”的.心理压力，确保“学困生”能得到及时而真诚的帮助，使他们能不同层次，不同程度地得到提高，获得成功，不断增强自信。</w:t>
      </w:r>
      <w:r>
        <w:rPr>
          <w:lang w:eastAsia="zh-CN"/>
        </w:rPr>
        <w:br/>
      </w:r>
      <w:r>
        <w:rPr>
          <w:lang w:eastAsia="zh-CN"/>
        </w:rPr>
        <w:t>　　3、发现闪光点，让学困生尝试成功的喜悦。</w:t>
      </w:r>
      <w:r>
        <w:rPr>
          <w:lang w:eastAsia="zh-CN"/>
        </w:rPr>
        <w:br/>
      </w:r>
      <w:r>
        <w:rPr>
          <w:lang w:eastAsia="zh-CN"/>
        </w:rPr>
        <w:t>　　在转化学困生工作中，教师要善于寻找“学困生”身上的闪光点，坚持“五个一点”，即：多一点爱心，多一点鼓励，多一点点拨，多一点表现机会，多一点思想交流。根据我校实施成功教育的经验，在转化过程中要实事求是地提出分阶段的要求，对“学困生”中进步快，某一方面表现突出者要及时表扬鼓励，期中阶段，评选“班级十星”，让“学困生”从中获得积极的情绪体验，使学困生深信人人都是成功者，尝试成功的喜悦，让更多的“学困生”学有榜样，赶有目标。学期末，对“学困生”成绩提高较快的评为“学业进步生”，对思想品德进步较大的评为“品德优秀生”，予以表彰。</w:t>
      </w:r>
      <w:r>
        <w:rPr>
          <w:lang w:eastAsia="zh-CN"/>
        </w:rPr>
        <w:br/>
      </w:r>
      <w:r>
        <w:rPr>
          <w:lang w:eastAsia="zh-CN"/>
        </w:rPr>
        <w:t>　　4交流总结，评比考核。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建立“学困生”转化研讨制度。学校将每月召开一次教育和转化“学困生”的交流会，及时掌握各班级教育对象的动态，研究教育手段和方法，做细帮扶工作，并在此基础上不断总结帮扶经验，及时交流推广，将学困生转化工作纳入教师考核方案中，与班主任的考核挂钩，与教师的评优和职称评定挂钩，对转化“学困生”工作实绩突出的教师进行表彰奖励，对转化成效差、辍学率高的班级实行一票否决制，切实保证教育和转化学困生工作落到实处，收到实效。</w:t>
      </w:r>
      <w:r>
        <w:rPr>
          <w:lang w:eastAsia="zh-CN"/>
        </w:rPr>
        <w:br/>
      </w:r>
      <w:r>
        <w:rPr>
          <w:lang w:eastAsia="zh-CN"/>
        </w:rPr>
        <w:t xml:space="preserve">    小学一周学习计划范文 篇5 </w:t>
      </w:r>
      <w:r>
        <w:rPr>
          <w:lang w:eastAsia="zh-CN"/>
        </w:rPr>
        <w:br/>
      </w:r>
      <w:r>
        <w:rPr>
          <w:lang w:eastAsia="zh-CN"/>
        </w:rPr>
        <w:t>　　了解自己的学习方式会使你更容易找到适合自己的学习方法。但我们不能盲目的跟随他人的学习方式，一定要找到属于自己的学习方式。同时成为学习的管理者。</w:t>
      </w:r>
      <w:r>
        <w:rPr>
          <w:lang w:eastAsia="zh-CN"/>
        </w:rPr>
        <w:br/>
      </w:r>
      <w:r>
        <w:rPr>
          <w:lang w:eastAsia="zh-CN"/>
        </w:rPr>
        <w:t>　　1.明确学习目标：</w:t>
      </w:r>
      <w:r>
        <w:rPr>
          <w:lang w:eastAsia="zh-CN"/>
        </w:rPr>
        <w:br/>
      </w:r>
      <w:r>
        <w:rPr>
          <w:lang w:eastAsia="zh-CN"/>
        </w:rPr>
        <w:t>　　每个人都有自己的学习目标，而学习计划则是实现学习目标的蓝图。古人云</w:t>
      </w:r>
      <w:r>
        <w:rPr>
          <w:lang w:eastAsia="zh-CN"/>
        </w:rPr>
        <w:br/>
      </w:r>
      <w:r>
        <w:rPr>
          <w:lang w:eastAsia="zh-CN"/>
        </w:rPr>
        <w:t>　　“凡事预则立，不预则废。”</w:t>
      </w:r>
      <w:r>
        <w:rPr>
          <w:lang w:eastAsia="zh-CN"/>
        </w:rPr>
        <w:br/>
      </w:r>
      <w:r>
        <w:rPr>
          <w:lang w:eastAsia="zh-CN"/>
        </w:rPr>
        <w:t>　　2.成为学习的管理者：</w:t>
      </w:r>
      <w:r>
        <w:rPr>
          <w:lang w:eastAsia="zh-CN"/>
        </w:rPr>
        <w:br/>
      </w:r>
      <w:r>
        <w:rPr>
          <w:lang w:eastAsia="zh-CN"/>
        </w:rPr>
        <w:t>　　第一：学会自主学习</w:t>
      </w:r>
      <w:r>
        <w:rPr>
          <w:lang w:eastAsia="zh-CN"/>
        </w:rPr>
        <w:br/>
      </w:r>
      <w:r>
        <w:rPr>
          <w:lang w:eastAsia="zh-CN"/>
        </w:rPr>
        <w:t>　　作为中学生，应学会逐步摆脱对父母和老师的依赖，成为一个管理学习者。就要在学习上能自律，自觉的学习。比如记好笔记，就是自主学习开始。（补充知识：笔记要注意格式、内容，注意以下方面：记录、简化、背诵、思考、复习环节。）</w:t>
      </w:r>
      <w:r>
        <w:rPr>
          <w:lang w:eastAsia="zh-CN"/>
        </w:rPr>
        <w:br/>
      </w:r>
      <w:r>
        <w:rPr>
          <w:lang w:eastAsia="zh-CN"/>
        </w:rPr>
        <w:t>　　第二：提高学习效率</w:t>
      </w:r>
      <w:r>
        <w:rPr>
          <w:lang w:eastAsia="zh-CN"/>
        </w:rPr>
        <w:br/>
      </w:r>
      <w:r>
        <w:rPr>
          <w:lang w:eastAsia="zh-CN"/>
        </w:rPr>
        <w:t>　　讨论：造成学习效率低的原因？（如做事拖拉，无计划，学习习惯不好等）</w:t>
      </w:r>
      <w:r>
        <w:rPr>
          <w:lang w:eastAsia="zh-CN"/>
        </w:rPr>
        <w:br/>
      </w:r>
      <w:r>
        <w:rPr>
          <w:lang w:eastAsia="zh-CN"/>
        </w:rPr>
        <w:t>　　学习的过程包括很多环节，学习的效率就蕴涵在各个学习环节中，只有把握好每个环节的质量，如课前认真预习，上课专心听讲，课后及时复习，才能从整体上提高学习效率。</w:t>
      </w:r>
      <w:r>
        <w:rPr>
          <w:lang w:eastAsia="zh-CN"/>
        </w:rPr>
        <w:br/>
      </w:r>
      <w:r>
        <w:rPr>
          <w:lang w:eastAsia="zh-CN"/>
        </w:rPr>
        <w:t>　　第三：科学安排时间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随着中学学习科目的增多，难度增加，科学的安排时间十分重要。首先要对自己的学习有一个总体上的规划，制定一个适合自己的学习计划。制定学习计划时注意要遵循以下原则：弹性原则、自然原则、增强原则。</w:t>
      </w:r>
      <w:r>
        <w:rPr>
          <w:lang w:eastAsia="zh-CN"/>
        </w:rPr>
        <w:br/>
      </w:r>
      <w:r>
        <w:rPr>
          <w:lang w:eastAsia="zh-CN"/>
        </w:rPr>
        <w:t>　　3.具有克服困难的勇气和坚持到底的精神。</w:t>
      </w:r>
      <w:r>
        <w:rPr>
          <w:lang w:eastAsia="zh-CN"/>
        </w:rPr>
        <w:br/>
      </w:r>
      <w:r>
        <w:rPr>
          <w:lang w:eastAsia="zh-CN"/>
        </w:rPr>
        <w:t>　　我们刚才一直在谈论关于在校学习的问题。其实学习对我们来说不仅包括通过在校的途径获取知识，还应包括从其他途径掌握知识。我们也要学会一些常用的获得知识的办法。</w:t>
      </w:r>
      <w:r>
        <w:rPr>
          <w:lang w:eastAsia="zh-CN"/>
        </w:rPr>
        <w:br/>
      </w:r>
      <w:r>
        <w:rPr>
          <w:lang w:eastAsia="zh-CN"/>
        </w:rPr>
        <w:t>　　活动：在很多时候我们还有自学一些我们感兴趣或者需要研究的东西，这需要掌握哪些好方法呢？</w:t>
      </w:r>
      <w:r>
        <w:rPr>
          <w:lang w:eastAsia="zh-CN"/>
        </w:rPr>
        <w:br/>
      </w:r>
      <w:r>
        <w:rPr>
          <w:lang w:eastAsia="zh-CN"/>
        </w:rPr>
        <w:t>　　1.学会运用各种手段搜集资料：</w:t>
      </w:r>
      <w:r>
        <w:rPr>
          <w:lang w:eastAsia="zh-CN"/>
        </w:rPr>
        <w:br/>
      </w:r>
      <w:r>
        <w:rPr>
          <w:lang w:eastAsia="zh-CN"/>
        </w:rPr>
        <w:t>　　图书馆：会检索书目，用计算机查阅书籍借还情况</w:t>
      </w:r>
      <w:r>
        <w:rPr>
          <w:lang w:eastAsia="zh-CN"/>
        </w:rPr>
        <w:br/>
      </w:r>
      <w:r>
        <w:rPr>
          <w:lang w:eastAsia="zh-CN"/>
        </w:rPr>
        <w:t>　　上网：用搜索网站查寻所找的资料或信息（图片），输入关键词，利用互联网建立班级论坛，如建立QQ群等。</w:t>
      </w:r>
      <w:r>
        <w:rPr>
          <w:lang w:eastAsia="zh-CN"/>
        </w:rPr>
        <w:br/>
      </w:r>
      <w:r>
        <w:rPr>
          <w:lang w:eastAsia="zh-CN"/>
        </w:rPr>
        <w:t>　　2.学会整理资料，提炼观点。</w:t>
      </w:r>
      <w:r>
        <w:rPr>
          <w:lang w:eastAsia="zh-CN"/>
        </w:rPr>
        <w:br/>
      </w:r>
      <w:r>
        <w:rPr>
          <w:lang w:eastAsia="zh-CN"/>
        </w:rPr>
        <w:t xml:space="preserve">    小学一周学习计划范文 篇6 </w:t>
      </w:r>
      <w:r>
        <w:rPr>
          <w:lang w:eastAsia="zh-CN"/>
        </w:rPr>
        <w:br/>
      </w:r>
      <w:r>
        <w:rPr>
          <w:lang w:eastAsia="zh-CN"/>
        </w:rPr>
        <w:t>　　目标：</w:t>
      </w:r>
      <w:r>
        <w:rPr>
          <w:lang w:eastAsia="zh-CN"/>
        </w:rPr>
        <w:br/>
      </w:r>
      <w:r>
        <w:rPr>
          <w:lang w:eastAsia="zh-CN"/>
        </w:rPr>
        <w:t>　　保持全优，进入前三名，争取第一名。</w:t>
      </w:r>
      <w:r>
        <w:rPr>
          <w:lang w:eastAsia="zh-CN"/>
        </w:rPr>
        <w:br/>
      </w:r>
      <w:r>
        <w:rPr>
          <w:lang w:eastAsia="zh-CN"/>
        </w:rPr>
        <w:t>　　计划：</w:t>
      </w:r>
      <w:r>
        <w:rPr>
          <w:lang w:eastAsia="zh-CN"/>
        </w:rPr>
        <w:br/>
      </w:r>
      <w:r>
        <w:rPr>
          <w:lang w:eastAsia="zh-CN"/>
        </w:rPr>
        <w:t>　　1、每天早上6：40起床，用20分钟朗读语文、英语，7：20从家出发。做到时时早，事事早，每天坚持写日记。</w:t>
      </w:r>
      <w:r>
        <w:rPr>
          <w:lang w:eastAsia="zh-CN"/>
        </w:rPr>
        <w:br/>
      </w:r>
      <w:r>
        <w:rPr>
          <w:lang w:eastAsia="zh-CN"/>
        </w:rPr>
        <w:t>　　2、上课认真听讲，积极发言，做好笔记。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3、认真仔细写作业，做完后再对答案，认真对待每一门课。</w:t>
      </w:r>
      <w:r>
        <w:rPr>
          <w:lang w:eastAsia="zh-CN"/>
        </w:rPr>
        <w:br/>
      </w:r>
      <w:r>
        <w:rPr>
          <w:lang w:eastAsia="zh-CN"/>
        </w:rPr>
        <w:t>　　4、写完作业后，复习当天的内容并预习第二天上课的内容。</w:t>
      </w:r>
      <w:r>
        <w:rPr>
          <w:lang w:eastAsia="zh-CN"/>
        </w:rPr>
        <w:br/>
      </w:r>
      <w:r>
        <w:rPr>
          <w:lang w:eastAsia="zh-CN"/>
        </w:rPr>
        <w:t>　　5、对于语文、数学、英语，每学完一课后，要用心去做自己买的课外习题书，做的时候要做到不抄答案，不看书，凭借自己所学的去做。如果遇到不会的题，也不能马上看答案或看书，要等到全部做完后，再去找答案，并及时背诵。</w:t>
      </w:r>
      <w:r>
        <w:rPr>
          <w:lang w:eastAsia="zh-CN"/>
        </w:rPr>
        <w:br/>
      </w:r>
      <w:r>
        <w:rPr>
          <w:lang w:eastAsia="zh-CN"/>
        </w:rPr>
        <w:t>　　每天学习安排：</w:t>
      </w:r>
      <w:r>
        <w:rPr>
          <w:lang w:eastAsia="zh-CN"/>
        </w:rPr>
        <w:br/>
      </w:r>
      <w:r>
        <w:rPr>
          <w:lang w:eastAsia="zh-CN"/>
        </w:rPr>
        <w:t>　　星期一到星期五：上网不超过1小时，不打游戏，上学不迟到。</w:t>
      </w:r>
      <w:r>
        <w:rPr>
          <w:lang w:eastAsia="zh-CN"/>
        </w:rPr>
        <w:br/>
      </w:r>
      <w:r>
        <w:rPr>
          <w:lang w:eastAsia="zh-CN"/>
        </w:rPr>
        <w:t>　　双休日：把作业做完后，复习上周学习的主要内容，帮爸爸妈妈做事。上网不能超过3小时。</w:t>
      </w:r>
      <w:r>
        <w:rPr>
          <w:lang w:eastAsia="zh-CN"/>
        </w:rPr>
        <w:br/>
      </w:r>
      <w:r>
        <w:rPr>
          <w:lang w:eastAsia="zh-CN"/>
        </w:rPr>
        <w:t>　　注意事项：</w:t>
      </w:r>
      <w:r>
        <w:rPr>
          <w:lang w:eastAsia="zh-CN"/>
        </w:rPr>
        <w:br/>
      </w:r>
      <w:r>
        <w:rPr>
          <w:lang w:eastAsia="zh-CN"/>
        </w:rPr>
        <w:t>　　遇到不懂的问题要及时问老师或问同学，弄明白。</w:t>
      </w:r>
      <w:r>
        <w:rPr>
          <w:lang w:eastAsia="zh-CN"/>
        </w:rPr>
        <w:br/>
      </w:r>
      <w:r>
        <w:rPr>
          <w:lang w:eastAsia="zh-CN"/>
        </w:rPr>
        <w:t>　　对照答案，找出错误及时纠正。</w:t>
      </w:r>
      <w:r>
        <w:rPr>
          <w:lang w:eastAsia="zh-CN"/>
        </w:rPr>
        <w:br/>
      </w:r>
      <w:r>
        <w:rPr>
          <w:lang w:eastAsia="zh-CN"/>
        </w:rPr>
        <w:t xml:space="preserve">    小学一周学习计划范文 篇7 </w:t>
      </w:r>
      <w:r>
        <w:rPr>
          <w:lang w:eastAsia="zh-CN"/>
        </w:rPr>
        <w:br/>
      </w:r>
      <w:r>
        <w:rPr>
          <w:lang w:eastAsia="zh-CN"/>
        </w:rPr>
        <w:t>　　一、学会预习。</w:t>
      </w:r>
      <w:r>
        <w:rPr>
          <w:lang w:eastAsia="zh-CN"/>
        </w:rPr>
        <w:br/>
      </w:r>
      <w:r>
        <w:rPr>
          <w:lang w:eastAsia="zh-CN"/>
        </w:rPr>
        <w:t>　　要在老师讲新课之前，先对所学课文认真预习。看看哪个词、哪个句子不懂，标上记号。到老师讲课时认真听，仔细想，这样，就可以做到心中有数了。</w:t>
      </w:r>
      <w:r>
        <w:rPr>
          <w:lang w:eastAsia="zh-CN"/>
        </w:rPr>
        <w:br/>
      </w:r>
      <w:r>
        <w:rPr>
          <w:lang w:eastAsia="zh-CN"/>
        </w:rPr>
        <w:t>　　二、学会听讲。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以前老师讲课时，不懂得如何记笔记。等老师讲完后，脑子里一片空白。新的学期，我一定要认真听讲，把老师讲的重点、难点及时写在笔记本上。如果没有听懂，就向老师请教。争取在本学期各科成绩都能考90分以上。老师和家长都希望我能进入前三名，我一定要争气。</w:t>
      </w:r>
      <w:r>
        <w:rPr>
          <w:lang w:eastAsia="zh-CN"/>
        </w:rPr>
        <w:br/>
      </w:r>
      <w:r>
        <w:rPr>
          <w:lang w:eastAsia="zh-CN"/>
        </w:rPr>
        <w:t>　　三、学会阅读。</w:t>
      </w:r>
      <w:r>
        <w:rPr>
          <w:lang w:eastAsia="zh-CN"/>
        </w:rPr>
        <w:br/>
      </w:r>
      <w:r>
        <w:rPr>
          <w:lang w:eastAsia="zh-CN"/>
        </w:rPr>
        <w:t>　　“书读百遍，其义自见。”我决心利用课余时间，多读对小学生有益的课外读物，努力提高自己的作文水平。</w:t>
      </w:r>
      <w:r>
        <w:rPr>
          <w:lang w:eastAsia="zh-CN"/>
        </w:rPr>
        <w:br/>
      </w:r>
      <w:r>
        <w:rPr>
          <w:lang w:eastAsia="zh-CN"/>
        </w:rPr>
        <w:t>　　四、学做家务。</w:t>
      </w:r>
      <w:r>
        <w:rPr>
          <w:lang w:eastAsia="zh-CN"/>
        </w:rPr>
        <w:br/>
      </w:r>
      <w:r>
        <w:rPr>
          <w:lang w:eastAsia="zh-CN"/>
        </w:rPr>
        <w:t>　　现在的我已经长大了，一定要做爸爸、妈妈的小帮手，做些力所能及的家务活，减轻爸爸、妈妈的负担。这就是我新学期的新打算，你的新打算是什么?赶紧来写一写吧!</w:t>
      </w:r>
      <w:r>
        <w:rPr>
          <w:lang w:eastAsia="zh-CN"/>
        </w:rPr>
        <w:br/>
      </w:r>
      <w:r>
        <w:rPr>
          <w:lang w:eastAsia="zh-CN"/>
        </w:rPr>
        <w:t xml:space="preserve">    小学一周学习计划范文 篇8 </w:t>
      </w:r>
      <w:r>
        <w:rPr>
          <w:lang w:eastAsia="zh-CN"/>
        </w:rPr>
        <w:br/>
      </w:r>
      <w:r>
        <w:rPr>
          <w:lang w:eastAsia="zh-CN"/>
        </w:rPr>
        <w:t>　　从今天起我就是一名三年级的小学生了，三年级是小学中转折的一年，也是小学生涯比较重要的一年。因此，在这一年的学习过程中，我要认真学习每门课程，为以后的学习打下坚实的基础。我要严格按照语文、数学、英语的学习十步法去学习。以下是我对自己在这个基础上的的补充要求和具体要求。</w:t>
      </w:r>
      <w:r>
        <w:rPr>
          <w:lang w:eastAsia="zh-CN"/>
        </w:rPr>
        <w:br/>
      </w:r>
      <w:r>
        <w:rPr>
          <w:lang w:eastAsia="zh-CN"/>
        </w:rPr>
        <w:t>　　第一、在语文方面：要提高阅读能力；要多详读几本课外书；要把字写得再好一点；多记读书笔记；多写自己身边发生的事；观察到的感想记录下来写成习作；抓住课堂上的四十五分钟；及时做好预习和复习。</w:t>
      </w:r>
      <w:r>
        <w:rPr>
          <w:lang w:eastAsia="zh-CN"/>
        </w:rPr>
        <w:br/>
      </w:r>
      <w:r>
        <w:rPr>
          <w:lang w:eastAsia="zh-CN"/>
        </w:rPr>
        <w:t>　　第二、在数学方面：要在仔细一点不要粗心；做题时要明确的知道什么是已知条件，什么是要求的的未知条件；理解透彻每个概念的意思。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第三、在英语方面：坚持每一天听磁带；把单词写好；把单词记好；读一些有关英语的小短文、小故事。</w:t>
      </w:r>
      <w:r>
        <w:rPr>
          <w:lang w:eastAsia="zh-CN"/>
        </w:rPr>
        <w:br/>
      </w:r>
      <w:r>
        <w:rPr>
          <w:lang w:eastAsia="zh-CN"/>
        </w:rPr>
        <w:t>　　第四、在学校的综合表现：要做好老师的小助手；和同学之间搞好关系；老师要求参加的活动能参加的尽量参加；上课积极发言，认证听讲；</w:t>
      </w:r>
      <w:r>
        <w:rPr>
          <w:lang w:eastAsia="zh-CN"/>
        </w:rPr>
        <w:br/>
      </w:r>
      <w:r>
        <w:rPr>
          <w:lang w:eastAsia="zh-CN"/>
        </w:rPr>
        <w:t>　　第五、在兴趣方面：在围棋上取得更大的进步；从这学期我想要画画；能不能吹长笛。</w:t>
      </w:r>
      <w:r>
        <w:rPr>
          <w:lang w:eastAsia="zh-CN"/>
        </w:rPr>
        <w:br/>
      </w:r>
      <w:r>
        <w:rPr>
          <w:lang w:eastAsia="zh-CN"/>
        </w:rPr>
        <w:t>　　第六、体育锻炼方面：有时间花滑旱冰，打打羽毛球；能不能在学兵乓球。</w:t>
      </w:r>
      <w:r>
        <w:rPr>
          <w:lang w:eastAsia="zh-CN"/>
        </w:rPr>
        <w:br/>
      </w:r>
      <w:r>
        <w:rPr>
          <w:lang w:eastAsia="zh-CN"/>
        </w:rPr>
        <w:t>　　第七、在家里：还是能帮妈妈做的家务就尽量帮妈妈；每一天接送小弟弟的事情就交给我；自己洗内衣和袜子。</w:t>
      </w:r>
      <w:r>
        <w:rPr>
          <w:lang w:eastAsia="zh-CN"/>
        </w:rPr>
        <w:br/>
      </w:r>
      <w:r>
        <w:rPr>
          <w:lang w:eastAsia="zh-CN"/>
        </w:rPr>
        <w:t>　　以上是我和妈妈共同为我定的'三年级第一学期的计划，我也希望能通过我的努力在这一学期结束的时候能够全部完成。</w:t>
      </w:r>
      <w:r>
        <w:rPr>
          <w:lang w:eastAsia="zh-CN"/>
        </w:rPr>
        <w:br/>
      </w:r>
      <w:r>
        <w:rPr>
          <w:lang w:eastAsia="zh-CN"/>
        </w:rPr>
        <w:t xml:space="preserve">    小学一周学习计划范文 篇9 </w:t>
      </w:r>
      <w:r>
        <w:rPr>
          <w:lang w:eastAsia="zh-CN"/>
        </w:rPr>
        <w:br/>
      </w:r>
      <w:r>
        <w:rPr>
          <w:lang w:eastAsia="zh-CN"/>
        </w:rPr>
        <w:t>　　以《科学课程标准》为指导，培养小学生科学素养为宗旨。</w:t>
      </w:r>
      <w:r>
        <w:rPr>
          <w:lang w:eastAsia="zh-CN"/>
        </w:rPr>
        <w:br/>
      </w:r>
      <w:r>
        <w:rPr>
          <w:lang w:eastAsia="zh-CN"/>
        </w:rPr>
        <w:t>　　一、教学目标：</w:t>
      </w:r>
      <w:r>
        <w:rPr>
          <w:lang w:eastAsia="zh-CN"/>
        </w:rPr>
        <w:br/>
      </w:r>
      <w:r>
        <w:rPr>
          <w:lang w:eastAsia="zh-CN"/>
        </w:rPr>
        <w:t>　　1、培养学生科学的思维方法；</w:t>
      </w:r>
      <w:r>
        <w:rPr>
          <w:lang w:eastAsia="zh-CN"/>
        </w:rPr>
        <w:br/>
      </w:r>
      <w:r>
        <w:rPr>
          <w:lang w:eastAsia="zh-CN"/>
        </w:rPr>
        <w:t>　　2、了解科学探究的过程和方法，让学生亲身经历科学探究的全过程；</w:t>
      </w:r>
      <w:r>
        <w:rPr>
          <w:lang w:eastAsia="zh-CN"/>
        </w:rPr>
        <w:br/>
      </w:r>
      <w:r>
        <w:rPr>
          <w:lang w:eastAsia="zh-CN"/>
        </w:rPr>
        <w:t>　　3、学习建立解释模型，以验证自己的假设。</w:t>
      </w:r>
      <w:r>
        <w:rPr>
          <w:lang w:eastAsia="zh-CN"/>
        </w:rPr>
        <w:br/>
      </w:r>
      <w:r>
        <w:rPr>
          <w:lang w:eastAsia="zh-CN"/>
        </w:rPr>
        <w:t>　　4、敢于质疑的科学态度和爱科学、爱家乡、爱祖国的情感；</w:t>
      </w:r>
      <w:r>
        <w:rPr>
          <w:lang w:eastAsia="zh-CN"/>
        </w:rPr>
        <w:br/>
      </w:r>
      <w:r>
        <w:rPr>
          <w:lang w:eastAsia="zh-CN"/>
        </w:rPr>
        <w:t>　　5、亲近自然、珍爱生命，关心现代科技的发展。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二、学生情况分析：</w:t>
      </w:r>
      <w:r>
        <w:rPr>
          <w:lang w:eastAsia="zh-CN"/>
        </w:rPr>
        <w:br/>
      </w:r>
      <w:r>
        <w:rPr>
          <w:lang w:eastAsia="zh-CN"/>
        </w:rPr>
        <w:t>　　1、 整体学习状况：学生整体学习比较认真，对科学实验比较感兴趣，不喜欢死记硬背的知识，理解不甚深刻，运用能力差。</w:t>
      </w:r>
      <w:r>
        <w:rPr>
          <w:lang w:eastAsia="zh-CN"/>
        </w:rPr>
        <w:br/>
      </w:r>
      <w:r>
        <w:rPr>
          <w:lang w:eastAsia="zh-CN"/>
        </w:rPr>
        <w:t>　　2、 已有知识、经验：独立探究能力和主动探究意识不强。家长和学校偏重于语、数、英教学，使学生没能很好地在观察、实验、调查等实践活动中获取知识、发展能力、培养思想情感。</w:t>
      </w:r>
      <w:r>
        <w:rPr>
          <w:lang w:eastAsia="zh-CN"/>
        </w:rPr>
        <w:br/>
      </w:r>
      <w:r>
        <w:rPr>
          <w:lang w:eastAsia="zh-CN"/>
        </w:rPr>
        <w:t>　　3、 儿童心理分析：儿童对周围世界有着强烈的好奇心和探究欲望，而我们的科学课程内容贴近小学生的的生活，强调用符合小学生年龄特点的方式学习科学，学生必将对科学学科表现出浓厚的兴趣。</w:t>
      </w:r>
      <w:r>
        <w:rPr>
          <w:lang w:eastAsia="zh-CN"/>
        </w:rPr>
        <w:br/>
      </w:r>
      <w:r>
        <w:rPr>
          <w:lang w:eastAsia="zh-CN"/>
        </w:rPr>
        <w:t>　　三、教材分析：</w:t>
      </w:r>
      <w:r>
        <w:rPr>
          <w:lang w:eastAsia="zh-CN"/>
        </w:rPr>
        <w:br/>
      </w:r>
      <w:r>
        <w:rPr>
          <w:lang w:eastAsia="zh-CN"/>
        </w:rPr>
        <w:t>　　科学五年级下册教材分四个单元，分别是“运动和力”、“时间”、“生物与环境”、“地球的运动”。</w:t>
      </w:r>
      <w:r>
        <w:rPr>
          <w:lang w:eastAsia="zh-CN"/>
        </w:rPr>
        <w:br/>
      </w:r>
      <w:r>
        <w:rPr>
          <w:lang w:eastAsia="zh-CN"/>
        </w:rPr>
        <w:t>　　第一单元涉及运动和力的关系。力表现为物体对物体的作用，往往跟运动联系在一起。物体的运动状况的变化都是力作用的结果，力是改变物体运动状态的原因。所涉及的力的概念有：重力、弹力、反作用力、摩擦力，在本单元中，学生要经历一系列的探究活动，预测、控制变量进行对比实验、运用数据进行解释、组装实验装置、设计制作小车等，通过这些探究活动，加深对探究的理解，发展对探究的兴趣，也是教材的意图之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第二单元要让学生在“创造”（制作）计时工具的实践过程中，了解人类计时仪器的发展史，感受人类对“时间”的认识过程，从而认识到时间是不以人的意志、以不变的速度缓缓流逝的。同时，在整个单元的学习过程中，还将不断地引导学生去感知、体验一定时间间隔的长短，以帮助他们逐步建立起时、分、秒等时间单位概念。</w:t>
      </w:r>
      <w:r>
        <w:rPr>
          <w:lang w:eastAsia="zh-CN"/>
        </w:rPr>
        <w:br/>
      </w:r>
      <w:r>
        <w:rPr>
          <w:lang w:eastAsia="zh-CN"/>
        </w:rPr>
        <w:t>　　“生物与环境（二）”第三单元就是要引领学生经历一些有目的的调查、考察活动，在活动的基础上进行科学推理，进一步体验生物与环境之间的关系，认识生物与生物之间是相互依存、相互作用和相互制约的，特别是认识到一种动物或植物可能就是另一种动物或植物生存所依赖的条件，从而在学生心目中建立起初步的生态系统概念，形成“生物与生物之间是相互关联的一个整体”的认识。本单元将侧重研究生物体与生物体之间的关系，初步涉及动植物及微生物之间的依存关系，对动植物间的食物联系进行重点研究。以生态瓶的建造、观察和改变控制条件为线索来进行探究活动，探究食物关系平衡破坏后的生态状况，进一步认识野生动植物及其栖息地。在活动中，需要对学生的探究兴趣进行激发和保护，鼓励学生以事实为基础进行活动记录，体验在实践活动中进行预测和验证的必要性，经历简单的方案设计并实践的过程，在改变控制条件的活动中收集数据和资料进行分析和交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第四单元：第一、二课，从同一时刻各地时间不同，世界各地存在时差，北京、纽约昼和夜刚好相反这些现象开始，通过研究得出这是由于地球是不透明的球体，而且在自转造成的。第三、四、五课，从地球上有白天和黑夜，而且昼夜交替，通过分析、推理、计算等，研究得出地球在不停地自转，并且可以通过实验观察到地球的自转。第六课，从北京到底是清晨还是黄昏这个问题，引出地球自转方向的问题，指导学生在模拟太阳东升西落的活动中，运用相对运动的原理，得出地球自转的方向是自西向东。第七课，在以上研究的基础上解释前面提出的各地存在时差，黎明有先有后，新年钟声不会在同一时刻敲响的问题。第八课，继续研究有关地球自转的问题。在学生已经知道地球上各地昼夜交替是地球自转形成的这个基础上，介绍极地有半年的时间白天很长，甚至有极昼的现象。让学生通过模拟实验研究得出：地球自转时，地轴始终是倾斜的，而且倾斜方向和倾斜度不变，很自然地为下面四季的成因作了铺垫。第九课和前面几课的思路刚好相反，是用前课得出的“地球倾斜转动”这个结论去模拟地球围绕太阳公转运动，观察会出现什么现象。由于内容较难，不作为重点，而且教师要加强实验指导。最后一课“昼夜、四季与动植物”是本单元学习的拓展。地球的自转而产生的昼夜交替和因地球的公转而产生的四季变化，使得同一地方不同时间得到的光和热都发生变化，不同地方同一时间得到的光和热也不同。这使地球上产生了多样的环境、气候和多样的生物，也使得地球上的一切生物有节律地生长和生息。</w:t>
      </w:r>
      <w:r>
        <w:rPr>
          <w:lang w:eastAsia="zh-CN"/>
        </w:rPr>
        <w:br/>
      </w:r>
      <w:r>
        <w:rPr>
          <w:lang w:eastAsia="zh-CN"/>
        </w:rPr>
        <w:t>　　四、基本措施：</w:t>
      </w:r>
      <w:r>
        <w:rPr>
          <w:lang w:eastAsia="zh-CN"/>
        </w:rPr>
        <w:br/>
      </w:r>
      <w:r>
        <w:rPr>
          <w:lang w:eastAsia="zh-CN"/>
        </w:rPr>
        <w:t>　　1、 把科学课程的总目标落实到每一节课；</w:t>
      </w:r>
      <w:r>
        <w:rPr>
          <w:lang w:eastAsia="zh-CN"/>
        </w:rPr>
        <w:br/>
      </w:r>
      <w:r>
        <w:rPr>
          <w:lang w:eastAsia="zh-CN"/>
        </w:rPr>
        <w:t>　　2、 用丰富多彩的亲历活动充实教学过程；</w:t>
      </w:r>
      <w:r>
        <w:rPr>
          <w:lang w:eastAsia="zh-CN"/>
        </w:rPr>
        <w:br/>
      </w:r>
      <w:r>
        <w:rPr>
          <w:lang w:eastAsia="zh-CN"/>
        </w:rPr>
        <w:t>　　3、 让探究成为科学学习的主要方式；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4、 悉心地引导学生的科学学习活动；</w:t>
      </w:r>
      <w:r>
        <w:rPr>
          <w:lang w:eastAsia="zh-CN"/>
        </w:rPr>
        <w:br/>
      </w:r>
      <w:r>
        <w:rPr>
          <w:lang w:eastAsia="zh-CN"/>
        </w:rPr>
        <w:t>　　5、 各班建立科学小博士协会，让学生在相互交流、合作、帮助、研讨中学习；</w:t>
      </w:r>
      <w:r>
        <w:rPr>
          <w:lang w:eastAsia="zh-CN"/>
        </w:rPr>
        <w:br/>
      </w:r>
      <w:r>
        <w:rPr>
          <w:lang w:eastAsia="zh-CN"/>
        </w:rPr>
        <w:t>　　6、 给学生提问和假设机会，并指导学生自己动手寻找证据进行验证，经过思维加工，自己得出结论，并把自己的认识用于解决问题的实践；</w:t>
      </w:r>
      <w:r>
        <w:rPr>
          <w:lang w:eastAsia="zh-CN"/>
        </w:rPr>
        <w:br/>
      </w:r>
      <w:r>
        <w:rPr>
          <w:lang w:eastAsia="zh-CN"/>
        </w:rPr>
        <w:t>　　7、 充分运用各类课程资源和现代教育技术；</w:t>
      </w:r>
      <w:r>
        <w:rPr>
          <w:lang w:eastAsia="zh-CN"/>
        </w:rPr>
        <w:br/>
      </w:r>
      <w:r>
        <w:rPr>
          <w:lang w:eastAsia="zh-CN"/>
        </w:rPr>
        <w:t>　　8、 引导学生参加各类有关竞赛以赛促学。</w:t>
      </w:r>
      <w:r>
        <w:rPr>
          <w:lang w:eastAsia="zh-CN"/>
        </w:rPr>
        <w:br/>
      </w:r>
      <w:r>
        <w:rPr>
          <w:lang w:eastAsia="zh-CN"/>
        </w:rPr>
        <w:t>　　五、主要教学活动类型：</w:t>
      </w:r>
      <w:r>
        <w:rPr>
          <w:lang w:eastAsia="zh-CN"/>
        </w:rPr>
        <w:br/>
      </w:r>
      <w:r>
        <w:rPr>
          <w:lang w:eastAsia="zh-CN"/>
        </w:rPr>
        <w:t>　　搜集信息 现场考察 自然状态下的观察 实验 专题研究 情境模拟 科学小制作</w:t>
      </w:r>
      <w:r>
        <w:rPr>
          <w:lang w:eastAsia="zh-CN"/>
        </w:rPr>
        <w:br/>
      </w:r>
      <w:r>
        <w:rPr>
          <w:lang w:eastAsia="zh-CN"/>
        </w:rPr>
        <w:t>　　讨论辩论 种植饲养 科学游戏 信息发布会、报告会、交流会参观访问 竞赛科学欣赏 社区科学活动家庭科技活动 角色扮演 科学幻想</w:t>
      </w:r>
      <w:r>
        <w:rPr>
          <w:lang w:eastAsia="zh-CN"/>
        </w:rPr>
        <w:br/>
      </w:r>
      <w:r>
        <w:rPr>
          <w:lang w:eastAsia="zh-CN"/>
        </w:rPr>
        <w:t>　　六、主要导学方法：</w:t>
      </w:r>
      <w:r>
        <w:rPr>
          <w:lang w:eastAsia="zh-CN"/>
        </w:rPr>
        <w:br/>
      </w:r>
      <w:r>
        <w:rPr>
          <w:lang w:eastAsia="zh-CN"/>
        </w:rPr>
        <w:t>　　探究法 演示法 参观法 实践法 讨论法 谈话法 辩论法 实验法 列表法 暗示法</w:t>
      </w:r>
      <w:r>
        <w:rPr>
          <w:lang w:eastAsia="zh-CN"/>
        </w:rPr>
        <w:br/>
      </w:r>
      <w:r>
        <w:rPr>
          <w:lang w:eastAsia="zh-CN"/>
        </w:rPr>
        <w:t>　　七、教学进度安排：</w:t>
      </w:r>
      <w:r>
        <w:rPr>
          <w:lang w:eastAsia="zh-CN"/>
        </w:rPr>
        <w:br/>
      </w:r>
      <w:r>
        <w:rPr>
          <w:lang w:eastAsia="zh-CN"/>
        </w:rPr>
        <w:t xml:space="preserve">    小学一周学习计划范文 篇10 </w:t>
      </w:r>
      <w:r>
        <w:rPr>
          <w:lang w:eastAsia="zh-CN"/>
        </w:rPr>
        <w:br/>
      </w:r>
      <w:r>
        <w:rPr>
          <w:lang w:eastAsia="zh-CN"/>
        </w:rPr>
        <w:t>　　1、制定学习计划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家长要给孩子制定合理的学习计划，合理规划孩子的寒假，这样才能利用好寒假，让孩子有一个充实的假期。制定计划的时候，家长要和孩子商量，让孩子参与到计划的制定当中。此外，制定计划时要注意劳逸结合，不要只重视孩子的学习，要给孩子留出一定的自由时间。</w:t>
      </w:r>
      <w:r>
        <w:rPr>
          <w:lang w:eastAsia="zh-CN"/>
        </w:rPr>
        <w:br/>
      </w:r>
      <w:r>
        <w:rPr>
          <w:lang w:eastAsia="zh-CN"/>
        </w:rPr>
        <w:t>　　2、拓展阅读</w:t>
      </w:r>
      <w:r>
        <w:rPr>
          <w:lang w:eastAsia="zh-CN"/>
        </w:rPr>
        <w:br/>
      </w:r>
      <w:r>
        <w:rPr>
          <w:lang w:eastAsia="zh-CN"/>
        </w:rPr>
        <w:t>　　孩子平时在学校学习的内容大部分是课本上的知识，很少有自己的课外阅读时间。因此，寒假期间，家长要重视孩子的课外阅读，保证孩子每天的阅读量。通过这样的方式，可以培养孩子的阅读习惯，提高孩子的阅读量，还可以帮助孩子实现知识积累，扩宽孩子的知识面。</w:t>
      </w:r>
      <w:r>
        <w:rPr>
          <w:lang w:eastAsia="zh-CN"/>
        </w:rPr>
        <w:br/>
      </w:r>
      <w:r>
        <w:rPr>
          <w:lang w:eastAsia="zh-CN"/>
        </w:rPr>
        <w:t>　　3、针对性地学习</w:t>
      </w:r>
      <w:r>
        <w:rPr>
          <w:lang w:eastAsia="zh-CN"/>
        </w:rPr>
        <w:br/>
      </w:r>
      <w:r>
        <w:rPr>
          <w:lang w:eastAsia="zh-CN"/>
        </w:rPr>
        <w:t>　　寒假的时间相对较短，普通的学习很难看到效果，因此，家长要重点攻克孩子的薄弱项目，进行有针对性的学习。针对孩子的薄弱环节进行学习，可以提高孩子的学习效率，抬高孩子的学习短板，从而实现孩子的明显进步。</w:t>
      </w:r>
      <w:r>
        <w:rPr>
          <w:lang w:eastAsia="zh-CN"/>
        </w:rPr>
        <w:br/>
      </w:r>
      <w:r>
        <w:rPr>
          <w:lang w:eastAsia="zh-CN"/>
        </w:rPr>
        <w:t>　　4、维持健康的作息</w:t>
      </w:r>
      <w:r>
        <w:rPr>
          <w:lang w:eastAsia="zh-CN"/>
        </w:rPr>
        <w:br/>
      </w:r>
      <w:r>
        <w:rPr>
          <w:lang w:eastAsia="zh-CN"/>
        </w:rPr>
        <w:t>　　寒假使用来放松的，但过度放松不是放松，家长要对孩子的寒假时间有合理的安排。家长要让孩子保持健康的作息习惯，尽量维持和学校生活作息一致。如果任由孩子放纵，没有维持良好的作息习惯，那不仅会对孩子的`健康造成伤害，还会影响孩子开学后的适应。</w:t>
      </w:r>
      <w:r>
        <w:rPr>
          <w:lang w:eastAsia="zh-CN"/>
        </w:rPr>
        <w:br/>
      </w:r>
      <w:r>
        <w:rPr>
          <w:lang w:eastAsia="zh-CN"/>
        </w:rPr>
        <w:t xml:space="preserve">    小学一周学习计划范文 篇11 </w:t>
      </w:r>
      <w:r>
        <w:rPr>
          <w:lang w:eastAsia="zh-CN"/>
        </w:rPr>
        <w:br/>
      </w:r>
      <w:r>
        <w:rPr>
          <w:lang w:eastAsia="zh-CN"/>
        </w:rPr>
        <w:t>　　今天星期一，努力呦。写下你今天的计划吧！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1、早：6：25起床，5分钟漱口，5分钟更衣，3分钟穿鞋，10分钟吃早餐，7:10上学。</w:t>
      </w:r>
      <w:r>
        <w:rPr>
          <w:lang w:eastAsia="zh-CN"/>
        </w:rPr>
        <w:br/>
      </w:r>
      <w:r>
        <w:rPr>
          <w:lang w:eastAsia="zh-CN"/>
        </w:rPr>
        <w:t>　　2、早读：升旗，第一节：班会，第二节：数学，第三节：信息技术，第四节：英语。 中午：12:30做完作业，12:45前吃完饭，剩余时间学习。</w:t>
      </w:r>
      <w:r>
        <w:rPr>
          <w:lang w:eastAsia="zh-CN"/>
        </w:rPr>
        <w:br/>
      </w:r>
      <w:r>
        <w:rPr>
          <w:lang w:eastAsia="zh-CN"/>
        </w:rPr>
        <w:t>　　3、午读：英语，第一节：语文，第二节：眼保健操·第二课堂,第三节：大课间。</w:t>
      </w:r>
      <w:r>
        <w:rPr>
          <w:lang w:eastAsia="zh-CN"/>
        </w:rPr>
        <w:br/>
      </w:r>
      <w:r>
        <w:rPr>
          <w:lang w:eastAsia="zh-CN"/>
        </w:rPr>
        <w:t>　　4、晚上：6:45前做完作业，10分钟洗澡，剩余时间学习，9:00前睡觉。</w:t>
      </w:r>
      <w:r>
        <w:rPr>
          <w:lang w:eastAsia="zh-CN"/>
        </w:rPr>
        <w:br/>
      </w:r>
      <w:r>
        <w:rPr>
          <w:lang w:eastAsia="zh-CN"/>
        </w:rPr>
        <w:t>　　今天星期二，努力呦。写下你今天的计划吧！</w:t>
      </w:r>
      <w:r>
        <w:rPr>
          <w:lang w:eastAsia="zh-CN"/>
        </w:rPr>
        <w:br/>
      </w:r>
      <w:r>
        <w:rPr>
          <w:lang w:eastAsia="zh-CN"/>
        </w:rPr>
        <w:t>　　1、早：6：25起床，5分钟漱口，5分钟更衣，3分钟穿鞋，10分钟吃早餐，7:10上学。</w:t>
      </w:r>
      <w:r>
        <w:rPr>
          <w:lang w:eastAsia="zh-CN"/>
        </w:rPr>
        <w:br/>
      </w:r>
      <w:r>
        <w:rPr>
          <w:lang w:eastAsia="zh-CN"/>
        </w:rPr>
        <w:t>　　2.早读：语文，第一节：语文，第二节：数学，第三节：美术，第四节：科学。中午：12:30做完作业，12:45前吃完饭，剩余时间学习。</w:t>
      </w:r>
      <w:r>
        <w:rPr>
          <w:lang w:eastAsia="zh-CN"/>
        </w:rPr>
        <w:br/>
      </w:r>
      <w:r>
        <w:rPr>
          <w:lang w:eastAsia="zh-CN"/>
        </w:rPr>
        <w:t>　　3、午读：数学，第一节：体育，第二节：眼保健操·综合实践，第三节：大课间。</w:t>
      </w:r>
      <w:r>
        <w:rPr>
          <w:lang w:eastAsia="zh-CN"/>
        </w:rPr>
        <w:br/>
      </w:r>
      <w:r>
        <w:rPr>
          <w:lang w:eastAsia="zh-CN"/>
        </w:rPr>
        <w:t>　　4、晚上：6:45前做完作业，10分钟洗澡，剩余时间学习，9:00前睡觉。</w:t>
      </w:r>
      <w:r>
        <w:rPr>
          <w:lang w:eastAsia="zh-CN"/>
        </w:rPr>
        <w:br/>
      </w:r>
      <w:r>
        <w:rPr>
          <w:lang w:eastAsia="zh-CN"/>
        </w:rPr>
        <w:t>　　今天星期三，努力呦。写下你今天的计划吧！</w:t>
      </w:r>
      <w:r>
        <w:rPr>
          <w:lang w:eastAsia="zh-CN"/>
        </w:rPr>
        <w:br/>
      </w:r>
      <w:r>
        <w:rPr>
          <w:lang w:eastAsia="zh-CN"/>
        </w:rPr>
        <w:t>　　1、早：6：25起床，5分钟漱口，5分钟更衣，3分钟穿鞋，10分钟吃早餐，7:10上学。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2、早读：语文，第一节：数学，第二节：语文，第三节：英语，第四节：体育。 中午：12:30做完作业，12:45前吃完饭，剩余时间学习。</w:t>
      </w:r>
      <w:r>
        <w:rPr>
          <w:lang w:eastAsia="zh-CN"/>
        </w:rPr>
        <w:br/>
      </w:r>
      <w:r>
        <w:rPr>
          <w:lang w:eastAsia="zh-CN"/>
        </w:rPr>
        <w:t>　　3、午读：数学，第一节：语文，第二节:眼保健操·语文，第三节：大课间。</w:t>
      </w:r>
      <w:r>
        <w:rPr>
          <w:lang w:eastAsia="zh-CN"/>
        </w:rPr>
        <w:br/>
      </w:r>
      <w:r>
        <w:rPr>
          <w:lang w:eastAsia="zh-CN"/>
        </w:rPr>
        <w:t>　　4、晚上：6:45前做完作业，10分钟洗澡，剩余时间学习，9:00前睡觉。</w:t>
      </w:r>
      <w:r>
        <w:rPr>
          <w:lang w:eastAsia="zh-CN"/>
        </w:rPr>
        <w:br/>
      </w:r>
      <w:r>
        <w:rPr>
          <w:lang w:eastAsia="zh-CN"/>
        </w:rPr>
        <w:t>　　今天星期四，努力呦。写下你今天的计划吧！</w:t>
      </w:r>
      <w:r>
        <w:rPr>
          <w:lang w:eastAsia="zh-CN"/>
        </w:rPr>
        <w:br/>
      </w:r>
      <w:r>
        <w:rPr>
          <w:lang w:eastAsia="zh-CN"/>
        </w:rPr>
        <w:t>　　1、早：6：25起床，5分钟漱口，5分钟更衣，3分钟穿鞋，10分钟吃早餐，7:10上学。</w:t>
      </w:r>
      <w:r>
        <w:rPr>
          <w:lang w:eastAsia="zh-CN"/>
        </w:rPr>
        <w:br/>
      </w:r>
      <w:r>
        <w:rPr>
          <w:lang w:eastAsia="zh-CN"/>
        </w:rPr>
        <w:t>　　2、早读：数学，第一节：语文，第二节：音乐，第三节：数学，第四节：英语。 中午：12:30做完作业，12:45前吃完饭，剩余时间学习。</w:t>
      </w:r>
      <w:r>
        <w:rPr>
          <w:lang w:eastAsia="zh-CN"/>
        </w:rPr>
        <w:br/>
      </w:r>
      <w:r>
        <w:rPr>
          <w:lang w:eastAsia="zh-CN"/>
        </w:rPr>
        <w:t>　　3、午读：英语，第一节：品德，第二节：眼保健操·综合实践，第三节：大课间。</w:t>
      </w:r>
      <w:r>
        <w:rPr>
          <w:lang w:eastAsia="zh-CN"/>
        </w:rPr>
        <w:br/>
      </w:r>
      <w:r>
        <w:rPr>
          <w:lang w:eastAsia="zh-CN"/>
        </w:rPr>
        <w:t>　　4、晚上：6:45前做完作业，10分钟洗澡，剩余时间学习，9:00，前睡觉。</w:t>
      </w:r>
      <w:r>
        <w:rPr>
          <w:lang w:eastAsia="zh-CN"/>
        </w:rPr>
        <w:br/>
      </w:r>
      <w:r>
        <w:rPr>
          <w:lang w:eastAsia="zh-CN"/>
        </w:rPr>
        <w:t>　　今天星期五，努力呦。写下你今天的计划吧！</w:t>
      </w:r>
      <w:r>
        <w:rPr>
          <w:lang w:eastAsia="zh-CN"/>
        </w:rPr>
        <w:br/>
      </w:r>
      <w:r>
        <w:rPr>
          <w:lang w:eastAsia="zh-CN"/>
        </w:rPr>
        <w:t>　　1、早：6：25起床，5分钟漱口，5分钟更衣，3分钟穿鞋，10分钟吃早餐，7:10上学。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2、早读：英语，第一节：美术，第二节：数学，第三节：语文，第四节：体育。中午：12:30做完作业，12:45前吃完饭，剩余时间学习。</w:t>
      </w:r>
      <w:r>
        <w:rPr>
          <w:lang w:eastAsia="zh-CN"/>
        </w:rPr>
        <w:br/>
      </w:r>
      <w:r>
        <w:rPr>
          <w:lang w:eastAsia="zh-CN"/>
        </w:rPr>
        <w:t>　　3、午读：语文，第一节：语文，第二节：眼保健操·科学，第三节：大课间</w:t>
      </w:r>
      <w:r>
        <w:rPr>
          <w:lang w:eastAsia="zh-CN"/>
        </w:rPr>
        <w:br/>
      </w:r>
      <w:r>
        <w:rPr>
          <w:lang w:eastAsia="zh-CN"/>
        </w:rPr>
        <w:t>　　4、晚上：9:00前做完作业，10分钟洗澡，11:00前睡觉。</w:t>
      </w:r>
      <w:r>
        <w:rPr>
          <w:lang w:eastAsia="zh-CN"/>
        </w:rPr>
        <w:br/>
      </w:r>
      <w:r>
        <w:rPr>
          <w:lang w:eastAsia="zh-CN"/>
        </w:rPr>
        <w:t xml:space="preserve">    小学一周学习计划范文 篇12 </w:t>
      </w:r>
      <w:r>
        <w:rPr>
          <w:lang w:eastAsia="zh-CN"/>
        </w:rPr>
        <w:br/>
      </w:r>
      <w:r>
        <w:rPr>
          <w:lang w:eastAsia="zh-CN"/>
        </w:rPr>
        <w:t>　　(一)学习的目标明确，实现目标也有保证。学习计划就是规定在什么时候采取什么方法步骤达到什么学习目标。短时间内达到一个小目标。长时间达到一个大目标。在长短计划指导下，使学习一步步地由小目标走向大目标。</w:t>
      </w:r>
      <w:r>
        <w:rPr>
          <w:lang w:eastAsia="zh-CN"/>
        </w:rPr>
        <w:br/>
      </w:r>
      <w:r>
        <w:rPr>
          <w:lang w:eastAsia="zh-CN"/>
        </w:rPr>
        <w:t>　　(二)恰当安排各项学习任务，使学习有秩序地进行，有了计划可以把自己的学习管理好。到一定时候对照计划检查总结一下自己的学习，看看有什么优点和缺点，优点发扬，缺点克服，使学习不断进步。</w:t>
      </w:r>
      <w:r>
        <w:rPr>
          <w:lang w:eastAsia="zh-CN"/>
        </w:rPr>
        <w:br/>
      </w:r>
      <w:r>
        <w:rPr>
          <w:lang w:eastAsia="zh-CN"/>
        </w:rPr>
        <w:t>　　(三)对培养良好的学习习惯大有帮助。良好习惯养成以后，就能自然而然地按照一定的秩序去学习。有了计划，也有利于锻炼克服困难、不怕失败的精神，无论碰到什么困难挫折也要坚持完成计划，达到规定的学习目标。</w:t>
      </w:r>
      <w:r>
        <w:rPr>
          <w:lang w:eastAsia="zh-CN"/>
        </w:rPr>
        <w:br/>
      </w:r>
      <w:r>
        <w:rPr>
          <w:lang w:eastAsia="zh-CN"/>
        </w:rPr>
        <w:t>　　(四)提高计划观念和计划能力，使自己成为能够有条理地安排学习，生活、工作的人。这种计划观念和计划能力，学生都应该学习和具备，这对一生都有好处。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有些学生学习毫无计划。脚踩西瓜皮，滑到哪里算到哪里，这是很不好的。高尔基说：不知明天该做什么的人是不幸的。有的学生认为，学校有教育计划，老师有教学计划，跟着老师走，按照学校要求办就行了。何必自己再定计划，这种想法不对。学校和老师的计划是针对全体学生的，每个学生还应该按照老师要求针对自己的学习情况制定具体的个人学习计划，特别是修学以后的自学部分，更要有自己的计划。</w:t>
      </w:r>
      <w:r>
        <w:rPr>
          <w:lang w:eastAsia="zh-CN"/>
        </w:rPr>
        <w:br/>
      </w:r>
      <w:r>
        <w:rPr>
          <w:lang w:eastAsia="zh-CN"/>
        </w:rPr>
        <w:t>　　由于学习计划有必要又大有好处，所以有计划地学习成为优秀生的共同特点。学习好和学习不好的差别当中有一条就是有没有学习计划。这一点越是高年级越明显。</w:t>
      </w:r>
      <w:r>
        <w:rPr>
          <w:lang w:eastAsia="zh-CN"/>
        </w:rPr>
        <w:br/>
      </w:r>
      <w:r>
        <w:rPr>
          <w:lang w:eastAsia="zh-CN"/>
        </w:rPr>
        <w:t>　　怎样制定学习计划呢? 一份好的学习计划大致包括三方面的内容。</w:t>
      </w:r>
      <w:r>
        <w:rPr>
          <w:lang w:eastAsia="zh-CN"/>
        </w:rPr>
        <w:br/>
      </w:r>
      <w:r>
        <w:rPr>
          <w:lang w:eastAsia="zh-CN"/>
        </w:rPr>
        <w:t>　　一、进行自我分析 我们每天都在学习，可能有的同学没有想过我是怎样学习的这个问题，因此制订计划前首先进行自我分析。</w:t>
      </w:r>
      <w:r>
        <w:rPr>
          <w:lang w:eastAsia="zh-CN"/>
        </w:rPr>
        <w:br/>
      </w:r>
      <w:r>
        <w:rPr>
          <w:lang w:eastAsia="zh-CN"/>
        </w:rPr>
        <w:t>　　1、分析自己的学习特点，同学们可以仔细回顾一下自己的学习情况，找出学习特点。各人的学习特点不一样：有的记忆力强，学过知识不易忘记;有的理解力好，老师说一遍就能听懂;有的动作快但经常错;有的动作慢却很仔细。如在数学学习中有的理解力强、应用题学习好;有的善于进行口算，算得比较快，有的记忆力好，公式定义记得比较牢;有的想象力丰富，善于在图形变换中找出规律。所以几何学习比较好……你可以全面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分析自己的学习现状，一是和全班同学比，确定看自己数学成绩在班级中的位置，还常用好、较好、中、较差、差来评价。二是和自己数学成绩的过去情况比，看它的发展趋势，通常用进步大、有进步、照常、有退步、退步大来评价。</w:t>
      </w:r>
      <w:r>
        <w:rPr>
          <w:lang w:eastAsia="zh-CN"/>
        </w:rPr>
        <w:br/>
      </w:r>
      <w:r>
        <w:rPr>
          <w:lang w:eastAsia="zh-CN"/>
        </w:rPr>
        <w:t>　　二、确定学习目标学习目标是学生学习的努力方向，正确的学习目标能催人奋进，从而产生为实现这一目标去奋斗的力量。没有学习目标，就象漫步在街头不知走向何处的流浪汉一样，是对学习时光的极大浪费。</w:t>
      </w:r>
      <w:r>
        <w:rPr>
          <w:lang w:eastAsia="zh-CN"/>
        </w:rPr>
        <w:br/>
      </w:r>
      <w:r>
        <w:rPr>
          <w:lang w:eastAsia="zh-CN"/>
        </w:rPr>
        <w:t>　　确定学习目标首先应体现学生德智体全面发展的教育方针，其次要按照学校的教育要求，此外还要根据自己的学习特点和现状。当然还可考虑一些社会因素家庭情况。</w:t>
      </w:r>
      <w:r>
        <w:rPr>
          <w:lang w:eastAsia="zh-CN"/>
        </w:rPr>
        <w:br/>
      </w:r>
      <w:r>
        <w:rPr>
          <w:lang w:eastAsia="zh-CN"/>
        </w:rPr>
        <w:t>　　学习目标要具有适当、明确、具体的特点。</w:t>
      </w:r>
      <w:r>
        <w:rPr>
          <w:lang w:eastAsia="zh-CN"/>
        </w:rPr>
        <w:br/>
      </w:r>
      <w:r>
        <w:rPr>
          <w:lang w:eastAsia="zh-CN"/>
        </w:rPr>
        <w:t>　　适当就是指目标不能定得过高或过低，过高了，最终无法实现，容易丧失信心，使计划成为一纸空文;过低了，无需努力就能达到，不利于进步。要根据自己的实际情况提出经过努力能够达到的目标.</w:t>
      </w:r>
      <w:r>
        <w:rPr>
          <w:lang w:eastAsia="zh-CN"/>
        </w:rPr>
        <w:br/>
      </w:r>
      <w:r>
        <w:rPr>
          <w:lang w:eastAsia="zh-CN"/>
        </w:rPr>
        <w:t>　　明确就是指学习目标要便于对照和检查。如：今后要努力学习，争取更大进步这一目标就不明确，怎样努力呢?哪些方面要有进步?如果必为：数学课语文课都要认真预习。数学成绩要在班级达到中上水平。这样就明确了，以后是否达到就可以检查了。</w:t>
      </w:r>
      <w:r>
        <w:rPr>
          <w:lang w:eastAsia="zh-CN"/>
        </w:rPr>
        <w:br/>
      </w:r>
      <w:r>
        <w:rPr>
          <w:lang w:eastAsia="zh-CN"/>
        </w:rPr>
        <w:t>　　具体就是目标要便于实现，如怎样才能达到数学中上水平这一目标呢?可以具体化为：每天做10道计算题，5道应用题，每个数学公式都要准确无疑地背出来，等等。</w:t>
      </w:r>
      <w:r>
        <w:rPr>
          <w:lang w:eastAsia="zh-CN"/>
        </w:rPr>
        <w:br/>
      </w:r>
      <w:r>
        <w:rPr>
          <w:lang w:eastAsia="zh-CN"/>
        </w:rPr>
        <w:t>　　三、科学安排时间</w:t>
      </w:r>
      <w:r>
        <w:rPr>
          <w:lang w:eastAsia="zh-CN"/>
        </w:rPr>
        <w:br/>
      </w:r>
      <w:r>
        <w:rPr>
          <w:lang w:eastAsia="zh-CN"/>
        </w:rPr>
        <w:t>　　确定了学习目标之后，就要通过科学地安排。使用时间来达到这些目标。要符合全面、合理、高效的要求。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全面 在安排时间时，既要考虑学习，也要考虑休息和娱乐，既要考虑课内学习，还要考虑课外学习，还要考虑不同学科的时间搭配。</w:t>
      </w:r>
      <w:r>
        <w:rPr>
          <w:lang w:eastAsia="zh-CN"/>
        </w:rPr>
        <w:br/>
      </w:r>
      <w:r>
        <w:rPr>
          <w:lang w:eastAsia="zh-CN"/>
        </w:rPr>
        <w:t>　　合理要找出每天学习的最佳时间，如有的同学早晨头脑清醒，最适合于记忆和思考;有的则晚上学习效果更好，要在最佳时间里完成较重要的学习任务，此外注意文理交叉安排，如复习一会语文，就做几道算术题，然后再复习自然常识外语待。</w:t>
      </w:r>
      <w:r>
        <w:rPr>
          <w:lang w:eastAsia="zh-CN"/>
        </w:rPr>
        <w:br/>
      </w:r>
      <w:r>
        <w:rPr>
          <w:lang w:eastAsia="zh-CN"/>
        </w:rPr>
        <w:t>　　高效要根据事情的轻重缓急来安排时间，一般来说，把重要的或困难的学习任务放在前面来完成，因为这时候精力充沛，思维活跃，而把比较容易的放稍后去做。此外，较小的任务可以放在零星时间去完成，以充分做到见缝插针。</w:t>
      </w:r>
      <w:r>
        <w:rPr>
          <w:lang w:eastAsia="zh-CN"/>
        </w:rPr>
        <w:br/>
      </w:r>
      <w:r>
        <w:rPr>
          <w:lang w:eastAsia="zh-CN"/>
        </w:rPr>
        <w:t>　　一天中供自己安排的时间基本上分为四段：早上起床到上学，上午放学到下午放学，下午放学到吃晚饭前，吃晚饭后到睡觉。同学们主要应在这四段时间里统筹安排自己的学习生活内容。</w:t>
      </w:r>
      <w:r>
        <w:rPr>
          <w:lang w:eastAsia="zh-CN"/>
        </w:rPr>
        <w:br/>
      </w:r>
      <w:r>
        <w:rPr>
          <w:lang w:eastAsia="zh-CN"/>
        </w:rPr>
        <w:t>　　在进行时间安排时，还要注意以下两点：</w:t>
      </w:r>
      <w:r>
        <w:rPr>
          <w:lang w:eastAsia="zh-CN"/>
        </w:rPr>
        <w:br/>
      </w:r>
      <w:r>
        <w:rPr>
          <w:lang w:eastAsia="zh-CN"/>
        </w:rPr>
        <w:t>　　1、 要突出重点 也就是说，要根据地自我分析中提出 的学习标点或比较薄弱的学科在时间上给予重点保证。</w:t>
      </w:r>
      <w:r>
        <w:rPr>
          <w:lang w:eastAsia="zh-CN"/>
        </w:rPr>
        <w:br/>
      </w:r>
      <w:r>
        <w:rPr>
          <w:lang w:eastAsia="zh-CN"/>
        </w:rPr>
        <w:t>　　2、 要有机动时间，计划不要排太满太紧，贪心的计划是难以做到的。</w:t>
      </w:r>
      <w:r>
        <w:rPr>
          <w:lang w:eastAsia="zh-CN"/>
        </w:rPr>
        <w:br/>
      </w:r>
    </w:p>
    <w:p w:rsidR="001B1F19" w14:textId="27C3F48A">
      <w:pPr>
        <w:rPr>
          <w:rFonts w:hint="eastAsia"/>
          <w:lang w:eastAsia="zh-CN"/>
        </w:rPr>
      </w:pPr>
      <w:r>
        <w:rPr>
          <w:lang w:eastAsia="zh-CN"/>
        </w:rPr>
        <w:t>　　定了计划，一定要实行，不按计划办事，计划是没有用的。为了使计划不落空，要对计划的实行情况定期检查。可以制定一个计划检查表，把什么时间完成什么任务达到什么进度，列成表格，完成一项，就打上√。根据检查结果及时调整修改计划，使计划越定越好，使自己制定计划的能力越来越强。</w:t>
      </w:r>
      <w:r>
        <w:rPr>
          <w:lang w:eastAsia="zh-CN"/>
        </w:rPr>
        <w:br/>
      </w:r>
      <w:r>
        <w:rPr>
          <w:lang w:eastAsia="zh-CN"/>
        </w:rPr>
        <w:t xml:space="preserve">    小学一周学习计划范文 篇13 </w:t>
      </w:r>
      <w:r>
        <w:rPr>
          <w:lang w:eastAsia="zh-CN"/>
        </w:rPr>
        <w:br/>
      </w:r>
      <w:r>
        <w:rPr>
          <w:lang w:eastAsia="zh-CN"/>
        </w:rPr>
        <w:t>　　一 英语自己百词斩</w:t>
      </w:r>
      <w:r>
        <w:rPr>
          <w:lang w:eastAsia="zh-CN"/>
        </w:rPr>
        <w:br/>
      </w:r>
      <w:r>
        <w:rPr>
          <w:lang w:eastAsia="zh-CN"/>
        </w:rPr>
        <w:t>　　内容：</w:t>
      </w:r>
      <w:r>
        <w:rPr>
          <w:lang w:eastAsia="zh-CN"/>
        </w:rPr>
        <w:br/>
      </w:r>
      <w:r>
        <w:rPr>
          <w:lang w:eastAsia="zh-CN"/>
        </w:rPr>
        <w:t>　　继续保持每天100新词的平均速度，到1月29日，把初中_个斩完。之后马不停蹄的开始斩高中高分词汇每天50个的速度。预计3月18日左右斩完高中。初高中合计共_个词。也不少了。之后就阅读巩固。</w:t>
      </w:r>
      <w:r>
        <w:rPr>
          <w:lang w:eastAsia="zh-CN"/>
        </w:rPr>
        <w:br/>
      </w:r>
      <w:r>
        <w:rPr>
          <w:lang w:eastAsia="zh-CN"/>
        </w:rPr>
        <w:t>　　时间安排：</w:t>
      </w:r>
      <w:r>
        <w:rPr>
          <w:lang w:eastAsia="zh-CN"/>
        </w:rPr>
        <w:br/>
      </w:r>
      <w:r>
        <w:rPr>
          <w:lang w:eastAsia="zh-CN"/>
        </w:rPr>
        <w:t>　　预计初中词汇每天要1小时左右能完成这个目标，高中词汇由于减少到50个每天，时间会更少。完全由孩子自己安排时间。</w:t>
      </w:r>
      <w:r>
        <w:rPr>
          <w:lang w:eastAsia="zh-CN"/>
        </w:rPr>
        <w:br/>
      </w:r>
      <w:r>
        <w:rPr>
          <w:lang w:eastAsia="zh-CN"/>
        </w:rPr>
        <w:t>　　二 数学复习几何</w:t>
      </w:r>
      <w:r>
        <w:rPr>
          <w:lang w:eastAsia="zh-CN"/>
        </w:rPr>
        <w:br/>
      </w:r>
      <w:r>
        <w:rPr>
          <w:lang w:eastAsia="zh-CN"/>
        </w:rPr>
        <w:t>　　内容：</w:t>
      </w:r>
      <w:r>
        <w:rPr>
          <w:lang w:eastAsia="zh-CN"/>
        </w:rPr>
        <w:br/>
      </w:r>
      <w:r>
        <w:rPr>
          <w:lang w:eastAsia="zh-CN"/>
        </w:rPr>
        <w:t>　　本来计划在姥姥家当地找个老师，帮着复习代数，不过考虑到减轻孩子压力的，阅读点图书，这个就砍了。另外，代数其实问题不大。学习新的，总能巩固旧的。但几何不行。</w:t>
      </w:r>
      <w:r>
        <w:rPr>
          <w:lang w:eastAsia="zh-CN"/>
        </w:rPr>
        <w:br/>
      </w:r>
      <w:r>
        <w:rPr>
          <w:lang w:eastAsia="zh-CN"/>
        </w:rPr>
        <w:t>　　这样寒假就集中复习几何。第一轮次是做到几何所有涉及的定理，推论，都能独立证明，这个要反复。第二轮次就是直接从中考试卷或模拟试卷找题来做，直到做熟练，达标。</w:t>
      </w:r>
      <w:r>
        <w:rPr>
          <w:lang w:eastAsia="zh-CN"/>
        </w:rPr>
        <w:br/>
      </w:r>
      <w:r>
        <w:rPr>
          <w:lang w:eastAsia="zh-CN"/>
        </w:rPr>
        <w:t>　　代数可以推迟复习。集中弄几何。直到达标为止！</w:t>
      </w:r>
      <w:r>
        <w:rPr>
          <w:lang w:eastAsia="zh-CN"/>
        </w:rPr>
        <w:br/>
      </w:r>
      <w:r>
        <w:rPr>
          <w:lang w:eastAsia="zh-CN"/>
        </w:rPr>
        <w:t>　　时间：</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https://d.book118.com/236143034020010053</w:t>
        </w:r>
      </w:hyperlink>
    </w:p>
    <w:p w:rsidR="001B1F19">
      <w:pPr>
        <w:rPr>
          <w:rFonts w:hint="eastAsia"/>
          <w:lang w:eastAsia="zh-CN"/>
        </w:rPr>
      </w:pPr>
    </w:p>
    <w:sectPr>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3614303402001005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