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初中学生个人学习计划（32篇）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初中学生个人学习计划（通用32篇）</w:t>
      </w:r>
      <w:r>
        <w:rPr>
          <w:lang w:eastAsia="zh-CN"/>
        </w:rPr>
        <w:br/>
      </w:r>
      <w:r>
        <w:rPr>
          <w:lang w:eastAsia="zh-CN"/>
        </w:rPr>
        <w:t xml:space="preserve">    初中学生个人学习计划 篇1 </w:t>
      </w:r>
      <w:r>
        <w:rPr>
          <w:lang w:eastAsia="zh-CN"/>
        </w:rPr>
        <w:br/>
      </w:r>
      <w:r>
        <w:rPr>
          <w:lang w:eastAsia="zh-CN"/>
        </w:rPr>
        <w:t>　　一、目标</w:t>
      </w:r>
      <w:r>
        <w:rPr>
          <w:lang w:eastAsia="zh-CN"/>
        </w:rPr>
        <w:br/>
      </w:r>
      <w:r>
        <w:rPr>
          <w:lang w:eastAsia="zh-CN"/>
        </w:rPr>
        <w:t>　　期间应该应把重点放在课本上、课堂内。因为考试虽强调淡化课本的考查，其实处处有课本的影子。“课内知识课外考”的测试方式，就要求我把课内知识学扎实，否则无法完满地解答课外考题。当然，重点放在课本上，并不是将视野局限于课本，仍应有大量课外阅读，在课外阅读中巩固，贯通课本知识，培养能力。“牵一发而动全身”，做到由一个知识点可以拎起一串，提起一面。系统地掌握知识后，技巧也就“水到渠成。</w:t>
      </w:r>
      <w:r>
        <w:rPr>
          <w:lang w:eastAsia="zh-CN"/>
        </w:rPr>
        <w:br/>
      </w:r>
      <w:r>
        <w:rPr>
          <w:lang w:eastAsia="zh-CN"/>
        </w:rPr>
        <w:t>　　二、知己</w:t>
      </w:r>
      <w:r>
        <w:rPr>
          <w:lang w:eastAsia="zh-CN"/>
        </w:rPr>
        <w:br/>
      </w:r>
      <w:r>
        <w:rPr>
          <w:lang w:eastAsia="zh-CN"/>
        </w:rPr>
        <w:t>　　作战讲究“知己知彼，百战不殆”。学习也是一样。所以要制定出符合自己实际情况的学习计划，必须要“知己”。“知己”包括三层含义：明确学习奋斗的目标，了解自己的学习情况，明确地估计自己的能力。做到“知己”后，我们就可以制定计划了。</w:t>
      </w:r>
      <w:r>
        <w:rPr>
          <w:lang w:eastAsia="zh-CN"/>
        </w:rPr>
        <w:br/>
      </w:r>
      <w:r>
        <w:rPr>
          <w:lang w:eastAsia="zh-CN"/>
        </w:rPr>
        <w:t>　　三、要求</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首先，要让自己知道，每天我具体干些什么，知道每周的安排等。我应该去计划自己的学习和生活，做到自己对自己心中有谱。一份计划上只出现时间和科目是不够的，最起码还要有具体的章节的安排，包括做哪些习题，看哪些笔记都应当有，这样才能真正地发挥计划的优势。所谓“实”，就是一定要符合自己的实际情况，适当地高一些也可以，但绝不可过高或过低。太低了，计划的内容松松垮垮，反而不如没有计划，但大多数人可能更容易把计划列得偏高，开始还能拼一拼坚持一下，但很快地就败下阵来。如果总是列这种过高过紧的计划，常常完不成，那么时间一久也就会对列计划失去信心了。一份好的计划绝不在于它的起点有多高，而在于它是不是能帮你更好地完成学习任务，让你的能力得到最好的发挥。</w:t>
      </w:r>
      <w:r>
        <w:rPr>
          <w:lang w:eastAsia="zh-CN"/>
        </w:rPr>
        <w:br/>
      </w:r>
      <w:r>
        <w:rPr>
          <w:lang w:eastAsia="zh-CN"/>
        </w:rPr>
        <w:t>　　其次，计划的安排应合理、科学，尽量不要让你的时间浪费。应该说明的是，不浪费时间并不是把所有时间都用来学习，也不是说打球、洗衣服等时间都是浪费。如六、日的时间，如果你的学习黄金时间在上午，而你却在整个上午做一些洗衣服、打扫房间等杂事，而中午、下午才来做作业的话，这就不能不说是一种浪费了。很多事不能不做，但要放在合适的时候做，黄金时间都应用来学习。</w:t>
      </w:r>
      <w:r>
        <w:rPr>
          <w:lang w:eastAsia="zh-CN"/>
        </w:rPr>
        <w:br/>
      </w:r>
      <w:r>
        <w:rPr>
          <w:lang w:eastAsia="zh-CN"/>
        </w:rPr>
        <w:t>　　希望自己能每天打卡自己的计划，让自己有一个美好的暑假。</w:t>
      </w:r>
      <w:r>
        <w:rPr>
          <w:lang w:eastAsia="zh-CN"/>
        </w:rPr>
        <w:br/>
      </w:r>
      <w:r>
        <w:rPr>
          <w:lang w:eastAsia="zh-CN"/>
        </w:rPr>
        <w:t xml:space="preserve">    初中学生个人学习计划 篇2 </w:t>
      </w:r>
      <w:r>
        <w:rPr>
          <w:lang w:eastAsia="zh-CN"/>
        </w:rPr>
        <w:br/>
      </w:r>
      <w:r>
        <w:rPr>
          <w:lang w:eastAsia="zh-CN"/>
        </w:rPr>
        <w:t>　　这个学期一开学，在新学期到来之际，我将制定自己的学习计划如下：</w:t>
      </w:r>
      <w:r>
        <w:rPr>
          <w:lang w:eastAsia="zh-CN"/>
        </w:rPr>
        <w:br/>
      </w:r>
      <w:r>
        <w:rPr>
          <w:lang w:eastAsia="zh-CN"/>
        </w:rPr>
        <w:t>　　一、做好预习。</w:t>
      </w:r>
      <w:r>
        <w:rPr>
          <w:lang w:eastAsia="zh-CN"/>
        </w:rPr>
        <w:br/>
      </w:r>
      <w:r>
        <w:rPr>
          <w:lang w:eastAsia="zh-CN"/>
        </w:rPr>
        <w:t>　　预习是学好各科的第一个环节，所以预习应做到：</w:t>
      </w:r>
      <w:r>
        <w:rPr>
          <w:lang w:eastAsia="zh-CN"/>
        </w:rPr>
        <w:br/>
      </w:r>
      <w:r>
        <w:rPr>
          <w:lang w:eastAsia="zh-CN"/>
        </w:rPr>
        <w:t>　　1、粗读教材，找出这节与哪些旧知识有联系，并复习这些知识；</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2、列写出这节的内容提要；</w:t>
      </w:r>
      <w:r>
        <w:rPr>
          <w:lang w:eastAsia="zh-CN"/>
        </w:rPr>
        <w:br/>
      </w:r>
      <w:r>
        <w:rPr>
          <w:lang w:eastAsia="zh-CN"/>
        </w:rPr>
        <w:t>　　3、找出这节的重点与难点；</w:t>
      </w:r>
      <w:r>
        <w:rPr>
          <w:lang w:eastAsia="zh-CN"/>
        </w:rPr>
        <w:br/>
      </w:r>
      <w:r>
        <w:rPr>
          <w:lang w:eastAsia="zh-CN"/>
        </w:rPr>
        <w:t>　　4、找出课堂上应解决的重点问题。</w:t>
      </w:r>
      <w:r>
        <w:rPr>
          <w:lang w:eastAsia="zh-CN"/>
        </w:rPr>
        <w:br/>
      </w:r>
      <w:r>
        <w:rPr>
          <w:lang w:eastAsia="zh-CN"/>
        </w:rPr>
        <w:t>　　二、听课。</w:t>
      </w:r>
      <w:r>
        <w:rPr>
          <w:lang w:eastAsia="zh-CN"/>
        </w:rPr>
        <w:br/>
      </w:r>
      <w:r>
        <w:rPr>
          <w:lang w:eastAsia="zh-CN"/>
        </w:rPr>
        <w:t>　　学习每门功课，一个很重要的环节就是要听好课，听课应做到：</w:t>
      </w:r>
      <w:r>
        <w:rPr>
          <w:lang w:eastAsia="zh-CN"/>
        </w:rPr>
        <w:br/>
      </w:r>
      <w:r>
        <w:rPr>
          <w:lang w:eastAsia="zh-CN"/>
        </w:rPr>
        <w:t>　　1、要有明确的学习目的。</w:t>
      </w:r>
      <w:r>
        <w:rPr>
          <w:lang w:eastAsia="zh-CN"/>
        </w:rPr>
        <w:br/>
      </w:r>
      <w:r>
        <w:rPr>
          <w:lang w:eastAsia="zh-CN"/>
        </w:rPr>
        <w:t>　　2、听课要特别注重“理解”。</w:t>
      </w:r>
      <w:r>
        <w:rPr>
          <w:lang w:eastAsia="zh-CN"/>
        </w:rPr>
        <w:br/>
      </w:r>
      <w:r>
        <w:rPr>
          <w:lang w:eastAsia="zh-CN"/>
        </w:rPr>
        <w:t>　　三、做课堂笔记。</w:t>
      </w:r>
      <w:r>
        <w:rPr>
          <w:lang w:eastAsia="zh-CN"/>
        </w:rPr>
        <w:br/>
      </w:r>
      <w:r>
        <w:rPr>
          <w:lang w:eastAsia="zh-CN"/>
        </w:rPr>
        <w:t>　　做笔记对复习、作业有好处，做课堂笔记应：</w:t>
      </w:r>
      <w:r>
        <w:rPr>
          <w:lang w:eastAsia="zh-CN"/>
        </w:rPr>
        <w:br/>
      </w:r>
      <w:r>
        <w:rPr>
          <w:lang w:eastAsia="zh-CN"/>
        </w:rPr>
        <w:t>　　1、笔记要简明扼要；</w:t>
      </w:r>
      <w:r>
        <w:rPr>
          <w:lang w:eastAsia="zh-CN"/>
        </w:rPr>
        <w:br/>
      </w:r>
      <w:r>
        <w:rPr>
          <w:lang w:eastAsia="zh-CN"/>
        </w:rPr>
        <w:t>　　2、课堂上做好笔记后，还要学会课后及时整理笔记。</w:t>
      </w:r>
      <w:r>
        <w:rPr>
          <w:lang w:eastAsia="zh-CN"/>
        </w:rPr>
        <w:br/>
      </w:r>
      <w:r>
        <w:rPr>
          <w:lang w:eastAsia="zh-CN"/>
        </w:rPr>
        <w:t>　　四、做作业。</w:t>
      </w:r>
      <w:r>
        <w:rPr>
          <w:lang w:eastAsia="zh-CN"/>
        </w:rPr>
        <w:br/>
      </w:r>
      <w:r>
        <w:rPr>
          <w:lang w:eastAsia="zh-CN"/>
        </w:rPr>
        <w:t>　　1、做作业之前，必须对当天所学的知识认真复习，理解其确切涵义，明确起适用条件，弄清运用其解题的步骤；</w:t>
      </w:r>
      <w:r>
        <w:rPr>
          <w:lang w:eastAsia="zh-CN"/>
        </w:rPr>
        <w:br/>
      </w:r>
      <w:r>
        <w:rPr>
          <w:lang w:eastAsia="zh-CN"/>
        </w:rPr>
        <w:t>　　2、认真审题，弄清题设条件和做题要求；</w:t>
      </w:r>
      <w:r>
        <w:rPr>
          <w:lang w:eastAsia="zh-CN"/>
        </w:rPr>
        <w:br/>
      </w:r>
      <w:r>
        <w:rPr>
          <w:lang w:eastAsia="zh-CN"/>
        </w:rPr>
        <w:t>　　3、明确解题思路，确定解题方法步骤；</w:t>
      </w:r>
      <w:r>
        <w:rPr>
          <w:lang w:eastAsia="zh-CN"/>
        </w:rPr>
        <w:br/>
      </w:r>
      <w:r>
        <w:rPr>
          <w:lang w:eastAsia="zh-CN"/>
        </w:rPr>
        <w:t>　　4、认真仔细做题，不可马虎从事，做完后还要认真检查；</w:t>
      </w:r>
      <w:r>
        <w:rPr>
          <w:lang w:eastAsia="zh-CN"/>
        </w:rPr>
        <w:br/>
      </w:r>
      <w:r>
        <w:rPr>
          <w:lang w:eastAsia="zh-CN"/>
        </w:rPr>
        <w:t>　　5、及时总结经验教训，积累解题技巧，提高解题能力；</w:t>
      </w:r>
      <w:r>
        <w:rPr>
          <w:lang w:eastAsia="zh-CN"/>
        </w:rPr>
        <w:br/>
      </w:r>
      <w:r>
        <w:rPr>
          <w:lang w:eastAsia="zh-CN"/>
        </w:rPr>
        <w:t>　　6、遇到不会做的题，不要急于问老师，更不能抄袭别人的作业，要在复习功课的基础上，要通过层层分析，步步推理，多方联系，理出头绪，要下决心独立完成作业；</w:t>
      </w:r>
      <w:r>
        <w:rPr>
          <w:lang w:eastAsia="zh-CN"/>
        </w:rPr>
        <w:br/>
      </w:r>
      <w:r>
        <w:rPr>
          <w:lang w:eastAsia="zh-CN"/>
        </w:rPr>
        <w:t>　　7、像历史、地理、生物、政治这些需要背的科目，要先背再做。</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五、课后复习。</w:t>
      </w:r>
      <w:r>
        <w:rPr>
          <w:lang w:eastAsia="zh-CN"/>
        </w:rPr>
        <w:br/>
      </w:r>
      <w:r>
        <w:rPr>
          <w:lang w:eastAsia="zh-CN"/>
        </w:rPr>
        <w:t>　　1、及时复习；</w:t>
      </w:r>
      <w:r>
        <w:rPr>
          <w:lang w:eastAsia="zh-CN"/>
        </w:rPr>
        <w:br/>
      </w:r>
      <w:r>
        <w:rPr>
          <w:lang w:eastAsia="zh-CN"/>
        </w:rPr>
        <w:t>　　2、计划复习；</w:t>
      </w:r>
      <w:r>
        <w:rPr>
          <w:lang w:eastAsia="zh-CN"/>
        </w:rPr>
        <w:br/>
      </w:r>
      <w:r>
        <w:rPr>
          <w:lang w:eastAsia="zh-CN"/>
        </w:rPr>
        <w:t>　　3、课本、笔记和教辅资料一起运用；</w:t>
      </w:r>
      <w:r>
        <w:rPr>
          <w:lang w:eastAsia="zh-CN"/>
        </w:rPr>
        <w:br/>
      </w:r>
      <w:r>
        <w:rPr>
          <w:lang w:eastAsia="zh-CN"/>
        </w:rPr>
        <w:t>　　4、提高复习质量。</w:t>
      </w:r>
      <w:r>
        <w:rPr>
          <w:lang w:eastAsia="zh-CN"/>
        </w:rPr>
        <w:br/>
      </w:r>
      <w:r>
        <w:rPr>
          <w:lang w:eastAsia="zh-CN"/>
        </w:rPr>
        <w:t>　　做好以上几点就已经是不容易的了，必须要同学们付出努力和坚持，持之以恒，同学们，暗暗下决心吧，新学期做好以上五点，坚持学习计划，相信就能获得成绩上的飞跃。</w:t>
      </w:r>
      <w:r>
        <w:rPr>
          <w:lang w:eastAsia="zh-CN"/>
        </w:rPr>
        <w:br/>
      </w:r>
      <w:r>
        <w:rPr>
          <w:lang w:eastAsia="zh-CN"/>
        </w:rPr>
        <w:t>　　新年伊始，我们又进入了新的学期，在新的一年里我们应该有我们自己的新目标，应该建立新的学期计划。</w:t>
      </w:r>
      <w:r>
        <w:rPr>
          <w:lang w:eastAsia="zh-CN"/>
        </w:rPr>
        <w:br/>
      </w:r>
      <w:r>
        <w:rPr>
          <w:lang w:eastAsia="zh-CN"/>
        </w:rPr>
        <w:t>　　回首过去的半年，从总的方面说，我表现得还不错，期末考试也有比较理想的成绩，但是，对于考试还有许多的不足之处，这些不足，留下了遗憾，因此今年的学期计划，是建立在去年不足的基础之上的。</w:t>
      </w:r>
      <w:r>
        <w:rPr>
          <w:lang w:eastAsia="zh-CN"/>
        </w:rPr>
        <w:br/>
      </w:r>
      <w:r>
        <w:rPr>
          <w:lang w:eastAsia="zh-CN"/>
        </w:rPr>
        <w:t>　　在语文学习方面，我应该多注意，在审题、记文学常识和写作方面，在审题方面主要是不够仔细，有时没有读懂题目就在做题，文学常识方面，平时在记第一遍时很快就记住了，但过后复习的时候就很少，与论语里的“温故而知新”，相反，造成考试时模棱两可拿不定注意。写作方面是平时积累少，练习少，对于优美的句子都不善于利用。</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数学练习上，应当注意多记公式，公式能帮助我们快速解决问题，多练习，多理解能帮助我们熟能生巧，在以后做题会更容易，还有是在做题过程中要多注意计算、检验，最后在做完题后一定还要认真检查，确保无误。</w:t>
      </w:r>
      <w:r>
        <w:rPr>
          <w:lang w:eastAsia="zh-CN"/>
        </w:rPr>
        <w:br/>
      </w:r>
      <w:r>
        <w:rPr>
          <w:lang w:eastAsia="zh-CN"/>
        </w:rPr>
        <w:t>　　在英语学习方面，在上课时要仔细听，做好笔记，不能听懂的就要去问老师或者同学，要制定计划多记单词，课外要多找些自己比较差的题目进行练习，学英语最主要的还要注意多说、多炼，有助于提高自己的口语能力。</w:t>
      </w:r>
      <w:r>
        <w:rPr>
          <w:lang w:eastAsia="zh-CN"/>
        </w:rPr>
        <w:br/>
      </w:r>
      <w:r>
        <w:rPr>
          <w:lang w:eastAsia="zh-CN"/>
        </w:rPr>
        <w:t>　　在专一学习方面我们要多记，多运用，还要在实践课上要按老师的要求认真练习。</w:t>
      </w:r>
      <w:r>
        <w:rPr>
          <w:lang w:eastAsia="zh-CN"/>
        </w:rPr>
        <w:br/>
      </w:r>
      <w:r>
        <w:rPr>
          <w:lang w:eastAsia="zh-CN"/>
        </w:rPr>
        <w:t>　　专二课程上学习，我们首先要建立信心，对自己充满信心有助于激励我们。在学习的过程中要认真听讲，跟随老师的思维走，碰到不懂的问题要提出来请老师或同学来为我们讲解，在专二学习上对于计算用笔算很重要，要想得分高计算正确很重要。还有一点是要记住相关公式、单位及表示方法。有了它们能帮助我们拿到一些细小的分。别看这些分很小，但它们积累多了，对我们也会有很大帮助。</w:t>
      </w:r>
      <w:r>
        <w:rPr>
          <w:lang w:eastAsia="zh-CN"/>
        </w:rPr>
        <w:br/>
      </w:r>
      <w:r>
        <w:rPr>
          <w:lang w:eastAsia="zh-CN"/>
        </w:rPr>
        <w:t>　　对于学习，好的计划能够帮助我们提高成绩，能让我们找到更好的方法来学习。</w:t>
      </w:r>
      <w:r>
        <w:rPr>
          <w:lang w:eastAsia="zh-CN"/>
        </w:rPr>
        <w:br/>
      </w:r>
      <w:r>
        <w:rPr>
          <w:lang w:eastAsia="zh-CN"/>
        </w:rPr>
        <w:t>　　在今后的学习中我们还必须要学习别人好的学习方法。在生活中我们也要遵守学校的规章制度，只有纪律好了才不会耽搁到学习。对待同学要热心，要有一颗宽容善良的心。</w:t>
      </w:r>
      <w:r>
        <w:rPr>
          <w:lang w:eastAsia="zh-CN"/>
        </w:rPr>
        <w:br/>
      </w:r>
      <w:r>
        <w:rPr>
          <w:lang w:eastAsia="zh-CN"/>
        </w:rPr>
        <w:t xml:space="preserve">    初中学生个人学习计划 篇3 </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初二下学期学习的难度增加了，知识范围更广，课程的内容更加抽象，更加难以理解，需要综合分析并加以推倒才能解除问题的最终答案，利用所学的识和曾经解过的题型，找出解题的，理清思路，迅速的将答案表达清楚，这一点对初二的学习是极为重要的！</w:t>
      </w:r>
      <w:r>
        <w:rPr>
          <w:lang w:eastAsia="zh-CN"/>
        </w:rPr>
        <w:br/>
      </w:r>
      <w:r>
        <w:rPr>
          <w:lang w:eastAsia="zh-CN"/>
        </w:rPr>
        <w:t>　　1、学习生活时刻合理组织安排。</w:t>
      </w:r>
      <w:r>
        <w:rPr>
          <w:lang w:eastAsia="zh-CN"/>
        </w:rPr>
        <w:br/>
      </w:r>
      <w:r>
        <w:rPr>
          <w:lang w:eastAsia="zh-CN"/>
        </w:rPr>
        <w:t>　　白天的自习课最好安排给数学、物理，这时候解题的效率高一些。其他的时间就要留给语文了，可以多读些课外书，遇到好文章和好的语段，应该抄下来以积累素材，在写作文时会轻松很多。</w:t>
      </w:r>
      <w:r>
        <w:rPr>
          <w:lang w:eastAsia="zh-CN"/>
        </w:rPr>
        <w:br/>
      </w:r>
      <w:r>
        <w:rPr>
          <w:lang w:eastAsia="zh-CN"/>
        </w:rPr>
        <w:t>　　2、主次分明，把握重点学科。</w:t>
      </w:r>
      <w:r>
        <w:rPr>
          <w:lang w:eastAsia="zh-CN"/>
        </w:rPr>
        <w:br/>
      </w:r>
      <w:r>
        <w:rPr>
          <w:lang w:eastAsia="zh-CN"/>
        </w:rPr>
        <w:t>　　初二时，每门主科应有一本课外辅导书（教材全解），课外适当做一些练习题还是必要的。初二上学期除了听好课，还得多关心时事，如关注一些新闻等等，中考会涉及的考点等。</w:t>
      </w:r>
      <w:r>
        <w:rPr>
          <w:lang w:eastAsia="zh-CN"/>
        </w:rPr>
        <w:br/>
      </w:r>
      <w:r>
        <w:rPr>
          <w:lang w:eastAsia="zh-CN"/>
        </w:rPr>
        <w:t>　　3、带着兴趣，带着问题，带着目的听课。</w:t>
      </w:r>
      <w:r>
        <w:rPr>
          <w:lang w:eastAsia="zh-CN"/>
        </w:rPr>
        <w:br/>
      </w:r>
      <w:r>
        <w:rPr>
          <w:lang w:eastAsia="zh-CN"/>
        </w:rPr>
        <w:t>　　课后进行总结，归纳出所讲常识的框架，然后做有关练习和辅导。</w:t>
      </w:r>
      <w:r>
        <w:rPr>
          <w:lang w:eastAsia="zh-CN"/>
        </w:rPr>
        <w:br/>
      </w:r>
      <w:r>
        <w:rPr>
          <w:lang w:eastAsia="zh-CN"/>
        </w:rPr>
        <w:t>　　4、还要养成良好的学习习惯。</w:t>
      </w:r>
      <w:r>
        <w:rPr>
          <w:lang w:eastAsia="zh-CN"/>
        </w:rPr>
        <w:br/>
      </w:r>
      <w:r>
        <w:rPr>
          <w:lang w:eastAsia="zh-CN"/>
        </w:rPr>
        <w:t>　　另外平时准备错误集锦本，遇到简单出错的问题就及时记下来。这样，复习时就能有的放矢，有条不紊。初中一年级抓孩子的学习习惯是第一位，有了好的学习习惯，到初三的时候，孩子就相对容易冲刺上去。</w:t>
      </w:r>
      <w:r>
        <w:rPr>
          <w:lang w:eastAsia="zh-CN"/>
        </w:rPr>
        <w:br/>
      </w:r>
      <w:r>
        <w:rPr>
          <w:lang w:eastAsia="zh-CN"/>
        </w:rPr>
        <w:t>　　5、课后温习加巩固练习。</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每次听完课，阅读一些相关的辅导资料，做一些相关的习题。现在的辅导很多，寻找到一种适合自己的情况的辅导书。在书店的辅导资料书架前大致阅读一些，感觉哪本看起来很舒服，就用哪一本。如果不会选择，可以咨询以下老师。</w:t>
      </w:r>
      <w:r>
        <w:rPr>
          <w:lang w:eastAsia="zh-CN"/>
        </w:rPr>
        <w:br/>
      </w:r>
      <w:r>
        <w:rPr>
          <w:lang w:eastAsia="zh-CN"/>
        </w:rPr>
        <w:t>　　如果有问题要及时讨教老师，有意识地提前知道的学习初三高三中考高考的试题，并分项对有关中考高考题类收拾，进行期间性复习。初二物理要结合奥物的题目，系统了解初二物理下学期的知识点，并做相关的中考试题。</w:t>
      </w:r>
      <w:r>
        <w:rPr>
          <w:lang w:eastAsia="zh-CN"/>
        </w:rPr>
        <w:br/>
      </w:r>
      <w:r>
        <w:rPr>
          <w:lang w:eastAsia="zh-CN"/>
        </w:rPr>
        <w:t>　　初二下学期的学习情况是代表一个学生在本学年所付出的努力的客观体现，它可以在某种程度上反映出学生在学习态度上是否端正、学习方法是否正确、以及对于主要知识点是否能够灵活运用等。</w:t>
      </w:r>
      <w:r>
        <w:rPr>
          <w:lang w:eastAsia="zh-CN"/>
        </w:rPr>
        <w:br/>
      </w:r>
      <w:r>
        <w:rPr>
          <w:lang w:eastAsia="zh-CN"/>
        </w:rPr>
        <w:t>　　在初二结束时，可以通过月考、期中、期末成绩让学生思考在即将到来的初三中，该怎样更好的提高自己才能在中考里取得出色的成绩，也可以了解自己在各科学习中哪方面还理解得不够深刻，要知道每一个细微的知识点都有可能会在中考被考察到，所以不能对任何一个掌握得不够的知识点轻言放弃。</w:t>
      </w:r>
      <w:r>
        <w:rPr>
          <w:lang w:eastAsia="zh-CN"/>
        </w:rPr>
        <w:br/>
      </w:r>
      <w:r>
        <w:rPr>
          <w:lang w:eastAsia="zh-CN"/>
        </w:rPr>
        <w:t xml:space="preserve">    初中学生个人学习计划 篇4 </w:t>
      </w:r>
      <w:r>
        <w:rPr>
          <w:lang w:eastAsia="zh-CN"/>
        </w:rPr>
        <w:br/>
      </w:r>
      <w:r>
        <w:rPr>
          <w:lang w:eastAsia="zh-CN"/>
        </w:rPr>
        <w:t>　　初二下学期学习的难度增加了，知识范围更广，课程的内容更加抽象，更加难以理解，需要综合分析并加以推倒才能解除问题的最终答案，利用所学的识和曾经解过的题型，找出解题的，理清思路，迅速的将答案表达清楚，这一点对初二的学习是极为重要的！</w:t>
      </w:r>
      <w:r>
        <w:rPr>
          <w:lang w:eastAsia="zh-CN"/>
        </w:rPr>
        <w:br/>
      </w:r>
      <w:r>
        <w:rPr>
          <w:lang w:eastAsia="zh-CN"/>
        </w:rPr>
        <w:t>　　1、学习生活时刻合理组织安排。</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白天的自习课最好安排给数学、物理，这时候解题的效率高一些。其他的时间就要留给语文了，可以多读些课外书，遇到好文章和好的语段，应该抄下来以积累素材，在写作文时会轻松很多。</w:t>
      </w:r>
      <w:r>
        <w:rPr>
          <w:lang w:eastAsia="zh-CN"/>
        </w:rPr>
        <w:br/>
      </w:r>
      <w:r>
        <w:rPr>
          <w:lang w:eastAsia="zh-CN"/>
        </w:rPr>
        <w:t>　　2、主次分明，把握重点学科。</w:t>
      </w:r>
      <w:r>
        <w:rPr>
          <w:lang w:eastAsia="zh-CN"/>
        </w:rPr>
        <w:br/>
      </w:r>
      <w:r>
        <w:rPr>
          <w:lang w:eastAsia="zh-CN"/>
        </w:rPr>
        <w:t>　　初二时，每门主科应有一本课外辅导书（教材全解），课外适当做一些练习题还是必要的。初二上学期除了听好课，还得多关心时事，如关注一些新闻等等，中考会涉及的考点等。</w:t>
      </w:r>
      <w:r>
        <w:rPr>
          <w:lang w:eastAsia="zh-CN"/>
        </w:rPr>
        <w:br/>
      </w:r>
      <w:r>
        <w:rPr>
          <w:lang w:eastAsia="zh-CN"/>
        </w:rPr>
        <w:t>　　3、带着兴趣，带着问题，带着目的听课。</w:t>
      </w:r>
      <w:r>
        <w:rPr>
          <w:lang w:eastAsia="zh-CN"/>
        </w:rPr>
        <w:br/>
      </w:r>
      <w:r>
        <w:rPr>
          <w:lang w:eastAsia="zh-CN"/>
        </w:rPr>
        <w:t>　　课后进行总结，归纳出所讲常识的框架，然后做有关练习和辅导。</w:t>
      </w:r>
      <w:r>
        <w:rPr>
          <w:lang w:eastAsia="zh-CN"/>
        </w:rPr>
        <w:br/>
      </w:r>
      <w:r>
        <w:rPr>
          <w:lang w:eastAsia="zh-CN"/>
        </w:rPr>
        <w:t>　　4、还要养成良好的学习习惯。</w:t>
      </w:r>
      <w:r>
        <w:rPr>
          <w:lang w:eastAsia="zh-CN"/>
        </w:rPr>
        <w:br/>
      </w:r>
      <w:r>
        <w:rPr>
          <w:lang w:eastAsia="zh-CN"/>
        </w:rPr>
        <w:t>　　另外平时准备错误集锦本，遇到简单出错的问题就及时记下来。这样，复习时就能有的放矢，有条不紊。初中一年级抓孩子的学习习惯是第一位，有了好的学习习惯，到初三的时候，孩子就相对容易冲刺上去。</w:t>
      </w:r>
      <w:r>
        <w:rPr>
          <w:lang w:eastAsia="zh-CN"/>
        </w:rPr>
        <w:br/>
      </w:r>
      <w:r>
        <w:rPr>
          <w:lang w:eastAsia="zh-CN"/>
        </w:rPr>
        <w:t>　　5、课后温习加巩固练习。</w:t>
      </w:r>
      <w:r>
        <w:rPr>
          <w:lang w:eastAsia="zh-CN"/>
        </w:rPr>
        <w:br/>
      </w:r>
      <w:r>
        <w:rPr>
          <w:lang w:eastAsia="zh-CN"/>
        </w:rPr>
        <w:t>　　每次听完课，阅读一些相关的辅导资料，做一些相关的习题。现在的辅导很多，寻找到一种适合自己的情况的辅导书。在书店的辅导资料书架前大致阅读一些，感觉哪本看起来很舒服，就用哪一本。如果不会选择，可以咨询以下老师。</w:t>
      </w:r>
      <w:r>
        <w:rPr>
          <w:lang w:eastAsia="zh-CN"/>
        </w:rPr>
        <w:br/>
      </w:r>
      <w:r>
        <w:rPr>
          <w:lang w:eastAsia="zh-CN"/>
        </w:rPr>
        <w:t>　　如果有问题要及时讨教老师，有意识地提前知道的学习初三高三中考高考的试题，并分项对有关中考高考题类收拾，进行期间性复习。初二物理要结合奥物的题目，系统了解初二物理下学期的知识点，并做相关的中考试题。</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初二下学期的学习情况是代表一个学生在本学年所付出的努力的客观体现，它可以在某种程度上反映出学生在学习态度上是否端正、学习方法是否正确、以及对于主要知识点是否能够灵活运用等。</w:t>
      </w:r>
      <w:r>
        <w:rPr>
          <w:lang w:eastAsia="zh-CN"/>
        </w:rPr>
        <w:br/>
      </w:r>
      <w:r>
        <w:rPr>
          <w:lang w:eastAsia="zh-CN"/>
        </w:rPr>
        <w:t>　　在初二结束时，可以通过月考、期中、期末成绩让学生思考在即将到来的初三中，该怎样更好的提高自己才能在中考里取得出色的成绩，也可以了解自己在各科学习中哪方面还理解得不够深刻，要知道每一个细微的知识点都有可能会在中考被考察到，所以不能对任何一个掌握得不够的知识点轻言放弃。</w:t>
      </w:r>
      <w:r>
        <w:rPr>
          <w:lang w:eastAsia="zh-CN"/>
        </w:rPr>
        <w:br/>
      </w:r>
      <w:r>
        <w:rPr>
          <w:lang w:eastAsia="zh-CN"/>
        </w:rPr>
        <w:t>　　1、提高自我在语文、数学等方面的学习潜力。</w:t>
      </w:r>
      <w:r>
        <w:rPr>
          <w:lang w:eastAsia="zh-CN"/>
        </w:rPr>
        <w:br/>
      </w:r>
      <w:r>
        <w:rPr>
          <w:lang w:eastAsia="zh-CN"/>
        </w:rPr>
        <w:t>　　2、加强运动，提高身体素质。</w:t>
      </w:r>
      <w:r>
        <w:rPr>
          <w:lang w:eastAsia="zh-CN"/>
        </w:rPr>
        <w:br/>
      </w:r>
      <w:r>
        <w:rPr>
          <w:lang w:eastAsia="zh-CN"/>
        </w:rPr>
        <w:t>　　3、学会做简单的家常菜。</w:t>
      </w:r>
      <w:r>
        <w:rPr>
          <w:lang w:eastAsia="zh-CN"/>
        </w:rPr>
        <w:br/>
      </w:r>
      <w:r>
        <w:rPr>
          <w:lang w:eastAsia="zh-CN"/>
        </w:rPr>
        <w:t>　　1、针对自我的薄弱学科的学习态度、学习方法、学习目标进行反思，调整。</w:t>
      </w:r>
      <w:r>
        <w:rPr>
          <w:lang w:eastAsia="zh-CN"/>
        </w:rPr>
        <w:br/>
      </w:r>
      <w:r>
        <w:rPr>
          <w:lang w:eastAsia="zh-CN"/>
        </w:rPr>
        <w:t>　　2、在家长的指导下，写好自我切实可行的暑假生活、学习计划。（安排好每一天复习进度的明细资料）</w:t>
      </w:r>
      <w:r>
        <w:rPr>
          <w:lang w:eastAsia="zh-CN"/>
        </w:rPr>
        <w:br/>
      </w:r>
      <w:r>
        <w:rPr>
          <w:lang w:eastAsia="zh-CN"/>
        </w:rPr>
        <w:t>　　3、把练习卷上做正确的题目进行，确认自我已经掌握了哪些知识，具备了哪些运用潜力，树立自我对本学科的信心。</w:t>
      </w:r>
      <w:r>
        <w:rPr>
          <w:lang w:eastAsia="zh-CN"/>
        </w:rPr>
        <w:br/>
      </w:r>
      <w:r>
        <w:rPr>
          <w:lang w:eastAsia="zh-CN"/>
        </w:rPr>
        <w:t>　　4、把练习卷上做错的题目进行、抄录，打开教科书，逐题进行分析，找到错误的关键之处，进行认真的订正后，再到教材上找到相关类型的题目，进行练习、强化。（尽可能用自我的力量解决问题）</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5、遇到无法解决的困难，按教科书的学习顺序进行梳理罗列。了解自我学习问题的共性薄弱点，然后能够请老师一齐帮忙解决。</w:t>
      </w:r>
      <w:r>
        <w:rPr>
          <w:lang w:eastAsia="zh-CN"/>
        </w:rPr>
        <w:br/>
      </w:r>
      <w:r>
        <w:rPr>
          <w:lang w:eastAsia="zh-CN"/>
        </w:rPr>
        <w:t>　　6、每周二次带着学科的不懂之处和老师一齐分析、解决问题。回家后运用老师解决问题的方法进行自我强化练习，填补自我的学习漏洞。（这一点务必按照教材由浅入深的学习顺序，切不可东一榔头西一棒的无序）</w:t>
      </w:r>
      <w:r>
        <w:rPr>
          <w:lang w:eastAsia="zh-CN"/>
        </w:rPr>
        <w:br/>
      </w:r>
      <w:r>
        <w:rPr>
          <w:lang w:eastAsia="zh-CN"/>
        </w:rPr>
        <w:t>　　7、每次完成习题的订正，将错题订正的全过程，牢牢地记在脑海里（背出），渐渐地构成解题方法的量的积累。</w:t>
      </w:r>
      <w:r>
        <w:rPr>
          <w:lang w:eastAsia="zh-CN"/>
        </w:rPr>
        <w:br/>
      </w:r>
      <w:r>
        <w:rPr>
          <w:lang w:eastAsia="zh-CN"/>
        </w:rPr>
        <w:t>　　8、一星期打两次球，游三次泳，增加运动，提高体能。（也能够听音乐等，做自我有兴趣的事）</w:t>
      </w:r>
      <w:r>
        <w:rPr>
          <w:lang w:eastAsia="zh-CN"/>
        </w:rPr>
        <w:br/>
      </w:r>
      <w:r>
        <w:rPr>
          <w:lang w:eastAsia="zh-CN"/>
        </w:rPr>
        <w:t>　　9、一星期跟着父母学做两次家常菜，如炒茄子，蒸鱼之类，再做一些力所能及的家务。</w:t>
      </w:r>
      <w:r>
        <w:rPr>
          <w:lang w:eastAsia="zh-CN"/>
        </w:rPr>
        <w:br/>
      </w:r>
      <w:r>
        <w:rPr>
          <w:lang w:eastAsia="zh-CN"/>
        </w:rPr>
        <w:t>　　1、一星期学习五天，上午2.5小时，下午2.5小时。按一小时一节课安排好课表。</w:t>
      </w:r>
      <w:r>
        <w:rPr>
          <w:lang w:eastAsia="zh-CN"/>
        </w:rPr>
        <w:br/>
      </w:r>
      <w:r>
        <w:rPr>
          <w:lang w:eastAsia="zh-CN"/>
        </w:rPr>
        <w:t>　　2、每一天的3点以后是运动或做家务的时间。（也能够安排一些适宜的娱乐活动）</w:t>
      </w:r>
      <w:r>
        <w:rPr>
          <w:lang w:eastAsia="zh-CN"/>
        </w:rPr>
        <w:br/>
      </w:r>
      <w:r>
        <w:rPr>
          <w:lang w:eastAsia="zh-CN"/>
        </w:rPr>
        <w:t>　　3、双休日去看一些有益的展览会，或参加一些有益的社会活动。</w:t>
      </w:r>
      <w:r>
        <w:rPr>
          <w:lang w:eastAsia="zh-CN"/>
        </w:rPr>
        <w:br/>
      </w:r>
      <w:r>
        <w:rPr>
          <w:lang w:eastAsia="zh-CN"/>
        </w:rPr>
        <w:t>　　1、设计好每一天的生活学习评价表，对自我每一天的生活、学习作好评价。</w:t>
      </w:r>
      <w:r>
        <w:rPr>
          <w:lang w:eastAsia="zh-CN"/>
        </w:rPr>
        <w:br/>
      </w:r>
      <w:r>
        <w:rPr>
          <w:lang w:eastAsia="zh-CN"/>
        </w:rPr>
        <w:t>　　2、合作学习小组的同学互相督促，执行暑期生活、学习计划有始有终。</w:t>
      </w:r>
      <w:r>
        <w:rPr>
          <w:lang w:eastAsia="zh-CN"/>
        </w:rPr>
        <w:br/>
      </w:r>
      <w:r>
        <w:rPr>
          <w:lang w:eastAsia="zh-CN"/>
        </w:rPr>
        <w:t>　　1、家长一周三次检查学生的暑期生活、学习计划执行的状况和进度，及时帮忙解决执行中的困难。</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2、家长在帮忙学生执行计划时，也要尊重学生的要求，切不可急躁。要重视学生学习态度的调整和学习兴趣的提高。</w:t>
      </w:r>
      <w:r>
        <w:rPr>
          <w:lang w:eastAsia="zh-CN"/>
        </w:rPr>
        <w:br/>
      </w:r>
      <w:r>
        <w:rPr>
          <w:lang w:eastAsia="zh-CN"/>
        </w:rPr>
        <w:t xml:space="preserve">    初中学生个人学习计划 篇5 </w:t>
      </w:r>
      <w:r>
        <w:rPr>
          <w:lang w:eastAsia="zh-CN"/>
        </w:rPr>
        <w:br/>
      </w:r>
      <w:r>
        <w:rPr>
          <w:lang w:eastAsia="zh-CN"/>
        </w:rPr>
        <w:t>　　新的一学期开始啦，我也逐渐适应了初中的学习生活，在过去的一学期里有收获也有遗憾，那么在崭新的一学期中，我希望自己可以取得一定程度的进步，认真的做好学习计划，争取在每一个阶段的考试都能够取得一个好成绩。以下便是本学期的个人计划。</w:t>
      </w:r>
      <w:r>
        <w:rPr>
          <w:lang w:eastAsia="zh-CN"/>
        </w:rPr>
        <w:br/>
      </w:r>
      <w:r>
        <w:rPr>
          <w:lang w:eastAsia="zh-CN"/>
        </w:rPr>
        <w:t>　　一、课前的预习</w:t>
      </w:r>
      <w:r>
        <w:rPr>
          <w:lang w:eastAsia="zh-CN"/>
        </w:rPr>
        <w:br/>
      </w:r>
      <w:r>
        <w:rPr>
          <w:lang w:eastAsia="zh-CN"/>
        </w:rPr>
        <w:t>　　我认为这一部分的学习是非常重要的，曾经的我也认为预习和复习都是等于不用学习，但是后来当我逐渐制定预习计划，并严格按照计划执行，我才意识到自己曾经的'想法是多么的错误。预习阶段是和新知识的“初次见面”，能够做好相应的预习，既是对旧知识的巩固，也是对新知识的学习，想要达到事半功倍的效果，就要掌握最有效的学习方式，做好预习后，在课上听老师讲课时就会有所侧重，那么自然而然整节课的效率就会很高。计划为每一个科目都准备一个本子，主要记录不是很理解的知识点，并写明不理解的原因，在完成课上的课程后，及时对这一部分进行补充，并适当使用马克笔做标记，让各个知识点看起来更加清晰有条理。</w:t>
      </w:r>
      <w:r>
        <w:rPr>
          <w:lang w:eastAsia="zh-CN"/>
        </w:rPr>
        <w:br/>
      </w:r>
      <w:r>
        <w:rPr>
          <w:lang w:eastAsia="zh-CN"/>
        </w:rPr>
        <w:t>　　二、课上的学习</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课上学习的时间是整个学习流程中最黄金的时段，因此在课上自己会保证跟上老师的脚步，认真记录每一个知识点，与预习部分做很好的衔接，对于不懂得知识及时记录，如果在课上有机会向老师询问，那么便当堂解决问题，如若没有时间，在下课的第一时间去询问老师，在弄清楚之后，自己还要做练习来进行巩固，在笔记上特殊标注。</w:t>
      </w:r>
      <w:r>
        <w:rPr>
          <w:lang w:eastAsia="zh-CN"/>
        </w:rPr>
        <w:br/>
      </w:r>
      <w:r>
        <w:rPr>
          <w:lang w:eastAsia="zh-CN"/>
        </w:rPr>
        <w:t>　　三、课下的复习</w:t>
      </w:r>
      <w:r>
        <w:rPr>
          <w:lang w:eastAsia="zh-CN"/>
        </w:rPr>
        <w:br/>
      </w:r>
      <w:r>
        <w:rPr>
          <w:lang w:eastAsia="zh-CN"/>
        </w:rPr>
        <w:t>　　复习阶段是对知识的复盘，这是一次检验自己是否对知识已经掌握的最好机会，及时的复习也能够帮助自己熟记知识点。在这一部分计划以笔记为主，因为在笔记上已经做好了重点标注，在复习时，先对自己曾经掌握不牢固的知识点进行再次学习，并做好相应的练习，若是仍然存在问题，标注为双重重点，及时向同学或老师请教，在做练习的时候更要重点关注。对于已经掌握的知识点也不能掉以轻心，主要以练习题的形式进行检验，对于老师课上出的经典例题进行二次学习，加深印象。具体的时间分配根据当天的实际情况而定。</w:t>
      </w:r>
      <w:r>
        <w:rPr>
          <w:lang w:eastAsia="zh-CN"/>
        </w:rPr>
        <w:br/>
      </w:r>
      <w:r>
        <w:rPr>
          <w:lang w:eastAsia="zh-CN"/>
        </w:rPr>
        <w:t>　　四、作业部分</w:t>
      </w:r>
      <w:r>
        <w:rPr>
          <w:lang w:eastAsia="zh-CN"/>
        </w:rPr>
        <w:br/>
      </w:r>
      <w:r>
        <w:rPr>
          <w:lang w:eastAsia="zh-CN"/>
        </w:rPr>
        <w:t>　　在完成作业时，也要做好知识点的梳理，及时在笔记上记录，因为作业便是老师标记出来的重点，所以也要高度重视，这一部分是对笔记的三次加工。</w:t>
      </w:r>
      <w:r>
        <w:rPr>
          <w:lang w:eastAsia="zh-CN"/>
        </w:rPr>
        <w:br/>
      </w:r>
      <w:r>
        <w:rPr>
          <w:lang w:eastAsia="zh-CN"/>
        </w:rPr>
        <w:t>　　四个部分做了整体的规划，自己也会将其作为自己学习的准则，具体的时间也会在每天中做好合理的分配。我相信只要我能够持有持之以恒的态度，一定会收获满满！</w:t>
      </w:r>
      <w:r>
        <w:rPr>
          <w:lang w:eastAsia="zh-CN"/>
        </w:rPr>
        <w:br/>
      </w:r>
      <w:r>
        <w:rPr>
          <w:lang w:eastAsia="zh-CN"/>
        </w:rPr>
        <w:t xml:space="preserve">    初中学生个人学习计划 篇6 </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青春的含义在于不管我们选择了什么、成功与否，都不后悔。四年的大学生涯快过去一半了，收获的、错过的都已是过去，现在的我在新的一年再次着眼于眼前，思考着新的一年我用什么去迎接，大二下学期已开始，拟一份学习计划，给自己一个不是终极目标的`约束。</w:t>
      </w:r>
      <w:r>
        <w:rPr>
          <w:lang w:eastAsia="zh-CN"/>
        </w:rPr>
        <w:br/>
      </w:r>
      <w:r>
        <w:rPr>
          <w:lang w:eastAsia="zh-CN"/>
        </w:rPr>
        <w:t>　　(1) 学好目前开设的每一门课程，做好课前预习课后巩固。按时完成老师布置得作业。</w:t>
      </w:r>
      <w:r>
        <w:rPr>
          <w:lang w:eastAsia="zh-CN"/>
        </w:rPr>
        <w:br/>
      </w:r>
      <w:r>
        <w:rPr>
          <w:lang w:eastAsia="zh-CN"/>
        </w:rPr>
        <w:t>　　(2规定自己每个星期按时上晚自习，把晚上时间充分利用起来。</w:t>
      </w:r>
      <w:r>
        <w:rPr>
          <w:lang w:eastAsia="zh-CN"/>
        </w:rPr>
        <w:br/>
      </w:r>
      <w:r>
        <w:rPr>
          <w:lang w:eastAsia="zh-CN"/>
        </w:rPr>
        <w:t>　　(3多接触专业相关知识，扩宽自己的视野及看问题的角度，改变自己学习死板的问题。</w:t>
      </w:r>
      <w:r>
        <w:rPr>
          <w:lang w:eastAsia="zh-CN"/>
        </w:rPr>
        <w:br/>
      </w:r>
      <w:r>
        <w:rPr>
          <w:lang w:eastAsia="zh-CN"/>
        </w:rPr>
        <w:t>　　(4积极参加班级组织的活动及社会实践活动，多交些志同道合的朋友，培养自己的社会适应能力。</w:t>
      </w:r>
      <w:r>
        <w:rPr>
          <w:lang w:eastAsia="zh-CN"/>
        </w:rPr>
        <w:br/>
      </w:r>
      <w:r>
        <w:rPr>
          <w:lang w:eastAsia="zh-CN"/>
        </w:rPr>
        <w:t>　　(5)早睡早起，积极锻炼身体，让自己有一个健康的体魄应对大学生活中的各种挑战。</w:t>
      </w:r>
      <w:r>
        <w:rPr>
          <w:lang w:eastAsia="zh-CN"/>
        </w:rPr>
        <w:br/>
      </w:r>
      <w:r>
        <w:rPr>
          <w:lang w:eastAsia="zh-CN"/>
        </w:rPr>
        <w:t>　　ps：本学期目标</w:t>
      </w:r>
      <w:r>
        <w:rPr>
          <w:lang w:eastAsia="zh-CN"/>
        </w:rPr>
        <w:br/>
      </w:r>
      <w:r>
        <w:rPr>
          <w:lang w:eastAsia="zh-CN"/>
        </w:rPr>
        <w:t>　　1、所有专业课考到优秀。</w:t>
      </w:r>
      <w:r>
        <w:rPr>
          <w:lang w:eastAsia="zh-CN"/>
        </w:rPr>
        <w:br/>
      </w:r>
      <w:r>
        <w:rPr>
          <w:lang w:eastAsia="zh-CN"/>
        </w:rPr>
        <w:t>　　2、考过会从，六级刷到优秀。</w:t>
      </w:r>
      <w:r>
        <w:rPr>
          <w:lang w:eastAsia="zh-CN"/>
        </w:rPr>
        <w:br/>
      </w:r>
      <w:r>
        <w:rPr>
          <w:lang w:eastAsia="zh-CN"/>
        </w:rPr>
        <w:t>　　古人云：明其志，方能知所赴。有了目标前进就有了标杆，现在的我是带着目标走而不是目标带着我走，希望我能在接下来的路途中走的更远更好。</w:t>
      </w:r>
      <w:r>
        <w:rPr>
          <w:lang w:eastAsia="zh-CN"/>
        </w:rPr>
        <w:br/>
      </w:r>
      <w:r>
        <w:rPr>
          <w:lang w:eastAsia="zh-CN"/>
        </w:rPr>
        <w:t xml:space="preserve">    初中学生个人学习计划 篇7 </w:t>
      </w:r>
      <w:r>
        <w:rPr>
          <w:lang w:eastAsia="zh-CN"/>
        </w:rPr>
        <w:br/>
      </w:r>
      <w:r>
        <w:rPr>
          <w:lang w:eastAsia="zh-CN"/>
        </w:rPr>
        <w:t>　　1、全面分析，正确认识自己。</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准确找出自己的长处和短处，以便明确自己日常学习的特点、发展的方向，发现自己在日常学习中可以发挥的最佳才能。</w:t>
      </w:r>
      <w:r>
        <w:rPr>
          <w:lang w:eastAsia="zh-CN"/>
        </w:rPr>
        <w:br/>
      </w:r>
      <w:r>
        <w:rPr>
          <w:lang w:eastAsia="zh-CN"/>
        </w:rPr>
        <w:t>　　2、结合实际，确定目标。</w:t>
      </w:r>
      <w:r>
        <w:rPr>
          <w:lang w:eastAsia="zh-CN"/>
        </w:rPr>
        <w:br/>
      </w:r>
      <w:r>
        <w:rPr>
          <w:lang w:eastAsia="zh-CN"/>
        </w:rPr>
        <w:t>　　订计划时，不要脱离日常学习的实际，目标不能定得太高或过低，要依据：（1）知识、能力的实际；（2）“缺欠”的实际；（3）时间的实际；（4）教学进度的实际，确定目标，以通过自己的努力能达到为宜。</w:t>
      </w:r>
      <w:r>
        <w:rPr>
          <w:lang w:eastAsia="zh-CN"/>
        </w:rPr>
        <w:br/>
      </w:r>
      <w:r>
        <w:rPr>
          <w:lang w:eastAsia="zh-CN"/>
        </w:rPr>
        <w:t>　　3、长计划，短安排。</w:t>
      </w:r>
      <w:r>
        <w:rPr>
          <w:lang w:eastAsia="zh-CN"/>
        </w:rPr>
        <w:br/>
      </w:r>
      <w:r>
        <w:rPr>
          <w:lang w:eastAsia="zh-CN"/>
        </w:rPr>
        <w:t>　　要在时间上确定日常学习的远期目标、中期目标和近期目标。在内容上确定各门功课和各项日常学习活动的具体目标。日常学习目标可分为：</w:t>
      </w:r>
      <w:r>
        <w:rPr>
          <w:lang w:eastAsia="zh-CN"/>
        </w:rPr>
        <w:br/>
      </w:r>
      <w:r>
        <w:rPr>
          <w:lang w:eastAsia="zh-CN"/>
        </w:rPr>
        <w:t>　　（1）掌握知识目标；</w:t>
      </w:r>
      <w:r>
        <w:rPr>
          <w:lang w:eastAsia="zh-CN"/>
        </w:rPr>
        <w:br/>
      </w:r>
      <w:r>
        <w:rPr>
          <w:lang w:eastAsia="zh-CN"/>
        </w:rPr>
        <w:t>　　（2）培养能力目标；</w:t>
      </w:r>
      <w:r>
        <w:rPr>
          <w:lang w:eastAsia="zh-CN"/>
        </w:rPr>
        <w:br/>
      </w:r>
      <w:r>
        <w:rPr>
          <w:lang w:eastAsia="zh-CN"/>
        </w:rPr>
        <w:t>　　（3）掌握方法目标；</w:t>
      </w:r>
      <w:r>
        <w:rPr>
          <w:lang w:eastAsia="zh-CN"/>
        </w:rPr>
        <w:br/>
      </w:r>
      <w:r>
        <w:rPr>
          <w:lang w:eastAsia="zh-CN"/>
        </w:rPr>
        <w:t>　　（4）达到成绩（分数）目标。</w:t>
      </w:r>
      <w:r>
        <w:rPr>
          <w:lang w:eastAsia="zh-CN"/>
        </w:rPr>
        <w:br/>
      </w:r>
      <w:r>
        <w:rPr>
          <w:lang w:eastAsia="zh-CN"/>
        </w:rPr>
        <w:t xml:space="preserve">    初中学生个人学习计划 篇8 </w:t>
      </w:r>
      <w:r>
        <w:rPr>
          <w:lang w:eastAsia="zh-CN"/>
        </w:rPr>
        <w:br/>
      </w:r>
      <w:r>
        <w:rPr>
          <w:lang w:eastAsia="zh-CN"/>
        </w:rPr>
        <w:t>　　基本要点：</w:t>
      </w:r>
      <w:r>
        <w:rPr>
          <w:lang w:eastAsia="zh-CN"/>
        </w:rPr>
        <w:br/>
      </w:r>
      <w:r>
        <w:rPr>
          <w:lang w:eastAsia="zh-CN"/>
        </w:rPr>
        <w:t>　　第一，要有正确的学习目的。每个学生的学习计划，都是为了达到他的学习目的服务的。正确的学习目的，是正确的学习动机的反映，它是推动学生主动积极学习和克服困难的内在动力。</w:t>
      </w:r>
      <w:r>
        <w:rPr>
          <w:lang w:eastAsia="zh-CN"/>
        </w:rPr>
        <w:br/>
      </w:r>
      <w:r>
        <w:rPr>
          <w:lang w:eastAsia="zh-CN"/>
        </w:rPr>
        <w:t>　　第二，计划内容一般分五个部分：</w:t>
      </w:r>
      <w:r>
        <w:rPr>
          <w:lang w:eastAsia="zh-CN"/>
        </w:rPr>
        <w:br/>
      </w:r>
      <w:r>
        <w:rPr>
          <w:lang w:eastAsia="zh-CN"/>
        </w:rPr>
        <w:t>　　①全学期学习的总的目的、要求和时间安排。</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②分科学习的目的、要求和时间安排。优秀中学生的学习经验表明，在制定分科学习计划时要注意两点：要特别重视马列主义的基础知识、语文和数学三门学科的学习。学好这三门学科，是学好其他各门学科的基础。学习要有重点，但不能偏废某些学科。</w:t>
      </w:r>
      <w:r>
        <w:rPr>
          <w:lang w:eastAsia="zh-CN"/>
        </w:rPr>
        <w:br/>
      </w:r>
      <w:r>
        <w:rPr>
          <w:lang w:eastAsia="zh-CN"/>
        </w:rPr>
        <w:t>　　③系统自学的目的、要求和时间安排。</w:t>
      </w:r>
      <w:r>
        <w:rPr>
          <w:lang w:eastAsia="zh-CN"/>
        </w:rPr>
        <w:br/>
      </w:r>
      <w:r>
        <w:rPr>
          <w:lang w:eastAsia="zh-CN"/>
        </w:rPr>
        <w:t>　　自学内容大致有三方面：</w:t>
      </w:r>
      <w:r>
        <w:rPr>
          <w:lang w:eastAsia="zh-CN"/>
        </w:rPr>
        <w:br/>
      </w:r>
      <w:r>
        <w:rPr>
          <w:lang w:eastAsia="zh-CN"/>
        </w:rPr>
        <w:t>　　①自学缺漏知识，以便打好扎实的知识基础，使自己所掌握的知识能跟上和适应新教材的学习。</w:t>
      </w:r>
      <w:r>
        <w:rPr>
          <w:lang w:eastAsia="zh-CN"/>
        </w:rPr>
        <w:br/>
      </w:r>
      <w:r>
        <w:rPr>
          <w:lang w:eastAsia="zh-CN"/>
        </w:rPr>
        <w:t>　　②为了配合新教材的学习而系统自学有关的某种读物。</w:t>
      </w:r>
      <w:r>
        <w:rPr>
          <w:lang w:eastAsia="zh-CN"/>
        </w:rPr>
        <w:br/>
      </w:r>
      <w:r>
        <w:rPr>
          <w:lang w:eastAsia="zh-CN"/>
        </w:rPr>
        <w:t>　　③不受老师的教学进度的限制提前系统自学新教材。</w:t>
      </w:r>
      <w:r>
        <w:rPr>
          <w:lang w:eastAsia="zh-CN"/>
        </w:rPr>
        <w:br/>
      </w:r>
      <w:r>
        <w:rPr>
          <w:lang w:eastAsia="zh-CN"/>
        </w:rPr>
        <w:t>　　④参加课外科技活动和其他学习活动以及阅读课外书籍的目的、内容、要地和时间安排，工作计划《中学生学习计划》。</w:t>
      </w:r>
      <w:r>
        <w:rPr>
          <w:lang w:eastAsia="zh-CN"/>
        </w:rPr>
        <w:br/>
      </w:r>
      <w:r>
        <w:rPr>
          <w:lang w:eastAsia="zh-CN"/>
        </w:rPr>
        <w:t>　　⑤坚持身体锻炼的目的、要求和时间安排。</w:t>
      </w:r>
      <w:r>
        <w:rPr>
          <w:lang w:eastAsia="zh-CN"/>
        </w:rPr>
        <w:br/>
      </w:r>
      <w:r>
        <w:rPr>
          <w:lang w:eastAsia="zh-CN"/>
        </w:rPr>
        <w:t>　　第三，要从实际出发。一个中学生要不断地提高自己的学习质量，取得优秀的学习成绩，上述五个部分的计划内容都是不可缺少的。但是由于每个中学生的.实际情况不一样，因而在订计划时，每个人的计划重点和要求也是不同的，并不是每个中学生在任何情况下制定学习计划都必须包括以上五个部分。有的中学生的学习基础很差，就不必急于去系统自学课外读物，而应该把主要精力放在自学缺漏知识和弄懂课本内容上。总之，要制定一个对学习有指导意义的计划，必须从实际出发，也就是要实事求是地摸清自己的学习情况，从自己实际掌握的知识程度出发。</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第四，在执行总的学习计划过程中，还要制定月计划和周计划，以高度的学习热情和顽强的学习意志保证总意志的完成。有的优秀中学生每天还有一个学习小计划，严格要求自己，一步一个脚印地前进。</w:t>
      </w:r>
      <w:r>
        <w:rPr>
          <w:lang w:eastAsia="zh-CN"/>
        </w:rPr>
        <w:br/>
      </w:r>
      <w:r>
        <w:rPr>
          <w:lang w:eastAsia="zh-CN"/>
        </w:rPr>
        <w:t>　　2、课前自学</w:t>
      </w:r>
      <w:r>
        <w:rPr>
          <w:lang w:eastAsia="zh-CN"/>
        </w:rPr>
        <w:br/>
      </w:r>
      <w:r>
        <w:rPr>
          <w:lang w:eastAsia="zh-CN"/>
        </w:rPr>
        <w:t>　　课前自学是学生学好新课，取得高效率的学习成果的基础。如果不搞好课前自学，上新课时就会心中无数，不得要领。老师灌，自己吞，消极被动，食而不化。反之，如果做好了课前自学，不仅可以培养自学能力(主要是独立思考问题的能力)，而且可以提高学习新课的兴趣，掌握学习的主动权。知道自己有哪些问题弄不懂，主要精力应集中在解决哪个或哪几个问题上。对新教材有个初步的了解，就可以集中精力对付新课的重点和自己理不懂的难点，配合老师授课，及时消化新知识和掌握新技能。</w:t>
      </w:r>
      <w:r>
        <w:rPr>
          <w:lang w:eastAsia="zh-CN"/>
        </w:rPr>
        <w:br/>
      </w:r>
      <w:r>
        <w:rPr>
          <w:lang w:eastAsia="zh-CN"/>
        </w:rPr>
        <w:t>　　基本要点：</w:t>
      </w:r>
      <w:r>
        <w:rPr>
          <w:lang w:eastAsia="zh-CN"/>
        </w:rPr>
        <w:br/>
      </w:r>
      <w:r>
        <w:rPr>
          <w:lang w:eastAsia="zh-CN"/>
        </w:rPr>
        <w:t>　　第一，根据老师的教学进度，教材本身的内在联系和难易程度，确定课前自学的内容和时间。</w:t>
      </w:r>
      <w:r>
        <w:rPr>
          <w:lang w:eastAsia="zh-CN"/>
        </w:rPr>
        <w:br/>
      </w:r>
      <w:r>
        <w:rPr>
          <w:lang w:eastAsia="zh-CN"/>
        </w:rPr>
        <w:t>　　第二，课前自学不要走过场，要讲究质量，不要有依赖老师的思想，要力争在老师讲课以前把教材弄懂。</w:t>
      </w:r>
      <w:r>
        <w:rPr>
          <w:lang w:eastAsia="zh-CN"/>
        </w:rPr>
        <w:br/>
      </w:r>
      <w:r>
        <w:rPr>
          <w:lang w:eastAsia="zh-CN"/>
        </w:rPr>
        <w:t>　　第三，反复阅读新教材，运用已知的知识和经验，以及有关的参考资料(包括工具书)，进行积极的独立思考。</w:t>
      </w:r>
      <w:r>
        <w:rPr>
          <w:lang w:eastAsia="zh-CN"/>
        </w:rPr>
        <w:br/>
      </w:r>
      <w:r>
        <w:rPr>
          <w:lang w:eastAsia="zh-CN"/>
        </w:rPr>
        <w:t>　　第四，将新教材中自己弄不懂的问题和词语用笔记下来或在课本上做上记号，积极思考，为接受新知识作好思想上的准备。</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第五，不懂的问题，经过独立思考(包括运用参考资料)后，仍然得不到解决时，可以请教老师、家长、同学或其他人。</w:t>
      </w:r>
      <w:r>
        <w:rPr>
          <w:lang w:eastAsia="zh-CN"/>
        </w:rPr>
        <w:br/>
      </w:r>
      <w:r>
        <w:rPr>
          <w:lang w:eastAsia="zh-CN"/>
        </w:rPr>
        <w:t>　　第六，结合课前自学，做一些自选的练习题，或进行一些必要而又可能做到的某种实际操作、现场观察、调查研究等，以丰富感性知识，加深对新教材的理解。</w:t>
      </w:r>
      <w:r>
        <w:rPr>
          <w:lang w:eastAsia="zh-CN"/>
        </w:rPr>
        <w:br/>
      </w:r>
      <w:r>
        <w:rPr>
          <w:lang w:eastAsia="zh-CN"/>
        </w:rPr>
        <w:t xml:space="preserve">    初中学生个人学习计划 篇9 </w:t>
      </w:r>
      <w:r>
        <w:rPr>
          <w:lang w:eastAsia="zh-CN"/>
        </w:rPr>
        <w:br/>
      </w:r>
      <w:r>
        <w:rPr>
          <w:lang w:eastAsia="zh-CN"/>
        </w:rPr>
        <w:t>　　为了使同学们养成良好的学习习惯，营造良好的读书氛围，积极推进九江学院的学风建设，特开展早读这一活动。通过这一活动，大大提高了同学们学习的积极性与主动性，使得整个外国语学院的读书风气更加浓厚。在整个活动中，我们学习部主要做到了以下几点：</w:t>
      </w:r>
      <w:r>
        <w:rPr>
          <w:lang w:eastAsia="zh-CN"/>
        </w:rPr>
        <w:br/>
      </w:r>
      <w:r>
        <w:rPr>
          <w:lang w:eastAsia="zh-CN"/>
        </w:rPr>
        <w:t>　　一、活动准备：</w:t>
      </w:r>
      <w:r>
        <w:rPr>
          <w:lang w:eastAsia="zh-CN"/>
        </w:rPr>
        <w:br/>
      </w:r>
      <w:r>
        <w:rPr>
          <w:lang w:eastAsia="zh-CN"/>
        </w:rPr>
        <w:t>　　(1)针对各班：为了使早读活动能够得到最大的效益，我部特开了一次针对大一、大二全体学委的会议，在会上我部强调了早读的各项事宜，并提醒各位学习委员回到本班尽快通知这一消息。</w:t>
      </w:r>
      <w:r>
        <w:rPr>
          <w:lang w:eastAsia="zh-CN"/>
        </w:rPr>
        <w:br/>
      </w:r>
      <w:r>
        <w:rPr>
          <w:lang w:eastAsia="zh-CN"/>
        </w:rPr>
        <w:t>　　(2)针对本部门干事：1、召集部门干事开会，将早读的扣分标准通知下去：缺勤扣5分，迟到早退扣2分。并对他们进行分组。最终经过分配，将全体学习部干事共分为5组，每一组负责每一天的查早读的情况。</w:t>
      </w:r>
      <w:r>
        <w:rPr>
          <w:lang w:eastAsia="zh-CN"/>
        </w:rPr>
        <w:br/>
      </w:r>
      <w:r>
        <w:rPr>
          <w:lang w:eastAsia="zh-CN"/>
        </w:rPr>
        <w:t>　　2、每组选好一个负责人</w:t>
      </w:r>
      <w:r>
        <w:rPr>
          <w:lang w:eastAsia="zh-CN"/>
        </w:rPr>
        <w:br/>
      </w:r>
      <w:r>
        <w:rPr>
          <w:lang w:eastAsia="zh-CN"/>
        </w:rPr>
        <w:t>　　3、选好一个总负责人</w:t>
      </w:r>
      <w:r>
        <w:rPr>
          <w:lang w:eastAsia="zh-CN"/>
        </w:rPr>
        <w:br/>
      </w:r>
      <w:r>
        <w:rPr>
          <w:lang w:eastAsia="zh-CN"/>
        </w:rPr>
        <w:t>　　二、活动实施：</w:t>
      </w:r>
      <w:r>
        <w:rPr>
          <w:lang w:eastAsia="zh-CN"/>
        </w:rPr>
        <w:br/>
      </w:r>
      <w:r>
        <w:rPr>
          <w:lang w:eastAsia="zh-CN"/>
        </w:rPr>
        <w:t>　　1、每天晚上各个负责人将任务分配给自己的组成员</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2、每天早上，各组组成员在5教大厅集合，并于7点20准时开始检查每个班的情况。</w:t>
      </w:r>
      <w:r>
        <w:rPr>
          <w:lang w:eastAsia="zh-CN"/>
        </w:rPr>
        <w:br/>
      </w:r>
      <w:r>
        <w:rPr>
          <w:lang w:eastAsia="zh-CN"/>
        </w:rPr>
        <w:t>　　3、各个负责人在7：50将组成员的检查情况进行登记，并于当天中午将总的情况交给总的负责人</w:t>
      </w:r>
      <w:r>
        <w:rPr>
          <w:lang w:eastAsia="zh-CN"/>
        </w:rPr>
        <w:br/>
      </w:r>
      <w:r>
        <w:rPr>
          <w:lang w:eastAsia="zh-CN"/>
        </w:rPr>
        <w:t>　　4、总的负责人于当天晚上将依据检查结果将扣分单写好，一式二份，并于每个星期四交给外国语学院信息部：总的负责人并于每个月根据实际情况学好早读学风比较好的班级和一个早读学风比较差的班级。</w:t>
      </w:r>
      <w:r>
        <w:rPr>
          <w:lang w:eastAsia="zh-CN"/>
        </w:rPr>
        <w:br/>
      </w:r>
      <w:r>
        <w:rPr>
          <w:lang w:eastAsia="zh-CN"/>
        </w:rPr>
        <w:t>　　三、在活动中出现的情况：</w:t>
      </w:r>
      <w:r>
        <w:rPr>
          <w:lang w:eastAsia="zh-CN"/>
        </w:rPr>
        <w:br/>
      </w:r>
      <w:r>
        <w:rPr>
          <w:lang w:eastAsia="zh-CN"/>
        </w:rPr>
        <w:t>　　1、大二有些班级偶尔会出现缺勤的情况</w:t>
      </w:r>
      <w:r>
        <w:rPr>
          <w:lang w:eastAsia="zh-CN"/>
        </w:rPr>
        <w:br/>
      </w:r>
      <w:r>
        <w:rPr>
          <w:lang w:eastAsia="zh-CN"/>
        </w:rPr>
        <w:t>　　2、偶尔会出现扣分出现纰漏的地方。针对这些问题，我部会采取措施，使自己的工作做得更好。</w:t>
      </w:r>
      <w:r>
        <w:rPr>
          <w:lang w:eastAsia="zh-CN"/>
        </w:rPr>
        <w:br/>
      </w:r>
      <w:r>
        <w:rPr>
          <w:lang w:eastAsia="zh-CN"/>
        </w:rPr>
        <w:t>　　感谢校领导的支持，信息部和各个班级的值周班干的配合，我部一定不辜负众望，定会将早读活动坚持下去。</w:t>
      </w:r>
      <w:r>
        <w:rPr>
          <w:lang w:eastAsia="zh-CN"/>
        </w:rPr>
        <w:br/>
      </w:r>
      <w:r>
        <w:rPr>
          <w:lang w:eastAsia="zh-CN"/>
        </w:rPr>
        <w:t xml:space="preserve">    初中学生个人学习计划 篇10 </w:t>
      </w:r>
      <w:r>
        <w:rPr>
          <w:lang w:eastAsia="zh-CN"/>
        </w:rPr>
        <w:br/>
      </w:r>
      <w:r>
        <w:rPr>
          <w:lang w:eastAsia="zh-CN"/>
        </w:rPr>
        <w:t>　　1、 抓住课堂四十五分钟，学会听课</w:t>
      </w:r>
      <w:r>
        <w:rPr>
          <w:lang w:eastAsia="zh-CN"/>
        </w:rPr>
        <w:br/>
      </w:r>
      <w:r>
        <w:rPr>
          <w:lang w:eastAsia="zh-CN"/>
        </w:rPr>
        <w:t>　　听课也有不少学问。学会听课，对初中生的学习进步至关重要。课堂学习是学习的最主要环节，四十五分钟课堂学习效益的高低，某种程度上决定着学生学习成绩的好坏。</w:t>
      </w:r>
      <w:r>
        <w:rPr>
          <w:lang w:eastAsia="zh-CN"/>
        </w:rPr>
        <w:br/>
      </w:r>
      <w:r>
        <w:rPr>
          <w:lang w:eastAsia="zh-CN"/>
        </w:rPr>
        <w:t>　　也许有的家长和学生会想，每个人都有一双耳朵，听课谁不会呀。其实不然，听课也有不少学问呢。学会听课，对初中生的学习进步至关重要。</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首先，要集中注意听。心理学研究表明：注意能够帮助我们从周围环境所提供的大量信息中，选择对当前活动最有意义的信息;同时，使心理活动维持在所选择的对象上，还能使心理活动根据当前活动的需要作适当的分配和调整。所以，注意对于学习尤为重要。集中注意、专心致志才能学有所得;心不在焉、心猿意马往往一无所获。</w:t>
      </w:r>
      <w:r>
        <w:rPr>
          <w:lang w:eastAsia="zh-CN"/>
        </w:rPr>
        <w:br/>
      </w:r>
      <w:r>
        <w:rPr>
          <w:lang w:eastAsia="zh-CN"/>
        </w:rPr>
        <w:t>　　其次，要带着问题、开动脑子听。有些同学听课不善于开动脑子积极思维，看似目不转睛，但一堂课下来心中却不留痕迹。俗话说：疑是一切学习的开始。带着问题听课，就能使听课有比较明确的目标和重点，增强听课的.针对性，从而提高课堂学习效率;带着问题听课，还能促使自己积极动脑，紧跟老师的教学节奏，及时理解和消化教学内容。</w:t>
      </w:r>
      <w:r>
        <w:rPr>
          <w:lang w:eastAsia="zh-CN"/>
        </w:rPr>
        <w:br/>
      </w:r>
      <w:r>
        <w:rPr>
          <w:lang w:eastAsia="zh-CN"/>
        </w:rPr>
        <w:t>　　再次，要积极举手发言，认真做好笔记。教与学应是双向交流、互相促进的。学生在课堂中，应该积极主动地参与教学。积极举手发言就是一种参与，它既能较好的促使自己专心听课、动脑思维，还能锻炼语言表达能力。</w:t>
      </w:r>
      <w:r>
        <w:rPr>
          <w:lang w:eastAsia="zh-CN"/>
        </w:rPr>
        <w:br/>
      </w:r>
      <w:r>
        <w:rPr>
          <w:lang w:eastAsia="zh-CN"/>
        </w:rPr>
        <w:t>　　“不动笔墨不读书”、“好记性不如烂笔头”，都是说边学习边动笔的好处。笔记不仅是学习新知识的方法，也是复习旧知识的依据，同时我们还可以从笔记中发现新的问题。很多家长感到对孩子在学校里的学习无从了解和把握，其实，每天查看一下他们的课本和笔记，就是一种好方法。</w:t>
      </w:r>
      <w:r>
        <w:rPr>
          <w:lang w:eastAsia="zh-CN"/>
        </w:rPr>
        <w:br/>
      </w:r>
      <w:r>
        <w:rPr>
          <w:lang w:eastAsia="zh-CN"/>
        </w:rPr>
        <w:t>　　2、合理安排时间，有计划地进行学习</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时间是个常量，需要合理安排;学习是艰苦的劳动，也是有规律可循的。几个需要家长引导孩子处理好的关系：</w:t>
      </w:r>
      <w:r>
        <w:rPr>
          <w:lang w:eastAsia="zh-CN"/>
        </w:rPr>
        <w:br/>
      </w:r>
      <w:r>
        <w:rPr>
          <w:lang w:eastAsia="zh-CN"/>
        </w:rPr>
        <w:t>　　玩与学的关系，主与次的关系，发展兴趣和打好基础的关系</w:t>
      </w:r>
      <w:r>
        <w:rPr>
          <w:lang w:eastAsia="zh-CN"/>
        </w:rPr>
        <w:br/>
      </w:r>
      <w:r>
        <w:rPr>
          <w:lang w:eastAsia="zh-CN"/>
        </w:rPr>
        <w:t>　　这里，家长必须帮助指导孩子处理好以下几个关系：</w:t>
      </w:r>
      <w:r>
        <w:rPr>
          <w:lang w:eastAsia="zh-CN"/>
        </w:rPr>
        <w:br/>
      </w:r>
      <w:r>
        <w:rPr>
          <w:lang w:eastAsia="zh-CN"/>
        </w:rPr>
        <w:t>　　首先是处理好玩和学的关系。学习是初中学生的主要任务，主要的时间和精力自然应该花在学习上。但是，学习又不是初中学生生活的全部，初中学生精力充沛、兴趣广泛，适当和有益的活动(包括“玩”)也是他们生活的重要组成部分。有些家长只注重孩子的学习，把孩子的闲暇时间安排得严严实实，不让孩子有娱乐和活动的时间;有些家长却对孩子的课余活动放任自流，这都不利于学生的学习进步和全面发展。要指导学生学会劳逸结合，学习时专心致志、静得下心来;活动时生龙活虎、放得开来。学习和玩不仅是不矛盾的，而且可以相得益彰。</w:t>
      </w:r>
      <w:r>
        <w:rPr>
          <w:lang w:eastAsia="zh-CN"/>
        </w:rPr>
        <w:br/>
      </w:r>
      <w:r>
        <w:rPr>
          <w:lang w:eastAsia="zh-CN"/>
        </w:rPr>
        <w:t>　　其次是处理好主和次的关系。初中阶段学习知识的密度大大增加、学习知识的广度也大大增加，这就需要学生能够处理好各种知识内容之间的主次关系。学科之间有差异，基础学科、工具学科是初中学习的重中之重，直接影响其他学科的学习，一定要学得扎实。学科内容本身也有主次，概念、原理及其形成是主，知识的灵活运用是主，自己学习的薄弱环节是主，在学习的过程中应该花更多的时间和精力。</w:t>
      </w:r>
      <w:r>
        <w:rPr>
          <w:lang w:eastAsia="zh-CN"/>
        </w:rPr>
        <w:br/>
      </w:r>
      <w:r>
        <w:rPr>
          <w:lang w:eastAsia="zh-CN"/>
        </w:rPr>
        <w:t xml:space="preserve">    初中学生个人学习计划 篇11 </w:t>
      </w:r>
      <w:r>
        <w:rPr>
          <w:lang w:eastAsia="zh-CN"/>
        </w:rPr>
        <w:br/>
      </w:r>
      <w:r>
        <w:rPr>
          <w:lang w:eastAsia="zh-CN"/>
        </w:rPr>
        <w:t>　　一、会休息</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1、养成良好的休息习惯，早睡早起，保证休息10个小时。</w:t>
      </w:r>
      <w:r>
        <w:rPr>
          <w:lang w:eastAsia="zh-CN"/>
        </w:rPr>
        <w:br/>
      </w:r>
      <w:r>
        <w:rPr>
          <w:lang w:eastAsia="zh-CN"/>
        </w:rPr>
        <w:t>　　2、每天早上七点起床，晚上八点半睡觉。</w:t>
      </w:r>
      <w:r>
        <w:rPr>
          <w:lang w:eastAsia="zh-CN"/>
        </w:rPr>
        <w:br/>
      </w:r>
      <w:r>
        <w:rPr>
          <w:lang w:eastAsia="zh-CN"/>
        </w:rPr>
        <w:t>　　二、会自学</w:t>
      </w:r>
      <w:r>
        <w:rPr>
          <w:lang w:eastAsia="zh-CN"/>
        </w:rPr>
        <w:br/>
      </w:r>
      <w:r>
        <w:rPr>
          <w:lang w:eastAsia="zh-CN"/>
        </w:rPr>
        <w:t>　　1、每天用几个小时的时间做两页暑假作业;写一篇日记;一百道口算题。</w:t>
      </w:r>
      <w:r>
        <w:rPr>
          <w:lang w:eastAsia="zh-CN"/>
        </w:rPr>
        <w:br/>
      </w:r>
      <w:r>
        <w:rPr>
          <w:lang w:eastAsia="zh-CN"/>
        </w:rPr>
        <w:t>　　2、每天读一些关于动植物的书，最好是百科书。</w:t>
      </w:r>
      <w:r>
        <w:rPr>
          <w:lang w:eastAsia="zh-CN"/>
        </w:rPr>
        <w:br/>
      </w:r>
      <w:r>
        <w:rPr>
          <w:lang w:eastAsia="zh-CN"/>
        </w:rPr>
        <w:t>　　3、每天读一小时英语单词，最好把它背下来。</w:t>
      </w:r>
      <w:r>
        <w:rPr>
          <w:lang w:eastAsia="zh-CN"/>
        </w:rPr>
        <w:br/>
      </w:r>
      <w:r>
        <w:rPr>
          <w:lang w:eastAsia="zh-CN"/>
        </w:rPr>
        <w:t>　　三、会健体</w:t>
      </w:r>
      <w:r>
        <w:rPr>
          <w:lang w:eastAsia="zh-CN"/>
        </w:rPr>
        <w:br/>
      </w:r>
      <w:r>
        <w:rPr>
          <w:lang w:eastAsia="zh-CN"/>
        </w:rPr>
        <w:t>　　1、每天到楼下的游泳池里练习游泳，争取在暑假里学会游泳。</w:t>
      </w:r>
      <w:r>
        <w:rPr>
          <w:lang w:eastAsia="zh-CN"/>
        </w:rPr>
        <w:br/>
      </w:r>
      <w:r>
        <w:rPr>
          <w:lang w:eastAsia="zh-CN"/>
        </w:rPr>
        <w:t>　　2、在室内跳跳绳，踢踢球。养成良好的运动能力。</w:t>
      </w:r>
      <w:r>
        <w:rPr>
          <w:lang w:eastAsia="zh-CN"/>
        </w:rPr>
        <w:br/>
      </w:r>
      <w:r>
        <w:rPr>
          <w:lang w:eastAsia="zh-CN"/>
        </w:rPr>
        <w:t>　　四、参加的兴趣班</w:t>
      </w:r>
      <w:r>
        <w:rPr>
          <w:lang w:eastAsia="zh-CN"/>
        </w:rPr>
        <w:br/>
      </w:r>
      <w:r>
        <w:rPr>
          <w:lang w:eastAsia="zh-CN"/>
        </w:rPr>
        <w:t>　　1、跆拳道班(周一、周四):可以锻炼手脚的攻击能力。</w:t>
      </w:r>
      <w:r>
        <w:rPr>
          <w:lang w:eastAsia="zh-CN"/>
        </w:rPr>
        <w:br/>
      </w:r>
      <w:r>
        <w:rPr>
          <w:lang w:eastAsia="zh-CN"/>
        </w:rPr>
        <w:t>　　2、主持与演讲新班(周二、周五):练习了说的能力，提高了自己的胆量。</w:t>
      </w:r>
      <w:r>
        <w:rPr>
          <w:lang w:eastAsia="zh-CN"/>
        </w:rPr>
        <w:br/>
      </w:r>
      <w:r>
        <w:rPr>
          <w:lang w:eastAsia="zh-CN"/>
        </w:rPr>
        <w:t>　　3、小歌手班(周一、周三、周五):可以快乐的放声歌唱。</w:t>
      </w:r>
      <w:r>
        <w:rPr>
          <w:lang w:eastAsia="zh-CN"/>
        </w:rPr>
        <w:br/>
      </w:r>
      <w:r>
        <w:rPr>
          <w:lang w:eastAsia="zh-CN"/>
        </w:rPr>
        <w:t>　　五、会娱乐活动</w:t>
      </w:r>
      <w:r>
        <w:rPr>
          <w:lang w:eastAsia="zh-CN"/>
        </w:rPr>
        <w:br/>
      </w:r>
      <w:r>
        <w:rPr>
          <w:lang w:eastAsia="zh-CN"/>
        </w:rPr>
        <w:t>　　1、外出旅游一次，最好是海边，因为可以看看海景，品尝美味的海鲜。</w:t>
      </w:r>
      <w:r>
        <w:rPr>
          <w:lang w:eastAsia="zh-CN"/>
        </w:rPr>
        <w:br/>
      </w:r>
      <w:r>
        <w:rPr>
          <w:lang w:eastAsia="zh-CN"/>
        </w:rPr>
        <w:t>　　2、约上我的两个小伙伴一起到公园里快快乐乐地玩耍。</w:t>
      </w:r>
      <w:r>
        <w:rPr>
          <w:lang w:eastAsia="zh-CN"/>
        </w:rPr>
        <w:br/>
      </w:r>
      <w:r>
        <w:rPr>
          <w:lang w:eastAsia="zh-CN"/>
        </w:rPr>
        <w:t>　　3、每天保障一个小时的户外活动或运动。</w:t>
      </w:r>
      <w:r>
        <w:rPr>
          <w:lang w:eastAsia="zh-CN"/>
        </w:rPr>
        <w:br/>
      </w:r>
      <w:r>
        <w:rPr>
          <w:lang w:eastAsia="zh-CN"/>
        </w:rPr>
        <w:t>　　4、每天给爸爸妈妈泡一杯可口的乌梅汁，让他们消暑解渴。</w:t>
      </w:r>
      <w:r>
        <w:rPr>
          <w:lang w:eastAsia="zh-CN"/>
        </w:rPr>
        <w:br/>
      </w:r>
      <w:r>
        <w:rPr>
          <w:lang w:eastAsia="zh-CN"/>
        </w:rPr>
        <w:t>　　5、邀请同学或是小朋友来我家作客。</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6、每周玩电脑两次，每次1小时左右，30分钟休息一次。</w:t>
      </w:r>
      <w:r>
        <w:rPr>
          <w:lang w:eastAsia="zh-CN"/>
        </w:rPr>
        <w:br/>
      </w:r>
      <w:r>
        <w:rPr>
          <w:lang w:eastAsia="zh-CN"/>
        </w:rPr>
        <w:t>　　7、到新华书店看书两次以上，希望能看到我喜欢的书。</w:t>
      </w:r>
      <w:r>
        <w:rPr>
          <w:lang w:eastAsia="zh-CN"/>
        </w:rPr>
        <w:br/>
      </w:r>
      <w:r>
        <w:rPr>
          <w:lang w:eastAsia="zh-CN"/>
        </w:rPr>
        <w:t xml:space="preserve">    初中学生个人学习计划 篇12 </w:t>
      </w:r>
      <w:r>
        <w:rPr>
          <w:lang w:eastAsia="zh-CN"/>
        </w:rPr>
        <w:br/>
      </w:r>
      <w:r>
        <w:rPr>
          <w:lang w:eastAsia="zh-CN"/>
        </w:rPr>
        <w:t>　　不知不觉，我已经踏入了新学期的门槛，开始了新学期的生活。新学期，收收心，要很快投入到紧张的学习中。为此，我决定列出以下的学习计划，时刻提醒我在今后的学习中努力勤奋:</w:t>
      </w:r>
      <w:r>
        <w:rPr>
          <w:lang w:eastAsia="zh-CN"/>
        </w:rPr>
        <w:br/>
      </w:r>
      <w:r>
        <w:rPr>
          <w:lang w:eastAsia="zh-CN"/>
        </w:rPr>
        <w:t>　　1、每天都不能松懈。对于知识不能马虎,有不会的问题,要经过一番思考,如果真的不会再去请教老师或同学。</w:t>
      </w:r>
      <w:r>
        <w:rPr>
          <w:lang w:eastAsia="zh-CN"/>
        </w:rPr>
        <w:br/>
      </w:r>
      <w:r>
        <w:rPr>
          <w:lang w:eastAsia="zh-CN"/>
        </w:rPr>
        <w:t>　　2、每节课都要认真听讲，特别是老师分析题目的时候，更要仔细听，不能心不在焉 课前预习。</w:t>
      </w:r>
      <w:r>
        <w:rPr>
          <w:lang w:eastAsia="zh-CN"/>
        </w:rPr>
        <w:br/>
      </w:r>
      <w:r>
        <w:rPr>
          <w:lang w:eastAsia="zh-CN"/>
        </w:rPr>
        <w:t>　　3、上课认真听讲、认真记笔记、回家认真做作业。此外，要每天把当天所学了的课程都复习一遍，还要把第二天要学的课程预习一遍。</w:t>
      </w:r>
      <w:r>
        <w:rPr>
          <w:lang w:eastAsia="zh-CN"/>
        </w:rPr>
        <w:br/>
      </w:r>
      <w:r>
        <w:rPr>
          <w:lang w:eastAsia="zh-CN"/>
        </w:rPr>
        <w:t>　　4、写作业是一个非常重要的环节，认真仔细完成作业能发现不足并且可以巩固知识。语文作业要字迹工整,仔细分析;数学作业,不能马虎,写完后认真检查并验算;英语作业,书写规范, 字迹工整。</w:t>
      </w:r>
      <w:r>
        <w:rPr>
          <w:lang w:eastAsia="zh-CN"/>
        </w:rPr>
        <w:br/>
      </w:r>
      <w:r>
        <w:rPr>
          <w:lang w:eastAsia="zh-CN"/>
        </w:rPr>
        <w:t>　　5、作为少先队员，不仅要尊老爱幼，尊敬师长，还要乐于帮助，别人时刻紧记遵守规则。</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6、扬文明诚信美德,展三江学子风采。想要做一个合格的学生,就要做到文明诚信美德。一个学期是辛苦的,但我不能怕辛苦,别人能够做到,我相信自己也一定能做到。所谓“苦尽甘来”，只要努力去做，肯定会获得回报。在这个学期里，不仅要好好学习，还要做到文明诚信美德。</w:t>
      </w:r>
      <w:r>
        <w:rPr>
          <w:lang w:eastAsia="zh-CN"/>
        </w:rPr>
        <w:br/>
      </w:r>
      <w:r>
        <w:rPr>
          <w:lang w:eastAsia="zh-CN"/>
        </w:rPr>
        <w:t>　　7、学年各科成绩计划:语文:95分 数学:100分 英语:98分 科学: 分 品德与社会:90分信息技术:95分</w:t>
      </w:r>
      <w:r>
        <w:rPr>
          <w:lang w:eastAsia="zh-CN"/>
        </w:rPr>
        <w:br/>
      </w:r>
      <w:r>
        <w:rPr>
          <w:lang w:eastAsia="zh-CN"/>
        </w:rPr>
        <w:t xml:space="preserve">    初中学生个人学习计划 篇13 </w:t>
      </w:r>
      <w:r>
        <w:rPr>
          <w:lang w:eastAsia="zh-CN"/>
        </w:rPr>
        <w:br/>
      </w:r>
      <w:r>
        <w:rPr>
          <w:lang w:eastAsia="zh-CN"/>
        </w:rPr>
        <w:t>　　1.加强课外阅读。</w:t>
      </w:r>
      <w:r>
        <w:rPr>
          <w:lang w:eastAsia="zh-CN"/>
        </w:rPr>
        <w:br/>
      </w:r>
      <w:r>
        <w:rPr>
          <w:lang w:eastAsia="zh-CN"/>
        </w:rPr>
        <w:t>　　2.闲时多翻翻字典，积累一些生僻字、词语。</w:t>
      </w:r>
      <w:r>
        <w:rPr>
          <w:lang w:eastAsia="zh-CN"/>
        </w:rPr>
        <w:br/>
      </w:r>
      <w:r>
        <w:rPr>
          <w:lang w:eastAsia="zh-CN"/>
        </w:rPr>
        <w:t>　　3.找一个本子，专门积累课外的古诗词及文言片段。</w:t>
      </w:r>
      <w:r>
        <w:rPr>
          <w:lang w:eastAsia="zh-CN"/>
        </w:rPr>
        <w:br/>
      </w:r>
      <w:r>
        <w:rPr>
          <w:lang w:eastAsia="zh-CN"/>
        </w:rPr>
        <w:t>　　4.拥有自己的现代文摘抄本。</w:t>
      </w:r>
      <w:r>
        <w:rPr>
          <w:lang w:eastAsia="zh-CN"/>
        </w:rPr>
        <w:br/>
      </w:r>
      <w:r>
        <w:rPr>
          <w:lang w:eastAsia="zh-CN"/>
        </w:rPr>
        <w:t>　　5.在完成老师要求的作文基础下，每周多练一篇习作。</w:t>
      </w:r>
      <w:r>
        <w:rPr>
          <w:lang w:eastAsia="zh-CN"/>
        </w:rPr>
        <w:br/>
      </w:r>
      <w:r>
        <w:rPr>
          <w:lang w:eastAsia="zh-CN"/>
        </w:rPr>
        <w:t>　　1.在完成书上练习题的基础下，寻找课外习题来增加掌握的题型量。</w:t>
      </w:r>
      <w:r>
        <w:rPr>
          <w:lang w:eastAsia="zh-CN"/>
        </w:rPr>
        <w:br/>
      </w:r>
      <w:r>
        <w:rPr>
          <w:lang w:eastAsia="zh-CN"/>
        </w:rPr>
        <w:t>　　2.尽量寻找一些难度系数相对较大的题型。</w:t>
      </w:r>
      <w:r>
        <w:rPr>
          <w:lang w:eastAsia="zh-CN"/>
        </w:rPr>
        <w:br/>
      </w:r>
      <w:r>
        <w:rPr>
          <w:lang w:eastAsia="zh-CN"/>
        </w:rPr>
        <w:t>　　3.从整理笔记入手，加强自己分析问题以及总结题型的能力。</w:t>
      </w:r>
      <w:r>
        <w:rPr>
          <w:lang w:eastAsia="zh-CN"/>
        </w:rPr>
        <w:br/>
      </w:r>
      <w:r>
        <w:rPr>
          <w:lang w:eastAsia="zh-CN"/>
        </w:rPr>
        <w:t>　　1.在将书上内容吃透的基础上，争取多做课外阅读。</w:t>
      </w:r>
      <w:r>
        <w:rPr>
          <w:lang w:eastAsia="zh-CN"/>
        </w:rPr>
        <w:br/>
      </w:r>
      <w:r>
        <w:rPr>
          <w:lang w:eastAsia="zh-CN"/>
        </w:rPr>
        <w:t>　　2.阅读一些总结性的初中语法书籍。</w:t>
      </w:r>
      <w:r>
        <w:rPr>
          <w:lang w:eastAsia="zh-CN"/>
        </w:rPr>
        <w:br/>
      </w:r>
      <w:r>
        <w:rPr>
          <w:lang w:eastAsia="zh-CN"/>
        </w:rPr>
        <w:t>　　3.增大词汇量。</w:t>
      </w:r>
      <w:r>
        <w:rPr>
          <w:lang w:eastAsia="zh-CN"/>
        </w:rPr>
        <w:br/>
      </w:r>
      <w:r>
        <w:rPr>
          <w:lang w:eastAsia="zh-CN"/>
        </w:rPr>
        <w:t>　　1.寻找课外题型。</w:t>
      </w:r>
      <w:r>
        <w:rPr>
          <w:lang w:eastAsia="zh-CN"/>
        </w:rPr>
        <w:br/>
      </w:r>
      <w:r>
        <w:rPr>
          <w:lang w:eastAsia="zh-CN"/>
        </w:rPr>
        <w:t>　　2.增强笔记的条理性。</w:t>
      </w:r>
      <w:r>
        <w:rPr>
          <w:lang w:eastAsia="zh-CN"/>
        </w:rPr>
        <w:br/>
      </w:r>
      <w:r>
        <w:rPr>
          <w:lang w:eastAsia="zh-CN"/>
        </w:rPr>
        <w:t>　　1.熟记化学元素周期表。</w:t>
      </w:r>
      <w:r>
        <w:rPr>
          <w:lang w:eastAsia="zh-CN"/>
        </w:rPr>
        <w:br/>
      </w:r>
      <w:r>
        <w:rPr>
          <w:lang w:eastAsia="zh-CN"/>
        </w:rPr>
        <w:t>　　2.熟记化学概念。</w:t>
      </w:r>
      <w:r>
        <w:rPr>
          <w:lang w:eastAsia="zh-CN"/>
        </w:rPr>
        <w:br/>
      </w:r>
      <w:r>
        <w:rPr>
          <w:lang w:eastAsia="zh-CN"/>
        </w:rPr>
        <w:t>　　3.多接触课外化学题型。</w:t>
      </w:r>
      <w:r>
        <w:rPr>
          <w:lang w:eastAsia="zh-CN"/>
        </w:rPr>
        <w:br/>
      </w:r>
      <w:r>
        <w:rPr>
          <w:lang w:eastAsia="zh-CN"/>
        </w:rPr>
        <w:t xml:space="preserve">    初中学生个人学习计划 篇14 </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1.养成良好的作息时间。晚上尽量十一点以前入睡，保证良好的睡眠，早上按时起床，尽量在食堂吃早饭。</w:t>
      </w:r>
      <w:r>
        <w:rPr>
          <w:lang w:eastAsia="zh-CN"/>
        </w:rPr>
        <w:br/>
      </w:r>
      <w:r>
        <w:rPr>
          <w:lang w:eastAsia="zh-CN"/>
        </w:rPr>
        <w:t>　　2.课前预习，不仅要按老师的要求做预习功课，更要自己对应着辅导书认真看一遍，找出不懂的问题，争取自己解决。</w:t>
      </w:r>
      <w:r>
        <w:rPr>
          <w:lang w:eastAsia="zh-CN"/>
        </w:rPr>
        <w:br/>
      </w:r>
      <w:r>
        <w:rPr>
          <w:lang w:eastAsia="zh-CN"/>
        </w:rPr>
        <w:t>　　3.课上认真听讲，不开小差，不打瞌睡。课上的时间一分一秒都很宝贵，要好好珍惜，努力将效率提到最高。</w:t>
      </w:r>
      <w:r>
        <w:rPr>
          <w:lang w:eastAsia="zh-CN"/>
        </w:rPr>
        <w:br/>
      </w:r>
      <w:r>
        <w:rPr>
          <w:lang w:eastAsia="zh-CN"/>
        </w:rPr>
        <w:t>　　4.课下自己多多练习。时间都是挤出来的，要尽量不让活动时间与学习时间冲突，多利用时间复习。</w:t>
      </w:r>
      <w:r>
        <w:rPr>
          <w:lang w:eastAsia="zh-CN"/>
        </w:rPr>
        <w:br/>
      </w:r>
      <w:r>
        <w:rPr>
          <w:lang w:eastAsia="zh-CN"/>
        </w:rPr>
        <w:t>　　学习时应该像老师说的那样，每周、每月都要拿出时间复习，这样才能将知识掌握扎实。</w:t>
      </w:r>
      <w:r>
        <w:rPr>
          <w:lang w:eastAsia="zh-CN"/>
        </w:rPr>
        <w:br/>
      </w:r>
      <w:r>
        <w:rPr>
          <w:lang w:eastAsia="zh-CN"/>
        </w:rPr>
        <w:t>　　同时也要做好各种工作：作为语文，数学课代表应该积极履行责任，做老师的好帮手;作为值日生应按时值日，保质保量;作为学习部干事应按时完成任务。</w:t>
      </w:r>
      <w:r>
        <w:rPr>
          <w:lang w:eastAsia="zh-CN"/>
        </w:rPr>
        <w:br/>
      </w:r>
      <w:r>
        <w:rPr>
          <w:lang w:eastAsia="zh-CN"/>
        </w:rPr>
        <w:t>　　保持良好的身体素质也是我的一个重要目标，应在体育课上认真锻炼，劳逸结合，不因为身体原因耽误学习。</w:t>
      </w:r>
      <w:r>
        <w:rPr>
          <w:lang w:eastAsia="zh-CN"/>
        </w:rPr>
        <w:br/>
      </w:r>
      <w:r>
        <w:rPr>
          <w:lang w:eastAsia="zh-CN"/>
        </w:rPr>
        <w:t>　　任重而道远，我相信接下来的这个学期，我会以更好的成绩证明我自己!</w:t>
      </w:r>
      <w:r>
        <w:rPr>
          <w:lang w:eastAsia="zh-CN"/>
        </w:rPr>
        <w:br/>
      </w:r>
      <w:r>
        <w:rPr>
          <w:lang w:eastAsia="zh-CN"/>
        </w:rPr>
        <w:t xml:space="preserve">    初中学生个人学习计划 篇15 </w:t>
      </w:r>
      <w:r>
        <w:rPr>
          <w:lang w:eastAsia="zh-CN"/>
        </w:rPr>
        <w:br/>
      </w:r>
      <w:r>
        <w:rPr>
          <w:lang w:eastAsia="zh-CN"/>
        </w:rPr>
        <w:t>　　新的一学期就要开始了，我要做一个健康快乐、积极向上的好学生。我要在新学期里努力做到以下几点：</w:t>
      </w:r>
      <w:r>
        <w:rPr>
          <w:lang w:eastAsia="zh-CN"/>
        </w:rPr>
        <w:br/>
      </w:r>
      <w:r>
        <w:rPr>
          <w:lang w:eastAsia="zh-CN"/>
        </w:rPr>
        <w:t>　　1、上课认真听讲，积极大胆回答问题。</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2、对于不懂的问题，要虚心向老师和同学请教，在这个学期，我要多下功夫，努力把数学成绩提高。</w:t>
      </w:r>
      <w:r>
        <w:rPr>
          <w:lang w:eastAsia="zh-CN"/>
        </w:rPr>
        <w:br/>
      </w:r>
      <w:r>
        <w:rPr>
          <w:lang w:eastAsia="zh-CN"/>
        </w:rPr>
        <w:t>　　3、认真完成老师布置的各科作业。</w:t>
      </w:r>
      <w:r>
        <w:rPr>
          <w:lang w:eastAsia="zh-CN"/>
        </w:rPr>
        <w:br/>
      </w:r>
      <w:r>
        <w:rPr>
          <w:lang w:eastAsia="zh-CN"/>
        </w:rPr>
        <w:t>　　4、每天坚持课外看书，扩展知识面，养成阅读的好习惯，努力提高阅读和写作能力。</w:t>
      </w:r>
      <w:r>
        <w:rPr>
          <w:lang w:eastAsia="zh-CN"/>
        </w:rPr>
        <w:br/>
      </w:r>
      <w:r>
        <w:rPr>
          <w:lang w:eastAsia="zh-CN"/>
        </w:rPr>
        <w:t>　　5、要学会合理安排好学习、娱乐、休息的时间。</w:t>
      </w:r>
      <w:r>
        <w:rPr>
          <w:lang w:eastAsia="zh-CN"/>
        </w:rPr>
        <w:br/>
      </w:r>
      <w:r>
        <w:rPr>
          <w:lang w:eastAsia="zh-CN"/>
        </w:rPr>
        <w:t>　　6、每天坚持锻炼，要有一个健康的好身体。</w:t>
      </w:r>
      <w:r>
        <w:rPr>
          <w:lang w:eastAsia="zh-CN"/>
        </w:rPr>
        <w:br/>
      </w:r>
      <w:r>
        <w:rPr>
          <w:lang w:eastAsia="zh-CN"/>
        </w:rPr>
        <w:t>　　这就是我的新学期规划，我相信朝着这个目标努力，一定会有更大的收获！</w:t>
      </w:r>
      <w:r>
        <w:rPr>
          <w:lang w:eastAsia="zh-CN"/>
        </w:rPr>
        <w:br/>
      </w:r>
      <w:r>
        <w:rPr>
          <w:lang w:eastAsia="zh-CN"/>
        </w:rPr>
        <w:t xml:space="preserve">    初中学生个人学习计划 篇16 </w:t>
      </w:r>
      <w:r>
        <w:rPr>
          <w:lang w:eastAsia="zh-CN"/>
        </w:rPr>
        <w:br/>
      </w:r>
      <w:r>
        <w:rPr>
          <w:lang w:eastAsia="zh-CN"/>
        </w:rPr>
        <w:t>　　我本着自身以考证为目标，为了不使自己落后于他人；也为了使自己的学习进度能更快更好地进行，我为自己下半年在文员班下半年的学习制定一套计划。</w:t>
      </w:r>
      <w:r>
        <w:rPr>
          <w:lang w:eastAsia="zh-CN"/>
        </w:rPr>
        <w:br/>
      </w:r>
      <w:r>
        <w:rPr>
          <w:lang w:eastAsia="zh-CN"/>
        </w:rPr>
        <w:t>　　具体学习内容如下：</w:t>
      </w:r>
      <w:r>
        <w:rPr>
          <w:lang w:eastAsia="zh-CN"/>
        </w:rPr>
        <w:br/>
      </w:r>
      <w:r>
        <w:rPr>
          <w:lang w:eastAsia="zh-CN"/>
        </w:rPr>
        <w:t>　　一：文员实务操作</w:t>
      </w:r>
      <w:r>
        <w:rPr>
          <w:lang w:eastAsia="zh-CN"/>
        </w:rPr>
        <w:br/>
      </w:r>
      <w:r>
        <w:rPr>
          <w:lang w:eastAsia="zh-CN"/>
        </w:rPr>
        <w:t>　　尤其是在《应用文写作》这方面，我对应用文写作的排版环节还不是特别熟练；还有就是每次写文章打字速度总是时快时慢，我自己感到非常懊恼。</w:t>
      </w:r>
      <w:r>
        <w:rPr>
          <w:lang w:eastAsia="zh-CN"/>
        </w:rPr>
        <w:br/>
      </w:r>
      <w:r>
        <w:rPr>
          <w:lang w:eastAsia="zh-CN"/>
        </w:rPr>
        <w:t>　　二：计算机操作</w:t>
      </w:r>
      <w:r>
        <w:rPr>
          <w:lang w:eastAsia="zh-CN"/>
        </w:rPr>
        <w:br/>
      </w:r>
      <w:r>
        <w:rPr>
          <w:lang w:eastAsia="zh-CN"/>
        </w:rPr>
        <w:t>　　计算机的基本操作对我而言说难不难，说简单也不是很简单，我在每次的计算机实操课；每次做习题我都会遇到难题，就是在制作表格方面，我总是会忘记怎么做。</w:t>
      </w:r>
      <w:r>
        <w:rPr>
          <w:lang w:eastAsia="zh-CN"/>
        </w:rPr>
        <w:br/>
      </w:r>
      <w:r>
        <w:rPr>
          <w:lang w:eastAsia="zh-CN"/>
        </w:rPr>
        <w:t>　　三：措施</w:t>
      </w:r>
      <w:r>
        <w:rPr>
          <w:lang w:eastAsia="zh-CN"/>
        </w:rPr>
        <w:br/>
      </w:r>
    </w:p>
    <w:p w:rsidR="001B1F19" w14:textId="27C3F48A">
      <w:pPr>
        <w:rPr>
          <w:lang w:eastAsia="zh-CN"/>
        </w:rPr>
      </w:pPr>
      <w:r>
        <w:rPr>
          <w:lang w:eastAsia="zh-CN"/>
        </w:rPr>
        <w:t>　　1：平时上课时要多加留心老师在课堂上讲的内容，上课应多作课堂笔记以免下课后就忘记了，还要必须经常上网收集一些关于《应用文写作》的范文；学习他人是如何写作的。</w:t>
      </w:r>
      <w:r>
        <w:rPr>
          <w:lang w:eastAsia="zh-CN"/>
        </w:rPr>
        <w:br/>
      </w:r>
      <w:r>
        <w:rPr>
          <w:lang w:eastAsia="zh-CN"/>
        </w:rPr>
        <w:t>　　2：结合自身的情况，灵活运用在日常学习实践当中；我在下半年一定要在这方面加快打字的速度，使自己能够更快更好的写出好文章出来；打字速度我得多加练习，争取提高速度，每天练习打字速度必须在100至1000字以上，工作计划《鄞甜甜的个人学习计划》。</w:t>
      </w:r>
      <w:r>
        <w:rPr>
          <w:lang w:eastAsia="zh-CN"/>
        </w:rPr>
        <w:br/>
      </w:r>
      <w:r>
        <w:rPr>
          <w:lang w:eastAsia="zh-CN"/>
        </w:rPr>
        <w:t>　　3：我决心在下半年多加练习计算机课程的word文档与e_cel文档中的表格制作技巧，务求在以后的学习中更快更好完成老师布置的课堂作业练习。</w:t>
      </w:r>
      <w:r>
        <w:rPr>
          <w:lang w:eastAsia="zh-CN"/>
        </w:rPr>
        <w:br/>
      </w:r>
      <w:r>
        <w:rPr>
          <w:lang w:eastAsia="zh-CN"/>
        </w:rPr>
        <w:t>　　四：学习时间表</w:t>
      </w:r>
      <w:r>
        <w:rPr>
          <w:lang w:eastAsia="zh-CN"/>
        </w:rPr>
        <w:br/>
      </w:r>
      <w:r>
        <w:rPr>
          <w:lang w:eastAsia="zh-CN"/>
        </w:rPr>
        <w:t>　　1：每天保证有1小时的时间复习应用文写作、文字排版及计算机操作word文档、e_cel文档相关内容。</w:t>
      </w:r>
      <w:r>
        <w:rPr>
          <w:lang w:eastAsia="zh-CN"/>
        </w:rPr>
        <w:br/>
      </w:r>
      <w:r>
        <w:rPr>
          <w:lang w:eastAsia="zh-CN"/>
        </w:rPr>
        <w:t>　　2：星期一至五早上6：00起床，8：00至9：00准时回文员班上课学习文员实务的基本技巧。3：星期一至五下午2：00回文员班上课学习计算机操作的基本技巧。</w:t>
      </w:r>
      <w:r>
        <w:rPr>
          <w:lang w:eastAsia="zh-CN"/>
        </w:rPr>
        <w:br/>
      </w:r>
      <w:r>
        <w:rPr>
          <w:lang w:eastAsia="zh-CN"/>
        </w:rPr>
        <w:t>　　4：星期一至五晚上9：00至11点学习老师在课堂上讲的内容，自作习题每天学习一至三小时以上。</w:t>
      </w:r>
      <w:r>
        <w:rPr>
          <w:lang w:eastAsia="zh-CN"/>
        </w:rPr>
        <w:br/>
      </w:r>
      <w:r>
        <w:rPr>
          <w:lang w:eastAsia="zh-CN"/>
        </w:rPr>
        <w:t>　　五.前景展望</w:t>
      </w:r>
      <w:r>
        <w:rPr>
          <w:lang w:eastAsia="zh-CN"/>
        </w:rPr>
        <w:br/>
      </w:r>
      <w:r>
        <w:rPr>
          <w:lang w:eastAsia="zh-CN"/>
        </w:rPr>
        <w:t>　　目标决定了我的命运，时间就是我的生命，未来每天都是我的机会，机会是留给有准备的人：成功只在一瞬间就到身边来了。</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https://d.book118.com/238121051014006041</w:t>
        </w:r>
      </w:hyperlink>
    </w:p>
    <w:p w:rsidR="001B1F19">
      <w:pPr>
        <w:rPr>
          <w:lang w:eastAsia="zh-CN"/>
        </w:rPr>
      </w:pPr>
    </w:p>
    <w:sectPr>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38121051014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