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2024年加工贸易合同范本（35篇）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2024年加工贸易合同范本（通用35篇）</w:t>
      </w:r>
      <w:r>
        <w:rPr>
          <w:lang w:eastAsia="zh-CN"/>
        </w:rPr>
        <w:br/>
      </w:r>
      <w:r>
        <w:rPr>
          <w:lang w:eastAsia="zh-CN"/>
        </w:rPr>
        <w:t xml:space="preserve">    2024年加工贸易合同范本 篇1 </w:t>
      </w:r>
      <w:r>
        <w:rPr>
          <w:lang w:eastAsia="zh-CN"/>
        </w:rPr>
        <w:br/>
      </w:r>
      <w:r>
        <w:rPr>
          <w:lang w:eastAsia="zh-CN"/>
        </w:rPr>
        <w:t>　　第一条加工成品</w:t>
      </w:r>
      <w:r>
        <w:rPr>
          <w:lang w:eastAsia="zh-CN"/>
        </w:rPr>
        <w:br/>
      </w:r>
      <w:r>
        <w:rPr>
          <w:lang w:eastAsia="zh-CN"/>
        </w:rPr>
        <w:t>　　1.加工成品名称为：</w:t>
      </w:r>
      <w:r>
        <w:rPr>
          <w:lang w:eastAsia="zh-CN"/>
        </w:rPr>
        <w:br/>
      </w:r>
      <w:r>
        <w:rPr>
          <w:lang w:eastAsia="zh-CN"/>
        </w:rPr>
        <w:t>　　2.加工成品规格为：</w:t>
      </w:r>
      <w:r>
        <w:rPr>
          <w:lang w:eastAsia="zh-CN"/>
        </w:rPr>
        <w:br/>
      </w:r>
      <w:r>
        <w:rPr>
          <w:lang w:eastAsia="zh-CN"/>
        </w:rPr>
        <w:t>　　3.加工成品数量为：</w:t>
      </w:r>
      <w:r>
        <w:rPr>
          <w:lang w:eastAsia="zh-CN"/>
        </w:rPr>
        <w:br/>
      </w:r>
      <w:r>
        <w:rPr>
          <w:lang w:eastAsia="zh-CN"/>
        </w:rPr>
        <w:t>　　第二条加工成品质量要求</w:t>
      </w:r>
      <w:r>
        <w:rPr>
          <w:lang w:eastAsia="zh-CN"/>
        </w:rPr>
        <w:br/>
      </w:r>
      <w:r>
        <w:rPr>
          <w:lang w:eastAsia="zh-CN"/>
        </w:rPr>
        <w:t>　　&amp;&amp;&amp;&amp;&amp;&amp;&amp;&amp;&amp;&amp;&amp;&amp;&amp;&amp;&amp;&amp;&amp;&amp;&amp;&amp;&amp;&amp;&amp;&amp;&amp;&amp;&amp;&amp;&amp;&amp;&amp;&amp;&amp;&amp;</w:t>
      </w:r>
      <w:r>
        <w:rPr>
          <w:lang w:eastAsia="zh-CN"/>
        </w:rPr>
        <w:br/>
      </w:r>
      <w:r>
        <w:rPr>
          <w:lang w:eastAsia="zh-CN"/>
        </w:rPr>
        <w:t>　　(加工物品，需要封存样品的，应当写明由双方代表当面封签，并妥为保存，作为验收依据。)</w:t>
      </w:r>
      <w:r>
        <w:rPr>
          <w:lang w:eastAsia="zh-CN"/>
        </w:rPr>
        <w:br/>
      </w:r>
      <w:r>
        <w:rPr>
          <w:lang w:eastAsia="zh-CN"/>
        </w:rPr>
        <w:t>　　第三条原材料提供的办法、规格、数量、质量、期限</w:t>
      </w:r>
      <w:r>
        <w:rPr>
          <w:lang w:eastAsia="zh-CN"/>
        </w:rPr>
        <w:br/>
      </w:r>
      <w:r>
        <w:rPr>
          <w:lang w:eastAsia="zh-CN"/>
        </w:rPr>
        <w:t>　　1.定作人交付原材料的时间为：&amp;&amp;&amp;&amp;&amp;&amp;</w:t>
      </w:r>
      <w:r>
        <w:rPr>
          <w:lang w:eastAsia="zh-CN"/>
        </w:rPr>
        <w:br/>
      </w:r>
      <w:r>
        <w:rPr>
          <w:lang w:eastAsia="zh-CN"/>
        </w:rPr>
        <w:t>　　2.定作人交付原材料的数量是：&amp;&amp;&amp;&amp;&amp;&amp;消耗定额为：&amp;&amp;&amp;&amp;&amp;&amp;</w:t>
      </w:r>
      <w:r>
        <w:rPr>
          <w:lang w:eastAsia="zh-CN"/>
        </w:rPr>
        <w:br/>
      </w:r>
      <w:r>
        <w:rPr>
          <w:lang w:eastAsia="zh-CN"/>
        </w:rPr>
        <w:t>　　3.定作入支付原材料的质量是：&amp;&amp;&amp;&amp;&amp;&amp;规格为&amp;&amp;&amp;&amp;&amp;&amp;</w:t>
      </w:r>
      <w:r>
        <w:rPr>
          <w:lang w:eastAsia="zh-CN"/>
        </w:rPr>
        <w:br/>
      </w:r>
      <w:r>
        <w:rPr>
          <w:lang w:eastAsia="zh-CN"/>
        </w:rPr>
        <w:t>　　4.承揽人对原材料的检验期限是&amp;&amp;&amp;&amp;&amp;&amp;，承揽人如发现原材料不符合要求的，应当立即通知定作人调换或补齐。</w:t>
      </w:r>
      <w:r>
        <w:rPr>
          <w:lang w:eastAsia="zh-CN"/>
        </w:rPr>
        <w:br/>
      </w:r>
      <w:r>
        <w:rPr>
          <w:lang w:eastAsia="zh-CN"/>
        </w:rPr>
        <w:t>　　5.承揽人对定作人提供的原材料不得擅自变更，不得偷工减料。</w:t>
      </w:r>
      <w:r>
        <w:rPr>
          <w:lang w:eastAsia="zh-CN"/>
        </w:rPr>
        <w:br/>
      </w:r>
      <w:r>
        <w:rPr>
          <w:lang w:eastAsia="zh-CN"/>
        </w:rPr>
        <w:t>　　6.原材料交付或提取日期的计算，应照本合同第七条规定执行。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第四条技术资料、图纸的提供办法、期限及保密条款</w:t>
      </w:r>
      <w:r>
        <w:rPr>
          <w:lang w:eastAsia="zh-CN"/>
        </w:rPr>
        <w:br/>
      </w:r>
      <w:r>
        <w:rPr>
          <w:lang w:eastAsia="zh-CN"/>
        </w:rPr>
        <w:t>　　1.技术资料、图纸由&amp;&amp;&amp;&amp;&amp;&amp;一方提供。</w:t>
      </w:r>
      <w:r>
        <w:rPr>
          <w:lang w:eastAsia="zh-CN"/>
        </w:rPr>
        <w:br/>
      </w:r>
      <w:r>
        <w:rPr>
          <w:lang w:eastAsia="zh-CN"/>
        </w:rPr>
        <w:t>　　2.提供方提供技术资料、图纸的期限为：&amp;&amp;。</w:t>
      </w:r>
      <w:r>
        <w:rPr>
          <w:lang w:eastAsia="zh-CN"/>
        </w:rPr>
        <w:br/>
      </w:r>
      <w:r>
        <w:rPr>
          <w:lang w:eastAsia="zh-CN"/>
        </w:rPr>
        <w:t>　　3.承揽人在依照定作人的要求进行工作期间，发现提供的图纸或技术要求不合理，应当及时通知定作人;定作人应在&amp;&amp;&amp;&amp;&amp;&amp;(日/月)内回复，提出修改意见。承揽人在规定时间内未得到答复，有权停止工作，并及时通知定作人，因此造成的损失，由定作人赔偿。</w:t>
      </w:r>
      <w:r>
        <w:rPr>
          <w:lang w:eastAsia="zh-CN"/>
        </w:rPr>
        <w:br/>
      </w:r>
      <w:r>
        <w:rPr>
          <w:lang w:eastAsia="zh-CN"/>
        </w:rPr>
        <w:t>　　4.保密要求：&amp;&amp;&amp;&amp;&amp;&amp;&amp;&amp;(承揽人对于承揽的工作，如果定作人要求保密，合同即应写明，承揽人应严格遵守保密的约定，未经定作人许可不得留存技术资料和复制品。)</w:t>
      </w:r>
      <w:r>
        <w:rPr>
          <w:lang w:eastAsia="zh-CN"/>
        </w:rPr>
        <w:br/>
      </w:r>
      <w:r>
        <w:rPr>
          <w:lang w:eastAsia="zh-CN"/>
        </w:rPr>
        <w:t>　　5.定作人应当按规定日期提供技术资料、图纸等。</w:t>
      </w:r>
      <w:r>
        <w:rPr>
          <w:lang w:eastAsia="zh-CN"/>
        </w:rPr>
        <w:br/>
      </w:r>
      <w:r>
        <w:rPr>
          <w:lang w:eastAsia="zh-CN"/>
        </w:rPr>
        <w:t>　　第五条报酬承揽人按合同有关要求交付全部定作物，定作人付给承揽人价款(或酬金)&amp;&amp;元。</w:t>
      </w:r>
      <w:r>
        <w:rPr>
          <w:lang w:eastAsia="zh-CN"/>
        </w:rPr>
        <w:br/>
      </w:r>
      <w:r>
        <w:rPr>
          <w:lang w:eastAsia="zh-CN"/>
        </w:rPr>
        <w:t>　　(价款或酬金，按国家或主管部门的规定执行;没有规定的由双方当事人商定。)</w:t>
      </w:r>
      <w:r>
        <w:rPr>
          <w:lang w:eastAsia="zh-CN"/>
        </w:rPr>
        <w:br/>
      </w:r>
      <w:r>
        <w:rPr>
          <w:lang w:eastAsia="zh-CN"/>
        </w:rPr>
        <w:t>　　第六条验收标准和方法</w:t>
      </w:r>
      <w:r>
        <w:rPr>
          <w:lang w:eastAsia="zh-CN"/>
        </w:rPr>
        <w:br/>
      </w:r>
      <w:r>
        <w:rPr>
          <w:lang w:eastAsia="zh-CN"/>
        </w:rPr>
        <w:t>　　1.验收标准为本合同规定的质量要求、图纸和样品。</w:t>
      </w:r>
      <w:r>
        <w:rPr>
          <w:lang w:eastAsia="zh-CN"/>
        </w:rPr>
        <w:br/>
      </w:r>
      <w:r>
        <w:rPr>
          <w:lang w:eastAsia="zh-CN"/>
        </w:rPr>
        <w:t>　　2.验收期限为：①定作人应按合同规定的期限验收承揽人所完成的工作。②验收前承揽人应向定作人提交必需的技术资料和有关质量证明。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3.保证期限为：对短期检验难以发现质量缺陷的定作物或项目，由双方协商保证期限。保证期限内发生问题，除定作人使用、保管不当原因而造成质量问题以外，定作物成品由承揽人负责修复或退换。</w:t>
      </w:r>
      <w:r>
        <w:rPr>
          <w:lang w:eastAsia="zh-CN"/>
        </w:rPr>
        <w:br/>
      </w:r>
      <w:r>
        <w:rPr>
          <w:lang w:eastAsia="zh-CN"/>
        </w:rPr>
        <w:t>　　4.双方当事人对承揽的定作物和项目质量，在检验中发生争议时，可由质量监督检验机构提供检验证明。</w:t>
      </w:r>
      <w:r>
        <w:rPr>
          <w:lang w:eastAsia="zh-CN"/>
        </w:rPr>
        <w:br/>
      </w:r>
      <w:r>
        <w:rPr>
          <w:lang w:eastAsia="zh-CN"/>
        </w:rPr>
        <w:t>　　第七条交货时间和地点</w:t>
      </w:r>
      <w:r>
        <w:rPr>
          <w:lang w:eastAsia="zh-CN"/>
        </w:rPr>
        <w:br/>
      </w:r>
      <w:r>
        <w:rPr>
          <w:lang w:eastAsia="zh-CN"/>
        </w:rPr>
        <w:t>　　1.交(提)定作物期限为：&amp;&amp;&amp;&amp;&amp;&amp;。任何一方要求提前或延期交(提)定作物，应在事先与对方达成协议。承揽人自备运输工具送交定作物的，以定作人接收的戳记日期为准。委托运输部门运输的，以发运定作物时承运部门签发戳记日期为准;自提定作物的，以承揽人通知的提取日期为准。(双方不同意以上计算方式，可以另行约定。)</w:t>
      </w:r>
      <w:r>
        <w:rPr>
          <w:lang w:eastAsia="zh-CN"/>
        </w:rPr>
        <w:br/>
      </w:r>
      <w:r>
        <w:rPr>
          <w:lang w:eastAsia="zh-CN"/>
        </w:rPr>
        <w:t>　　2.交货地点：&amp;&amp;</w:t>
      </w:r>
      <w:r>
        <w:rPr>
          <w:lang w:eastAsia="zh-CN"/>
        </w:rPr>
        <w:br/>
      </w:r>
      <w:r>
        <w:rPr>
          <w:lang w:eastAsia="zh-CN"/>
        </w:rPr>
        <w:t>　　第八条包装要求及费用负担</w:t>
      </w:r>
      <w:r>
        <w:rPr>
          <w:lang w:eastAsia="zh-CN"/>
        </w:rPr>
        <w:br/>
      </w:r>
      <w:r>
        <w:rPr>
          <w:lang w:eastAsia="zh-CN"/>
        </w:rPr>
        <w:t>　　1.包装定作物的材料为：</w:t>
      </w:r>
      <w:r>
        <w:rPr>
          <w:lang w:eastAsia="zh-CN"/>
        </w:rPr>
        <w:br/>
      </w:r>
      <w:r>
        <w:rPr>
          <w:lang w:eastAsia="zh-CN"/>
        </w:rPr>
        <w:t>　　2.包装定作物的方法为：</w:t>
      </w:r>
      <w:r>
        <w:rPr>
          <w:lang w:eastAsia="zh-CN"/>
        </w:rPr>
        <w:br/>
      </w:r>
      <w:r>
        <w:rPr>
          <w:lang w:eastAsia="zh-CN"/>
        </w:rPr>
        <w:t>　　3.包装定作物的标准和要求为：</w:t>
      </w:r>
      <w:r>
        <w:rPr>
          <w:lang w:eastAsia="zh-CN"/>
        </w:rPr>
        <w:br/>
      </w:r>
      <w:r>
        <w:rPr>
          <w:lang w:eastAsia="zh-CN"/>
        </w:rPr>
        <w:t>　　4.包装定作物的费用负担：</w:t>
      </w:r>
      <w:r>
        <w:rPr>
          <w:lang w:eastAsia="zh-CN"/>
        </w:rPr>
        <w:br/>
      </w:r>
      <w:r>
        <w:rPr>
          <w:lang w:eastAsia="zh-CN"/>
        </w:rPr>
        <w:t>　　第九条运输方式与费用负担</w:t>
      </w:r>
      <w:r>
        <w:rPr>
          <w:lang w:eastAsia="zh-CN"/>
        </w:rPr>
        <w:br/>
      </w:r>
      <w:r>
        <w:rPr>
          <w:lang w:eastAsia="zh-CN"/>
        </w:rPr>
        <w:t>　　1.本次加工承揽中，采取</w:t>
      </w:r>
      <w:r>
        <w:rPr>
          <w:lang w:eastAsia="zh-CN"/>
        </w:rPr>
        <w:br/>
      </w:r>
      <w:r>
        <w:rPr>
          <w:lang w:eastAsia="zh-CN"/>
        </w:rPr>
        <w:t>　　2.本次加工承揽中发生的运输费用由&amp;&amp;&amp;&amp;负担</w:t>
      </w:r>
      <w:r>
        <w:rPr>
          <w:lang w:eastAsia="zh-CN"/>
        </w:rPr>
        <w:br/>
      </w:r>
      <w:r>
        <w:rPr>
          <w:lang w:eastAsia="zh-CN"/>
        </w:rPr>
        <w:t>　　第十条结算方式与期限</w:t>
      </w:r>
      <w:r>
        <w:rPr>
          <w:lang w:eastAsia="zh-CN"/>
        </w:rPr>
        <w:br/>
      </w:r>
      <w:r>
        <w:rPr>
          <w:lang w:eastAsia="zh-CN"/>
        </w:rPr>
        <w:t>　　1.定作人应在承揽人交付符合要求的定作物&amp;&amp;日内，进行结算。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2.定作人采用&amp;&amp;&amp;&amp;&amp;&amp;(写明是现金结算，还是转账结算，还是银行汇款结算)作为结算方式。</w:t>
      </w:r>
      <w:r>
        <w:rPr>
          <w:lang w:eastAsia="zh-CN"/>
        </w:rPr>
        <w:br/>
      </w:r>
      <w:r>
        <w:rPr>
          <w:lang w:eastAsia="zh-CN"/>
        </w:rPr>
        <w:t>　　第十一条定金与预付款</w:t>
      </w:r>
      <w:r>
        <w:rPr>
          <w:lang w:eastAsia="zh-CN"/>
        </w:rPr>
        <w:br/>
      </w:r>
      <w:r>
        <w:rPr>
          <w:lang w:eastAsia="zh-CN"/>
        </w:rPr>
        <w:t>　　1.承揽人要求定作人支付定金&amp;&amp;元。定作人不履行合同，无权请求返还定金。承揽人不履行合同，应双倍返还定金。</w:t>
      </w:r>
      <w:r>
        <w:rPr>
          <w:lang w:eastAsia="zh-CN"/>
        </w:rPr>
        <w:br/>
      </w:r>
      <w:r>
        <w:rPr>
          <w:lang w:eastAsia="zh-CN"/>
        </w:rPr>
        <w:t>　　2.定作人可向承揽人给付预付款&amp;&amp;元。承揽人不履行合同的，除承担违约责任外，必须如数返还预付款。定作人不履行合同的，可以把预付款抵作违约金和赔偿金;有余额的可以请求返还。</w:t>
      </w:r>
      <w:r>
        <w:rPr>
          <w:lang w:eastAsia="zh-CN"/>
        </w:rPr>
        <w:br/>
      </w:r>
      <w:r>
        <w:rPr>
          <w:lang w:eastAsia="zh-CN"/>
        </w:rPr>
        <w:t>　　第十二条承揽人的违约责任</w:t>
      </w:r>
      <w:r>
        <w:rPr>
          <w:lang w:eastAsia="zh-CN"/>
        </w:rPr>
        <w:br/>
      </w:r>
      <w:r>
        <w:rPr>
          <w:lang w:eastAsia="zh-CN"/>
        </w:rPr>
        <w:t>　　1.承揽人未按合同规定的质量交付定作物或完成工作任务，定作人同意利用的，应按质量论价;定作人不同意利用的，承揽人应当负责修整或调换，并承担逾期交付责任;定作物经修整或调换后，仍不符合合同规定的，定作人有权拒收，由此造成的损失由承揽人赔偿。</w:t>
      </w:r>
      <w:r>
        <w:rPr>
          <w:lang w:eastAsia="zh-CN"/>
        </w:rPr>
        <w:br/>
      </w:r>
      <w:r>
        <w:rPr>
          <w:lang w:eastAsia="zh-CN"/>
        </w:rPr>
        <w:t>　　2.交货时间到期，承揽人交付定作物或完成工作数量少于合同规定，定作人仍然需要的，承揽人应当照数补齐，补交部分按逾期交付处理;少交部分定作人不再需要的，定作人有权解除合同，因此造成的损失由承揽人赔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承揽人未按合同规定包装定作物，需返修或重新包装，应当负责返修或重新包装，并承担因此而支付的费用。定作人不要求返修或重新包装而要求赔偿损失的，承揽人应支付给定作人该不合格包装物低于合格包装物的价值部分。因包装不符合合同规定造成定作物的毁损、灭失的，由承揽人赔偿损失。</w:t>
      </w:r>
      <w:r>
        <w:rPr>
          <w:lang w:eastAsia="zh-CN"/>
        </w:rPr>
        <w:br/>
      </w:r>
      <w:r>
        <w:rPr>
          <w:lang w:eastAsia="zh-CN"/>
        </w:rPr>
        <w:t>　　4.承揽人逾期交付定作物，应向定作人偿付违约金&amp;&amp;元;以酬金计算的，每逾期一天，按逾期交付部分的酬金总额的&amp;&amp;偿付违约金。未经定作人同意，提前交付定作物，定作人有权暂不接收。</w:t>
      </w:r>
      <w:r>
        <w:rPr>
          <w:lang w:eastAsia="zh-CN"/>
        </w:rPr>
        <w:br/>
      </w:r>
      <w:r>
        <w:rPr>
          <w:lang w:eastAsia="zh-CN"/>
        </w:rPr>
        <w:t>　　5.承揽人不能交付定作物或不能完成工作的，应偿付不能交付定作物或不能完成工作部分的价款总额的&amp;&amp;%(一般为10%～30%)或酬金总额的&amp;&amp;%(一般为20%～60%)的违约金。</w:t>
      </w:r>
      <w:r>
        <w:rPr>
          <w:lang w:eastAsia="zh-CN"/>
        </w:rPr>
        <w:br/>
      </w:r>
      <w:r>
        <w:rPr>
          <w:lang w:eastAsia="zh-CN"/>
        </w:rPr>
        <w:t>　　6.异地交付的定作物不符合合同规定，暂由定作人代保管时，承揽人应支付定作人实际支付的保管费、保养费等。</w:t>
      </w:r>
      <w:r>
        <w:rPr>
          <w:lang w:eastAsia="zh-CN"/>
        </w:rPr>
        <w:br/>
      </w:r>
      <w:r>
        <w:rPr>
          <w:lang w:eastAsia="zh-CN"/>
        </w:rPr>
        <w:t>　　7.实行代运或送货的定作物，错发到达地点或接收人，承揽人除应负责运到正确指定地点或接收入外，并承担因此多付的运杂费和逾期交付定作物的责任。</w:t>
      </w:r>
      <w:r>
        <w:rPr>
          <w:lang w:eastAsia="zh-CN"/>
        </w:rPr>
        <w:br/>
      </w:r>
      <w:r>
        <w:rPr>
          <w:lang w:eastAsia="zh-CN"/>
        </w:rPr>
        <w:t>　　8.由承揽人保管不善致使定作人提供的原材料、设备、包装物及其他物品毁损、灭失的，承揽人应偿付定作人因此所遭受的损失。</w:t>
      </w:r>
      <w:r>
        <w:rPr>
          <w:lang w:eastAsia="zh-CN"/>
        </w:rPr>
        <w:br/>
      </w:r>
      <w:r>
        <w:rPr>
          <w:lang w:eastAsia="zh-CN"/>
        </w:rPr>
        <w:t>　　9.承揽人未按本合同规定的办法与期限对定作人提供的原材料进行检验，或经检验发现不符合要求，而未按合同规定的期限通知定作人调换、补齐的，由承揽人对工作质量、数量承担责任。</w:t>
      </w:r>
      <w:r>
        <w:rPr>
          <w:lang w:eastAsia="zh-CN"/>
        </w:rPr>
        <w:br/>
      </w:r>
      <w:r>
        <w:rPr>
          <w:lang w:eastAsia="zh-CN"/>
        </w:rPr>
        <w:t>　　10.承揽人擅自调换定作人提供的原材料，定作人有权拒收，承揽人应赔偿定作人因此造成的损失。如定作人要求重作或重新修理，应按定作人要求办理，并承担逾期交付责任。</w:t>
      </w:r>
      <w:r>
        <w:rPr>
          <w:lang w:eastAsia="zh-CN"/>
        </w:rPr>
        <w:br/>
      </w:r>
      <w:r>
        <w:rPr>
          <w:lang w:eastAsia="zh-CN"/>
        </w:rPr>
        <w:t>　　第十三条定作人的违约责任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1.定作人中途变更定作物数量、规格、质量或设计等，应赔偿承揽人因此造成的损失。</w:t>
      </w:r>
      <w:r>
        <w:rPr>
          <w:lang w:eastAsia="zh-CN"/>
        </w:rPr>
        <w:br/>
      </w:r>
      <w:r>
        <w:rPr>
          <w:lang w:eastAsia="zh-CN"/>
        </w:rPr>
        <w:t>　　2.定作人中途终止合同，应偿付承揽人以未履行部分酬金总额的&amp;&amp;%(一般为20%～60%)的违约金。</w:t>
      </w:r>
      <w:r>
        <w:rPr>
          <w:lang w:eastAsia="zh-CN"/>
        </w:rPr>
        <w:br/>
      </w:r>
      <w:r>
        <w:rPr>
          <w:lang w:eastAsia="zh-CN"/>
        </w:rPr>
        <w:t>　　3.定作人未按合同规定的时间和要求向承揽人提供原材料、技术资料、包装物或未完成必要辅助工作和准备工作，承揽人有权解除合同，定作人应赔偿承揽人因此造成的损失;承揽人不要求解除合同的，除交付定作物的日期得以顺延外，定作人应偿付承揽人停工待料损失。</w:t>
      </w:r>
      <w:r>
        <w:rPr>
          <w:lang w:eastAsia="zh-CN"/>
        </w:rPr>
        <w:br/>
      </w:r>
      <w:r>
        <w:rPr>
          <w:lang w:eastAsia="zh-CN"/>
        </w:rPr>
        <w:t>　　4.定作人逾期领取定作物的，应支付违约金&amp;&amp;元，还承担承揽人实际支付的保管费、保养费。定作人超过领取期限6个月不领取定作物的，承揽人有权将定作物变卖，所得价款在扣除报酬、保管费、保养费后，退还给定作人;变卖定作物所得少于报酬、保管费、保养费时，定作人还应补偿不足部分;如定作物不能变卖，定作人应赔偿承揽人损失。</w:t>
      </w:r>
      <w:r>
        <w:rPr>
          <w:lang w:eastAsia="zh-CN"/>
        </w:rPr>
        <w:br/>
      </w:r>
      <w:r>
        <w:rPr>
          <w:lang w:eastAsia="zh-CN"/>
        </w:rPr>
        <w:t>　　5.定作人逾期付款，应比照中国人民银行延期付款规定，向承揽人偿付违约金;以酬金计算的，每逾期一天，按酬金总额&amp;&amp;偿付违约金。</w:t>
      </w:r>
      <w:r>
        <w:rPr>
          <w:lang w:eastAsia="zh-CN"/>
        </w:rPr>
        <w:br/>
      </w:r>
      <w:r>
        <w:rPr>
          <w:lang w:eastAsia="zh-CN"/>
        </w:rPr>
        <w:t>　　6.定作人无故拒绝接收定作物的，应当赔偿承揽人因此造成的损失及运输部门的罚款。</w:t>
      </w:r>
      <w:r>
        <w:rPr>
          <w:lang w:eastAsia="zh-CN"/>
        </w:rPr>
        <w:br/>
      </w:r>
      <w:r>
        <w:rPr>
          <w:lang w:eastAsia="zh-CN"/>
        </w:rPr>
        <w:t>　　7.定作人变更交付定作物地点或接收人，应承担因此而多支出的费用。</w:t>
      </w:r>
      <w:r>
        <w:rPr>
          <w:lang w:eastAsia="zh-CN"/>
        </w:rPr>
        <w:br/>
      </w:r>
      <w:r>
        <w:rPr>
          <w:lang w:eastAsia="zh-CN"/>
        </w:rPr>
        <w:t>　　第十四条不可抗力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1.在合同有限期间内，由于不可抗力，致使原材料毁损、灭失的，承揽人可免予承担违约责任。</w:t>
      </w:r>
      <w:r>
        <w:rPr>
          <w:lang w:eastAsia="zh-CN"/>
        </w:rPr>
        <w:br/>
      </w:r>
      <w:r>
        <w:rPr>
          <w:lang w:eastAsia="zh-CN"/>
        </w:rPr>
        <w:t>　　2.在合同履行期内，由于不可抗力，致使定作物毁损、灭失的，承揽人不承担违约责任。</w:t>
      </w:r>
      <w:r>
        <w:rPr>
          <w:lang w:eastAsia="zh-CN"/>
        </w:rPr>
        <w:br/>
      </w:r>
      <w:r>
        <w:rPr>
          <w:lang w:eastAsia="zh-CN"/>
        </w:rPr>
        <w:t>　　3.在合同履行期之后，发生不可抗力，致使原材料、定作物毁损、灭失的，若是由于定作人的原因导致承揽人逾期交付，则定作人承担责任，否则，由承揽人承担责任。</w:t>
      </w:r>
      <w:r>
        <w:rPr>
          <w:lang w:eastAsia="zh-CN"/>
        </w:rPr>
        <w:br/>
      </w:r>
      <w:r>
        <w:rPr>
          <w:lang w:eastAsia="zh-CN"/>
        </w:rPr>
        <w:t>　　第十五条争议解决方式</w:t>
      </w:r>
      <w:r>
        <w:rPr>
          <w:lang w:eastAsia="zh-CN"/>
        </w:rPr>
        <w:br/>
      </w:r>
      <w:r>
        <w:rPr>
          <w:lang w:eastAsia="zh-CN"/>
        </w:rPr>
        <w:t>　　双方当事人发生争议，应协商解决。协商不成的，任何一方可向仲裁委员会申请仲裁。(注意，如达不成仲裁协议的，只能向人民法院起诉。)</w:t>
      </w:r>
      <w:r>
        <w:rPr>
          <w:lang w:eastAsia="zh-CN"/>
        </w:rPr>
        <w:br/>
      </w:r>
      <w:r>
        <w:rPr>
          <w:lang w:eastAsia="zh-CN"/>
        </w:rPr>
        <w:t>　　第十六条变更与解除</w:t>
      </w:r>
      <w:r>
        <w:rPr>
          <w:lang w:eastAsia="zh-CN"/>
        </w:rPr>
        <w:br/>
      </w:r>
      <w:r>
        <w:rPr>
          <w:lang w:eastAsia="zh-CN"/>
        </w:rPr>
        <w:t>　　经双方当事人协商一致，本合同可以变更或解除。</w:t>
      </w:r>
      <w:r>
        <w:rPr>
          <w:lang w:eastAsia="zh-CN"/>
        </w:rPr>
        <w:br/>
      </w:r>
      <w:r>
        <w:rPr>
          <w:lang w:eastAsia="zh-CN"/>
        </w:rPr>
        <w:t>　　第十七条双方约定的其他事项</w:t>
      </w:r>
      <w:r>
        <w:rPr>
          <w:lang w:eastAsia="zh-CN"/>
        </w:rPr>
        <w:br/>
      </w:r>
      <w:r>
        <w:rPr>
          <w:lang w:eastAsia="zh-CN"/>
        </w:rPr>
        <w:t>　　本合同一式二份，定作人和承揽人各执一份。</w:t>
      </w:r>
      <w:r>
        <w:rPr>
          <w:lang w:eastAsia="zh-CN"/>
        </w:rPr>
        <w:br/>
      </w:r>
      <w:r>
        <w:rPr>
          <w:lang w:eastAsia="zh-CN"/>
        </w:rPr>
        <w:t>　　定作人：(签章)</w:t>
      </w:r>
      <w:r>
        <w:rPr>
          <w:lang w:eastAsia="zh-CN"/>
        </w:rPr>
        <w:br/>
      </w:r>
      <w:r>
        <w:rPr>
          <w:lang w:eastAsia="zh-CN"/>
        </w:rPr>
        <w:t>　　地址：</w:t>
      </w:r>
      <w:r>
        <w:rPr>
          <w:lang w:eastAsia="zh-CN"/>
        </w:rPr>
        <w:br/>
      </w:r>
      <w:r>
        <w:rPr>
          <w:lang w:eastAsia="zh-CN"/>
        </w:rPr>
        <w:t>　　承揽人：(签章)</w:t>
      </w:r>
      <w:r>
        <w:rPr>
          <w:lang w:eastAsia="zh-CN"/>
        </w:rPr>
        <w:br/>
      </w:r>
      <w:r>
        <w:rPr>
          <w:lang w:eastAsia="zh-CN"/>
        </w:rPr>
        <w:t>　　地址：</w:t>
      </w:r>
      <w:r>
        <w:rPr>
          <w:lang w:eastAsia="zh-CN"/>
        </w:rPr>
        <w:br/>
      </w:r>
      <w:r>
        <w:rPr>
          <w:lang w:eastAsia="zh-CN"/>
        </w:rPr>
        <w:t>　　签订日期：</w:t>
      </w:r>
      <w:r>
        <w:rPr>
          <w:lang w:eastAsia="zh-CN"/>
        </w:rPr>
        <w:br/>
      </w:r>
      <w:r>
        <w:rPr>
          <w:lang w:eastAsia="zh-CN"/>
        </w:rPr>
        <w:t>　　&amp;&amp;年&amp;&amp;月&amp;&amp;日</w:t>
      </w:r>
      <w:r>
        <w:rPr>
          <w:lang w:eastAsia="zh-CN"/>
        </w:rPr>
        <w:br/>
      </w:r>
      <w:r>
        <w:rPr>
          <w:lang w:eastAsia="zh-CN"/>
        </w:rPr>
        <w:t xml:space="preserve">    2024年加工贸易合同范本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合同号：______  合同号：______</w:t>
      </w:r>
      <w:r>
        <w:rPr>
          <w:lang w:eastAsia="zh-CN"/>
        </w:rPr>
        <w:br/>
      </w:r>
      <w:r>
        <w:rPr>
          <w:lang w:eastAsia="zh-CN"/>
        </w:rPr>
        <w:t>　　签约地点：______________</w:t>
      </w:r>
      <w:r>
        <w:rPr>
          <w:lang w:eastAsia="zh-CN"/>
        </w:rPr>
        <w:br/>
      </w:r>
      <w:r>
        <w:rPr>
          <w:lang w:eastAsia="zh-CN"/>
        </w:rPr>
        <w:t>　　日期： _________</w:t>
      </w:r>
      <w:r>
        <w:rPr>
          <w:lang w:eastAsia="zh-CN"/>
        </w:rPr>
        <w:br/>
      </w:r>
      <w:r>
        <w:rPr>
          <w:lang w:eastAsia="zh-CN"/>
        </w:rPr>
        <w:t>　　甲方：________</w:t>
      </w:r>
      <w:r>
        <w:rPr>
          <w:lang w:eastAsia="zh-CN"/>
        </w:rPr>
        <w:br/>
      </w:r>
      <w:r>
        <w:rPr>
          <w:lang w:eastAsia="zh-CN"/>
        </w:rPr>
        <w:t>　　地址：__________</w:t>
      </w:r>
      <w:r>
        <w:rPr>
          <w:lang w:eastAsia="zh-CN"/>
        </w:rPr>
        <w:br/>
      </w:r>
      <w:r>
        <w:rPr>
          <w:lang w:eastAsia="zh-CN"/>
        </w:rPr>
        <w:t>　　电话：__________</w:t>
      </w:r>
      <w:r>
        <w:rPr>
          <w:lang w:eastAsia="zh-CN"/>
        </w:rPr>
        <w:br/>
      </w:r>
      <w:r>
        <w:rPr>
          <w:lang w:eastAsia="zh-CN"/>
        </w:rPr>
        <w:t>　　传真____________</w:t>
      </w:r>
      <w:r>
        <w:rPr>
          <w:lang w:eastAsia="zh-CN"/>
        </w:rPr>
        <w:br/>
      </w:r>
      <w:r>
        <w:rPr>
          <w:lang w:eastAsia="zh-CN"/>
        </w:rPr>
        <w:t>　　乙方：________</w:t>
      </w:r>
      <w:r>
        <w:rPr>
          <w:lang w:eastAsia="zh-CN"/>
        </w:rPr>
        <w:br/>
      </w:r>
      <w:r>
        <w:rPr>
          <w:lang w:eastAsia="zh-CN"/>
        </w:rPr>
        <w:t>　　地址：__________</w:t>
      </w:r>
      <w:r>
        <w:rPr>
          <w:lang w:eastAsia="zh-CN"/>
        </w:rPr>
        <w:br/>
      </w:r>
      <w:r>
        <w:rPr>
          <w:lang w:eastAsia="zh-CN"/>
        </w:rPr>
        <w:t>　　电话：__________</w:t>
      </w:r>
      <w:r>
        <w:rPr>
          <w:lang w:eastAsia="zh-CN"/>
        </w:rPr>
        <w:br/>
      </w:r>
      <w:r>
        <w:rPr>
          <w:lang w:eastAsia="zh-CN"/>
        </w:rPr>
        <w:t>　　传真____________</w:t>
      </w:r>
      <w:r>
        <w:rPr>
          <w:lang w:eastAsia="zh-CN"/>
        </w:rPr>
        <w:br/>
      </w:r>
      <w:r>
        <w:rPr>
          <w:lang w:eastAsia="zh-CN"/>
        </w:rPr>
        <w:t>　　根据平等互利原则 有限公司与有限公司友好协商特约签定本合同</w:t>
      </w:r>
      <w:r>
        <w:rPr>
          <w:lang w:eastAsia="zh-CN"/>
        </w:rPr>
        <w:br/>
      </w:r>
      <w:r>
        <w:rPr>
          <w:lang w:eastAsia="zh-CN"/>
        </w:rPr>
        <w:t>　　一、双方承诺：</w:t>
      </w:r>
      <w:r>
        <w:rPr>
          <w:lang w:eastAsia="zh-CN"/>
        </w:rPr>
        <w:br/>
      </w:r>
      <w:r>
        <w:rPr>
          <w:lang w:eastAsia="zh-CN"/>
        </w:rPr>
        <w:t>　　由乙方提供不作价设备 美元(港币)给甲方用于加工生产 之用，(详见设备清单)。产权归乙方所有。使用期限为 年，在监管期限内，不得擅自在境内销售、串换、转让、抵押或者移作他用。到期后如不续签，则由甲方协助乙方申报海关核准后处理。乙方以免费方式提供设备，不需甲方办理付汇进口，也不需用加工费或差价偿还设备款。</w:t>
      </w:r>
      <w:r>
        <w:rPr>
          <w:lang w:eastAsia="zh-CN"/>
        </w:rPr>
        <w:br/>
      </w:r>
      <w:r>
        <w:rPr>
          <w:lang w:eastAsia="zh-CN"/>
        </w:rPr>
        <w:t>　　二、甲方向乙方购买原料、辅料</w:t>
      </w:r>
      <w:r>
        <w:rPr>
          <w:lang w:eastAsia="zh-CN"/>
        </w:rPr>
        <w:br/>
      </w:r>
      <w:r>
        <w:rPr>
          <w:lang w:eastAsia="zh-CN"/>
        </w:rPr>
        <w:t>　　商品品名及规格 原料 辅料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编码、单位数量、单价金额、品名、单位数量、单价金额</w:t>
      </w:r>
      <w:r>
        <w:rPr>
          <w:lang w:eastAsia="zh-CN"/>
        </w:rPr>
        <w:br/>
      </w:r>
      <w:r>
        <w:rPr>
          <w:lang w:eastAsia="zh-CN"/>
        </w:rPr>
        <w:t>　　合计</w:t>
      </w:r>
      <w:r>
        <w:rPr>
          <w:lang w:eastAsia="zh-CN"/>
        </w:rPr>
        <w:br/>
      </w:r>
      <w:r>
        <w:rPr>
          <w:lang w:eastAsia="zh-CN"/>
        </w:rPr>
        <w:t>　　三、甲方供乙方制成品的`数量及金额</w:t>
      </w:r>
      <w:r>
        <w:rPr>
          <w:lang w:eastAsia="zh-CN"/>
        </w:rPr>
        <w:br/>
      </w:r>
      <w:r>
        <w:rPr>
          <w:lang w:eastAsia="zh-CN"/>
        </w:rPr>
        <w:t>　　商品编码品名及规格单位数量单价金额</w:t>
      </w:r>
      <w:r>
        <w:rPr>
          <w:lang w:eastAsia="zh-CN"/>
        </w:rPr>
        <w:br/>
      </w:r>
      <w:r>
        <w:rPr>
          <w:lang w:eastAsia="zh-CN"/>
        </w:rPr>
        <w:t>　　合计</w:t>
      </w:r>
      <w:r>
        <w:rPr>
          <w:lang w:eastAsia="zh-CN"/>
        </w:rPr>
        <w:br/>
      </w:r>
      <w:r>
        <w:rPr>
          <w:lang w:eastAsia="zh-CN"/>
        </w:rPr>
        <w:t>　　四、乙方供料于____________________ 起运抵 _______________</w:t>
      </w:r>
      <w:r>
        <w:rPr>
          <w:lang w:eastAsia="zh-CN"/>
        </w:rPr>
        <w:br/>
      </w:r>
      <w:r>
        <w:rPr>
          <w:lang w:eastAsia="zh-CN"/>
        </w:rPr>
        <w:t>　　甲方制成品于_________________ 日前运往______________</w:t>
      </w:r>
      <w:r>
        <w:rPr>
          <w:lang w:eastAsia="zh-CN"/>
        </w:rPr>
        <w:br/>
      </w:r>
      <w:r>
        <w:rPr>
          <w:lang w:eastAsia="zh-CN"/>
        </w:rPr>
        <w:t>　　五、运输方式及运费用</w:t>
      </w:r>
      <w:r>
        <w:rPr>
          <w:lang w:eastAsia="zh-CN"/>
        </w:rPr>
        <w:br/>
      </w:r>
      <w:r>
        <w:rPr>
          <w:lang w:eastAsia="zh-CN"/>
        </w:rPr>
        <w:t>　　六、保险费负担</w:t>
      </w:r>
      <w:r>
        <w:rPr>
          <w:lang w:eastAsia="zh-CN"/>
        </w:rPr>
        <w:br/>
      </w:r>
      <w:r>
        <w:rPr>
          <w:lang w:eastAsia="zh-CN"/>
        </w:rPr>
        <w:t>　　七、付款方式</w:t>
      </w:r>
      <w:r>
        <w:rPr>
          <w:lang w:eastAsia="zh-CN"/>
        </w:rPr>
        <w:br/>
      </w:r>
      <w:r>
        <w:rPr>
          <w:lang w:eastAsia="zh-CN"/>
        </w:rPr>
        <w:t>　　八、包装要求</w:t>
      </w:r>
      <w:r>
        <w:rPr>
          <w:lang w:eastAsia="zh-CN"/>
        </w:rPr>
        <w:br/>
      </w:r>
      <w:r>
        <w:rPr>
          <w:lang w:eastAsia="zh-CN"/>
        </w:rPr>
        <w:t>　　九、仲裁：因执行本合同所发生的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十、本合同一式八分，由签字双方各执一分，其余六分报送有关部门备案。</w:t>
      </w:r>
      <w:r>
        <w:rPr>
          <w:lang w:eastAsia="zh-CN"/>
        </w:rPr>
        <w:br/>
      </w:r>
      <w:r>
        <w:rPr>
          <w:lang w:eastAsia="zh-CN"/>
        </w:rPr>
        <w:t>　　甲方(盖章)</w:t>
      </w:r>
      <w:r>
        <w:rPr>
          <w:lang w:eastAsia="zh-CN"/>
        </w:rPr>
        <w:br/>
      </w:r>
      <w:r>
        <w:rPr>
          <w:lang w:eastAsia="zh-CN"/>
        </w:rPr>
        <w:t>　　乙方(盖章)</w:t>
      </w:r>
      <w:r>
        <w:rPr>
          <w:lang w:eastAsia="zh-CN"/>
        </w:rPr>
        <w:br/>
      </w:r>
      <w:r>
        <w:rPr>
          <w:lang w:eastAsia="zh-CN"/>
        </w:rPr>
        <w:t xml:space="preserve">    2024年加工贸易合同范本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进料加工贸易合同的格式和条文同一般贸易合同相同，只是进料加工贸易中原料来自境外，成品出口境外，而且提供原料的外商和购买成品的外商并不一定是同一个。下面，我们举一个没有进出口经营权的企业开展加工贸易时所签订合同，共包括中方两家企业的出口代理协议、进口代理协议、加工协议及中方外贸企业同国外客商签订的进料合同、成品销售合同五个部分。</w:t>
      </w:r>
      <w:r>
        <w:rPr>
          <w:lang w:eastAsia="zh-CN"/>
        </w:rPr>
        <w:br/>
      </w:r>
      <w:r>
        <w:rPr>
          <w:lang w:eastAsia="zh-CN"/>
        </w:rPr>
        <w:t>　　第一部分：出口代理协议书</w:t>
      </w:r>
      <w:r>
        <w:rPr>
          <w:lang w:eastAsia="zh-CN"/>
        </w:rPr>
        <w:br/>
      </w:r>
      <w:r>
        <w:rPr>
          <w:lang w:eastAsia="zh-CN"/>
        </w:rPr>
        <w:t>　　甲方：北京某皮革有限公司</w:t>
      </w:r>
      <w:r>
        <w:rPr>
          <w:lang w:eastAsia="zh-CN"/>
        </w:rPr>
        <w:br/>
      </w:r>
      <w:r>
        <w:rPr>
          <w:lang w:eastAsia="zh-CN"/>
        </w:rPr>
        <w:t>　　地址：中国____市____县</w:t>
      </w:r>
      <w:r>
        <w:rPr>
          <w:lang w:eastAsia="zh-CN"/>
        </w:rPr>
        <w:br/>
      </w:r>
      <w:r>
        <w:rPr>
          <w:lang w:eastAsia="zh-CN"/>
        </w:rPr>
        <w:t>　　电话：</w:t>
      </w:r>
      <w:r>
        <w:rPr>
          <w:lang w:eastAsia="zh-CN"/>
        </w:rPr>
        <w:br/>
      </w:r>
      <w:r>
        <w:rPr>
          <w:lang w:eastAsia="zh-CN"/>
        </w:rPr>
        <w:t>　　传真：</w:t>
      </w:r>
      <w:r>
        <w:rPr>
          <w:lang w:eastAsia="zh-CN"/>
        </w:rPr>
        <w:br/>
      </w:r>
      <w:r>
        <w:rPr>
          <w:lang w:eastAsia="zh-CN"/>
        </w:rPr>
        <w:t>　　乙方：中国某进出口有限公司</w:t>
      </w:r>
      <w:r>
        <w:rPr>
          <w:lang w:eastAsia="zh-CN"/>
        </w:rPr>
        <w:br/>
      </w:r>
      <w:r>
        <w:rPr>
          <w:lang w:eastAsia="zh-CN"/>
        </w:rPr>
        <w:t>　　地址：____市路号</w:t>
      </w:r>
      <w:r>
        <w:rPr>
          <w:lang w:eastAsia="zh-CN"/>
        </w:rPr>
        <w:br/>
      </w:r>
      <w:r>
        <w:rPr>
          <w:lang w:eastAsia="zh-CN"/>
        </w:rPr>
        <w:t>　　电话：</w:t>
      </w:r>
      <w:r>
        <w:rPr>
          <w:lang w:eastAsia="zh-CN"/>
        </w:rPr>
        <w:br/>
      </w:r>
      <w:r>
        <w:rPr>
          <w:lang w:eastAsia="zh-CN"/>
        </w:rPr>
        <w:t>　　传真：</w:t>
      </w:r>
      <w:r>
        <w:rPr>
          <w:lang w:eastAsia="zh-CN"/>
        </w:rPr>
        <w:br/>
      </w:r>
      <w:r>
        <w:rPr>
          <w:lang w:eastAsia="zh-CN"/>
        </w:rPr>
        <w:t>　　甲乙双方经友好协商，就甲方委托乙方代理皮革进料加工，皮革制品出口业务达成如下协议：</w:t>
      </w:r>
      <w:r>
        <w:rPr>
          <w:lang w:eastAsia="zh-CN"/>
        </w:rPr>
        <w:br/>
      </w:r>
      <w:r>
        <w:rPr>
          <w:lang w:eastAsia="zh-CN"/>
        </w:rPr>
        <w:t>　　一、甲方委托乙方代理皮革进料加工，皮革制品出口至香港业务，乙方接受甲方委托。</w:t>
      </w:r>
      <w:r>
        <w:rPr>
          <w:lang w:eastAsia="zh-CN"/>
        </w:rPr>
        <w:br/>
      </w:r>
      <w:r>
        <w:rPr>
          <w:lang w:eastAsia="zh-CN"/>
        </w:rPr>
        <w:t>　　二、合同标的：</w:t>
      </w:r>
      <w:r>
        <w:rPr>
          <w:lang w:eastAsia="zh-CN"/>
        </w:rPr>
        <w:br/>
      </w:r>
      <w:r>
        <w:rPr>
          <w:lang w:eastAsia="zh-CN"/>
        </w:rPr>
        <w:t>　　产品名称：</w:t>
      </w:r>
      <w:r>
        <w:rPr>
          <w:lang w:eastAsia="zh-CN"/>
        </w:rPr>
        <w:br/>
      </w:r>
      <w:r>
        <w:rPr>
          <w:lang w:eastAsia="zh-CN"/>
        </w:rPr>
        <w:t>　　数量：</w:t>
      </w:r>
      <w:r>
        <w:rPr>
          <w:lang w:eastAsia="zh-CN"/>
        </w:rPr>
        <w:br/>
      </w:r>
      <w:r>
        <w:rPr>
          <w:lang w:eastAsia="zh-CN"/>
        </w:rPr>
        <w:t>　　合同金额：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拟出运日期：</w:t>
      </w:r>
      <w:r>
        <w:rPr>
          <w:lang w:eastAsia="zh-CN"/>
        </w:rPr>
        <w:br/>
      </w:r>
      <w:r>
        <w:rPr>
          <w:lang w:eastAsia="zh-CN"/>
        </w:rPr>
        <w:t>　　出运港：</w:t>
      </w:r>
      <w:r>
        <w:rPr>
          <w:lang w:eastAsia="zh-CN"/>
        </w:rPr>
        <w:br/>
      </w:r>
      <w:r>
        <w:rPr>
          <w:lang w:eastAsia="zh-CN"/>
        </w:rPr>
        <w:t>　　到货港：</w:t>
      </w:r>
      <w:r>
        <w:rPr>
          <w:lang w:eastAsia="zh-CN"/>
        </w:rPr>
        <w:br/>
      </w:r>
      <w:r>
        <w:rPr>
          <w:lang w:eastAsia="zh-CN"/>
        </w:rPr>
        <w:t>　　外方付款结算方式：</w:t>
      </w:r>
      <w:r>
        <w:rPr>
          <w:lang w:eastAsia="zh-CN"/>
        </w:rPr>
        <w:br/>
      </w:r>
      <w:r>
        <w:rPr>
          <w:lang w:eastAsia="zh-CN"/>
        </w:rPr>
        <w:t>　　三、双方责任及义务：</w:t>
      </w:r>
      <w:r>
        <w:rPr>
          <w:lang w:eastAsia="zh-CN"/>
        </w:rPr>
        <w:br/>
      </w:r>
      <w:r>
        <w:rPr>
          <w:lang w:eastAsia="zh-CN"/>
        </w:rPr>
        <w:t>　　(—)甲方职责：</w:t>
      </w:r>
      <w:r>
        <w:rPr>
          <w:lang w:eastAsia="zh-CN"/>
        </w:rPr>
        <w:br/>
      </w:r>
      <w:r>
        <w:rPr>
          <w:lang w:eastAsia="zh-CN"/>
        </w:rPr>
        <w:t>　　1.负责与外商签订所有出口合同，并对合同的全部内容负责;</w:t>
      </w:r>
      <w:r>
        <w:rPr>
          <w:lang w:eastAsia="zh-CN"/>
        </w:rPr>
        <w:br/>
      </w:r>
      <w:r>
        <w:rPr>
          <w:lang w:eastAsia="zh-CN"/>
        </w:rPr>
        <w:t>　　2.负责安排生产、出运、交货;</w:t>
      </w:r>
      <w:r>
        <w:rPr>
          <w:lang w:eastAsia="zh-CN"/>
        </w:rPr>
        <w:br/>
      </w:r>
      <w:r>
        <w:rPr>
          <w:lang w:eastAsia="zh-CN"/>
        </w:rPr>
        <w:t>　　3.负责向乙方提供工厂开具的增值税发票、纳税缴款书及运费等正式发票;</w:t>
      </w:r>
      <w:r>
        <w:rPr>
          <w:lang w:eastAsia="zh-CN"/>
        </w:rPr>
        <w:br/>
      </w:r>
      <w:r>
        <w:rPr>
          <w:lang w:eastAsia="zh-CN"/>
        </w:rPr>
        <w:t>　　4.承担业务的全部费用及风险，保证按合同条款(合同标的)的全部内容执行，并向乙方支付出口代理手续费(乙方收汇)。</w:t>
      </w:r>
      <w:r>
        <w:rPr>
          <w:lang w:eastAsia="zh-CN"/>
        </w:rPr>
        <w:br/>
      </w:r>
      <w:r>
        <w:rPr>
          <w:lang w:eastAsia="zh-CN"/>
        </w:rPr>
        <w:t>　　(二)乙方职责：</w:t>
      </w:r>
      <w:r>
        <w:rPr>
          <w:lang w:eastAsia="zh-CN"/>
        </w:rPr>
        <w:br/>
      </w:r>
      <w:r>
        <w:rPr>
          <w:lang w:eastAsia="zh-CN"/>
        </w:rPr>
        <w:t>　　1.负责按甲方提供的合同内容对外签订出口合同;</w:t>
      </w:r>
      <w:r>
        <w:rPr>
          <w:lang w:eastAsia="zh-CN"/>
        </w:rPr>
        <w:br/>
      </w:r>
      <w:r>
        <w:rPr>
          <w:lang w:eastAsia="zh-CN"/>
        </w:rPr>
        <w:t>　　2.提供出口货物商检、报关、出运和结汇等工作所需的单据;</w:t>
      </w:r>
      <w:r>
        <w:rPr>
          <w:lang w:eastAsia="zh-CN"/>
        </w:rPr>
        <w:br/>
      </w:r>
      <w:r>
        <w:rPr>
          <w:lang w:eastAsia="zh-CN"/>
        </w:rPr>
        <w:t>　　3.负责出口结汇;</w:t>
      </w:r>
      <w:r>
        <w:rPr>
          <w:lang w:eastAsia="zh-CN"/>
        </w:rPr>
        <w:br/>
      </w:r>
      <w:r>
        <w:rPr>
          <w:lang w:eastAsia="zh-CN"/>
        </w:rPr>
        <w:t>　　4.结汇后一周内，将货款转付甲方帐户。</w:t>
      </w:r>
      <w:r>
        <w:rPr>
          <w:lang w:eastAsia="zh-CN"/>
        </w:rPr>
        <w:br/>
      </w:r>
      <w:r>
        <w:rPr>
          <w:lang w:eastAsia="zh-CN"/>
        </w:rPr>
        <w:t>　　四、违约责任：</w:t>
      </w:r>
      <w:r>
        <w:rPr>
          <w:lang w:eastAsia="zh-CN"/>
        </w:rPr>
        <w:br/>
      </w:r>
      <w:r>
        <w:rPr>
          <w:lang w:eastAsia="zh-CN"/>
        </w:rPr>
        <w:t>　　如因任何一方未履行本协议规定的责任而给对方造成的经济损失，由违约方承担。</w:t>
      </w:r>
      <w:r>
        <w:rPr>
          <w:lang w:eastAsia="zh-CN"/>
        </w:rPr>
        <w:br/>
      </w:r>
      <w:r>
        <w:rPr>
          <w:lang w:eastAsia="zh-CN"/>
        </w:rPr>
        <w:t>　　五、甲方出具的担保函是本协议不可分割的一部分。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六、本协议一式两份，双方各执一份。自签字之日起生效，具有同等法律效力。</w:t>
      </w:r>
      <w:r>
        <w:rPr>
          <w:lang w:eastAsia="zh-CN"/>
        </w:rPr>
        <w:br/>
      </w:r>
      <w:r>
        <w:rPr>
          <w:lang w:eastAsia="zh-CN"/>
        </w:rPr>
        <w:t>　　甲方：乙方：________年____月____日________年____月____日</w:t>
      </w:r>
      <w:r>
        <w:rPr>
          <w:lang w:eastAsia="zh-CN"/>
        </w:rPr>
        <w:br/>
      </w:r>
      <w:r>
        <w:rPr>
          <w:lang w:eastAsia="zh-CN"/>
        </w:rPr>
        <w:t>　　第二部分：进口代理协议</w:t>
      </w:r>
      <w:r>
        <w:rPr>
          <w:lang w:eastAsia="zh-CN"/>
        </w:rPr>
        <w:br/>
      </w:r>
      <w:r>
        <w:rPr>
          <w:lang w:eastAsia="zh-CN"/>
        </w:rPr>
        <w:t>　　协议号：</w:t>
      </w:r>
      <w:r>
        <w:rPr>
          <w:lang w:eastAsia="zh-CN"/>
        </w:rPr>
        <w:br/>
      </w:r>
      <w:r>
        <w:rPr>
          <w:lang w:eastAsia="zh-CN"/>
        </w:rPr>
        <w:t>　　甲方：北京某皮革有限公司</w:t>
      </w:r>
      <w:r>
        <w:rPr>
          <w:lang w:eastAsia="zh-CN"/>
        </w:rPr>
        <w:br/>
      </w:r>
      <w:r>
        <w:rPr>
          <w:lang w:eastAsia="zh-CN"/>
        </w:rPr>
        <w:t>　　地址：</w:t>
      </w:r>
      <w:r>
        <w:rPr>
          <w:lang w:eastAsia="zh-CN"/>
        </w:rPr>
        <w:br/>
      </w:r>
      <w:r>
        <w:rPr>
          <w:lang w:eastAsia="zh-CN"/>
        </w:rPr>
        <w:t>　　电话：</w:t>
      </w:r>
      <w:r>
        <w:rPr>
          <w:lang w:eastAsia="zh-CN"/>
        </w:rPr>
        <w:br/>
      </w:r>
      <w:r>
        <w:rPr>
          <w:lang w:eastAsia="zh-CN"/>
        </w:rPr>
        <w:t>　　传真：</w:t>
      </w:r>
      <w:r>
        <w:rPr>
          <w:lang w:eastAsia="zh-CN"/>
        </w:rPr>
        <w:br/>
      </w:r>
      <w:r>
        <w:rPr>
          <w:lang w:eastAsia="zh-CN"/>
        </w:rPr>
        <w:t>　　乙方：中国某进出口有限公司</w:t>
      </w:r>
      <w:r>
        <w:rPr>
          <w:lang w:eastAsia="zh-CN"/>
        </w:rPr>
        <w:br/>
      </w:r>
      <w:r>
        <w:rPr>
          <w:lang w:eastAsia="zh-CN"/>
        </w:rPr>
        <w:t>　　电话：</w:t>
      </w:r>
      <w:r>
        <w:rPr>
          <w:lang w:eastAsia="zh-CN"/>
        </w:rPr>
        <w:br/>
      </w:r>
      <w:r>
        <w:rPr>
          <w:lang w:eastAsia="zh-CN"/>
        </w:rPr>
        <w:t>　　传真：</w:t>
      </w:r>
      <w:r>
        <w:rPr>
          <w:lang w:eastAsia="zh-CN"/>
        </w:rPr>
        <w:br/>
      </w:r>
      <w:r>
        <w:rPr>
          <w:lang w:eastAsia="zh-CN"/>
        </w:rPr>
        <w:t>　　甲乙双方经友好协商，就甲方委托乙方代理进口盐渍牛皮及辅料业务达成以下协议：</w:t>
      </w:r>
      <w:r>
        <w:rPr>
          <w:lang w:eastAsia="zh-CN"/>
        </w:rPr>
        <w:br/>
      </w:r>
      <w:r>
        <w:rPr>
          <w:lang w:eastAsia="zh-CN"/>
        </w:rPr>
        <w:t>　　一、甲方委托乙方代理进口盐渍牛皮及辅料，乙方接受甲方的委托。详细条款参见合同(编号)。</w:t>
      </w:r>
      <w:r>
        <w:rPr>
          <w:lang w:eastAsia="zh-CN"/>
        </w:rPr>
        <w:br/>
      </w:r>
      <w:r>
        <w:rPr>
          <w:lang w:eastAsia="zh-CN"/>
        </w:rPr>
        <w:t>　　二、双方责任义务：</w:t>
      </w:r>
      <w:r>
        <w:rPr>
          <w:lang w:eastAsia="zh-CN"/>
        </w:rPr>
        <w:br/>
      </w:r>
      <w:r>
        <w:rPr>
          <w:lang w:eastAsia="zh-CN"/>
        </w:rPr>
        <w:t>　　(一)甲方责任：</w:t>
      </w:r>
      <w:r>
        <w:rPr>
          <w:lang w:eastAsia="zh-CN"/>
        </w:rPr>
        <w:br/>
      </w:r>
      <w:r>
        <w:rPr>
          <w:lang w:eastAsia="zh-CN"/>
        </w:rPr>
        <w:t>　　1.负责与外方商定所有合同条款，并对合同的全部内容及交货内容负责。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2.及时向乙方支付定金及货款。定金为合同总金额的25%，于双方协议签订____日内支付，其余75%货款由甲方提供工厂担保，并于信用证开出后十天内付清，担保函是本协议不可分割的一部分。</w:t>
      </w:r>
      <w:r>
        <w:rPr>
          <w:lang w:eastAsia="zh-CN"/>
        </w:rPr>
        <w:br/>
      </w:r>
      <w:r>
        <w:rPr>
          <w:lang w:eastAsia="zh-CN"/>
        </w:rPr>
        <w:t>　　3.按时支付乙方代理手续费，比例为合同金额的3%，于协议签订____日内支付。</w:t>
      </w:r>
      <w:r>
        <w:rPr>
          <w:lang w:eastAsia="zh-CN"/>
        </w:rPr>
        <w:br/>
      </w:r>
      <w:r>
        <w:rPr>
          <w:lang w:eastAsia="zh-CN"/>
        </w:rPr>
        <w:t>　　4.预付港口一切费用(报关、接货、滞报、滞箱费等)，预计为元(根据实际费用结算金额，多退少补)。支付银行利息(二个月，金额为)及银行费用。</w:t>
      </w:r>
      <w:r>
        <w:rPr>
          <w:lang w:eastAsia="zh-CN"/>
        </w:rPr>
        <w:br/>
      </w:r>
      <w:r>
        <w:rPr>
          <w:lang w:eastAsia="zh-CN"/>
        </w:rPr>
        <w:t>　　5.保证该票货物进口加工后以__公司名义再出口，详见双方出口代理协议。</w:t>
      </w:r>
      <w:r>
        <w:rPr>
          <w:lang w:eastAsia="zh-CN"/>
        </w:rPr>
        <w:br/>
      </w:r>
      <w:r>
        <w:rPr>
          <w:lang w:eastAsia="zh-CN"/>
        </w:rPr>
        <w:t>　　(二)乙方责任</w:t>
      </w:r>
      <w:r>
        <w:rPr>
          <w:lang w:eastAsia="zh-CN"/>
        </w:rPr>
        <w:br/>
      </w:r>
      <w:r>
        <w:rPr>
          <w:lang w:eastAsia="zh-CN"/>
        </w:rPr>
        <w:t>　　1.根据甲方提供的外销合同条款对外签约，祥见合同(编号)。</w:t>
      </w:r>
      <w:r>
        <w:rPr>
          <w:lang w:eastAsia="zh-CN"/>
        </w:rPr>
        <w:br/>
      </w:r>
      <w:r>
        <w:rPr>
          <w:lang w:eastAsia="zh-CN"/>
        </w:rPr>
        <w:t>　　2.负责办理进料加工手册及其它相关手续。</w:t>
      </w:r>
      <w:r>
        <w:rPr>
          <w:lang w:eastAsia="zh-CN"/>
        </w:rPr>
        <w:br/>
      </w:r>
      <w:r>
        <w:rPr>
          <w:lang w:eastAsia="zh-CN"/>
        </w:rPr>
        <w:t>　　3.负责代甲方办理报关、接货等手续。</w:t>
      </w:r>
      <w:r>
        <w:rPr>
          <w:lang w:eastAsia="zh-CN"/>
        </w:rPr>
        <w:br/>
      </w:r>
      <w:r>
        <w:rPr>
          <w:lang w:eastAsia="zh-CN"/>
        </w:rPr>
        <w:t>　　4.及时将有关单据转交甲方。</w:t>
      </w:r>
      <w:r>
        <w:rPr>
          <w:lang w:eastAsia="zh-CN"/>
        </w:rPr>
        <w:br/>
      </w:r>
      <w:r>
        <w:rPr>
          <w:lang w:eastAsia="zh-CN"/>
        </w:rPr>
        <w:t>　　5.如发生索赔等经济纠纷，乙方可在甲方委托下，代办有关涉外手续。</w:t>
      </w:r>
      <w:r>
        <w:rPr>
          <w:lang w:eastAsia="zh-CN"/>
        </w:rPr>
        <w:br/>
      </w:r>
      <w:r>
        <w:rPr>
          <w:lang w:eastAsia="zh-CN"/>
        </w:rPr>
        <w:t>　　三、甲乙双方应各自履行职责义务，如在各自职责范围内出现问题或发生损失由各自承担责任。</w:t>
      </w:r>
      <w:r>
        <w:rPr>
          <w:lang w:eastAsia="zh-CN"/>
        </w:rPr>
        <w:br/>
      </w:r>
      <w:r>
        <w:rPr>
          <w:lang w:eastAsia="zh-CN"/>
        </w:rPr>
        <w:t>　　四、本协议未尽事宜，双方另行协商解决。</w:t>
      </w:r>
      <w:r>
        <w:rPr>
          <w:lang w:eastAsia="zh-CN"/>
        </w:rPr>
        <w:br/>
      </w:r>
      <w:r>
        <w:rPr>
          <w:lang w:eastAsia="zh-CN"/>
        </w:rPr>
        <w:t>　　五、本协议与甲方出具的担保函同时生效。</w:t>
      </w:r>
      <w:r>
        <w:rPr>
          <w:lang w:eastAsia="zh-CN"/>
        </w:rPr>
        <w:br/>
      </w:r>
      <w:r>
        <w:rPr>
          <w:lang w:eastAsia="zh-CN"/>
        </w:rPr>
        <w:t>　　六、本协议一式两份，双方各执一份，自双方签字盖章之日起生效。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甲方：乙方：________年____月____日________年____月____日</w:t>
      </w:r>
      <w:r>
        <w:rPr>
          <w:lang w:eastAsia="zh-CN"/>
        </w:rPr>
        <w:br/>
      </w:r>
      <w:r>
        <w:rPr>
          <w:lang w:eastAsia="zh-CN"/>
        </w:rPr>
        <w:t>　　第三部分：加工协议</w:t>
      </w:r>
      <w:r>
        <w:rPr>
          <w:lang w:eastAsia="zh-CN"/>
        </w:rPr>
        <w:br/>
      </w:r>
      <w:r>
        <w:rPr>
          <w:lang w:eastAsia="zh-CN"/>
        </w:rPr>
        <w:t>　　协议号：</w:t>
      </w:r>
      <w:r>
        <w:rPr>
          <w:lang w:eastAsia="zh-CN"/>
        </w:rPr>
        <w:br/>
      </w:r>
      <w:r>
        <w:rPr>
          <w:lang w:eastAsia="zh-CN"/>
        </w:rPr>
        <w:t>　　甲方：中国某进出口有限公司</w:t>
      </w:r>
      <w:r>
        <w:rPr>
          <w:lang w:eastAsia="zh-CN"/>
        </w:rPr>
        <w:br/>
      </w:r>
      <w:r>
        <w:rPr>
          <w:lang w:eastAsia="zh-CN"/>
        </w:rPr>
        <w:t>　　地址：</w:t>
      </w:r>
      <w:r>
        <w:rPr>
          <w:lang w:eastAsia="zh-CN"/>
        </w:rPr>
        <w:br/>
      </w:r>
      <w:r>
        <w:rPr>
          <w:lang w:eastAsia="zh-CN"/>
        </w:rPr>
        <w:t>　　电话：</w:t>
      </w:r>
      <w:r>
        <w:rPr>
          <w:lang w:eastAsia="zh-CN"/>
        </w:rPr>
        <w:br/>
      </w:r>
      <w:r>
        <w:rPr>
          <w:lang w:eastAsia="zh-CN"/>
        </w:rPr>
        <w:t>　　传真：</w:t>
      </w:r>
      <w:r>
        <w:rPr>
          <w:lang w:eastAsia="zh-CN"/>
        </w:rPr>
        <w:br/>
      </w:r>
      <w:r>
        <w:rPr>
          <w:lang w:eastAsia="zh-CN"/>
        </w:rPr>
        <w:t>　　乙方：北京某皮革有限公司</w:t>
      </w:r>
      <w:r>
        <w:rPr>
          <w:lang w:eastAsia="zh-CN"/>
        </w:rPr>
        <w:br/>
      </w:r>
      <w:r>
        <w:rPr>
          <w:lang w:eastAsia="zh-CN"/>
        </w:rPr>
        <w:t>　　地址：</w:t>
      </w:r>
      <w:r>
        <w:rPr>
          <w:lang w:eastAsia="zh-CN"/>
        </w:rPr>
        <w:br/>
      </w:r>
      <w:r>
        <w:rPr>
          <w:lang w:eastAsia="zh-CN"/>
        </w:rPr>
        <w:t>　　电话：</w:t>
      </w:r>
      <w:r>
        <w:rPr>
          <w:lang w:eastAsia="zh-CN"/>
        </w:rPr>
        <w:br/>
      </w:r>
      <w:r>
        <w:rPr>
          <w:lang w:eastAsia="zh-CN"/>
        </w:rPr>
        <w:t>　　传真：</w:t>
      </w:r>
      <w:r>
        <w:rPr>
          <w:lang w:eastAsia="zh-CN"/>
        </w:rPr>
        <w:br/>
      </w:r>
      <w:r>
        <w:rPr>
          <w:lang w:eastAsia="zh-CN"/>
        </w:rPr>
        <w:t>　　甲乙双方经友好协商，就甲方委托乙方加工盐渍牛皮业务达成以下协议：</w:t>
      </w:r>
      <w:r>
        <w:rPr>
          <w:lang w:eastAsia="zh-CN"/>
        </w:rPr>
        <w:br/>
      </w:r>
      <w:r>
        <w:rPr>
          <w:lang w:eastAsia="zh-CN"/>
        </w:rPr>
        <w:t>　　一、甲方委托乙方加工盐渍牛皮，乙方接受甲方的委托。详情如下：</w:t>
      </w:r>
      <w:r>
        <w:rPr>
          <w:lang w:eastAsia="zh-CN"/>
        </w:rPr>
        <w:br/>
      </w:r>
      <w:r>
        <w:rPr>
          <w:lang w:eastAsia="zh-CN"/>
        </w:rPr>
        <w:t>　　1.进料名称、数量：盐渍牛皮5340张</w:t>
      </w:r>
      <w:r>
        <w:rPr>
          <w:lang w:eastAsia="zh-CN"/>
        </w:rPr>
        <w:br/>
      </w:r>
      <w:r>
        <w:rPr>
          <w:lang w:eastAsia="zh-CN"/>
        </w:rPr>
        <w:t>　　2.加工成品名称、数量：</w:t>
      </w:r>
      <w:r>
        <w:rPr>
          <w:lang w:eastAsia="zh-CN"/>
        </w:rPr>
        <w:br/>
      </w:r>
      <w:r>
        <w:rPr>
          <w:lang w:eastAsia="zh-CN"/>
        </w:rPr>
        <w:t>　　(1)牛皮革301，176平方英尺;</w:t>
      </w:r>
      <w:r>
        <w:rPr>
          <w:lang w:eastAsia="zh-CN"/>
        </w:rPr>
        <w:br/>
      </w:r>
      <w:r>
        <w:rPr>
          <w:lang w:eastAsia="zh-CN"/>
        </w:rPr>
        <w:t>　　(2)二层部层蓝湿革4，806张(160，200平方英尺)</w:t>
      </w:r>
      <w:r>
        <w:rPr>
          <w:lang w:eastAsia="zh-CN"/>
        </w:rPr>
        <w:br/>
      </w:r>
      <w:r>
        <w:rPr>
          <w:lang w:eastAsia="zh-CN"/>
        </w:rPr>
        <w:t>　　3.合理损耗比例：</w:t>
      </w:r>
      <w:r>
        <w:rPr>
          <w:lang w:eastAsia="zh-CN"/>
        </w:rPr>
        <w:br/>
      </w:r>
      <w:r>
        <w:rPr>
          <w:lang w:eastAsia="zh-CN"/>
        </w:rPr>
        <w:t>　　(1)牛皮革：消耗6%</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(2)二层部层蓝湿革：若以张(C)为单位计，消耗10%;若以平方英尺为单位计，消耗约为50%。</w:t>
      </w:r>
      <w:r>
        <w:rPr>
          <w:lang w:eastAsia="zh-CN"/>
        </w:rPr>
        <w:br/>
      </w:r>
      <w:r>
        <w:rPr>
          <w:lang w:eastAsia="zh-CN"/>
        </w:rPr>
        <w:t>　　4.加工费用：D35，000.00</w:t>
      </w:r>
      <w:r>
        <w:rPr>
          <w:lang w:eastAsia="zh-CN"/>
        </w:rPr>
        <w:br/>
      </w:r>
      <w:r>
        <w:rPr>
          <w:lang w:eastAsia="zh-CN"/>
        </w:rPr>
        <w:t>　　5.加工期限：________年____月____日—________年____月底</w:t>
      </w:r>
      <w:r>
        <w:rPr>
          <w:lang w:eastAsia="zh-CN"/>
        </w:rPr>
        <w:br/>
      </w:r>
      <w:r>
        <w:rPr>
          <w:lang w:eastAsia="zh-CN"/>
        </w:rPr>
        <w:t>　　6.包装标准：适合海运的塑料包装</w:t>
      </w:r>
      <w:r>
        <w:rPr>
          <w:lang w:eastAsia="zh-CN"/>
        </w:rPr>
        <w:br/>
      </w:r>
      <w:r>
        <w:rPr>
          <w:lang w:eastAsia="zh-CN"/>
        </w:rPr>
        <w:t>　　二、双方责任义务：</w:t>
      </w:r>
      <w:r>
        <w:rPr>
          <w:lang w:eastAsia="zh-CN"/>
        </w:rPr>
        <w:br/>
      </w:r>
      <w:r>
        <w:rPr>
          <w:lang w:eastAsia="zh-CN"/>
        </w:rPr>
        <w:t>　　(一)甲方责任：</w:t>
      </w:r>
      <w:r>
        <w:rPr>
          <w:lang w:eastAsia="zh-CN"/>
        </w:rPr>
        <w:br/>
      </w:r>
      <w:r>
        <w:rPr>
          <w:lang w:eastAsia="zh-CN"/>
        </w:rPr>
        <w:t>　　1.负责及时提供原料及辅料，并保证原料质量。</w:t>
      </w:r>
      <w:r>
        <w:rPr>
          <w:lang w:eastAsia="zh-CN"/>
        </w:rPr>
        <w:br/>
      </w:r>
      <w:r>
        <w:rPr>
          <w:lang w:eastAsia="zh-CN"/>
        </w:rPr>
        <w:t>　　2.及时向乙方支付加工费用，合计：D35，000.。</w:t>
      </w:r>
      <w:r>
        <w:rPr>
          <w:lang w:eastAsia="zh-CN"/>
        </w:rPr>
        <w:br/>
      </w:r>
      <w:r>
        <w:rPr>
          <w:lang w:eastAsia="zh-CN"/>
        </w:rPr>
        <w:t>　　(二)乙方责任：</w:t>
      </w:r>
      <w:r>
        <w:rPr>
          <w:lang w:eastAsia="zh-CN"/>
        </w:rPr>
        <w:br/>
      </w:r>
      <w:r>
        <w:rPr>
          <w:lang w:eastAsia="zh-CN"/>
        </w:rPr>
        <w:t>　　1.按甲方要求的标准加工成品与半成品。</w:t>
      </w:r>
      <w:r>
        <w:rPr>
          <w:lang w:eastAsia="zh-CN"/>
        </w:rPr>
        <w:br/>
      </w:r>
      <w:r>
        <w:rPr>
          <w:lang w:eastAsia="zh-CN"/>
        </w:rPr>
        <w:t>　　2.按合同规定日期及数量交货给甲方。</w:t>
      </w:r>
      <w:r>
        <w:rPr>
          <w:lang w:eastAsia="zh-CN"/>
        </w:rPr>
        <w:br/>
      </w:r>
      <w:r>
        <w:rPr>
          <w:lang w:eastAsia="zh-CN"/>
        </w:rPr>
        <w:t>　　3.允许甲方在生产期间派人驻厂监督生产。</w:t>
      </w:r>
      <w:r>
        <w:rPr>
          <w:lang w:eastAsia="zh-CN"/>
        </w:rPr>
        <w:br/>
      </w:r>
      <w:r>
        <w:rPr>
          <w:lang w:eastAsia="zh-CN"/>
        </w:rPr>
        <w:t>　　三、甲乙双方应各自履行职责与义务，如在各自职责范围内</w:t>
      </w:r>
      <w:r>
        <w:rPr>
          <w:lang w:eastAsia="zh-CN"/>
        </w:rPr>
        <w:br/>
      </w:r>
      <w:r>
        <w:rPr>
          <w:lang w:eastAsia="zh-CN"/>
        </w:rPr>
        <w:t>　　出现问题而给对方造成的直接及间接经济损失由责任人承担。</w:t>
      </w:r>
      <w:r>
        <w:rPr>
          <w:lang w:eastAsia="zh-CN"/>
        </w:rPr>
        <w:br/>
      </w:r>
      <w:r>
        <w:rPr>
          <w:lang w:eastAsia="zh-CN"/>
        </w:rPr>
        <w:t>　　四、本协议未尽事宜，双方另行协商解决。</w:t>
      </w:r>
      <w:r>
        <w:rPr>
          <w:lang w:eastAsia="zh-CN"/>
        </w:rPr>
        <w:br/>
      </w:r>
      <w:r>
        <w:rPr>
          <w:lang w:eastAsia="zh-CN"/>
        </w:rPr>
        <w:t>　　五、本协议一式两份，双方各执一份，自双方签字盖章之日起生效。</w:t>
      </w:r>
      <w:r>
        <w:rPr>
          <w:lang w:eastAsia="zh-CN"/>
        </w:rPr>
        <w:br/>
      </w:r>
      <w:r>
        <w:rPr>
          <w:lang w:eastAsia="zh-CN"/>
        </w:rPr>
        <w:t>　　甲方：乙方：</w:t>
      </w:r>
      <w:r>
        <w:rPr>
          <w:lang w:eastAsia="zh-CN"/>
        </w:rPr>
        <w:br/>
      </w:r>
      <w:r>
        <w:rPr>
          <w:lang w:eastAsia="zh-CN"/>
        </w:rPr>
        <w:t>　　________年___月____日________年____月____日</w:t>
      </w:r>
      <w:r>
        <w:rPr>
          <w:lang w:eastAsia="zh-CN"/>
        </w:rPr>
        <w:br/>
      </w:r>
      <w:r>
        <w:rPr>
          <w:lang w:eastAsia="zh-CN"/>
        </w:rPr>
        <w:t xml:space="preserve">    2024年加工贸易合同范本 篇4 </w:t>
      </w:r>
      <w:r>
        <w:rPr>
          <w:lang w:eastAsia="zh-CN"/>
        </w:rPr>
        <w:br/>
      </w:r>
      <w:r>
        <w:rPr>
          <w:lang w:eastAsia="zh-CN"/>
        </w:rPr>
        <w:t>　　编号：emt_____号</w:t>
      </w:r>
      <w:r>
        <w:rPr>
          <w:lang w:eastAsia="zh-CN"/>
        </w:rPr>
        <w:br/>
      </w:r>
      <w:r>
        <w:rPr>
          <w:lang w:eastAsia="zh-CN"/>
        </w:rPr>
        <w:t>　　日期：____年__月__日于____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为发展双方在渔网生产方面的友好合作，增进中日两国人民友谊，中国_渔网线厂，地址：____市___(以下简称甲方)与日本国____制网株式会社，地址：日本兵库县赤穗市中;电挂marumako;　电传5778875momoi-aj(以下简称乙方)，在中国轻工业品进出口总公司_省分公司(地址：____光路____号，电挂，0675或-“indukt”kw-ang　ghow电传号码44079kcabcn的协助下，双方代表就渔网来料加工业务问题，经过____年__月、__月和___年__月在____进行充分协商，在平等互利基础上达成如下协议：</w:t>
      </w:r>
      <w:r>
        <w:rPr>
          <w:lang w:eastAsia="zh-CN"/>
        </w:rPr>
        <w:br/>
      </w:r>
      <w:r>
        <w:rPr>
          <w:lang w:eastAsia="zh-CN"/>
        </w:rPr>
        <w:t>　　一　总则</w:t>
      </w:r>
      <w:r>
        <w:rPr>
          <w:lang w:eastAsia="zh-CN"/>
        </w:rPr>
        <w:br/>
      </w:r>
      <w:r>
        <w:rPr>
          <w:lang w:eastAsia="zh-CN"/>
        </w:rPr>
        <w:t>　　1.乙方负责提供生产渔网所需的全套设备及必须的零部件，以及扩建厂房建筑安装用的钢材、管道和货车(具体规格要求详见附件一、二)，全套设备分新旧两部分，属于全新的，其性能是国际先进水平;属于半旧的设备，其主要零部件需全部换新，并经过全面检修，其性能与同类型号全新的设备一样，设备及零部件价款是优惠价格。</w:t>
      </w:r>
      <w:r>
        <w:rPr>
          <w:lang w:eastAsia="zh-CN"/>
        </w:rPr>
        <w:br/>
      </w:r>
      <w:r>
        <w:rPr>
          <w:lang w:eastAsia="zh-CN"/>
        </w:rPr>
        <w:t>　　全套设备的生产能力必须达到年产渔网500吨以上，机械性能的正常运转由乙方负责确保，在设备投产后1年6个月内，如发生机械故障或非因操作错误而造成的损坏，乙方应负责派出工程技术人员进行修理和免费提供零配件，由此产生的停工停产所造成的损失，由乙方负责补偿，一年半后发生机械故障，查明原因，双方友好协商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协议签订后，乙方应着手按上述要求进行筹备，甲方将派员到乙方工厂参观设备情况、设备性能，以运抵___工厂进行验收为准。机械的专利和技术资料由乙方免费提供。</w:t>
      </w:r>
      <w:r>
        <w:rPr>
          <w:lang w:eastAsia="zh-CN"/>
        </w:rPr>
        <w:br/>
      </w:r>
      <w:r>
        <w:rPr>
          <w:lang w:eastAsia="zh-CN"/>
        </w:rPr>
        <w:t>　　2.乙方负责提供足够46台编网机为中心的全套设备所需的原料和辅料(包括染料和树脂)寄存甲方，委托加工，并保证按月均衡供应。</w:t>
      </w:r>
      <w:r>
        <w:rPr>
          <w:lang w:eastAsia="zh-CN"/>
        </w:rPr>
        <w:br/>
      </w:r>
      <w:r>
        <w:rPr>
          <w:lang w:eastAsia="zh-CN"/>
        </w:rPr>
        <w:t>　　3.甲方负责提供相应的厂房、水电、劳动力及包装物料(包装物料费用由甲方向乙方结算)，并负责按照乙方要求的规格、数量和质量进行加工渔网，收取加工费，产品全部交由乙方销售。</w:t>
      </w:r>
      <w:r>
        <w:rPr>
          <w:lang w:eastAsia="zh-CN"/>
        </w:rPr>
        <w:br/>
      </w:r>
      <w:r>
        <w:rPr>
          <w:lang w:eastAsia="zh-CN"/>
        </w:rPr>
        <w:t>　　4.双方同意，设备价款和加工费均以日元结算。</w:t>
      </w:r>
      <w:r>
        <w:rPr>
          <w:lang w:eastAsia="zh-CN"/>
        </w:rPr>
        <w:br/>
      </w:r>
      <w:r>
        <w:rPr>
          <w:lang w:eastAsia="zh-CN"/>
        </w:rPr>
        <w:t>　　二　加工数量和加工费</w:t>
      </w:r>
      <w:r>
        <w:rPr>
          <w:lang w:eastAsia="zh-CN"/>
        </w:rPr>
        <w:br/>
      </w:r>
      <w:r>
        <w:rPr>
          <w:lang w:eastAsia="zh-CN"/>
        </w:rPr>
        <w:t>　　乙方保证每年提供渔网加工数量在500吨以上，每年加工费收入不低于2.4亿日元，甲方保证每年提供加工上述500吨以上或相当于加工收入2.4亿日元以上渔网的生产力。从全套设备正常运转时起四个月做为试产和工人培训期，在此期间内的加工费，以双方同意暂定的产品方案中的加工价为基础，第一个月提高60%，第二月提高40%，第三个月提高25%，第四个月提高10%。上述增加的加工费由乙方负担。</w:t>
      </w:r>
      <w:r>
        <w:rPr>
          <w:lang w:eastAsia="zh-CN"/>
        </w:rPr>
        <w:br/>
      </w:r>
      <w:r>
        <w:rPr>
          <w:lang w:eastAsia="zh-CN"/>
        </w:rPr>
        <w:t>　　试产培训期满后，应根据不同规格与生产的实际情况，参照双方初步议定的产品方案和加工价(详见附件三，渔网加工费一览表)，双方另行议定加工费，以后半年议定一次。调整幅度以不超过10%为限。</w:t>
      </w:r>
      <w:r>
        <w:rPr>
          <w:lang w:eastAsia="zh-CN"/>
        </w:rPr>
        <w:br/>
      </w:r>
      <w:r>
        <w:rPr>
          <w:lang w:eastAsia="zh-CN"/>
        </w:rPr>
        <w:t>　　三　付款办法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1.设备、零配件和扩建厂房安装所需的钢材、管道及货车的价款为：cmt汕头6.09152亿日元(此数为原价扣除合作减价数36.037万日元，具体规格详见附件一、二)。价款支付方式由甲方通过广州中国银行信用担保，在甲方每次收取的加工费中提取60%分期偿还，直至偿完为止，上述价款的银行利息由甲方负担，年利率为7.60%，利息以最后一批设备的装船提单日期起算。</w:t>
      </w:r>
      <w:r>
        <w:rPr>
          <w:lang w:eastAsia="zh-CN"/>
        </w:rPr>
        <w:br/>
      </w:r>
      <w:r>
        <w:rPr>
          <w:lang w:eastAsia="zh-CN"/>
        </w:rPr>
        <w:t>　　2.加工费的支付由乙方在第一批渔网装运前15天将不可撤销的即期循环信用证开到甲方。</w:t>
      </w:r>
      <w:r>
        <w:rPr>
          <w:lang w:eastAsia="zh-CN"/>
        </w:rPr>
        <w:br/>
      </w:r>
      <w:r>
        <w:rPr>
          <w:lang w:eastAsia="zh-CN"/>
        </w:rPr>
        <w:t>　　3.加工费凭汕头装船提单结汇。</w:t>
      </w:r>
      <w:r>
        <w:rPr>
          <w:lang w:eastAsia="zh-CN"/>
        </w:rPr>
        <w:br/>
      </w:r>
      <w:r>
        <w:rPr>
          <w:lang w:eastAsia="zh-CN"/>
        </w:rPr>
        <w:t>　　四　运、保费</w:t>
      </w:r>
      <w:r>
        <w:rPr>
          <w:lang w:eastAsia="zh-CN"/>
        </w:rPr>
        <w:br/>
      </w:r>
      <w:r>
        <w:rPr>
          <w:lang w:eastAsia="zh-CN"/>
        </w:rPr>
        <w:t>　　乙方承担原料、辅料运抵汕头的运费、保险费;甲方负责将制成品运抵香港或日本，运保费由乙方承担。设备、原辅料、半成品及成品存放汕头期间的保险费由甲方负责。</w:t>
      </w:r>
      <w:r>
        <w:rPr>
          <w:lang w:eastAsia="zh-CN"/>
        </w:rPr>
        <w:br/>
      </w:r>
      <w:r>
        <w:rPr>
          <w:lang w:eastAsia="zh-CN"/>
        </w:rPr>
        <w:t>　　五　交货期</w:t>
      </w:r>
      <w:r>
        <w:rPr>
          <w:lang w:eastAsia="zh-CN"/>
        </w:rPr>
        <w:br/>
      </w:r>
      <w:r>
        <w:rPr>
          <w:lang w:eastAsia="zh-CN"/>
        </w:rPr>
        <w:t>　　为使甲方正常生产，乙方须在甲方储备两个月的原、辅材料，正常生产所需的原辅料，以甲方实际验收的数量为准。为使供料正常，甲方须把每月收到的、使用的以及月底库存的数量，在第二个月初通知乙方，为使乙方业务正常开展，甲方在收到乙方提供原辅料之日起一个月内按时、按质、按量将产品发运给乙方。若在执行中发生问题，由双方友好协商解决。</w:t>
      </w:r>
      <w:r>
        <w:rPr>
          <w:lang w:eastAsia="zh-CN"/>
        </w:rPr>
        <w:br/>
      </w:r>
      <w:r>
        <w:rPr>
          <w:lang w:eastAsia="zh-CN"/>
        </w:rPr>
        <w:t>　　承揽人在任何情况下均不得留置置完成的工作成果。</w:t>
      </w:r>
      <w:r>
        <w:rPr>
          <w:lang w:eastAsia="zh-CN"/>
        </w:rPr>
        <w:br/>
      </w:r>
      <w:r>
        <w:rPr>
          <w:lang w:eastAsia="zh-CN"/>
        </w:rPr>
        <w:t>　　六　次品处理和损耗率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产品损耗率和次品率双方应努力降低，尼龙复丝暂定为5%，尼龙单丝的损耗率，经试产期实践后，双方另行协商确定。</w:t>
      </w:r>
      <w:r>
        <w:rPr>
          <w:lang w:eastAsia="zh-CN"/>
        </w:rPr>
        <w:br/>
      </w:r>
      <w:r>
        <w:rPr>
          <w:lang w:eastAsia="zh-CN"/>
        </w:rPr>
        <w:t>　　试产期满后，若甲方因操作上的错误，次品和损耗超过合理的幅度，其超过部分由甲方负责赔偿乙方的损失;若因原料质量不合要求造成次品过多，其损失由乙方承担。</w:t>
      </w:r>
      <w:r>
        <w:rPr>
          <w:lang w:eastAsia="zh-CN"/>
        </w:rPr>
        <w:br/>
      </w:r>
      <w:r>
        <w:rPr>
          <w:lang w:eastAsia="zh-CN"/>
        </w:rPr>
        <w:t>　　试机所需的原辅料由乙方负担。</w:t>
      </w:r>
      <w:r>
        <w:rPr>
          <w:lang w:eastAsia="zh-CN"/>
        </w:rPr>
        <w:br/>
      </w:r>
      <w:r>
        <w:rPr>
          <w:lang w:eastAsia="zh-CN"/>
        </w:rPr>
        <w:t>　　七　技术交流</w:t>
      </w:r>
      <w:r>
        <w:rPr>
          <w:lang w:eastAsia="zh-CN"/>
        </w:rPr>
        <w:br/>
      </w:r>
      <w:r>
        <w:rPr>
          <w:lang w:eastAsia="zh-CN"/>
        </w:rPr>
        <w:t>　　设备运抵汕头工厂后，乙方需派出工程技术人员负责安装机器，调整机械和试机开动，直至机器正常运转，达到产品合格为止。上述工程技术人员在华费用由乙方负担。对乙方提供有关生产上和技术上的秘密，甲方负责保守秘密。</w:t>
      </w:r>
      <w:r>
        <w:rPr>
          <w:lang w:eastAsia="zh-CN"/>
        </w:rPr>
        <w:br/>
      </w:r>
      <w:r>
        <w:rPr>
          <w:lang w:eastAsia="zh-CN"/>
        </w:rPr>
        <w:t>　　甲乙方同意正式投产后，乙方派出技术工程人员驻厂进行技术上、生产管理上和品质检验上的指导，具体办法双方另行商定。乙方同意甲方在必要时派出工程技术人员到乙方进行技术交流。</w:t>
      </w:r>
      <w:r>
        <w:rPr>
          <w:lang w:eastAsia="zh-CN"/>
        </w:rPr>
        <w:br/>
      </w:r>
      <w:r>
        <w:rPr>
          <w:lang w:eastAsia="zh-CN"/>
        </w:rPr>
        <w:t>　　八　协议期限</w:t>
      </w:r>
      <w:r>
        <w:rPr>
          <w:lang w:eastAsia="zh-CN"/>
        </w:rPr>
        <w:br/>
      </w:r>
      <w:r>
        <w:rPr>
          <w:lang w:eastAsia="zh-CN"/>
        </w:rPr>
        <w:t>　　本协议有效期为___年，在协议有效期内，甲乙双方不跟第三者达成同样的或类似的协议。协议期满后，若乙方提出要求，经双方同意可延长___年。乙方提出愿意与甲方长期合作，甲方表示赞赏，并希望乙方尽早提出建议书，以利进一步洽谈。</w:t>
      </w:r>
      <w:r>
        <w:rPr>
          <w:lang w:eastAsia="zh-CN"/>
        </w:rPr>
        <w:br/>
      </w:r>
      <w:r>
        <w:rPr>
          <w:lang w:eastAsia="zh-CN"/>
        </w:rPr>
        <w:t>　　本协议正本四份、甲乙双方及见证单位各存一份，以中文为准。</w:t>
      </w:r>
      <w:r>
        <w:rPr>
          <w:lang w:eastAsia="zh-CN"/>
        </w:rPr>
        <w:br/>
      </w:r>
      <w:r>
        <w:rPr>
          <w:lang w:eastAsia="zh-CN"/>
        </w:rPr>
        <w:t>　　甲方：______　　　　　　　　乙方：________</w:t>
      </w:r>
      <w:r>
        <w:rPr>
          <w:lang w:eastAsia="zh-CN"/>
        </w:rPr>
        <w:br/>
      </w:r>
      <w:r>
        <w:rPr>
          <w:lang w:eastAsia="zh-CN"/>
        </w:rPr>
        <w:t>　　中国___渔网线厂　　　　　　　　日本国_____制网株式会社</w:t>
      </w:r>
      <w:r>
        <w:rPr>
          <w:lang w:eastAsia="zh-CN"/>
        </w:rPr>
        <w:br/>
      </w:r>
      <w:r>
        <w:rPr>
          <w:lang w:eastAsia="zh-CN"/>
        </w:rPr>
        <w:t>　　中国轻工业品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进出口总公司：_____　　　　　日本国_____产业株式会社</w:t>
      </w:r>
      <w:r>
        <w:rPr>
          <w:lang w:eastAsia="zh-CN"/>
        </w:rPr>
        <w:br/>
      </w:r>
      <w:r>
        <w:rPr>
          <w:lang w:eastAsia="zh-CN"/>
        </w:rPr>
        <w:t xml:space="preserve">    2024年加工贸易合同范本 篇5 </w:t>
      </w:r>
      <w:r>
        <w:rPr>
          <w:lang w:eastAsia="zh-CN"/>
        </w:rPr>
        <w:br/>
      </w:r>
      <w:r>
        <w:rPr>
          <w:lang w:eastAsia="zh-CN"/>
        </w:rPr>
        <w:t>　　卖方：(以下简称甲方)</w:t>
      </w:r>
      <w:r>
        <w:rPr>
          <w:lang w:eastAsia="zh-CN"/>
        </w:rPr>
        <w:br/>
      </w:r>
      <w:r>
        <w:rPr>
          <w:lang w:eastAsia="zh-CN"/>
        </w:rPr>
        <w:t>　　买方：(以下简称乙方)</w:t>
      </w:r>
      <w:r>
        <w:rPr>
          <w:lang w:eastAsia="zh-CN"/>
        </w:rPr>
        <w:br/>
      </w:r>
      <w:r>
        <w:rPr>
          <w:lang w:eastAsia="zh-CN"/>
        </w:rPr>
        <w:t>　　签订地点：</w:t>
      </w:r>
      <w:r>
        <w:rPr>
          <w:lang w:eastAsia="zh-CN"/>
        </w:rPr>
        <w:br/>
      </w:r>
      <w:r>
        <w:rPr>
          <w:lang w:eastAsia="zh-CN"/>
        </w:rPr>
        <w:t>　　签订时间：</w:t>
      </w:r>
      <w:r>
        <w:rPr>
          <w:lang w:eastAsia="zh-CN"/>
        </w:rPr>
        <w:br/>
      </w:r>
      <w:r>
        <w:rPr>
          <w:lang w:eastAsia="zh-CN"/>
        </w:rPr>
        <w:t>　　一、产品名称、品牌、规格型号、计量单位、数量、单价、金额</w:t>
      </w:r>
      <w:r>
        <w:rPr>
          <w:lang w:eastAsia="zh-CN"/>
        </w:rPr>
        <w:br/>
      </w:r>
      <w:r>
        <w:rPr>
          <w:lang w:eastAsia="zh-CN"/>
        </w:rPr>
        <w:t>　　二、质量要求、技术标准、卖方应对产品质量承担的责任：</w:t>
      </w:r>
      <w:r>
        <w:rPr>
          <w:lang w:eastAsia="zh-CN"/>
        </w:rPr>
        <w:br/>
      </w:r>
      <w:r>
        <w:rPr>
          <w:lang w:eastAsia="zh-CN"/>
        </w:rPr>
        <w:t>　　三、交货时间、地点及相关责任的承担：</w:t>
      </w:r>
      <w:r>
        <w:rPr>
          <w:lang w:eastAsia="zh-CN"/>
        </w:rPr>
        <w:br/>
      </w:r>
      <w:r>
        <w:rPr>
          <w:lang w:eastAsia="zh-CN"/>
        </w:rPr>
        <w:t>　　四、包装标准、包装物的供应与回收：按厂家规定的出厂标准严格执行，保证安全运抵交货地点，包装物不回收。</w:t>
      </w:r>
      <w:r>
        <w:rPr>
          <w:lang w:eastAsia="zh-CN"/>
        </w:rPr>
        <w:br/>
      </w:r>
      <w:r>
        <w:rPr>
          <w:lang w:eastAsia="zh-CN"/>
        </w:rPr>
        <w:t>　　五、验收标准、方法及提出异议期限：</w:t>
      </w:r>
      <w:r>
        <w:rPr>
          <w:lang w:eastAsia="zh-CN"/>
        </w:rPr>
        <w:br/>
      </w:r>
      <w:r>
        <w:rPr>
          <w:lang w:eastAsia="zh-CN"/>
        </w:rPr>
        <w:t>　　六、结算方式及期限：</w:t>
      </w:r>
      <w:r>
        <w:rPr>
          <w:lang w:eastAsia="zh-CN"/>
        </w:rPr>
        <w:br/>
      </w:r>
      <w:r>
        <w:rPr>
          <w:lang w:eastAsia="zh-CN"/>
        </w:rPr>
        <w:t>　　七、解决合同纠纷的方式：双方发生纠纷时，应协商解决。协商不成时，直接向福建省上杭县人民法院起诉。</w:t>
      </w:r>
      <w:r>
        <w:rPr>
          <w:lang w:eastAsia="zh-CN"/>
        </w:rPr>
        <w:br/>
      </w:r>
      <w:r>
        <w:rPr>
          <w:lang w:eastAsia="zh-CN"/>
        </w:rPr>
        <w:t>　　八、税：卖方应承担纳税义务，税种和税额必须遵守国家有关法令和规定办理，税金已计入单价中。</w:t>
      </w:r>
      <w:r>
        <w:rPr>
          <w:lang w:eastAsia="zh-CN"/>
        </w:rPr>
        <w:br/>
      </w:r>
      <w:r>
        <w:rPr>
          <w:lang w:eastAsia="zh-CN"/>
        </w:rPr>
        <w:t>　　九、廉政责任：</w:t>
      </w:r>
      <w:r>
        <w:rPr>
          <w:lang w:eastAsia="zh-CN"/>
        </w:rPr>
        <w:br/>
      </w:r>
      <w:r>
        <w:rPr>
          <w:lang w:eastAsia="zh-CN"/>
        </w:rPr>
        <w:t>　　(一)买方责任</w:t>
      </w:r>
      <w:r>
        <w:rPr>
          <w:lang w:eastAsia="zh-CN"/>
        </w:rPr>
        <w:br/>
      </w:r>
      <w:r>
        <w:rPr>
          <w:lang w:eastAsia="zh-CN"/>
        </w:rPr>
        <w:t>　　1、严格履行合同约定的买方责任，为合同履行提供必要的条件;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2、买方管理人员不得以任何借口和理由向卖方索要财物，买方有责任对有索贿行为的管理人员进行严肃处理(包括罚款、调离、处分、移交司法机关处理等);</w:t>
      </w:r>
      <w:r>
        <w:rPr>
          <w:lang w:eastAsia="zh-CN"/>
        </w:rPr>
        <w:br/>
      </w:r>
      <w:r>
        <w:rPr>
          <w:lang w:eastAsia="zh-CN"/>
        </w:rPr>
        <w:t>　　3、买方管理人员不得介绍亲属在卖方单位工作，买方有义务对此类行为进行清理;</w:t>
      </w:r>
      <w:r>
        <w:rPr>
          <w:lang w:eastAsia="zh-CN"/>
        </w:rPr>
        <w:br/>
      </w:r>
      <w:r>
        <w:rPr>
          <w:lang w:eastAsia="zh-CN"/>
        </w:rPr>
        <w:t>　　4、买方对卖方提出的举报不及时调查处理，或者故意泄露卖方举报内容，造成卖方损失的，买方应承担相应的责任;</w:t>
      </w:r>
      <w:r>
        <w:rPr>
          <w:lang w:eastAsia="zh-CN"/>
        </w:rPr>
        <w:br/>
      </w:r>
      <w:r>
        <w:rPr>
          <w:lang w:eastAsia="zh-CN"/>
        </w:rPr>
        <w:t>　　5、买方管理人员对卖方进行打击报复的，经查实后，买方对其加重处分，该管理人员今后不得继续从事与卖方有关的管理工作。</w:t>
      </w:r>
      <w:r>
        <w:rPr>
          <w:lang w:eastAsia="zh-CN"/>
        </w:rPr>
        <w:br/>
      </w:r>
      <w:r>
        <w:rPr>
          <w:lang w:eastAsia="zh-CN"/>
        </w:rPr>
        <w:t>　　(二)卖方责任</w:t>
      </w:r>
      <w:r>
        <w:rPr>
          <w:lang w:eastAsia="zh-CN"/>
        </w:rPr>
        <w:br/>
      </w:r>
      <w:r>
        <w:rPr>
          <w:lang w:eastAsia="zh-CN"/>
        </w:rPr>
        <w:t>　　1、卖方必须严格履行合同中约定的有关责任，全面履行合同的有关条款;</w:t>
      </w:r>
      <w:r>
        <w:rPr>
          <w:lang w:eastAsia="zh-CN"/>
        </w:rPr>
        <w:br/>
      </w:r>
      <w:r>
        <w:rPr>
          <w:lang w:eastAsia="zh-CN"/>
        </w:rPr>
        <w:t>　　2、卖方不得以任何方式向买方人员馈赠财物，不得安排与卖方业务有关人员的亲属在其属下工作;</w:t>
      </w:r>
      <w:r>
        <w:rPr>
          <w:lang w:eastAsia="zh-CN"/>
        </w:rPr>
        <w:br/>
      </w:r>
      <w:r>
        <w:rPr>
          <w:lang w:eastAsia="zh-CN"/>
        </w:rPr>
        <w:t>　　3、卖方以获取有关业务或谋求自身利益等为目的，以任何方式行贿买方人员的，买方有权按下列条款对卖方进行处置：</w:t>
      </w:r>
      <w:r>
        <w:rPr>
          <w:lang w:eastAsia="zh-CN"/>
        </w:rPr>
        <w:br/>
      </w:r>
      <w:r>
        <w:rPr>
          <w:lang w:eastAsia="zh-CN"/>
        </w:rPr>
        <w:t>　　⑴卖方主要负责人行贿的，买方有权终止与卖方签订的合同，并拒付货款，买方不补偿卖方任何损失;</w:t>
      </w:r>
      <w:r>
        <w:rPr>
          <w:lang w:eastAsia="zh-CN"/>
        </w:rPr>
        <w:br/>
      </w:r>
      <w:r>
        <w:rPr>
          <w:lang w:eastAsia="zh-CN"/>
        </w:rPr>
        <w:t>　　⑵卖方下属业务人员行贿的，该批货款暂不付给，价格重新核定，一般情况，单价下浮10%-20%;</w:t>
      </w:r>
      <w:r>
        <w:rPr>
          <w:lang w:eastAsia="zh-CN"/>
        </w:rPr>
        <w:br/>
      </w:r>
      <w:r>
        <w:rPr>
          <w:lang w:eastAsia="zh-CN"/>
        </w:rPr>
        <w:t>　　⑶买方按卖方行贿数额的双倍从卖方业务款中扣回;</w:t>
      </w:r>
      <w:r>
        <w:rPr>
          <w:lang w:eastAsia="zh-CN"/>
        </w:rPr>
        <w:br/>
      </w:r>
      <w:r>
        <w:rPr>
          <w:lang w:eastAsia="zh-CN"/>
        </w:rPr>
        <w:t>　　⑷取消卖方重新取得买方业务的资格。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4、卖方为获取不当利益向买方管理人员行贿，造成买方经济损失的，除按前款处置外，造成的损失由卖方赔偿。</w:t>
      </w:r>
      <w:r>
        <w:rPr>
          <w:lang w:eastAsia="zh-CN"/>
        </w:rPr>
        <w:br/>
      </w:r>
      <w:r>
        <w:rPr>
          <w:lang w:eastAsia="zh-CN"/>
        </w:rPr>
        <w:t>　　5、卖方遭受买方管理人员敲诈、勒索、故意刁难时，有义务向买方领导及买方有关部门举报，买方应及时组织人员进行调查核实，并对有关人员予以严肃处理，同时，应将调查处理情况向卖方通报。举报属实的，买方给予举报人适当的奖励。</w:t>
      </w:r>
      <w:r>
        <w:rPr>
          <w:lang w:eastAsia="zh-CN"/>
        </w:rPr>
        <w:br/>
      </w:r>
      <w:r>
        <w:rPr>
          <w:lang w:eastAsia="zh-CN"/>
        </w:rPr>
        <w:t>　　6、卖方认为买方在处置员工腐败行为不力时，有权向有关部门举报。</w:t>
      </w:r>
      <w:r>
        <w:rPr>
          <w:lang w:eastAsia="zh-CN"/>
        </w:rPr>
        <w:br/>
      </w:r>
      <w:r>
        <w:rPr>
          <w:lang w:eastAsia="zh-CN"/>
        </w:rPr>
        <w:t>　　(三)本合同签订前发生的违反本合同廉政责任条款的责任，按本协议的相关约定执行。</w:t>
      </w:r>
      <w:r>
        <w:rPr>
          <w:lang w:eastAsia="zh-CN"/>
        </w:rPr>
        <w:br/>
      </w:r>
      <w:r>
        <w:rPr>
          <w:lang w:eastAsia="zh-CN"/>
        </w:rPr>
        <w:t>　　十、本合同壹式贰份，自双方签字盖章之日起生效，双方各持壹份，对双方具有同等法律约束力。本合同以传真的方式签订，合同原件、传真件及与原件核对无异的复印件均具有法律效力。</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r>
        <w:rPr>
          <w:lang w:eastAsia="zh-CN"/>
        </w:rPr>
        <w:t>　　_________年____月____日　　　　　　　_________年____月____日</w:t>
      </w:r>
      <w:r>
        <w:rPr>
          <w:lang w:eastAsia="zh-CN"/>
        </w:rPr>
        <w:br/>
      </w:r>
      <w:r>
        <w:rPr>
          <w:lang w:eastAsia="zh-CN"/>
        </w:rPr>
        <w:t xml:space="preserve">    2024年加工贸易合同范本 篇6 </w:t>
      </w:r>
      <w:r>
        <w:rPr>
          <w:lang w:eastAsia="zh-CN"/>
        </w:rPr>
        <w:br/>
      </w:r>
      <w:r>
        <w:rPr>
          <w:lang w:eastAsia="zh-CN"/>
        </w:rPr>
        <w:t>　　合同编号：___________</w:t>
      </w:r>
      <w:r>
        <w:rPr>
          <w:lang w:eastAsia="zh-CN"/>
        </w:rPr>
        <w:br/>
      </w:r>
      <w:r>
        <w:rPr>
          <w:lang w:eastAsia="zh-CN"/>
        </w:rPr>
        <w:t>　　签约地点：____日期：__________________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r>
        <w:rPr>
          <w:lang w:eastAsia="zh-CN"/>
        </w:rPr>
        <w:t>　　根据平等互利原则，______________有限公司与______________有限公司友好协商特约签定本合同。</w:t>
      </w:r>
      <w:r>
        <w:rPr>
          <w:lang w:eastAsia="zh-CN"/>
        </w:rPr>
        <w:br/>
      </w:r>
      <w:r>
        <w:rPr>
          <w:lang w:eastAsia="zh-CN"/>
        </w:rPr>
        <w:t>　　一、双方承诺：由乙方提供不作价设备______美元（港币）给甲方用于加工生产______之用，（详见设备清单）。产权归乙方所有。使用期限为________年，在监管期限内，不得擅自在境内销售、串换、转让、抵押或者移作他用。到期后如不续签，则由甲方协助乙方申报海关核准后处理。乙方以方式提供设备，不需甲方办理付汇进口，也不需用加工费或差价偿还设备款。</w:t>
      </w:r>
      <w:r>
        <w:rPr>
          <w:lang w:eastAsia="zh-CN"/>
        </w:rPr>
        <w:br/>
      </w:r>
      <w:r>
        <w:rPr>
          <w:lang w:eastAsia="zh-CN"/>
        </w:rPr>
        <w:t>　　二、甲方向乙方购买原料、辅料原料辅料编码单位数量单价金额品名单位数量单价金额</w:t>
      </w:r>
      <w:r>
        <w:rPr>
          <w:lang w:eastAsia="zh-CN"/>
        </w:rPr>
        <w:br/>
      </w:r>
      <w:r>
        <w:rPr>
          <w:lang w:eastAsia="zh-CN"/>
        </w:rPr>
        <w:t>　　三、甲方供乙方制成品的数量及金额原料辅料编码单位数量单价金额品名单位数量单价金额</w:t>
      </w:r>
      <w:r>
        <w:rPr>
          <w:lang w:eastAsia="zh-CN"/>
        </w:rPr>
        <w:br/>
      </w:r>
      <w:r>
        <w:rPr>
          <w:lang w:eastAsia="zh-CN"/>
        </w:rPr>
        <w:t>　　四、乙方供料于____________________起运抵_______________甲方制成品于____日前运往______________</w:t>
      </w:r>
      <w:r>
        <w:rPr>
          <w:lang w:eastAsia="zh-CN"/>
        </w:rPr>
        <w:br/>
      </w:r>
      <w:r>
        <w:rPr>
          <w:lang w:eastAsia="zh-CN"/>
        </w:rPr>
        <w:t>　　五、运输方式及运费用_______________________________________________________</w:t>
      </w:r>
      <w:r>
        <w:rPr>
          <w:lang w:eastAsia="zh-CN"/>
        </w:rPr>
        <w:br/>
      </w:r>
      <w:r>
        <w:rPr>
          <w:lang w:eastAsia="zh-CN"/>
        </w:rPr>
        <w:t>　　六、保险费负担______________________________________________________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七、付款方式_____________________________________________________</w:t>
      </w:r>
      <w:r>
        <w:rPr>
          <w:lang w:eastAsia="zh-CN"/>
        </w:rPr>
        <w:br/>
      </w:r>
      <w:r>
        <w:rPr>
          <w:lang w:eastAsia="zh-CN"/>
        </w:rPr>
        <w:t>　　八、包装要求_____________________________________________________</w:t>
      </w:r>
      <w:r>
        <w:rPr>
          <w:lang w:eastAsia="zh-CN"/>
        </w:rPr>
        <w:br/>
      </w:r>
      <w:r>
        <w:rPr>
          <w:lang w:eastAsia="zh-CN"/>
        </w:rPr>
        <w:t>　　九、仲裁：因执行本合同所发生的39；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十、本合同一式八分，由签字双方各执一份，其余六份报送有关部门备案。</w:t>
      </w:r>
      <w:r>
        <w:rPr>
          <w:lang w:eastAsia="zh-CN"/>
        </w:rPr>
        <w:br/>
      </w:r>
      <w:r>
        <w:rPr>
          <w:lang w:eastAsia="zh-CN"/>
        </w:rPr>
        <w:t>　　甲方（盖章）：_________乙方（盖章):_________</w:t>
      </w:r>
      <w:r>
        <w:rPr>
          <w:lang w:eastAsia="zh-CN"/>
        </w:rPr>
        <w:br/>
      </w:r>
      <w:r>
        <w:rPr>
          <w:lang w:eastAsia="zh-CN"/>
        </w:rPr>
        <w:t xml:space="preserve">    2024年加工贸易合同范本 篇7 </w:t>
      </w:r>
      <w:r>
        <w:rPr>
          <w:lang w:eastAsia="zh-CN"/>
        </w:rPr>
        <w:br/>
      </w:r>
      <w:r>
        <w:rPr>
          <w:lang w:eastAsia="zh-CN"/>
        </w:rPr>
        <w:t>　　合同号：</w:t>
      </w:r>
      <w:r>
        <w:rPr>
          <w:lang w:eastAsia="zh-CN"/>
        </w:rPr>
        <w:br/>
      </w:r>
      <w:r>
        <w:rPr>
          <w:lang w:eastAsia="zh-CN"/>
        </w:rPr>
        <w:t>　　签约地点：</w:t>
      </w:r>
      <w:r>
        <w:rPr>
          <w:lang w:eastAsia="zh-CN"/>
        </w:rPr>
        <w:br/>
      </w:r>
      <w:r>
        <w:rPr>
          <w:lang w:eastAsia="zh-CN"/>
        </w:rPr>
        <w:t>　　日期：</w:t>
      </w:r>
      <w:r>
        <w:rPr>
          <w:lang w:eastAsia="zh-CN"/>
        </w:rPr>
        <w:br/>
      </w: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r>
        <w:rPr>
          <w:lang w:eastAsia="zh-CN"/>
        </w:rPr>
        <w:t>　　根据平等互利原则，______________有限公司与 ______________有限公司友好协商特约签定本合同。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双方承诺：由乙方提供不作价设备______美元(港币)给甲方用于加工生产______之用，(详见设备清单)。产权归乙方所有。使用期限为______年，在监管期限内，不得擅自在境内销售、串换、转让、抵押或者移作他用。到期后如不续签，则由甲方协助乙方申报海关核准后处理。乙方以免费方式提供设备，不需甲方办理付汇进口，也不需用加工费或差价偿还设备款。</w:t>
      </w:r>
      <w:r>
        <w:rPr>
          <w:lang w:eastAsia="zh-CN"/>
        </w:rPr>
        <w:br/>
      </w:r>
      <w:r>
        <w:rPr>
          <w:lang w:eastAsia="zh-CN"/>
        </w:rPr>
        <w:t>　　二、甲方向乙方购买原料、辅料</w:t>
      </w:r>
      <w:r>
        <w:rPr>
          <w:lang w:eastAsia="zh-CN"/>
        </w:rPr>
        <w:br/>
      </w:r>
      <w:r>
        <w:rPr>
          <w:lang w:eastAsia="zh-CN"/>
        </w:rPr>
        <w:t>　　┌────────────────────┬────────────────────────┐</w:t>
      </w:r>
      <w:r>
        <w:rPr>
          <w:lang w:eastAsia="zh-CN"/>
        </w:rPr>
        <w:br/>
      </w:r>
      <w:r>
        <w:rPr>
          <w:lang w:eastAsia="zh-CN"/>
        </w:rPr>
        <w:t>　　│原料　　　　　　　　　　　　　　　　　　│辅料　　　　　　　　　　　　　　　　　　　　　　│</w:t>
      </w:r>
      <w:r>
        <w:rPr>
          <w:lang w:eastAsia="zh-CN"/>
        </w:rPr>
        <w:br/>
      </w:r>
      <w:r>
        <w:rPr>
          <w:lang w:eastAsia="zh-CN"/>
        </w:rPr>
        <w:t>　　├───┬────┬───┬───┬───┼───┬───┬───┬──────┬─────┤</w:t>
      </w:r>
      <w:r>
        <w:rPr>
          <w:lang w:eastAsia="zh-CN"/>
        </w:rPr>
        <w:br/>
      </w:r>
      <w:r>
        <w:rPr>
          <w:lang w:eastAsia="zh-CN"/>
        </w:rPr>
        <w:t>　　│编码　│单位　　│数量　│单价　│金额　│品名　│单位　│数量　│单价　　　　│金额　　　│</w:t>
      </w:r>
      <w:r>
        <w:rPr>
          <w:lang w:eastAsia="zh-CN"/>
        </w:rPr>
        <w:br/>
      </w:r>
      <w:r>
        <w:rPr>
          <w:lang w:eastAsia="zh-CN"/>
        </w:rPr>
        <w:t>　　├───┼────┼───┼───┼───┼───┼───┼───┼──────┼─────┤</w:t>
      </w:r>
      <w:r>
        <w:rPr>
          <w:lang w:eastAsia="zh-CN"/>
        </w:rPr>
        <w:br/>
      </w:r>
      <w:r>
        <w:rPr>
          <w:lang w:eastAsia="zh-CN"/>
        </w:rPr>
        <w:t>　　│　　　│　　　　│　　　│　　　│　　　│　　　│　　　│　　　│　　　　　　│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三、甲方供乙方制成品的数量及金额</w:t>
      </w:r>
      <w:r>
        <w:rPr>
          <w:lang w:eastAsia="zh-CN"/>
        </w:rPr>
        <w:br/>
      </w:r>
      <w:r>
        <w:rPr>
          <w:lang w:eastAsia="zh-CN"/>
        </w:rPr>
        <w:t>　　┌────────────────────┬────────────────────────┐</w:t>
      </w:r>
      <w:r>
        <w:rPr>
          <w:lang w:eastAsia="zh-CN"/>
        </w:rPr>
        <w:br/>
      </w:r>
      <w:r>
        <w:rPr>
          <w:lang w:eastAsia="zh-CN"/>
        </w:rPr>
        <w:t>　　│原料　　　　　　　　　　　　　　　　　　│辅料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w:t>
      </w:r>
      <w:r>
        <w:rPr>
          <w:lang w:eastAsia="zh-CN"/>
        </w:rPr>
        <w:br/>
      </w:r>
      <w:r>
        <w:rPr>
          <w:lang w:eastAsia="zh-CN"/>
        </w:rPr>
        <w:t>　　│编码　│单位　　│数量　│单价　│金额　│品名　│单位　│数量　│单价　　　　│金额　　　│</w:t>
      </w:r>
      <w:r>
        <w:rPr>
          <w:lang w:eastAsia="zh-CN"/>
        </w:rPr>
        <w:br/>
      </w: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　　　│　　　　│　　　│　　　│　　　│　　　│　　　│　　　│　　　　　　│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w:t>
      </w:r>
      <w:r>
        <w:rPr>
          <w:lang w:eastAsia="zh-CN"/>
        </w:rPr>
        <w:br/>
      </w:r>
      <w:r>
        <w:rPr>
          <w:lang w:eastAsia="zh-CN"/>
        </w:rPr>
        <w:t>　　│　　　│　　　　│　　　│　　　│　　　│　　　│　　　│　　　│　　　　　　│　　　　　│</w:t>
      </w:r>
      <w:r>
        <w:rPr>
          <w:lang w:eastAsia="zh-CN"/>
        </w:rPr>
        <w:br/>
      </w:r>
      <w:r>
        <w:rPr>
          <w:lang w:eastAsia="zh-CN"/>
        </w:rPr>
        <w:t>　　└───┴────┴───┴───┴───┴───┴───┴───┴──────┴─────┘</w:t>
      </w:r>
      <w:r>
        <w:rPr>
          <w:lang w:eastAsia="zh-CN"/>
        </w:rPr>
        <w:br/>
      </w:r>
      <w:r>
        <w:rPr>
          <w:lang w:eastAsia="zh-CN"/>
        </w:rPr>
        <w:t>　　四、乙方供料于____________________ 起运抵 _______________</w:t>
      </w:r>
      <w:r>
        <w:rPr>
          <w:lang w:eastAsia="zh-CN"/>
        </w:rPr>
        <w:br/>
      </w:r>
      <w:r>
        <w:rPr>
          <w:lang w:eastAsia="zh-CN"/>
        </w:rPr>
        <w:t>　　甲方制成品于_________________ 日前运往______________</w:t>
      </w:r>
      <w:r>
        <w:rPr>
          <w:lang w:eastAsia="zh-CN"/>
        </w:rPr>
        <w:br/>
      </w:r>
      <w:r>
        <w:rPr>
          <w:lang w:eastAsia="zh-CN"/>
        </w:rPr>
        <w:t>　　五、运输方式及运费用</w:t>
      </w:r>
      <w:r>
        <w:rPr>
          <w:lang w:eastAsia="zh-CN"/>
        </w:rPr>
        <w:br/>
      </w:r>
      <w:r>
        <w:rPr>
          <w:lang w:eastAsia="zh-CN"/>
        </w:rPr>
        <w:t>　　六、保险费负担</w:t>
      </w:r>
      <w:r>
        <w:rPr>
          <w:lang w:eastAsia="zh-CN"/>
        </w:rPr>
        <w:br/>
      </w:r>
      <w:r>
        <w:rPr>
          <w:lang w:eastAsia="zh-CN"/>
        </w:rPr>
        <w:t>　　七、付款方式</w:t>
      </w:r>
      <w:r>
        <w:rPr>
          <w:lang w:eastAsia="zh-CN"/>
        </w:rPr>
        <w:br/>
      </w:r>
      <w:r>
        <w:rPr>
          <w:lang w:eastAsia="zh-CN"/>
        </w:rPr>
        <w:t>　　八、包装要求</w:t>
      </w:r>
      <w:r>
        <w:rPr>
          <w:lang w:eastAsia="zh-CN"/>
        </w:rPr>
        <w:br/>
      </w:r>
      <w:r>
        <w:rPr>
          <w:lang w:eastAsia="zh-CN"/>
        </w:rPr>
        <w:t>　　九、仲裁：因执行本合同所发生的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十、本合同一式八分，由签字双方各执一分，其余六分报送有关部门备案。</w:t>
      </w:r>
      <w:r>
        <w:rPr>
          <w:lang w:eastAsia="zh-CN"/>
        </w:rPr>
        <w:br/>
      </w:r>
      <w:r>
        <w:rPr>
          <w:lang w:eastAsia="zh-CN"/>
        </w:rPr>
        <w:t>　　甲方(盖章)：</w:t>
      </w:r>
      <w:r>
        <w:rPr>
          <w:lang w:eastAsia="zh-CN"/>
        </w:rPr>
        <w:br/>
      </w:r>
      <w:r>
        <w:rPr>
          <w:lang w:eastAsia="zh-CN"/>
        </w:rPr>
        <w:t xml:space="preserve">    2024年加工贸易合同范本 篇8 </w:t>
      </w:r>
      <w:r>
        <w:rPr>
          <w:lang w:eastAsia="zh-CN"/>
        </w:rPr>
        <w:br/>
      </w:r>
      <w:r>
        <w:rPr>
          <w:lang w:eastAsia="zh-CN"/>
        </w:rPr>
        <w:t>　　合同编号：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合同编号：___________</w:t>
      </w:r>
      <w:r>
        <w:rPr>
          <w:lang w:eastAsia="zh-CN"/>
        </w:rPr>
        <w:br/>
      </w:r>
      <w:r>
        <w:rPr>
          <w:lang w:eastAsia="zh-CN"/>
        </w:rPr>
        <w:t>　　签约地点：____</w:t>
      </w:r>
      <w:r>
        <w:rPr>
          <w:lang w:eastAsia="zh-CN"/>
        </w:rPr>
        <w:br/>
      </w:r>
      <w:r>
        <w:rPr>
          <w:lang w:eastAsia="zh-CN"/>
        </w:rPr>
        <w:t>　　日期：__________________</w:t>
      </w:r>
      <w:r>
        <w:rPr>
          <w:lang w:eastAsia="zh-CN"/>
        </w:rPr>
        <w:br/>
      </w: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r>
        <w:rPr>
          <w:lang w:eastAsia="zh-CN"/>
        </w:rPr>
        <w:t>　　根据平等互利原则，______________有限公司与______________有限公司友好协商特约签定本合同。</w:t>
      </w:r>
      <w:r>
        <w:rPr>
          <w:lang w:eastAsia="zh-CN"/>
        </w:rPr>
        <w:br/>
      </w:r>
      <w:r>
        <w:rPr>
          <w:lang w:eastAsia="zh-CN"/>
        </w:rPr>
        <w:t>　　一、双方承诺：由乙方提供不作价设备______美元（港币）给甲方用于加工生产______之用，（详见设备清单）。产权归乙方所有。使用期限为________年，在监管期限内，不得擅自在境内销售、串换、转让、抵押或者移作他用。到期后如不续签，则由甲方协助乙方申报海关核准后处理。乙方以方式提供设备，不需甲方办理付汇进口，也不需用加工费或差价偿还设备款。</w:t>
      </w:r>
      <w:r>
        <w:rPr>
          <w:lang w:eastAsia="zh-CN"/>
        </w:rPr>
        <w:br/>
      </w:r>
      <w:r>
        <w:rPr>
          <w:lang w:eastAsia="zh-CN"/>
        </w:rPr>
        <w:t>　　二、甲方向乙方购买原料、辅料 原料辅料编码单位数量单价金额品名单位数量单价金额</w:t>
      </w:r>
      <w:r>
        <w:rPr>
          <w:lang w:eastAsia="zh-CN"/>
        </w:rPr>
        <w:br/>
      </w:r>
      <w:r>
        <w:rPr>
          <w:lang w:eastAsia="zh-CN"/>
        </w:rPr>
        <w:t>　　三、甲方供乙方制成品的`数量及金额 原料辅料编码单位数量单价金额品名单位数量单价金额</w:t>
      </w:r>
      <w:r>
        <w:rPr>
          <w:lang w:eastAsia="zh-CN"/>
        </w:rPr>
        <w:br/>
      </w:r>
      <w:r>
        <w:rPr>
          <w:lang w:eastAsia="zh-CN"/>
        </w:rPr>
        <w:t>　　四、乙方供料于____________________起运抵_______________ 甲方制成品于____日前运往______________</w:t>
      </w:r>
      <w:r>
        <w:rPr>
          <w:lang w:eastAsia="zh-CN"/>
        </w:rPr>
        <w:br/>
      </w:r>
      <w:r>
        <w:rPr>
          <w:lang w:eastAsia="zh-CN"/>
        </w:rPr>
        <w:t>　　五、运输方式及运费用</w:t>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_______________________________________________________</w:t>
      </w:r>
      <w:r>
        <w:rPr>
          <w:lang w:eastAsia="zh-CN"/>
        </w:rPr>
        <w:br/>
      </w:r>
      <w:r>
        <w:rPr>
          <w:lang w:eastAsia="zh-CN"/>
        </w:rPr>
        <w:t>　　六、保险费负担 ______________________________________________________</w:t>
      </w:r>
      <w:r>
        <w:rPr>
          <w:lang w:eastAsia="zh-CN"/>
        </w:rPr>
        <w:br/>
      </w:r>
      <w:r>
        <w:rPr>
          <w:lang w:eastAsia="zh-CN"/>
        </w:rPr>
        <w:t>　　七、付款方式 _____________________________________________________</w:t>
      </w:r>
      <w:r>
        <w:rPr>
          <w:lang w:eastAsia="zh-CN"/>
        </w:rPr>
        <w:br/>
      </w:r>
      <w:r>
        <w:rPr>
          <w:lang w:eastAsia="zh-CN"/>
        </w:rPr>
        <w:t>　　八、包装要求 _____________________________________________________</w:t>
      </w:r>
      <w:r>
        <w:rPr>
          <w:lang w:eastAsia="zh-CN"/>
        </w:rPr>
        <w:br/>
      </w:r>
      <w:r>
        <w:rPr>
          <w:lang w:eastAsia="zh-CN"/>
        </w:rPr>
        <w:t>　　九、仲裁：因执行本合同所发生的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十、本合同一式八分，由签字双方各执一分，其余六分报送有关部门备案。</w:t>
      </w:r>
      <w:r>
        <w:rPr>
          <w:lang w:eastAsia="zh-CN"/>
        </w:rPr>
        <w:br/>
      </w:r>
      <w:r>
        <w:rPr>
          <w:lang w:eastAsia="zh-CN"/>
        </w:rPr>
        <w:t>　　甲方：________________乙方：________________</w:t>
      </w:r>
      <w:r>
        <w:rPr>
          <w:lang w:eastAsia="zh-CN"/>
        </w:rPr>
        <w:br/>
      </w:r>
      <w:r>
        <w:rPr>
          <w:lang w:eastAsia="zh-CN"/>
        </w:rPr>
        <w:t>　　证件号码：________________证件号码：________________</w:t>
      </w:r>
      <w:r>
        <w:rPr>
          <w:lang w:eastAsia="zh-CN"/>
        </w:rPr>
        <w:br/>
      </w:r>
      <w:r>
        <w:rPr>
          <w:lang w:eastAsia="zh-CN"/>
        </w:rPr>
        <w:t>　　________年________月________日________年________月________日</w:t>
      </w:r>
      <w:r>
        <w:rPr>
          <w:lang w:eastAsia="zh-CN"/>
        </w:rPr>
        <w:br/>
      </w:r>
      <w:r>
        <w:rPr>
          <w:lang w:eastAsia="zh-CN"/>
        </w:rPr>
        <w:t xml:space="preserve">    2024年加工贸易合同范本 篇9 </w:t>
      </w:r>
      <w:r>
        <w:rPr>
          <w:lang w:eastAsia="zh-CN"/>
        </w:rPr>
        <w:br/>
      </w:r>
      <w:r>
        <w:rPr>
          <w:lang w:eastAsia="zh-CN"/>
        </w:rPr>
        <w:t>　　甲方：乙方：</w:t>
      </w:r>
      <w:r>
        <w:rPr>
          <w:lang w:eastAsia="zh-CN"/>
        </w:rPr>
        <w:br/>
      </w:r>
      <w:r>
        <w:rPr>
          <w:lang w:eastAsia="zh-CN"/>
        </w:rPr>
        <w:t>　　地址：地址：</w:t>
      </w:r>
      <w:r>
        <w:rPr>
          <w:lang w:eastAsia="zh-CN"/>
        </w:rPr>
        <w:br/>
      </w:r>
      <w:r>
        <w:rPr>
          <w:lang w:eastAsia="zh-CN"/>
        </w:rPr>
        <w:t>　　电话：电话：</w:t>
      </w:r>
      <w:r>
        <w:rPr>
          <w:lang w:eastAsia="zh-CN"/>
        </w:rPr>
        <w:br/>
      </w:r>
      <w:r>
        <w:rPr>
          <w:lang w:eastAsia="zh-CN"/>
        </w:rPr>
        <w:t>　　传真：传真：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甲乙双方经友好协商，就甲方委托乙方代理皮革进料加工，皮革制品出口业务达成如下协议：</w:t>
      </w:r>
      <w:r>
        <w:rPr>
          <w:lang w:eastAsia="zh-CN"/>
        </w:rPr>
        <w:br/>
      </w:r>
      <w:r>
        <w:rPr>
          <w:lang w:eastAsia="zh-CN"/>
        </w:rPr>
        <w:t>　　一、甲方委托乙方代理皮革进料加工，皮革制品出口至香港业务，乙方接受甲方委托。</w:t>
      </w:r>
      <w:r>
        <w:rPr>
          <w:lang w:eastAsia="zh-CN"/>
        </w:rPr>
        <w:br/>
      </w:r>
      <w:r>
        <w:rPr>
          <w:lang w:eastAsia="zh-CN"/>
        </w:rPr>
        <w:t>　　二、合同标的：中国石材网-外贸助手-.产品名称：数量：合同金额：拟出运日期：出运港：到货港：外方付款结算方式：</w:t>
      </w:r>
      <w:r>
        <w:rPr>
          <w:lang w:eastAsia="zh-CN"/>
        </w:rPr>
        <w:br/>
      </w:r>
      <w:r>
        <w:rPr>
          <w:lang w:eastAsia="zh-CN"/>
        </w:rPr>
        <w:t>　　三、双方责任及义务：</w:t>
      </w:r>
      <w:r>
        <w:rPr>
          <w:lang w:eastAsia="zh-CN"/>
        </w:rPr>
        <w:br/>
      </w:r>
      <w:r>
        <w:rPr>
          <w:lang w:eastAsia="zh-CN"/>
        </w:rPr>
        <w:t>　　(—)甲方职责：</w:t>
      </w:r>
      <w:r>
        <w:rPr>
          <w:lang w:eastAsia="zh-CN"/>
        </w:rPr>
        <w:br/>
      </w:r>
      <w:r>
        <w:rPr>
          <w:lang w:eastAsia="zh-CN"/>
        </w:rPr>
        <w:t>　　1.负责与外商签订所有出口合同，并对合同的全部内容负责;</w:t>
      </w:r>
      <w:r>
        <w:rPr>
          <w:lang w:eastAsia="zh-CN"/>
        </w:rPr>
        <w:br/>
      </w:r>
      <w:r>
        <w:rPr>
          <w:lang w:eastAsia="zh-CN"/>
        </w:rPr>
        <w:t>　　2.负责安排生产、出运、交货;</w:t>
      </w:r>
      <w:r>
        <w:rPr>
          <w:lang w:eastAsia="zh-CN"/>
        </w:rPr>
        <w:br/>
      </w:r>
      <w:r>
        <w:rPr>
          <w:lang w:eastAsia="zh-CN"/>
        </w:rPr>
        <w:t>　　3.负责向乙方提供工厂开具的增值税发票、纳税缴款书及运费等正式发票;</w:t>
      </w:r>
      <w:r>
        <w:rPr>
          <w:lang w:eastAsia="zh-CN"/>
        </w:rPr>
        <w:br/>
      </w:r>
      <w:r>
        <w:rPr>
          <w:lang w:eastAsia="zh-CN"/>
        </w:rPr>
        <w:t>　　4.承担业务的全部费用及风险，保证按合同条款(合同标的)的全部内容执行，并向乙方支付出口代理手续费(乙方收汇)。</w:t>
      </w:r>
      <w:r>
        <w:rPr>
          <w:lang w:eastAsia="zh-CN"/>
        </w:rPr>
        <w:br/>
      </w:r>
      <w:r>
        <w:rPr>
          <w:lang w:eastAsia="zh-CN"/>
        </w:rPr>
        <w:t>　　(二)乙方职责：</w:t>
      </w:r>
      <w:r>
        <w:rPr>
          <w:lang w:eastAsia="zh-CN"/>
        </w:rPr>
        <w:br/>
      </w:r>
      <w:r>
        <w:rPr>
          <w:lang w:eastAsia="zh-CN"/>
        </w:rPr>
        <w:t>　　1.负责按甲方提供的合同内容对外签订出口合同;</w:t>
      </w:r>
      <w:r>
        <w:rPr>
          <w:lang w:eastAsia="zh-CN"/>
        </w:rPr>
        <w:br/>
      </w:r>
      <w:r>
        <w:rPr>
          <w:lang w:eastAsia="zh-CN"/>
        </w:rPr>
        <w:t>　　2.提供出口货物商检、报关、出运和结汇等工作所需的单据;</w:t>
      </w:r>
      <w:r>
        <w:rPr>
          <w:lang w:eastAsia="zh-CN"/>
        </w:rPr>
        <w:br/>
      </w:r>
      <w:r>
        <w:rPr>
          <w:lang w:eastAsia="zh-CN"/>
        </w:rPr>
        <w:t>　　3.负责出口结汇;</w:t>
      </w:r>
      <w:r>
        <w:rPr>
          <w:lang w:eastAsia="zh-CN"/>
        </w:rPr>
        <w:br/>
      </w:r>
      <w:r>
        <w:rPr>
          <w:lang w:eastAsia="zh-CN"/>
        </w:rPr>
        <w:t>　　4.结汇后一周内，将货款转付甲方账户。</w:t>
      </w:r>
      <w:r>
        <w:rPr>
          <w:lang w:eastAsia="zh-CN"/>
        </w:rPr>
        <w:br/>
      </w:r>
      <w:r>
        <w:rPr>
          <w:lang w:eastAsia="zh-CN"/>
        </w:rPr>
        <w:t>　　四、违约责任：中国石材网-外贸助手-.如因任何一方未履行本协议规定的责任而给对方造成的经济损失，由违约方承担。</w:t>
      </w:r>
      <w:r>
        <w:rPr>
          <w:lang w:eastAsia="zh-CN"/>
        </w:rPr>
        <w:br/>
      </w:r>
      <w:r>
        <w:rPr>
          <w:lang w:eastAsia="zh-CN"/>
        </w:rPr>
        <w:t>　　五、甲方出具的担保函是本协议不可分割的一部分。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六、本协议一式两份，双方各执一份。</w:t>
      </w:r>
      <w:r>
        <w:rPr>
          <w:lang w:eastAsia="zh-CN"/>
        </w:rPr>
        <w:br/>
      </w:r>
      <w:r>
        <w:rPr>
          <w:lang w:eastAsia="zh-CN"/>
        </w:rPr>
        <w:t>　　自签字之日起生效，具有同等法律效力。</w:t>
      </w:r>
      <w:r>
        <w:rPr>
          <w:lang w:eastAsia="zh-CN"/>
        </w:rPr>
        <w:br/>
      </w:r>
      <w:r>
        <w:rPr>
          <w:lang w:eastAsia="zh-CN"/>
        </w:rPr>
        <w:t>　　甲方：乙方：</w:t>
      </w:r>
      <w:r>
        <w:rPr>
          <w:lang w:eastAsia="zh-CN"/>
        </w:rPr>
        <w:br/>
      </w:r>
      <w:r>
        <w:rPr>
          <w:lang w:eastAsia="zh-CN"/>
        </w:rPr>
        <w:t>　　年月日年月日</w:t>
      </w:r>
      <w:r>
        <w:rPr>
          <w:lang w:eastAsia="zh-CN"/>
        </w:rPr>
        <w:br/>
      </w:r>
      <w:r>
        <w:rPr>
          <w:lang w:eastAsia="zh-CN"/>
        </w:rPr>
        <w:t xml:space="preserve">    2024年加工贸易合同范本 篇10 </w:t>
      </w:r>
      <w:r>
        <w:rPr>
          <w:lang w:eastAsia="zh-CN"/>
        </w:rPr>
        <w:br/>
      </w:r>
      <w:r>
        <w:rPr>
          <w:lang w:eastAsia="zh-CN"/>
        </w:rPr>
        <w:t>　　合同号：</w:t>
      </w:r>
      <w:r>
        <w:rPr>
          <w:lang w:eastAsia="zh-CN"/>
        </w:rPr>
        <w:br/>
      </w:r>
      <w:r>
        <w:rPr>
          <w:lang w:eastAsia="zh-CN"/>
        </w:rPr>
        <w:t>　　签约地点：</w:t>
      </w:r>
      <w:r>
        <w:rPr>
          <w:lang w:eastAsia="zh-CN"/>
        </w:rPr>
        <w:br/>
      </w:r>
      <w:r>
        <w:rPr>
          <w:lang w:eastAsia="zh-CN"/>
        </w:rPr>
        <w:t>　　日期：</w:t>
      </w:r>
      <w:r>
        <w:rPr>
          <w:lang w:eastAsia="zh-CN"/>
        </w:rPr>
        <w:br/>
      </w: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r>
        <w:rPr>
          <w:lang w:eastAsia="zh-CN"/>
        </w:rPr>
        <w:t>　　根据平等互利原则，______________有限公司与 ______________有限公司友好协商特约签定本合同。</w:t>
      </w:r>
      <w:r>
        <w:rPr>
          <w:lang w:eastAsia="zh-CN"/>
        </w:rPr>
        <w:br/>
      </w:r>
      <w:r>
        <w:rPr>
          <w:lang w:eastAsia="zh-CN"/>
        </w:rPr>
        <w:t>　　一、双方承诺：由乙方提供不作价设备______ 美元（港币）给甲方用于加工生产______之用，（详见设备清单）。产权归乙方所有。使用期限为______年，在监管期限内，不得擅自在境内销售、串换、转让、抵押或者移作他用。到期后如不续签，则由甲方协助乙方申报海关核准后处理。乙方以免费方式提供设备，不需甲方办理付汇进口，也不需用加工费或差价偿还设备款。</w:t>
      </w:r>
      <w:r>
        <w:rPr>
          <w:lang w:eastAsia="zh-CN"/>
        </w:rPr>
        <w:br/>
      </w:r>
      <w:r>
        <w:rPr>
          <w:lang w:eastAsia="zh-CN"/>
        </w:rPr>
        <w:t>　　二、甲方向乙方购买原料、辅料</w:t>
      </w:r>
      <w:r>
        <w:rPr>
          <w:lang w:eastAsia="zh-CN"/>
        </w:rPr>
        <w:br/>
      </w:r>
      <w:r>
        <w:rPr>
          <w:lang w:eastAsia="zh-CN"/>
        </w:rPr>
        <w:t>　　三、乙方供料于____________________</w:t>
      </w:r>
      <w:r>
        <w:rPr>
          <w:lang w:eastAsia="zh-CN"/>
        </w:rPr>
        <w:t xml:space="preserve"> 起运抵</w:t>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xml:space="preserve"> _______________</w:t>
      </w:r>
      <w:r>
        <w:rPr>
          <w:lang w:eastAsia="zh-CN"/>
        </w:rPr>
        <w:br/>
      </w:r>
      <w:r>
        <w:rPr>
          <w:lang w:eastAsia="zh-CN"/>
        </w:rPr>
        <w:t>　　甲方制成品于_________________ 日前运往______________</w:t>
      </w:r>
      <w:r>
        <w:rPr>
          <w:lang w:eastAsia="zh-CN"/>
        </w:rPr>
        <w:br/>
      </w:r>
      <w:r>
        <w:rPr>
          <w:lang w:eastAsia="zh-CN"/>
        </w:rPr>
        <w:t>　　四、运输方式及运费用</w:t>
      </w:r>
      <w:r>
        <w:rPr>
          <w:lang w:eastAsia="zh-CN"/>
        </w:rPr>
        <w:br/>
      </w:r>
      <w:r>
        <w:rPr>
          <w:lang w:eastAsia="zh-CN"/>
        </w:rPr>
        <w:t>　　五、保险费负担</w:t>
      </w:r>
      <w:r>
        <w:rPr>
          <w:lang w:eastAsia="zh-CN"/>
        </w:rPr>
        <w:br/>
      </w:r>
      <w:r>
        <w:rPr>
          <w:lang w:eastAsia="zh-CN"/>
        </w:rPr>
        <w:t>　　六、付款方式</w:t>
      </w:r>
      <w:r>
        <w:rPr>
          <w:lang w:eastAsia="zh-CN"/>
        </w:rPr>
        <w:br/>
      </w:r>
      <w:r>
        <w:rPr>
          <w:lang w:eastAsia="zh-CN"/>
        </w:rPr>
        <w:t>　　七、包装要求</w:t>
      </w:r>
      <w:r>
        <w:rPr>
          <w:lang w:eastAsia="zh-CN"/>
        </w:rPr>
        <w:br/>
      </w:r>
      <w:r>
        <w:rPr>
          <w:lang w:eastAsia="zh-CN"/>
        </w:rPr>
        <w:t>　　八、仲裁：因执行本合同所发生的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九、本合同一式八分，由签字双方各执一分，其余六分报送有关部门备案。</w:t>
      </w:r>
      <w:r>
        <w:rPr>
          <w:lang w:eastAsia="zh-CN"/>
        </w:rPr>
        <w:br/>
      </w:r>
      <w:r>
        <w:rPr>
          <w:lang w:eastAsia="zh-CN"/>
        </w:rPr>
        <w:t>　　甲方（盖章）：</w:t>
      </w:r>
      <w:r>
        <w:rPr>
          <w:lang w:eastAsia="zh-CN"/>
        </w:rPr>
        <w:br/>
      </w:r>
      <w:r>
        <w:rPr>
          <w:lang w:eastAsia="zh-CN"/>
        </w:rPr>
        <w:t>　　乙方（盖章）：</w:t>
      </w:r>
      <w:r>
        <w:rPr>
          <w:lang w:eastAsia="zh-CN"/>
        </w:rPr>
        <w:br/>
      </w:r>
      <w:r>
        <w:rPr>
          <w:lang w:eastAsia="zh-CN"/>
        </w:rPr>
        <w:t>　　_____年___月____日</w:t>
      </w:r>
      <w:r>
        <w:rPr>
          <w:lang w:eastAsia="zh-CN"/>
        </w:rPr>
        <w:br/>
      </w:r>
      <w:r>
        <w:rPr>
          <w:lang w:eastAsia="zh-CN"/>
        </w:rPr>
        <w:t xml:space="preserve">    2024年加工贸易合同范本 篇11 </w:t>
      </w:r>
      <w:r>
        <w:rPr>
          <w:lang w:eastAsia="zh-CN"/>
        </w:rPr>
        <w:br/>
      </w:r>
      <w:r>
        <w:rPr>
          <w:lang w:eastAsia="zh-CN"/>
        </w:rPr>
        <w:t>　　合同号：______签约地点：____________________日期：_________</w:t>
      </w:r>
      <w:r>
        <w:rPr>
          <w:lang w:eastAsia="zh-CN"/>
        </w:rPr>
        <w:br/>
      </w: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根据平等互利原则_____有限公司与_____有限公司友好协商特约签定本合同</w:t>
      </w:r>
      <w:r>
        <w:rPr>
          <w:lang w:eastAsia="zh-CN"/>
        </w:rPr>
        <w:br/>
      </w:r>
      <w:r>
        <w:rPr>
          <w:lang w:eastAsia="zh-CN"/>
        </w:rPr>
        <w:t>　　一、双方承诺：</w:t>
      </w:r>
      <w:r>
        <w:rPr>
          <w:lang w:eastAsia="zh-CN"/>
        </w:rPr>
        <w:br/>
      </w:r>
      <w:r>
        <w:rPr>
          <w:lang w:eastAsia="zh-CN"/>
        </w:rPr>
        <w:t>　　由乙方提供不作价设备美元（港币）给甲方用于加工生产之用，（详见设备清单）。产权归乙方所有。使用期限为年，在监管期限内，不得擅自在境内销售、串换、转让、抵押或者移作他用。到期后如不续签，则由甲方协助乙方申报海关核准后处理。乙方以免费方式提供设备，不需甲方办理付汇进口，也不需用加工费或差价偿还设备款。</w:t>
      </w:r>
      <w:r>
        <w:rPr>
          <w:lang w:eastAsia="zh-CN"/>
        </w:rPr>
        <w:br/>
      </w:r>
      <w:r>
        <w:rPr>
          <w:lang w:eastAsia="zh-CN"/>
        </w:rPr>
        <w:t>　　二、甲方向乙方购买原料、辅料</w:t>
      </w:r>
      <w:r>
        <w:rPr>
          <w:lang w:eastAsia="zh-CN"/>
        </w:rPr>
        <w:br/>
      </w:r>
      <w:r>
        <w:rPr>
          <w:lang w:eastAsia="zh-CN"/>
        </w:rPr>
        <w:t>　　商品品名及规格原料辅料</w:t>
      </w:r>
      <w:r>
        <w:rPr>
          <w:lang w:eastAsia="zh-CN"/>
        </w:rPr>
        <w:br/>
      </w:r>
      <w:r>
        <w:rPr>
          <w:lang w:eastAsia="zh-CN"/>
        </w:rPr>
        <w:t>　　编码单位数量单价金额品名单位数量单价金额</w:t>
      </w:r>
      <w:r>
        <w:rPr>
          <w:lang w:eastAsia="zh-CN"/>
        </w:rPr>
        <w:br/>
      </w:r>
      <w:r>
        <w:rPr>
          <w:lang w:eastAsia="zh-CN"/>
        </w:rPr>
        <w:t>　　合计</w:t>
      </w:r>
      <w:r>
        <w:rPr>
          <w:lang w:eastAsia="zh-CN"/>
        </w:rPr>
        <w:br/>
      </w:r>
      <w:r>
        <w:rPr>
          <w:lang w:eastAsia="zh-CN"/>
        </w:rPr>
        <w:t>　　三、甲方供乙方制成品的数量及金额</w:t>
      </w:r>
      <w:r>
        <w:rPr>
          <w:lang w:eastAsia="zh-CN"/>
        </w:rPr>
        <w:br/>
      </w:r>
      <w:r>
        <w:rPr>
          <w:lang w:eastAsia="zh-CN"/>
        </w:rPr>
        <w:t>　　商品编码品名及规格单位数量单价金额</w:t>
      </w:r>
      <w:r>
        <w:rPr>
          <w:lang w:eastAsia="zh-CN"/>
        </w:rPr>
        <w:br/>
      </w:r>
      <w:r>
        <w:rPr>
          <w:lang w:eastAsia="zh-CN"/>
        </w:rPr>
        <w:t>　　合计</w:t>
      </w:r>
      <w:r>
        <w:rPr>
          <w:lang w:eastAsia="zh-CN"/>
        </w:rPr>
        <w:br/>
      </w:r>
      <w:r>
        <w:rPr>
          <w:lang w:eastAsia="zh-CN"/>
        </w:rPr>
        <w:t>　　四、乙方供料于____________________起运抵_______________</w:t>
      </w:r>
      <w:r>
        <w:rPr>
          <w:lang w:eastAsia="zh-CN"/>
        </w:rPr>
        <w:br/>
      </w:r>
      <w:r>
        <w:rPr>
          <w:lang w:eastAsia="zh-CN"/>
        </w:rPr>
        <w:t>　　甲方制成品于_________________日前运往______________</w:t>
      </w:r>
      <w:r>
        <w:rPr>
          <w:lang w:eastAsia="zh-CN"/>
        </w:rPr>
        <w:br/>
      </w:r>
      <w:r>
        <w:rPr>
          <w:lang w:eastAsia="zh-CN"/>
        </w:rPr>
        <w:t>　　五、运输方式及运费用</w:t>
      </w:r>
      <w:r>
        <w:rPr>
          <w:lang w:eastAsia="zh-CN"/>
        </w:rPr>
        <w:br/>
      </w:r>
      <w:r>
        <w:rPr>
          <w:lang w:eastAsia="zh-CN"/>
        </w:rPr>
        <w:t>　　______。</w:t>
      </w:r>
      <w:r>
        <w:rPr>
          <w:lang w:eastAsia="zh-CN"/>
        </w:rPr>
        <w:br/>
      </w:r>
      <w:r>
        <w:rPr>
          <w:lang w:eastAsia="zh-CN"/>
        </w:rPr>
        <w:t>　　六、保险费负担</w:t>
      </w:r>
      <w:r>
        <w:rPr>
          <w:lang w:eastAsia="zh-CN"/>
        </w:rPr>
        <w:br/>
      </w:r>
      <w:r>
        <w:rPr>
          <w:lang w:eastAsia="zh-CN"/>
        </w:rPr>
        <w:t>　　______。</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七、付款方式</w:t>
      </w:r>
      <w:r>
        <w:rPr>
          <w:lang w:eastAsia="zh-CN"/>
        </w:rPr>
        <w:br/>
      </w:r>
      <w:r>
        <w:rPr>
          <w:lang w:eastAsia="zh-CN"/>
        </w:rPr>
        <w:t>　　______。</w:t>
      </w:r>
      <w:r>
        <w:rPr>
          <w:lang w:eastAsia="zh-CN"/>
        </w:rPr>
        <w:br/>
      </w:r>
      <w:r>
        <w:rPr>
          <w:lang w:eastAsia="zh-CN"/>
        </w:rPr>
        <w:t>　　八、包装要求</w:t>
      </w:r>
      <w:r>
        <w:rPr>
          <w:lang w:eastAsia="zh-CN"/>
        </w:rPr>
        <w:br/>
      </w:r>
      <w:r>
        <w:rPr>
          <w:lang w:eastAsia="zh-CN"/>
        </w:rPr>
        <w:t>　　______。</w:t>
      </w:r>
      <w:r>
        <w:rPr>
          <w:lang w:eastAsia="zh-CN"/>
        </w:rPr>
        <w:br/>
      </w:r>
      <w:r>
        <w:rPr>
          <w:lang w:eastAsia="zh-CN"/>
        </w:rPr>
        <w:t>　　九、仲裁：因执行本合同所发生的争议或与本合同有关的'一切争议，双方应通过友好协商解决，如果协商不能解决，应提交中国国际贸易促进委员会根据该会仲裁程序进行仲裁，仲裁裁决为最终裁决，对双方都有约束力。</w:t>
      </w:r>
      <w:r>
        <w:rPr>
          <w:lang w:eastAsia="zh-CN"/>
        </w:rPr>
        <w:br/>
      </w:r>
      <w:r>
        <w:rPr>
          <w:lang w:eastAsia="zh-CN"/>
        </w:rPr>
        <w:t>　　十、本合同一式八分，由签字双方各执一分，其余六分报送有关部门备案。</w:t>
      </w:r>
      <w:r>
        <w:rPr>
          <w:lang w:eastAsia="zh-CN"/>
        </w:rPr>
        <w:br/>
      </w:r>
      <w:r>
        <w:rPr>
          <w:lang w:eastAsia="zh-CN"/>
        </w:rPr>
        <w:t>　　甲方（盖章）：_____乙方（盖章）：_____</w:t>
      </w:r>
      <w:r>
        <w:rPr>
          <w:lang w:eastAsia="zh-CN"/>
        </w:rPr>
        <w:br/>
      </w:r>
      <w:r>
        <w:rPr>
          <w:lang w:eastAsia="zh-CN"/>
        </w:rPr>
        <w:t>　　_____年_____月_____日_____年_____月_____日</w:t>
      </w:r>
      <w:r>
        <w:rPr>
          <w:lang w:eastAsia="zh-CN"/>
        </w:rPr>
        <w:br/>
      </w:r>
      <w:r>
        <w:rPr>
          <w:lang w:eastAsia="zh-CN"/>
        </w:rPr>
        <w:t xml:space="preserve">    2024年加工贸易合同范本 篇12 </w:t>
      </w:r>
      <w:r>
        <w:rPr>
          <w:lang w:eastAsia="zh-CN"/>
        </w:rPr>
        <w:br/>
      </w:r>
      <w:r>
        <w:rPr>
          <w:lang w:eastAsia="zh-CN"/>
        </w:rPr>
        <w:t>　　手册办理流程如下：</w:t>
      </w:r>
      <w:r>
        <w:rPr>
          <w:lang w:eastAsia="zh-CN"/>
        </w:rPr>
        <w:br/>
      </w:r>
      <w:r>
        <w:rPr>
          <w:lang w:eastAsia="zh-CN"/>
        </w:rPr>
        <w:t>　　一、先申请办理加工贸易业务批准证。（办这个证就需要用到外经委的电子钥匙进行网上申报）。具体流程及所需要资料如下：</w:t>
      </w:r>
      <w:r>
        <w:rPr>
          <w:lang w:eastAsia="zh-CN"/>
        </w:rPr>
        <w:br/>
      </w:r>
      <w:r>
        <w:rPr>
          <w:lang w:eastAsia="zh-CN"/>
        </w:rPr>
        <w:t>　　1） 进口料件合同（复本）</w:t>
      </w:r>
      <w:r>
        <w:rPr>
          <w:lang w:eastAsia="zh-CN"/>
        </w:rPr>
        <w:br/>
      </w:r>
      <w:r>
        <w:rPr>
          <w:lang w:eastAsia="zh-CN"/>
        </w:rPr>
        <w:t>　　2）出口成品合同（复本）</w:t>
      </w:r>
      <w:r>
        <w:rPr>
          <w:lang w:eastAsia="zh-CN"/>
        </w:rPr>
        <w:br/>
      </w:r>
      <w:r>
        <w:rPr>
          <w:lang w:eastAsia="zh-CN"/>
        </w:rPr>
        <w:t>　　3）加工贸易业务批准证申请表 （网上系统里有表格可以填好，等主管外经贸部门审核通过后打印现来即可）这里需要注意的是上面的所有信息都是跟据进出口合同上的金额，数字及品名来填的，不可以与进出口合同不一致。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4）进口料件备案登记表 （网上系统里有表格可以填好，等主管外经贸部门审核通过后打印现来即可） 这里所填报的进口料件要与进口合同一致，且要与以后要办理的手册上的进品料件一致，尤其是海关编码不可以选错，品名描述一定要按海关规定来填写，因为这里审批好之后还要去海关审批，如果通不过去改单比较麻烦和费时。且进口的料件一定要与这个数字一致，多进少进都不行，多进的要补税，少进还比较好处理一点。</w:t>
      </w:r>
      <w:r>
        <w:rPr>
          <w:lang w:eastAsia="zh-CN"/>
        </w:rPr>
        <w:br/>
      </w:r>
      <w:r>
        <w:rPr>
          <w:lang w:eastAsia="zh-CN"/>
        </w:rPr>
        <w:t>　　5）出口成品备案登记表 （也是在网上填好，发到当地外经贸主管部门审核的） 出口成品要与合同一致，且以后出口要严格按照此表格上的数量来出货，多出少出都不行。否则无法核销的进口料件或补进口关税。</w:t>
      </w:r>
      <w:r>
        <w:rPr>
          <w:lang w:eastAsia="zh-CN"/>
        </w:rPr>
        <w:br/>
      </w:r>
      <w:r>
        <w:rPr>
          <w:lang w:eastAsia="zh-CN"/>
        </w:rPr>
        <w:t>　　6）成品对应料件单耗表。 这里要填的是成品单耗（这里的单耗是含正常损耗的，也就是你填上去的数字乘以出口成品数量要刚好等于进品料件数量，不能有余料的）。 这个是进料和来料加工中最难做的一点，单耗一旦备案是不能更改的，如果错了，让海关查出来，余料一般要补税或交到海关仓库的。</w:t>
      </w:r>
      <w:r>
        <w:rPr>
          <w:lang w:eastAsia="zh-CN"/>
        </w:rPr>
        <w:br/>
      </w:r>
      <w:r>
        <w:rPr>
          <w:lang w:eastAsia="zh-CN"/>
        </w:rPr>
        <w:t>　　所有资料填好后发到当地主管外经贸部门审批，这里需要注意的是以上6份表格要准备1式4套（所有单证上要敲公章），一套一套按顺序订好，拿过去审批。 拿去之后，外经贸主部门留一套，发给你三套，其中有一套是需要拿到海关备案的（上面盖有骑缝章），一套自已留底（以后要改单或是内销或是什么样的时候要用），还一套要到国税局备案。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二、外经贸主管部门备案好之后，拿外经贸主管部门审批的，《加工贸易业务批准证》到国税备案。记得把三套全拿去，国税会留下一套备案，另外两套敲章还给你。</w:t>
      </w:r>
      <w:r>
        <w:rPr>
          <w:lang w:eastAsia="zh-CN"/>
        </w:rPr>
        <w:br/>
      </w:r>
      <w:r>
        <w:rPr>
          <w:lang w:eastAsia="zh-CN"/>
        </w:rPr>
        <w:t>　　三、这些都办好之后就可以用CJ20__系统进行网上审报手册了。 办理手册需要提交的资料如下：</w:t>
      </w:r>
      <w:r>
        <w:rPr>
          <w:lang w:eastAsia="zh-CN"/>
        </w:rPr>
        <w:br/>
      </w:r>
      <w:r>
        <w:rPr>
          <w:lang w:eastAsia="zh-CN"/>
        </w:rPr>
        <w:t>　　1）外经贸主管部门审批签发的《加工贸易业务批准证》（记得这一套是外经贸主管部门盖骑缝章的那份，里面有进口料件合同和出口成品合同。）</w:t>
      </w:r>
      <w:r>
        <w:rPr>
          <w:lang w:eastAsia="zh-CN"/>
        </w:rPr>
        <w:br/>
      </w:r>
      <w:r>
        <w:rPr>
          <w:lang w:eastAsia="zh-CN"/>
        </w:rPr>
        <w:t>　　2）委托加工协议（如是有自营进出口权的工厂，就不用了）。</w:t>
      </w:r>
      <w:r>
        <w:rPr>
          <w:lang w:eastAsia="zh-CN"/>
        </w:rPr>
        <w:br/>
      </w:r>
      <w:r>
        <w:rPr>
          <w:lang w:eastAsia="zh-CN"/>
        </w:rPr>
        <w:t>　　3）企业生产能力证明（ 如属于委托加工行为，两家单位都要的）.第一次办理要正本，以后可以复印件盖公章。</w:t>
      </w:r>
      <w:r>
        <w:rPr>
          <w:lang w:eastAsia="zh-CN"/>
        </w:rPr>
        <w:br/>
      </w:r>
      <w:r>
        <w:rPr>
          <w:lang w:eastAsia="zh-CN"/>
        </w:rPr>
        <w:t>　　4）银行开户许可证 （每次办理手册都要，需要多复印一些留着，要用时盖上公章即可）</w:t>
      </w:r>
      <w:r>
        <w:rPr>
          <w:lang w:eastAsia="zh-CN"/>
        </w:rPr>
        <w:br/>
      </w:r>
      <w:r>
        <w:rPr>
          <w:lang w:eastAsia="zh-CN"/>
        </w:rPr>
        <w:t>　　5）加工贸易合同备案申请表 表一:加工贸易合同概况表，需要用到CJ20__系统在网上填写，填好后发到海关审核。这份与办理加工贸易业务批准证要填的内容差不多，在做的时候一定要做到彼此一致。 嘉兴海关是到这个网起址办理的：</w:t>
      </w:r>
      <w:r>
        <w:rPr>
          <w:lang w:eastAsia="zh-CN"/>
        </w:rPr>
        <w:br/>
      </w:r>
      <w:r>
        <w:rPr>
          <w:lang w:eastAsia="zh-CN"/>
        </w:rPr>
        <w:t>　　/ ，</w:t>
      </w:r>
      <w:r>
        <w:rPr>
          <w:lang w:eastAsia="zh-CN"/>
        </w:rPr>
        <w:br/>
      </w:r>
      <w:r>
        <w:rPr>
          <w:lang w:eastAsia="zh-CN"/>
        </w:rPr>
        <w:t>　　6）表二:进口料件表 要求办理加工贸易业务批准证一样</w:t>
      </w:r>
      <w:r>
        <w:rPr>
          <w:lang w:eastAsia="zh-CN"/>
        </w:rPr>
        <w:br/>
      </w:r>
      <w:r>
        <w:rPr>
          <w:lang w:eastAsia="zh-CN"/>
        </w:rPr>
        <w:t>　　7）表三：出口成品表 与办理加工贸易业务批准证时一样的'内容要填</w:t>
      </w:r>
      <w:r>
        <w:rPr>
          <w:lang w:eastAsia="zh-CN"/>
        </w:rPr>
        <w:br/>
      </w:r>
      <w:r>
        <w:rPr>
          <w:lang w:eastAsia="zh-CN"/>
        </w:rPr>
        <w:t>　　8）表四：成品对应料件单损耗情况表</w:t>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xml:space="preserve"> 与办理加工贸易业务批准证时一样的内容要填,而</w:t>
      </w:r>
      <w:r>
        <w:rPr>
          <w:lang w:eastAsia="zh-CN"/>
        </w:rPr>
        <w:br/>
      </w:r>
      <w:r>
        <w:rPr>
          <w:lang w:eastAsia="zh-CN"/>
        </w:rPr>
        <w:t>　　且要做到彼此一致。 5）到8）点所有表格都是到CJ20__里面网上填报，发送到海关的，在海关有确认之前要自已打印出来敲公章，因为海关一旦确认之后，手册核发掉之后，这几份表格你就无权调出来了，到海关调单出来要收费的。</w:t>
      </w:r>
      <w:r>
        <w:rPr>
          <w:lang w:eastAsia="zh-CN"/>
        </w:rPr>
        <w:br/>
      </w:r>
      <w:r>
        <w:rPr>
          <w:lang w:eastAsia="zh-CN"/>
        </w:rPr>
        <w:t>　　9）中华人民共和国海关加工贸易单耗审报单， 这份表格是到海关的网站上下载，并自已填好打印的，敲上公章。具体可以参考海关总署公告20__年第23号，这份公告各地海关网站上都有，用GOOGLE搜一下就出来，下面有附件的。</w:t>
      </w:r>
      <w:r>
        <w:rPr>
          <w:lang w:eastAsia="zh-CN"/>
        </w:rPr>
        <w:br/>
      </w:r>
      <w:r>
        <w:rPr>
          <w:lang w:eastAsia="zh-CN"/>
        </w:rPr>
        <w:t>　　10）空白手册一本。到海关买的，RMB5块一本，记得拿到之后在上面盖上公章。 把上面提到的所有东东都放在里面，交到海关。</w:t>
      </w:r>
      <w:r>
        <w:rPr>
          <w:lang w:eastAsia="zh-CN"/>
        </w:rPr>
        <w:br/>
      </w:r>
      <w:r>
        <w:rPr>
          <w:lang w:eastAsia="zh-CN"/>
        </w:rPr>
        <w:t>　　11）排料图，这个很重要，是海关审核服装企业单耗是否合理的依据。如果不是做服装的企业，需要提供的是其它资料，以证明自已的出口成品是需要用多少原料的。</w:t>
      </w:r>
      <w:r>
        <w:rPr>
          <w:lang w:eastAsia="zh-CN"/>
        </w:rPr>
        <w:br/>
      </w:r>
      <w:r>
        <w:rPr>
          <w:lang w:eastAsia="zh-CN"/>
        </w:rPr>
        <w:t>　　上面10份单证是每次办理手册需要提交的单据，如果是第一次到海关办理手册，还需要提交以下资料：</w:t>
      </w:r>
      <w:r>
        <w:rPr>
          <w:lang w:eastAsia="zh-CN"/>
        </w:rPr>
        <w:br/>
      </w:r>
      <w:r>
        <w:rPr>
          <w:lang w:eastAsia="zh-CN"/>
        </w:rPr>
        <w:t>　　1) 营业执照（复印件盖公章） （如委托加工，则两家单位都要）</w:t>
      </w:r>
      <w:r>
        <w:rPr>
          <w:lang w:eastAsia="zh-CN"/>
        </w:rPr>
        <w:br/>
      </w:r>
      <w:r>
        <w:rPr>
          <w:lang w:eastAsia="zh-CN"/>
        </w:rPr>
        <w:t>　　2) 税务登记证（复印件盖公章）（如委托加工，则两家单位都要）</w:t>
      </w:r>
      <w:r>
        <w:rPr>
          <w:lang w:eastAsia="zh-CN"/>
        </w:rPr>
        <w:br/>
      </w:r>
      <w:r>
        <w:rPr>
          <w:lang w:eastAsia="zh-CN"/>
        </w:rPr>
        <w:t>　　3）组织机构代码证（复印件盖公章）（如委托加工，则两家单位都要）</w:t>
      </w:r>
      <w:r>
        <w:rPr>
          <w:lang w:eastAsia="zh-CN"/>
        </w:rPr>
        <w:br/>
      </w:r>
    </w:p>
    <w:p w:rsidR="001B1F19" w14:textId="27C3F48A">
      <w:pPr>
        <w:rPr>
          <w:rFonts w:hint="eastAsia"/>
          <w:lang w:eastAsia="zh-CN"/>
        </w:rPr>
      </w:pPr>
      <w:r>
        <w:rPr>
          <w:lang w:eastAsia="zh-CN"/>
        </w:rPr>
        <w:t>　　4）房屋产权证（复印件盖公章）（如委托加工，则两家单位都要）</w:t>
      </w:r>
      <w:r>
        <w:rPr>
          <w:lang w:eastAsia="zh-CN"/>
        </w:rPr>
        <w:br/>
      </w:r>
      <w:r>
        <w:rPr>
          <w:lang w:eastAsia="zh-CN"/>
        </w:rPr>
        <w:t>　　5）外商投资企业业务批准证（如是三资或外贸投资企业需提供）</w:t>
      </w:r>
      <w:r>
        <w:rPr>
          <w:lang w:eastAsia="zh-CN"/>
        </w:rPr>
        <w:br/>
      </w:r>
      <w:r>
        <w:rPr>
          <w:lang w:eastAsia="zh-CN"/>
        </w:rPr>
        <w:t>　　6）生产单位开户许可证（第一次办理，属于委托加工的要提供，如果是自已进料，自已加工，就没有这份文件了）</w:t>
      </w:r>
      <w:r>
        <w:rPr>
          <w:lang w:eastAsia="zh-CN"/>
        </w:rPr>
        <w:br/>
      </w:r>
      <w:r>
        <w:rPr>
          <w:lang w:eastAsia="zh-CN"/>
        </w:rPr>
        <w:t>　　上面6份资料需要扫描通过CJ20__系统上传到海关和填好的表格一起发送到海关。</w:t>
      </w:r>
      <w:r>
        <w:rPr>
          <w:lang w:eastAsia="zh-CN"/>
        </w:rPr>
        <w:br/>
      </w:r>
      <w:r>
        <w:rPr>
          <w:lang w:eastAsia="zh-CN"/>
        </w:rPr>
        <w:t>　　如果没有问题，海关审好之后就可以交钱拿手册了（所交金额大概在70块，是海关的预录入费），如果第一次办理要交风险担保金（与进口关税+增值税等值金额），交完之后才可以拿手册。 第二次办理就不用交了。 但是如果你们进口或出口的产品属于限制类的，则第二次要交保证金，而且如果你的加工单位或经营单位任何一方是属于厂房租赁的，第二次办理还是要交风险担保金的。</w:t>
      </w:r>
      <w:r>
        <w:rPr>
          <w:lang w:eastAsia="zh-CN"/>
        </w:rPr>
        <w:br/>
      </w:r>
      <w:r>
        <w:rPr>
          <w:lang w:eastAsia="zh-CN"/>
        </w:rPr>
        <w:t xml:space="preserve">    2024年加工贸易合同范本 篇13 </w:t>
      </w:r>
      <w:r>
        <w:rPr>
          <w:lang w:eastAsia="zh-CN"/>
        </w:rPr>
        <w:br/>
      </w:r>
      <w:r>
        <w:rPr>
          <w:lang w:eastAsia="zh-CN"/>
        </w:rPr>
        <w:t>　　甲方：________地址：__________电话：__________传真____________</w:t>
      </w:r>
      <w:r>
        <w:rPr>
          <w:lang w:eastAsia="zh-CN"/>
        </w:rPr>
        <w:br/>
      </w:r>
      <w:r>
        <w:rPr>
          <w:lang w:eastAsia="zh-CN"/>
        </w:rPr>
        <w:t>　　乙方：________地址：__________电话：__________传真____________</w:t>
      </w:r>
      <w:r>
        <w:rPr>
          <w:lang w:eastAsia="zh-CN"/>
        </w:rPr>
        <w:br/>
      </w:r>
      <w:r>
        <w:rPr>
          <w:lang w:eastAsia="zh-CN"/>
        </w:rPr>
        <w:t>　　根据平等互利原则，______________有限公司与______________有限公司友好协商特约签定本合同。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https://d.book118.com/247004010146006041</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7004010146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