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仓管员年度总结范文（35篇）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仓管员年度总结范文（精选35篇）</w:t>
      </w:r>
      <w:r>
        <w:rPr>
          <w:lang w:eastAsia="zh-CN"/>
        </w:rPr>
        <w:br/>
      </w:r>
      <w:r>
        <w:rPr>
          <w:lang w:eastAsia="zh-CN"/>
        </w:rPr>
        <w:t xml:space="preserve">    仓管员年度总结范文 篇1 </w:t>
      </w:r>
      <w:r>
        <w:rPr>
          <w:lang w:eastAsia="zh-CN"/>
        </w:rPr>
        <w:br/>
      </w:r>
      <w:r>
        <w:rPr>
          <w:lang w:eastAsia="zh-CN"/>
        </w:rPr>
        <w:t>　　在和共成长的日子里，我们又将迎来崭新的一年，新的总是美好的，让人向往的……所以，在新的一年里，我们充满了太多的憧憬和期待……</w:t>
      </w:r>
      <w:r>
        <w:rPr>
          <w:lang w:eastAsia="zh-CN"/>
        </w:rPr>
        <w:br/>
      </w:r>
      <w:r>
        <w:rPr>
          <w:lang w:eastAsia="zh-CN"/>
        </w:rPr>
        <w:t>　　回想，我们仓库工作在我们领导的孜孜指导下，迈着稳健 的步伐，抱着创新的意识积极的实践着，我们走过了一个成熟的一年，一个可喜的一年……</w:t>
      </w:r>
      <w:r>
        <w:rPr>
          <w:lang w:eastAsia="zh-CN"/>
        </w:rPr>
        <w:br/>
      </w:r>
      <w:r>
        <w:rPr>
          <w:lang w:eastAsia="zh-CN"/>
        </w:rPr>
        <w:t>　　不入规距，不成方圆！在仓库工作中，我们一直严格按照“仓管员岗位职责”进行对物品的验收和发放，对需要补仓的物品我们根据部门的使用量及时的请购，以我们应有的工作态度来支持对前台的工作！</w:t>
      </w:r>
      <w:r>
        <w:rPr>
          <w:lang w:eastAsia="zh-CN"/>
        </w:rPr>
        <w:br/>
      </w:r>
      <w:r>
        <w:rPr>
          <w:lang w:eastAsia="zh-CN"/>
        </w:rPr>
        <w:t>　　在酒店的评星活动中，我们也深刻的意识到我们做的还不够好，我们的仓库必竞也是酒店的一个窗口，一个重要的窗口，我们有义务也更有责任来做好自己份内的事！不给酒店评星拖后腿，也不给我们的财务部丢面子！我是这么想的，同时我也把想法付诸了实施，到我休息天的时候，我拖朋友的关系到凯悦大酒店和维多利亚大酒店的食品仓参观了一下，结合我们的仓库取人之长，补已所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在工作中，我们一直按着常清洁，常整理，常整顿，常规范，常自律这五常法来严格要求自己，它对我们不单单是一个理论，更是我们工作中的一道格言！在我们的努力下，不论是仓库的整体环境和结构布局，还是物品摆放的位置和间距，都让人看了感觉很清爽，很明了……工作需要激情，激情需要鼓励！领导能对我们工作的肯定，就是对我们最大的鼓励！虽然我们做的还不尽美，但我们会一直在努力……！</w:t>
      </w:r>
      <w:r>
        <w:rPr>
          <w:lang w:eastAsia="zh-CN"/>
        </w:rPr>
        <w:br/>
      </w:r>
      <w:r>
        <w:rPr>
          <w:lang w:eastAsia="zh-CN"/>
        </w:rPr>
        <w:t xml:space="preserve">    仓管员年度总结范文 篇2 </w:t>
      </w:r>
      <w:r>
        <w:rPr>
          <w:lang w:eastAsia="zh-CN"/>
        </w:rPr>
        <w:br/>
      </w:r>
      <w:r>
        <w:rPr>
          <w:lang w:eastAsia="zh-CN"/>
        </w:rPr>
        <w:t>　　__年，为贯彻国家药品监督管理局提出的“以监督为中心，监、帮、促相结合”的方针，在确保上级局机关和当地党委，全国公务员公同的天地政府部署的民主行风评议正常运行下，有一个安全的，秩序井然的药品市场，我局进一步整顿作风，明确职责，强化药械市场监督职能，在巩固农村“两网”建设的同时，对辖区内部分涉药单位的开展了药品、医疗器械综合执法检查及有关生化试剂、中药饮片包装、已取消药品标准的中药饮片及其制剂等六项专项监督检查，保障了辖区内人民群众用药安全有效。</w:t>
      </w:r>
      <w:r>
        <w:rPr>
          <w:lang w:eastAsia="zh-CN"/>
        </w:rPr>
        <w:br/>
      </w:r>
      <w:r>
        <w:rPr>
          <w:lang w:eastAsia="zh-CN"/>
        </w:rPr>
        <w:t>　　一：基本情况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五峰是一个老、少、边、穷，的山区县，是一个人口不足万，财政收入不足万的省级贫困县，辖区内仅有中药饮片生产企业一家，濒临倒闭的药品批发企业一家药品零售企业家，县直医疗单位家，乡镇卫生院家，农村卫生所、卫生室及社区服务医疗点共计家，其中的医疗机构和药品零售网点分布在农村，交通极为不便，“对面山上一声应，半天才能看到人影影”是我县山大人稀的真实写照。就是在这种恶劣的自然条件下，我局干部职工排出诸多困难，用自己的实际行动，把药监职能体现在大山的每个角落。</w:t>
      </w:r>
      <w:r>
        <w:rPr>
          <w:lang w:eastAsia="zh-CN"/>
        </w:rPr>
        <w:br/>
      </w:r>
      <w:r>
        <w:rPr>
          <w:lang w:eastAsia="zh-CN"/>
        </w:rPr>
        <w:t>　　在__年我局共监督检查涉药单位家，实施行政处罚件，其中立案处罚例，结案例，法定期限内结案率，同时对去年遗留下来的强制执行案件和行政复议案件顺利结案，罚款累计元，在实施市场监督检查中，我局加强了行政执法队伍的建设，开展了法制宣传教育，进一步规范了执法文书、证据证物、罚没财物的管理，出台了“五峰土家族自治县食品药品监督管理局执法文书、证据证物、罚没物质管理细则”全年无一起越权、渎职、循私枉法、索拿卡要的现象发生，未产生行政复议和行政诉讼案件。</w:t>
      </w:r>
      <w:r>
        <w:rPr>
          <w:lang w:eastAsia="zh-CN"/>
        </w:rPr>
        <w:br/>
      </w:r>
      <w:r>
        <w:rPr>
          <w:lang w:eastAsia="zh-CN"/>
        </w:rPr>
        <w:t>　　二：强化市场监督职能，规范了药品、医械市场，打击了假劣药品、不合格医疗器械，保障了人民群众的用药用械安全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__年，在整顿药械市场秩序方面，我局不断加强了对群众举报案件的监督管理，对凡是举报案件，件件必查，事事有回音，今年三月份我局接到关于湾潭镇茅庄村唐某和湾潭镇九门村张某无证经营药品的举报后，迅速对其展开调查，发现二人均为七、八十年代的赤脚医生，后因其他原因，未取得卫生行政部门发放《医疗机构执业许可证》，考虑到当事人的生存情况和历史背景，我局执法人员并不是取缔了事，而是耐心的给当事人讲政策，开通其思想，让当事人主动承认其违法事实后帮助当事人解决其它就业门路，然后对所无证经营的药品没收或进行相关的行政处罚。在其它日常监督中我局也加大市场巡查力度，对一些外来带有欺骗性质的游医药贩实施坚决取缔，全年已累计取缔游医药贩起，特别是今年月份，我局得到付家堰乡药品监督信息员的及时举报后，在付家堰乡公安派出所的协助下，一举捣毁了一起恶性游医药贩团伙，为当地人民群众直接挽回经济损失近万元，宜昌日报，县新闻媒体相继进行了报道。九月份，我局在五峰镇药品监督信息员得协助下，又成功地取缔了一个外地来五峰欺诈式无证销售二类医疗器械的组织，赢的当地群众交口称赞。在严管药品医械市场中，我局发现相当一部分医药企业的代理商专法规漏洞，有打插边球违规经营的现象，针对其现状，我局专门出台规范性文件，要求所有的药品经营，使用单位在向供货方索取正规发票的同时，必须向对方索取加盖供货方印章的药品，医械销售清单，此举，为净化药品医械市场秩序，规范药品医械经营使用单位进货渠道起到了不可忽视的作用。通过全年不间断的市场整顿，辖区内已无明显无证经营药品、医械现象存在，对规范药品、医械经营创造了有利条件，对保障人民群众用药用械安全，净化药品、医械市场环境起到了积极作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在打击假劣药品，不合格医疗器械方面，一直是我局药品监督的重中之重。__年，我局进一步加大了对假劣药品，不合格医疗器械的市场监督执法力度，共查获劣药主要为过期失效药品和未标明有效期的药品个品规，货值金额元，通过与去年相比较，假、劣药品无论是数量还是渉案金额都呈大幅度下降趋势，说明在我局强有力的市场监督下，药品、医械市场已趋于稳定，药品、医械质量得到很大提高。</w:t>
      </w:r>
      <w:r>
        <w:rPr>
          <w:lang w:eastAsia="zh-CN"/>
        </w:rPr>
        <w:br/>
      </w:r>
      <w:r>
        <w:rPr>
          <w:lang w:eastAsia="zh-CN"/>
        </w:rPr>
        <w:t>　　在医疗器械及药品管理方面，__年，我局进一步巩固农村“两网”建设，并通过药品监督信息网络，继续强化嬉┑ノ弧叭种记录”（药品购进记录，一次性使用无菌医疗器械采购验收记录，一次性使用无菌医疗器械销毁记录）的规范管理，辖区模ヒ陨系纳嬉┑ノ灰呀立了统一的“三种记录”，以上的涉药单位具有真实性，完整性的“三种记录”，全年在已检查的单位中未发现涉药单位经营使用无“产品注册证书”，无合格证明的医疗器械，但医疗机构对使用后的一次性使用无菌医疗器械管理还有待提高，无菌器械使用后未销毁，无销毁制度，销毁记录不健全，不完整的单位还</w:t>
      </w:r>
      <w:r>
        <w:rPr>
          <w:lang w:eastAsia="zh-CN"/>
        </w:rPr>
        <w:br/>
      </w:r>
      <w:r>
        <w:rPr>
          <w:lang w:eastAsia="zh-CN"/>
        </w:rPr>
        <w:t>　　大有存在，据不完全统计，我局全年监督销毁使用过的一次性使用无菌医疗器械约具，造成这方面的主要原因是无菌器械销毁管理的相关法规不够完善，与卫生行政部门对无菌器械的管理还有相冲突的地方，对此，我局现已专门出台了“无菌器械毁形时间界限管理规定”，要求无菌器械使用单位毁形的具体最晚时间不得超过使用当天的时。同时，我局加大了对无菌器械使用后毁形不规范，伪造毁形记录单位的处罚力度，全年，我局对有关无菌器械使用后未销毁的案件大大超过去年同期水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在专项检查、紧急稽查方面，__年，省市两局共下达了紧急稽查任务件和有关“生化试剂、中药饮片包装、已取消药品标准的中药饮片及其制剂”的等六项专项检查任务，查获了仍在使用的已取消药品标准的中药饮片公斤，违规使用的含关木通制剂个品规。同时，通过以上专项检查，发现辖区内有部分医疗机构对医院化验室的生化试剂管理不够重视，少数医疗机构负责人还没有把生化试剂纳入药品医械的管理范畴中来，全年，在各医院化验室中查获仅过期失效的生化试剂就达个品规，货值金额约元。根据__年专项检查的出现的情况，我局在二五年的市场监督执法中将把医院临床诊断试剂、血清疫苗、血液制品作为检查中的重中之重。</w:t>
      </w:r>
      <w:r>
        <w:rPr>
          <w:lang w:eastAsia="zh-CN"/>
        </w:rPr>
        <w:br/>
      </w:r>
      <w:r>
        <w:rPr>
          <w:lang w:eastAsia="zh-CN"/>
        </w:rPr>
        <w:t>　　三：明确职责，发现问题，做好二五的市场监督执法</w:t>
      </w:r>
      <w:r>
        <w:rPr>
          <w:lang w:eastAsia="zh-CN"/>
        </w:rPr>
        <w:br/>
      </w:r>
      <w:r>
        <w:rPr>
          <w:lang w:eastAsia="zh-CN"/>
        </w:rPr>
        <w:t>　　__年，我局市场监督执法在整顿药品、医械市场，打击假，劣药品方面都取得了一定的成绩，但从整个市场经济的发展来看，一定的期限内还会有相当数量的假劣药品存在。规避法律，利用药品、医械不完善的法规体制，进行隐敝式违规经营的现象会有所抬头，留给我们药品监管部门的任务还十分艰巨，同时我们还应针对__年市场监督执法中发现的突出问题，探索可行的，先进的方法解决问题。农村因历史原因造成的无证行医使用药品的现象还大有存在，这当中不乏有经验丰富的行医懂药人员，我们是否可将这部分人员经我局培训后，作为药品零售企业延伸到边远农村地段非处方药品专柜的涉药人员，纳入我局规范化管理，既杜决了无证经营现象，缓解了边远农村缺医少药的现状，又解决了这部分人的生存就业问题。这将是我们二五市场监督执法中值的探索的问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大有存在，据不完全统计，我局全年监督销毁使用过的一次性使用无菌医疗器械约具，造成这方面的主要原因是无菌器械销毁管理的相关法规不够完善，与卫生行政部门对无菌器械的管理还有相冲突的地方，对此，我局现已专门出台了“无菌器械毁形时间界限管理规定”，要求无菌器械使用单位毁形的具体最晚时间不得超过使用当天的时。同时，我局加大了对无菌器械使用后毁形不规范，伪造毁形记录单位的处罚力度，全年，我局对有关无菌器械使用后未销毁的案件大大超过去年同期水平。</w:t>
      </w:r>
      <w:r>
        <w:rPr>
          <w:lang w:eastAsia="zh-CN"/>
        </w:rPr>
        <w:br/>
      </w:r>
      <w:r>
        <w:rPr>
          <w:lang w:eastAsia="zh-CN"/>
        </w:rPr>
        <w:t>　　在专项检查、紧急稽查方面，__年，省市两局共下达了紧急稽查任务件和有关“生化试剂、中药饮片包装、已取消药品标准的中药饮片及其制剂”的等六项专项检查任务，查获了仍在使用的已取消药品标准的中药饮片公斤，违规使用的含关木通制剂个品规。同时，通过以上专项检查，发现辖区内有部分医疗机构对医院化验室的生化试剂管理不够重视，少数医疗机构负责人还没有把生化试剂纳入药品医械的管理范畴中来，全年，在各医院化验室中查获仅过期失效的生化试剂就达个品规，货值金额约__元。根据__年专项检查的出现的情况，我局在二五年的市场监督执法中将把医院临床诊断试剂、血清疫苗、血液制品作为检查中的重中之重。</w:t>
      </w:r>
      <w:r>
        <w:rPr>
          <w:lang w:eastAsia="zh-CN"/>
        </w:rPr>
        <w:br/>
      </w:r>
      <w:r>
        <w:rPr>
          <w:lang w:eastAsia="zh-CN"/>
        </w:rPr>
        <w:t xml:space="preserve">    仓管员年度总结范文 篇3 </w:t>
      </w:r>
      <w:r>
        <w:rPr>
          <w:lang w:eastAsia="zh-CN"/>
        </w:rPr>
        <w:br/>
      </w:r>
      <w:r>
        <w:rPr>
          <w:lang w:eastAsia="zh-CN"/>
        </w:rPr>
        <w:t>　　仓管:</w:t>
      </w:r>
      <w:r>
        <w:rPr>
          <w:lang w:eastAsia="zh-CN"/>
        </w:rPr>
        <w:t xml:space="preserve"> 仓储部门的职能：三个字：收</w:t>
      </w:r>
      <w:r>
        <w:rPr>
          <w:lang w:eastAsia="zh-CN"/>
        </w:rPr>
        <w:t xml:space="preserve"> 管</w:t>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xml:space="preserve"> 发1、收：供应商——进料数量验收——进料品质验收——是否合格(不合格退给供应商)——入库入帐——表单的保存与分发;2、管：(保证账物卡一致致)仓库物料要物清、帐清、质量清、用途清3、发：生产命令或领料单、出仓单——准备物料——发放物料——物料交接——帐目记录4、月底盘点(25号起)，交月报表5、做账：按进出仓记录做好账目记录..</w:t>
      </w:r>
      <w:r>
        <w:rPr>
          <w:lang w:eastAsia="zh-CN"/>
        </w:rPr>
        <w:t xml:space="preserve"> 步入社会已经有两年了吧，但是现在的我，想问题不像当初那么简单，多想多做是我们现在年轻人的作风.所以我想挑战自我。本人除了有一定的工作经验外，还有牢固的理论基础。</w:t>
      </w:r>
      <w:r>
        <w:rPr>
          <w:lang w:eastAsia="zh-CN"/>
        </w:rPr>
        <w:br/>
      </w:r>
      <w:r>
        <w:rPr>
          <w:lang w:eastAsia="zh-CN"/>
        </w:rPr>
        <w:t>　　在这两年的工作中，使我积累了丰富的工作经验，也学会了很多学校里没有的知识与管理技能。</w:t>
      </w:r>
      <w:r>
        <w:rPr>
          <w:lang w:eastAsia="zh-CN"/>
        </w:rPr>
        <w:br/>
      </w:r>
      <w:r>
        <w:rPr>
          <w:lang w:eastAsia="zh-CN"/>
        </w:rPr>
        <w:t>　　本人做事认真负责，具有很强的责任心和进取心，在性格方面，本人积极向上，乐于与人沟通，拥有现代年轻人的自信和亲和力，同时却不失为一个坚强的男孩，遇到困难不会轻易退缩，能够不断地完善自己，地改进自己.仓管员工作职责 1、准确地做好材料进出仓库的帐务工作。</w:t>
      </w:r>
      <w:r>
        <w:rPr>
          <w:lang w:eastAsia="zh-CN"/>
        </w:rPr>
        <w:br/>
      </w:r>
      <w:r>
        <w:rPr>
          <w:lang w:eastAsia="zh-CN"/>
        </w:rPr>
        <w:t>　　2、严格按照材质的验收要求做好材料验收工作。</w:t>
      </w:r>
      <w:r>
        <w:rPr>
          <w:lang w:eastAsia="zh-CN"/>
        </w:rPr>
        <w:br/>
      </w:r>
      <w:r>
        <w:rPr>
          <w:lang w:eastAsia="zh-CN"/>
        </w:rPr>
        <w:t>　　3、不合订购要求的或不合格的材料坚决不予验收。</w:t>
      </w:r>
      <w:r>
        <w:rPr>
          <w:lang w:eastAsia="zh-CN"/>
        </w:rPr>
        <w:br/>
      </w:r>
      <w:r>
        <w:rPr>
          <w:lang w:eastAsia="zh-CN"/>
        </w:rPr>
        <w:t>　　4、认真做好仓库季报、工程项目竣工材料决算表工作。</w:t>
      </w:r>
      <w:r>
        <w:rPr>
          <w:lang w:eastAsia="zh-CN"/>
        </w:rPr>
        <w:br/>
      </w:r>
      <w:r>
        <w:rPr>
          <w:lang w:eastAsia="zh-CN"/>
        </w:rPr>
        <w:t>　　5、认真做好仓库材料的分类摆放和保管工作。</w:t>
      </w:r>
      <w:r>
        <w:rPr>
          <w:lang w:eastAsia="zh-CN"/>
        </w:rPr>
        <w:br/>
      </w:r>
      <w:r>
        <w:rPr>
          <w:lang w:eastAsia="zh-CN"/>
        </w:rPr>
        <w:t>　　6、认真做好仓库安全防范及仓库卫生工作。</w:t>
      </w:r>
      <w:r>
        <w:rPr>
          <w:lang w:eastAsia="zh-CN"/>
        </w:rPr>
        <w:br/>
      </w:r>
      <w:r>
        <w:rPr>
          <w:lang w:eastAsia="zh-CN"/>
        </w:rPr>
        <w:t>　　7、认真做好仓库发料工作。发料原则：凭工地主管签名的领料单进行发放;材料必须送至仓库门口交接(重物品除外);先进仓的料先发，旧废料根据实际情况合理利用。</w:t>
      </w:r>
      <w:r>
        <w:rPr>
          <w:lang w:eastAsia="zh-CN"/>
        </w:rPr>
        <w:br/>
      </w:r>
      <w:r>
        <w:rPr>
          <w:lang w:eastAsia="zh-CN"/>
        </w:rPr>
        <w:t>　　8、认真做好退料工作。退料原则：不合要求材料及时通知采购员退回供货商并报财务;工地完工的剩余材料及时回收仓库保管。</w:t>
      </w:r>
      <w:r>
        <w:rPr>
          <w:lang w:eastAsia="zh-CN"/>
        </w:rPr>
        <w:br/>
      </w:r>
      <w:r>
        <w:rPr>
          <w:lang w:eastAsia="zh-CN"/>
        </w:rPr>
        <w:t>　　9、认真做好各工地材料使用的监控工作。避免重复领料和材料浪费。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10、认真做好手动工具和机具的借收登记工作。</w:t>
      </w:r>
      <w:r>
        <w:rPr>
          <w:lang w:eastAsia="zh-CN"/>
        </w:rPr>
        <w:br/>
      </w:r>
      <w:r>
        <w:rPr>
          <w:lang w:eastAsia="zh-CN"/>
        </w:rPr>
        <w:t>　　11、有责任提出仓库管理的合理建议。</w:t>
      </w:r>
      <w:r>
        <w:rPr>
          <w:lang w:eastAsia="zh-CN"/>
        </w:rPr>
        <w:br/>
      </w:r>
      <w:r>
        <w:rPr>
          <w:lang w:eastAsia="zh-CN"/>
        </w:rPr>
        <w:t>　　12、认真配合各工地做好各项材料管理和保护工作。 1 仓管员岗位职责</w:t>
      </w:r>
      <w:r>
        <w:rPr>
          <w:lang w:eastAsia="zh-CN"/>
        </w:rPr>
        <w:br/>
      </w:r>
      <w:r>
        <w:rPr>
          <w:lang w:eastAsia="zh-CN"/>
        </w:rPr>
        <w:t>　　1、了解各部门物资需求及各种物资的市场供应情况，掌握财务部及采购部对各种物资采购成本及采购资金控制要求，熟悉各种物资采购计划。</w:t>
      </w:r>
      <w:r>
        <w:rPr>
          <w:lang w:eastAsia="zh-CN"/>
        </w:rPr>
        <w:br/>
      </w:r>
      <w:r>
        <w:rPr>
          <w:lang w:eastAsia="zh-CN"/>
        </w:rPr>
        <w:t>　　2、各部门急用的物品要优质采购，要做到按计划采购，认真核实各部的申购计划，根据仓库存货情况，定出采购计划，对定型、常用物资按库存规定及时办理，与仓管员经常沟通，防止物资积压，做好物资使用的周期性计划工作。</w:t>
      </w:r>
      <w:r>
        <w:rPr>
          <w:lang w:eastAsia="zh-CN"/>
        </w:rPr>
        <w:br/>
      </w:r>
      <w:r>
        <w:rPr>
          <w:lang w:eastAsia="zh-CN"/>
        </w:rPr>
        <w:t>　　3、采购物品应做到价廉物美、择优录取。时鲜、季节性物资如部门尚未提出申购计划，应及时提供样板、信息供经营部门参考选用。</w:t>
      </w:r>
      <w:r>
        <w:rPr>
          <w:lang w:eastAsia="zh-CN"/>
        </w:rPr>
        <w:br/>
      </w:r>
      <w:r>
        <w:rPr>
          <w:lang w:eastAsia="zh-CN"/>
        </w:rPr>
        <w:t>　　4、采购物资应严格把好质量关，对不符合质量要求的要坚决拒收，根据销售动向和市场信息，积极争取定购货源，根据“畅销多进、滞销不进”的原则，保证货源充足。</w:t>
      </w:r>
      <w:r>
        <w:rPr>
          <w:lang w:eastAsia="zh-CN"/>
        </w:rPr>
        <w:br/>
      </w:r>
      <w:r>
        <w:rPr>
          <w:lang w:eastAsia="zh-CN"/>
        </w:rPr>
        <w:t>　　5、认真贯彻执行合同法，严格审核合同款项，订购业务，必须上报经理或主管级，研究后方可实施。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6、经常到柜台和仓库了解商品销售情况，以销定购。积极组织适销对路的货源，防止盲目进货。尽量避免积压商品，提高资金周转率。经常与仓库保持联系，了解库存情况，对库存商品要做到“了如指掌”和“心中有数”，有计划、有步骤地安排好日常工作。</w:t>
      </w:r>
      <w:r>
        <w:rPr>
          <w:lang w:eastAsia="zh-CN"/>
        </w:rPr>
        <w:br/>
      </w:r>
      <w:r>
        <w:rPr>
          <w:lang w:eastAsia="zh-CN"/>
        </w:rPr>
        <w:t xml:space="preserve">    仓管员年度总结范文 篇4 </w:t>
      </w:r>
      <w:r>
        <w:rPr>
          <w:lang w:eastAsia="zh-CN"/>
        </w:rPr>
        <w:br/>
      </w:r>
      <w:r>
        <w:rPr>
          <w:lang w:eastAsia="zh-CN"/>
        </w:rPr>
        <w:t>　　20__年即将过去，现将一年来的工作如下：</w:t>
      </w:r>
      <w:r>
        <w:rPr>
          <w:lang w:eastAsia="zh-CN"/>
        </w:rPr>
        <w:br/>
      </w:r>
      <w:r>
        <w:rPr>
          <w:lang w:eastAsia="zh-CN"/>
        </w:rPr>
        <w:t>　　作为一个仓库保管员，在这我对仓库保管做了以下诠释：物料包罗万象，客观存在，但那只是其表现形式，其实物料就是钱，物化了的钱，而仓库就是放钱的口袋。当然，钱会丢失，也可能被盗，同样，物料可能被浪费、被损坏及被盗窃。所以严禁产生任何浪费、破坏和盗窃物料的行为，记得经理曾这样教导过我：“就像对待自己家的东西一样”，我相信会做到的。这都是对公司及对全体员工利益的保障和对公司利益和形象的负责，这也是我作为一个仓库保管员应尽的责任，我将责无旁贷。</w:t>
      </w:r>
      <w:r>
        <w:rPr>
          <w:lang w:eastAsia="zh-CN"/>
        </w:rPr>
        <w:br/>
      </w:r>
      <w:r>
        <w:rPr>
          <w:lang w:eastAsia="zh-CN"/>
        </w:rPr>
        <w:t>　　卫生清洁：每个星期一做好洁净区的清洁工作分料后，做好现场整洁工作，负责仓库的日常卫生及各项记录做到无杂物。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入库、出库工作：遵守先进后出原则，严禁造成呆料、废料；按库位摆放物料，或移动物料，禁止造成无法找到相关物料。按标准操作程序和标准管理制度做好各项工作及记录。配合各部门的领料工作，及时填写进、入账，核准现场物料等，做到库存物料的清晰，可查，发现问题及时汇报，改正。对日常的账与物要做到确认再确认，为确保一致。为确保一致的原则：没有领料单，不能发放物料；手续不符合要求的，不能发放物料；未办理入库手续的物料，不能发放；完成一件工作后要作（做）自我检查，以发现问题及时解决；对每天的工作进行和反思，以提高工作质量；有强烈的时间观念，凡事及时处理，不说等一下；工作主动，而不是被动等待安排；对工作现场管理做到眼到手到，预防仓库材料的丢失和破坏。</w:t>
      </w:r>
      <w:r>
        <w:rPr>
          <w:lang w:eastAsia="zh-CN"/>
        </w:rPr>
        <w:br/>
      </w:r>
      <w:r>
        <w:rPr>
          <w:lang w:eastAsia="zh-CN"/>
        </w:rPr>
        <w:t>　　以上这些问题，其实都与个人的责任心有关。责任心，是一种工作心态，也是一种工作作风，责任心主要取决于保管员的素质及工作环境的熏陶和各位领导的带领。仓管员是仓库的管家，权力小但责任大，要做到律己律人。有一句话说得好“滴水之恩当涌泉相报”，在以后的日子里，我相信我会怀着一颗感恩的心为贵公司付出我所能及的力量，来报答各位领导对我的关心以及各位同事的帮助。</w:t>
      </w:r>
      <w:r>
        <w:rPr>
          <w:lang w:eastAsia="zh-CN"/>
        </w:rPr>
        <w:br/>
      </w:r>
      <w:r>
        <w:rPr>
          <w:lang w:eastAsia="zh-CN"/>
        </w:rPr>
        <w:t xml:space="preserve">    仓管员年度总结范文 篇5 </w:t>
      </w:r>
      <w:r>
        <w:rPr>
          <w:lang w:eastAsia="zh-CN"/>
        </w:rPr>
        <w:br/>
      </w:r>
      <w:r>
        <w:rPr>
          <w:lang w:eastAsia="zh-CN"/>
        </w:rPr>
        <w:t>　　回首从进仓库至今，公司陪伴我走过很重要的一个阶段，使我懂得了很多。在此我向公司尊敬的领导以及亲爱的同事们表示衷心的感谢，有你们的协助才能使我在工作中得心应手，也因有你们的帮助，才能令我在公司的发展上一个台阶。下面我将就职成品库仓管员以来的的工作情况汇总如下:</w:t>
      </w:r>
      <w:r>
        <w:rPr>
          <w:lang w:eastAsia="zh-CN"/>
        </w:rPr>
        <w:br/>
      </w:r>
      <w:r>
        <w:rPr>
          <w:lang w:eastAsia="zh-CN"/>
        </w:rPr>
        <w:t>　　一、认认真真，吃苦耐劳，做好本职工作。</w:t>
      </w:r>
      <w:r>
        <w:rPr>
          <w:lang w:eastAsia="zh-CN"/>
        </w:rPr>
        <w:br/>
      </w:r>
      <w:r>
        <w:rPr>
          <w:lang w:eastAsia="zh-CN"/>
        </w:rPr>
        <w:t>　　一是遵从仓库岗位职责，坚持做好出货工作，保证发货的准确无误，尽量完善工作以保证零投诉;</w:t>
      </w:r>
      <w:r>
        <w:rPr>
          <w:lang w:eastAsia="zh-CN"/>
        </w:rPr>
        <w:br/>
      </w:r>
      <w:r>
        <w:rPr>
          <w:lang w:eastAsia="zh-CN"/>
        </w:rPr>
        <w:t>　　二是做好入库接受，保证库存数据的准确，确保库存数据达到实实在在的百分百;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三是完成二位领班临时安排的工作与积极参与整理工作，深化工作安全意识，提出各项合理化意见。及时与业务和生产部沟通联系，保证物流系统正常有序的进行。</w:t>
      </w:r>
      <w:r>
        <w:rPr>
          <w:lang w:eastAsia="zh-CN"/>
        </w:rPr>
        <w:br/>
      </w:r>
      <w:r>
        <w:rPr>
          <w:lang w:eastAsia="zh-CN"/>
        </w:rPr>
        <w:t>　　记得去年7，8月由于仓储饱和，大批量的成品堆积在了篮球场，用彩条布盖着作为临时贮存，给发货带来极大的不便。天气热，找货难，费时间，对我们来讲无非是严酷的考验。后来由于彩条布会渗水进去淋湿产品，我们毫无怨言，便盖上了两层篷布，因为我们知道我们守护的是整个公司的劳动果实，肩上背负着举足轻重的责任，所以尽管来来往往仓库的工作者甚多，尽管工作条件再怎么恶劣，我都选择留下，留在这里做这份让我觉得自豪的工作。经过我们持之以恒的整顿，现在的工作环境已经大大的改善了，但我们吃苦耐劳的精神永远是我们工作的支柱。</w:t>
      </w:r>
      <w:r>
        <w:rPr>
          <w:lang w:eastAsia="zh-CN"/>
        </w:rPr>
        <w:br/>
      </w:r>
      <w:r>
        <w:rPr>
          <w:lang w:eastAsia="zh-CN"/>
        </w:rPr>
        <w:t>　　二、严于律已，自觉遵守各项制度</w:t>
      </w:r>
      <w:r>
        <w:rPr>
          <w:lang w:eastAsia="zh-CN"/>
        </w:rPr>
        <w:br/>
      </w:r>
      <w:r>
        <w:rPr>
          <w:lang w:eastAsia="zh-CN"/>
        </w:rPr>
        <w:t>　　严格遵守仓库的各项制度。谨记领导的指示和批评并付诸于实际，不迟到，不早退，不旷工。做事要谨慎认真，向领导汇报的仔细检查，日常工作要记录并及时上报;待人处事要有礼貌，对待同事要坦诚宽容;严肃办公室纪律，工作不懈怠，不 玩游戏、不闲聊、不做与工作内容无关的事情。一直相信仓库是个对人要求高的地方，所以更严格要求自己要认真的.对待工作中的每件事。由于始终抱着学习的心，取长补短，不断改善自己的不足，才能换来今日发货零投诉 库存准确率百分百的基本要求。</w:t>
      </w:r>
      <w:r>
        <w:rPr>
          <w:lang w:eastAsia="zh-CN"/>
        </w:rPr>
        <w:br/>
      </w:r>
      <w:r>
        <w:rPr>
          <w:lang w:eastAsia="zh-CN"/>
        </w:rPr>
        <w:t>　　三、未来的工作方向与志向</w:t>
      </w:r>
      <w:r>
        <w:rPr>
          <w:lang w:eastAsia="zh-CN"/>
        </w:rPr>
        <w:br/>
      </w:r>
      <w:r>
        <w:rPr>
          <w:lang w:eastAsia="zh-CN"/>
        </w:rPr>
        <w:t>　　1.一如既往抓发货。要更细化的，更明朗的理清发货流程。要不断总结提高，完善。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2.要不断提高修养，树立良好的企业形象，要提高自己的服务意识和办事效率，明确自己的工作重点与工作目标。</w:t>
      </w:r>
      <w:r>
        <w:rPr>
          <w:lang w:eastAsia="zh-CN"/>
        </w:rPr>
        <w:br/>
      </w:r>
      <w:r>
        <w:rPr>
          <w:lang w:eastAsia="zh-CN"/>
        </w:rPr>
        <w:t>　　3.对仓库存在的问题不断提出积极及合理化意见。</w:t>
      </w:r>
      <w:r>
        <w:rPr>
          <w:lang w:eastAsia="zh-CN"/>
        </w:rPr>
        <w:br/>
      </w:r>
      <w:r>
        <w:rPr>
          <w:lang w:eastAsia="zh-CN"/>
        </w:rPr>
        <w:t>　　例如仓库仓储饱和问题 发货流程 成品仓贮存重新规划问题都是后续在工作中应该好好深思探讨并付诸实际行动的。</w:t>
      </w:r>
      <w:r>
        <w:rPr>
          <w:lang w:eastAsia="zh-CN"/>
        </w:rPr>
        <w:br/>
      </w:r>
      <w:r>
        <w:rPr>
          <w:lang w:eastAsia="zh-CN"/>
        </w:rPr>
        <w:t>　　通过一年多的努力，我看到了仓库各个方面都有较大的改善，也更有信心更有干劲跟随二位领班把仓库的各项工作做得更完美!</w:t>
      </w:r>
      <w:r>
        <w:rPr>
          <w:lang w:eastAsia="zh-CN"/>
        </w:rPr>
        <w:br/>
      </w:r>
      <w:r>
        <w:rPr>
          <w:lang w:eastAsia="zh-CN"/>
        </w:rPr>
        <w:t>　　管理：</w:t>
      </w:r>
      <w:r>
        <w:rPr>
          <w:lang w:eastAsia="zh-CN"/>
        </w:rPr>
        <w:br/>
      </w:r>
      <w:r>
        <w:rPr>
          <w:lang w:eastAsia="zh-CN"/>
        </w:rPr>
        <w:t>　　1、在工作中能够严格要求自己，保证入库、出库、领料的数据准确。</w:t>
      </w:r>
      <w:r>
        <w:rPr>
          <w:lang w:eastAsia="zh-CN"/>
        </w:rPr>
        <w:br/>
      </w:r>
      <w:r>
        <w:rPr>
          <w:lang w:eastAsia="zh-CN"/>
        </w:rPr>
        <w:t>　　2、当班期间，认真协调入库及准确及时入库。</w:t>
      </w:r>
      <w:r>
        <w:rPr>
          <w:lang w:eastAsia="zh-CN"/>
        </w:rPr>
        <w:br/>
      </w:r>
      <w:r>
        <w:rPr>
          <w:lang w:eastAsia="zh-CN"/>
        </w:rPr>
        <w:t>　　3、物资发放，能认真执行物资发放规定，敢于坚持原则不徇私情，保证成品发货的准确性。</w:t>
      </w:r>
      <w:r>
        <w:rPr>
          <w:lang w:eastAsia="zh-CN"/>
        </w:rPr>
        <w:br/>
      </w:r>
      <w:r>
        <w:rPr>
          <w:lang w:eastAsia="zh-CN"/>
        </w:rPr>
        <w:t>　　4、报表制作，四点班除了提高发货效率外，还要认真收集数据，合理编制，以自己最大能力为领导们提供极尽可能准确的数据。</w:t>
      </w:r>
      <w:r>
        <w:rPr>
          <w:lang w:eastAsia="zh-CN"/>
        </w:rPr>
        <w:br/>
      </w:r>
      <w:r>
        <w:rPr>
          <w:lang w:eastAsia="zh-CN"/>
        </w:rPr>
        <w:t>　　5、做好仓库管理工作，尽可能将库内打并整洁，及时除理烂袋，根据情况整理库房，并积极向5s管理靠近。</w:t>
      </w:r>
      <w:r>
        <w:rPr>
          <w:lang w:eastAsia="zh-CN"/>
        </w:rPr>
        <w:br/>
      </w:r>
      <w:r>
        <w:rPr>
          <w:lang w:eastAsia="zh-CN"/>
        </w:rPr>
        <w:t>　　遵纪守法：</w:t>
      </w:r>
      <w:r>
        <w:rPr>
          <w:lang w:eastAsia="zh-CN"/>
        </w:rPr>
        <w:br/>
      </w:r>
      <w:r>
        <w:rPr>
          <w:lang w:eastAsia="zh-CN"/>
        </w:rPr>
        <w:t>　　加强思想政治学习及专业知识学，提高政治素质。主要学习公司相关精神，物资管理、计算机操作、工商管理等知识，以求不断提高自身素，积极遵守仓库管理纪律，服从上级安排。</w:t>
      </w:r>
      <w:r>
        <w:rPr>
          <w:lang w:eastAsia="zh-CN"/>
        </w:rPr>
        <w:br/>
      </w:r>
      <w:r>
        <w:rPr>
          <w:lang w:eastAsia="zh-CN"/>
        </w:rPr>
        <w:t>　　贸易安全：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加强安全仓储宣传、教育工作，提高全体职工的安全意识。</w:t>
      </w:r>
      <w:r>
        <w:rPr>
          <w:lang w:eastAsia="zh-CN"/>
        </w:rPr>
        <w:br/>
      </w:r>
      <w:r>
        <w:rPr>
          <w:lang w:eastAsia="zh-CN"/>
        </w:rPr>
        <w:t>　　1、保税区领导时常来公司检查，很少有安全隐患，如果有些小的问题也能够及时解决，把隐患扼杀到摇篮里。</w:t>
      </w:r>
      <w:r>
        <w:rPr>
          <w:lang w:eastAsia="zh-CN"/>
        </w:rPr>
        <w:br/>
      </w:r>
      <w:r>
        <w:rPr>
          <w:lang w:eastAsia="zh-CN"/>
        </w:rPr>
        <w:t>　　2、做好员工的安全生产培训工作。定期安排人员去培训学习，经过考核合格后方可进行相关的工作。</w:t>
      </w:r>
      <w:r>
        <w:rPr>
          <w:lang w:eastAsia="zh-CN"/>
        </w:rPr>
        <w:br/>
      </w:r>
      <w:r>
        <w:rPr>
          <w:lang w:eastAsia="zh-CN"/>
        </w:rPr>
        <w:t>　　3、公司领导小组专门组织人员编写《员工安全手册》发放给员工，每人一册，以规范员工生产、生活行为，提高自觉性与自律能力。</w:t>
      </w:r>
      <w:r>
        <w:rPr>
          <w:lang w:eastAsia="zh-CN"/>
        </w:rPr>
        <w:br/>
      </w:r>
      <w:r>
        <w:rPr>
          <w:lang w:eastAsia="zh-CN"/>
        </w:rPr>
        <w:t>　　4、在厂区的公共场所、职工宿舍、生产车间内的墙壁上都设有安全、文明生产、操作规程、安全疏散灯、禁止吸烟的标语和标志。</w:t>
      </w:r>
      <w:r>
        <w:rPr>
          <w:lang w:eastAsia="zh-CN"/>
        </w:rPr>
        <w:br/>
      </w:r>
      <w:r>
        <w:rPr>
          <w:lang w:eastAsia="zh-CN"/>
        </w:rPr>
        <w:t>　　通过上述的宣传、教育培训等等一系列活动，大大提高了员工消防安全生产意识，奠定了抓好安全工作的扎实基础。</w:t>
      </w:r>
      <w:r>
        <w:rPr>
          <w:lang w:eastAsia="zh-CN"/>
        </w:rPr>
        <w:br/>
      </w:r>
      <w:r>
        <w:rPr>
          <w:lang w:eastAsia="zh-CN"/>
        </w:rPr>
        <w:t xml:space="preserve">    仓管员年度总结范文 篇6 </w:t>
      </w:r>
      <w:r>
        <w:rPr>
          <w:lang w:eastAsia="zh-CN"/>
        </w:rPr>
        <w:br/>
      </w:r>
      <w:r>
        <w:rPr>
          <w:lang w:eastAsia="zh-CN"/>
        </w:rPr>
        <w:t>　　光阴过得真快，转眼间半年已经停止，我很荣幸能融入这个大集体中，在公司各级领导的正确领导下，在同事们的连合互助和关切协助下，较好地完成了20__上半年的各项工作任务，在各方面都有了更进一步的进步。</w:t>
      </w:r>
      <w:r>
        <w:rPr>
          <w:lang w:eastAsia="zh-CN"/>
        </w:rPr>
        <w:br/>
      </w:r>
      <w:r>
        <w:rPr>
          <w:lang w:eastAsia="zh-CN"/>
        </w:rPr>
        <w:t>　　本人认真遵守劳动规律，按时出勤，有效应用工作时刻，死守岗位，必要加班完成工作按时加班加点，包督工作能按时完成，我的工作主要是仓库保管， 我本着“把工作做的更好”的目标，工作上发扬开发立异精神，扎扎实实干好本职工作，圆满地完成了20__年的各项工作：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①负责各类品种入库，出库等工作日常和发货工作。</w:t>
      </w:r>
      <w:r>
        <w:rPr>
          <w:lang w:eastAsia="zh-CN"/>
        </w:rPr>
        <w:br/>
      </w:r>
      <w:r>
        <w:rPr>
          <w:lang w:eastAsia="zh-CN"/>
        </w:rPr>
        <w:t>　　②做到对库存品种的明确标示，正确纪录品种进.出.存动态</w:t>
      </w:r>
      <w:r>
        <w:rPr>
          <w:lang w:eastAsia="zh-CN"/>
        </w:rPr>
        <w:br/>
      </w:r>
      <w:r>
        <w:rPr>
          <w:lang w:eastAsia="zh-CN"/>
        </w:rPr>
        <w:t>　　③做到每月一次对库饭垠打扫，洁净工作防潮，防火，防鼠.熏库</w:t>
      </w:r>
      <w:r>
        <w:rPr>
          <w:lang w:eastAsia="zh-CN"/>
        </w:rPr>
        <w:br/>
      </w:r>
      <w:r>
        <w:rPr>
          <w:lang w:eastAsia="zh-CN"/>
        </w:rPr>
        <w:t>　　④做好各类品类入库的分类，品种标示。</w:t>
      </w:r>
      <w:r>
        <w:rPr>
          <w:lang w:eastAsia="zh-CN"/>
        </w:rPr>
        <w:br/>
      </w:r>
      <w:r>
        <w:rPr>
          <w:lang w:eastAsia="zh-CN"/>
        </w:rPr>
        <w:t>　　总结半年的来的工作，固然取得了必须的造诣，自身也有了很大的提高，然则还存在着以下不够：</w:t>
      </w:r>
      <w:r>
        <w:rPr>
          <w:lang w:eastAsia="zh-CN"/>
        </w:rPr>
        <w:br/>
      </w:r>
      <w:r>
        <w:rPr>
          <w:lang w:eastAsia="zh-CN"/>
        </w:rPr>
        <w:t>　　1.是有时工作的质量和标准与领导的要求还有必须差距。一方面，由于个人才能不敷高，发货，出库有时统计存在一些毛病;另一方面，便是有的时候工作量多，光阴对照紧， 工作效率不高。</w:t>
      </w:r>
      <w:r>
        <w:rPr>
          <w:lang w:eastAsia="zh-CN"/>
        </w:rPr>
        <w:br/>
      </w:r>
      <w:r>
        <w:rPr>
          <w:lang w:eastAsia="zh-CN"/>
        </w:rPr>
        <w:t>　　2.有时工作敏感性还不是很强，对领导交办的事不敷敏感，有时工作没有提前完成，上报状况不敷实时。</w:t>
      </w:r>
      <w:r>
        <w:rPr>
          <w:lang w:eastAsia="zh-CN"/>
        </w:rPr>
        <w:br/>
      </w:r>
      <w:r>
        <w:rPr>
          <w:lang w:eastAsia="zh-CN"/>
        </w:rPr>
        <w:t>　　下半年我将进一步发扬长处，改良不够，拓展思路，求真务实，全力做好本职工作，在工作中，以.规律，谦虚，严谨，认真，主动接收来自各方面的看法：</w:t>
      </w:r>
      <w:r>
        <w:rPr>
          <w:lang w:eastAsia="zh-CN"/>
        </w:rPr>
        <w:br/>
      </w:r>
      <w:r>
        <w:rPr>
          <w:lang w:eastAsia="zh-CN"/>
        </w:rPr>
        <w:t>　　一是增强工作兼顾，依据公司领导的年度工作要求，对下半年工作进行具体筹谋，明确目标，增强同事之间的协同共同，把各项工作有机地结合起，理清工作思路，进步工作效率，加强工作实效。</w:t>
      </w:r>
      <w:r>
        <w:rPr>
          <w:lang w:eastAsia="zh-CN"/>
        </w:rPr>
        <w:br/>
      </w:r>
      <w:r>
        <w:rPr>
          <w:lang w:eastAsia="zh-CN"/>
        </w:rPr>
        <w:t>　　二是增强工作培养。始终持续优越的精神状态，发扬吃苦刻苦、知难而进、千锤百炼、严谨过细、居心朝上提高的工作风格。</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总之一年来我做必然的工作，也取得了一些造诣，但距领导和同事们的要求还有不少的差距，治理学习抓得不敷紧，工作意识不敷强，在往后的工作中，对本身的工作踏踏实实，尽职尽责的做好本身工作，维护公司形象。</w:t>
      </w:r>
      <w:r>
        <w:rPr>
          <w:lang w:eastAsia="zh-CN"/>
        </w:rPr>
        <w:br/>
      </w:r>
      <w:r>
        <w:rPr>
          <w:lang w:eastAsia="zh-CN"/>
        </w:rPr>
        <w:t xml:space="preserve">    仓管员年度总结范文 篇7 </w:t>
      </w:r>
      <w:r>
        <w:rPr>
          <w:lang w:eastAsia="zh-CN"/>
        </w:rPr>
        <w:br/>
      </w:r>
      <w:r>
        <w:rPr>
          <w:lang w:eastAsia="zh-CN"/>
        </w:rPr>
        <w:t>　　时刻过得真快，转眼20年即将结束，迎来的是年新的开始，在这期间回顾20年1—10月份的工作，主要有以下几条：</w:t>
      </w:r>
      <w:r>
        <w:rPr>
          <w:lang w:eastAsia="zh-CN"/>
        </w:rPr>
        <w:br/>
      </w:r>
      <w:r>
        <w:rPr>
          <w:lang w:eastAsia="zh-CN"/>
        </w:rPr>
        <w:t>　　一、仓库保管员的工作</w:t>
      </w:r>
      <w:r>
        <w:rPr>
          <w:lang w:eastAsia="zh-CN"/>
        </w:rPr>
        <w:br/>
      </w:r>
      <w:r>
        <w:rPr>
          <w:lang w:eastAsia="zh-CN"/>
        </w:rPr>
        <w:t>　　1、负责仓库大库(原辅料区。阴凉库)、危库、剧毒品库、冷库、中药材库及阴凉库的日常卫生和安全工作及各项记录;</w:t>
      </w:r>
      <w:r>
        <w:rPr>
          <w:lang w:eastAsia="zh-CN"/>
        </w:rPr>
        <w:br/>
      </w:r>
      <w:r>
        <w:rPr>
          <w:lang w:eastAsia="zh-CN"/>
        </w:rPr>
        <w:t>　　2、责所有有关原辅材料、中药材、危险品、化试、冷藏物品等的入库、出库工作，按标准操作程序和标准管理制度做好各项工作及记录。</w:t>
      </w:r>
      <w:r>
        <w:rPr>
          <w:lang w:eastAsia="zh-CN"/>
        </w:rPr>
        <w:br/>
      </w:r>
      <w:r>
        <w:rPr>
          <w:lang w:eastAsia="zh-CN"/>
        </w:rPr>
        <w:t>　　二、配合车间生产</w:t>
      </w:r>
      <w:r>
        <w:rPr>
          <w:lang w:eastAsia="zh-CN"/>
        </w:rPr>
        <w:br/>
      </w:r>
      <w:r>
        <w:rPr>
          <w:lang w:eastAsia="zh-CN"/>
        </w:rPr>
        <w:t>　　1、生产工作计划，负责制造部固体车间、液体车间、注射剂车间、原料药车间、中药提取车间、合成车间等的分料工作，及时填写相关的记录;</w:t>
      </w:r>
      <w:r>
        <w:rPr>
          <w:lang w:eastAsia="zh-CN"/>
        </w:rPr>
        <w:br/>
      </w:r>
      <w:r>
        <w:rPr>
          <w:lang w:eastAsia="zh-CN"/>
        </w:rPr>
        <w:t>　　2、配合以上各车间的领料工作，及时填写货位卡，分类帐，核准现场物料等，做到帐目清晰，可查。发现问题及时汇报，改正。</w:t>
      </w:r>
      <w:r>
        <w:rPr>
          <w:lang w:eastAsia="zh-CN"/>
        </w:rPr>
        <w:br/>
      </w:r>
      <w:r>
        <w:rPr>
          <w:lang w:eastAsia="zh-CN"/>
        </w:rPr>
        <w:t>　　三、配合gmp的认证</w:t>
      </w:r>
      <w:r>
        <w:rPr>
          <w:lang w:eastAsia="zh-CN"/>
        </w:rPr>
        <w:br/>
      </w:r>
      <w:r>
        <w:rPr>
          <w:lang w:eastAsia="zh-CN"/>
        </w:rPr>
        <w:t>　　1、配合做好了各车间gmp认证所需超多的调帐工作;</w:t>
      </w:r>
      <w:r>
        <w:rPr>
          <w:lang w:eastAsia="zh-CN"/>
        </w:rPr>
        <w:br/>
      </w:r>
      <w:r>
        <w:rPr>
          <w:lang w:eastAsia="zh-CN"/>
        </w:rPr>
        <w:t>　　2、完成了仓库gmp认证期间的超多帐目清查、整理工作，做到了帐目一目了然，现场整洁，到达了帐、卡、物一致;</w:t>
      </w:r>
      <w:r>
        <w:rPr>
          <w:lang w:eastAsia="zh-CN"/>
        </w:rPr>
        <w:br/>
      </w:r>
      <w:r>
        <w:rPr>
          <w:lang w:eastAsia="zh-CN"/>
        </w:rPr>
        <w:t>　　3、配合化验中心做好现场核准工作。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四、负责仓库洁净区的管理和清洁工作</w:t>
      </w:r>
      <w:r>
        <w:rPr>
          <w:lang w:eastAsia="zh-CN"/>
        </w:rPr>
        <w:br/>
      </w:r>
      <w:r>
        <w:rPr>
          <w:lang w:eastAsia="zh-CN"/>
        </w:rPr>
        <w:t>　　1、做好洁净区空调机组的维护工作;</w:t>
      </w:r>
      <w:r>
        <w:rPr>
          <w:lang w:eastAsia="zh-CN"/>
        </w:rPr>
        <w:br/>
      </w:r>
      <w:r>
        <w:rPr>
          <w:lang w:eastAsia="zh-CN"/>
        </w:rPr>
        <w:t>　　2、每个星期一做好洁净区的清洁工作及填写相关记录;</w:t>
      </w:r>
      <w:r>
        <w:rPr>
          <w:lang w:eastAsia="zh-CN"/>
        </w:rPr>
        <w:br/>
      </w:r>
      <w:r>
        <w:rPr>
          <w:lang w:eastAsia="zh-CN"/>
        </w:rPr>
        <w:t>　　3、化验中心、质保部取样后，做好清洁工作;</w:t>
      </w:r>
      <w:r>
        <w:rPr>
          <w:lang w:eastAsia="zh-CN"/>
        </w:rPr>
        <w:br/>
      </w:r>
      <w:r>
        <w:rPr>
          <w:lang w:eastAsia="zh-CN"/>
        </w:rPr>
        <w:t>　　4、分料后，做好清洁工作及清场记录。</w:t>
      </w:r>
      <w:r>
        <w:rPr>
          <w:lang w:eastAsia="zh-CN"/>
        </w:rPr>
        <w:br/>
      </w:r>
      <w:r>
        <w:rPr>
          <w:lang w:eastAsia="zh-CN"/>
        </w:rPr>
        <w:t>　　五、配合其他的工作</w:t>
      </w:r>
      <w:r>
        <w:rPr>
          <w:lang w:eastAsia="zh-CN"/>
        </w:rPr>
        <w:br/>
      </w:r>
      <w:r>
        <w:rPr>
          <w:lang w:eastAsia="zh-CN"/>
        </w:rPr>
        <w:t>　　1、负责中药材外加工所需材料的入库，领料工作及相关记录;</w:t>
      </w:r>
      <w:r>
        <w:rPr>
          <w:lang w:eastAsia="zh-CN"/>
        </w:rPr>
        <w:br/>
      </w:r>
      <w:r>
        <w:rPr>
          <w:lang w:eastAsia="zh-CN"/>
        </w:rPr>
        <w:t>　　2、负责性命能在我厂合成时所需原辅材料的入库、分料、领料工作及相关记录，并做好个人工作计划;</w:t>
      </w:r>
      <w:r>
        <w:rPr>
          <w:lang w:eastAsia="zh-CN"/>
        </w:rPr>
        <w:br/>
      </w:r>
      <w:r>
        <w:rPr>
          <w:lang w:eastAsia="zh-CN"/>
        </w:rPr>
        <w:t>　　3、负责技研部做小试或新产品开发所需物料的入库、分料、领料工作及相关记录;</w:t>
      </w:r>
      <w:r>
        <w:rPr>
          <w:lang w:eastAsia="zh-CN"/>
        </w:rPr>
        <w:br/>
      </w:r>
      <w:r>
        <w:rPr>
          <w:lang w:eastAsia="zh-CN"/>
        </w:rPr>
        <w:t>　　4、配合化验中心的取样工作;</w:t>
      </w:r>
      <w:r>
        <w:rPr>
          <w:lang w:eastAsia="zh-CN"/>
        </w:rPr>
        <w:br/>
      </w:r>
      <w:r>
        <w:rPr>
          <w:lang w:eastAsia="zh-CN"/>
        </w:rPr>
        <w:t>　　5、每月协助财务做好盘点工作;</w:t>
      </w:r>
      <w:r>
        <w:rPr>
          <w:lang w:eastAsia="zh-CN"/>
        </w:rPr>
        <w:br/>
      </w:r>
      <w:r>
        <w:rPr>
          <w:lang w:eastAsia="zh-CN"/>
        </w:rPr>
        <w:t>　　6、配合成品保管员做好出库、退货、搬运工作，辅助包材保管员做好日常工作。</w:t>
      </w:r>
      <w:r>
        <w:rPr>
          <w:lang w:eastAsia="zh-CN"/>
        </w:rPr>
        <w:br/>
      </w:r>
      <w:r>
        <w:rPr>
          <w:lang w:eastAsia="zh-CN"/>
        </w:rPr>
        <w:t xml:space="preserve">    仓管员年度总结范文 篇8 </w:t>
      </w:r>
      <w:r>
        <w:rPr>
          <w:lang w:eastAsia="zh-CN"/>
        </w:rPr>
        <w:br/>
      </w:r>
      <w:r>
        <w:rPr>
          <w:lang w:eastAsia="zh-CN"/>
        </w:rPr>
        <w:t>　　时间在不经意中从指间划过，生活已接近尾声，春节触手可及，迎接我们的是新年，新气象。值此之际，我们有必要对我们的工作做一个总结，要反省，对工作中出现的问题要正确分析并及时改正，当然好的工作经验要保持和延展，同时也要对明年的工作有所展望，有一个初步规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在仓储部工作的时间虽然只有短短的20多天，主要负责带班师傅清点好货物的装箱整理。由于在职时间太短，工作中很多地方东西都不太明白，很庆幸师傅黎亮和领导的批评和指出并交给我他们在职学到的经验，让我快速的成才起来有足够的经验来胜任目前的工作。我为自己能在京新龙这样的大家庭里成长而感到自豪。下面我就汇报一下我的工作情况。</w:t>
      </w:r>
      <w:r>
        <w:rPr>
          <w:lang w:eastAsia="zh-CN"/>
        </w:rPr>
        <w:br/>
      </w:r>
      <w:r>
        <w:rPr>
          <w:lang w:eastAsia="zh-CN"/>
        </w:rPr>
        <w:t>　　在工作中，我和师傅都是新人，平时点单的时候速度相对别的师傅较慢以至于我们的成绩并不突出，装箱时师傅经常指导我该怎么装，用什么箱子而耽误师傅的时间我感到很抱歉。对于仓储部工作、时间、人员安排都比较的合理，有效使用有限的人工资源达到最大的效率，美中不足的是由于拼箱后货物有点乱以至于找货花费的时间太多，晚上装车的效率有待提高，就这一小点希望有待改进：就我了解拼箱就划分了几个大部，我感觉如果我们按照线路(每个车行程或者每个配送员线路)在地上分出一小块指定地方(例如朝阳区放这小块，昌平在另一小块;或者甲配送员负责a块、a条线路时根据线路指定一个地方)，但是这样的话有地方不够，可以折中大货如大于10或20件时放到外面的仓库或走廊上。这只是我个人的一点想法，对于我们的团队有没有帮助就得看我们员工能不能做到，这样或许能抬高仓储的装车效率，不好的话希望领导不要介意我的多此一举。</w:t>
      </w:r>
      <w:r>
        <w:rPr>
          <w:lang w:eastAsia="zh-CN"/>
        </w:rPr>
        <w:br/>
      </w:r>
      <w:r>
        <w:rPr>
          <w:lang w:eastAsia="zh-CN"/>
        </w:rPr>
        <w:t>　　在工作方面时间太短没有太多的想法，在生活中我是一个新人。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在这份工作前，我是在修正药业做销售有一年的时间，但是由于工作不正规而辞去。来我们公司我是为咱公司的一句话而来“全员营销”，因为这才是我所需要学习，提高自己社会经验的好地方再者这一行我已经有一部分的工作经验，我自信能做好销售这一行。对于新的一年，我已经做好了销售工作的准备，只要公司需要随时进入销售这一领域。</w:t>
      </w:r>
      <w:r>
        <w:rPr>
          <w:lang w:eastAsia="zh-CN"/>
        </w:rPr>
        <w:br/>
      </w:r>
      <w:r>
        <w:rPr>
          <w:lang w:eastAsia="zh-CN"/>
        </w:rPr>
        <w:t>　　对于____年我已经做好了战斗的准备。作为销售人员我们需要的是客户，更需要的是朋友，俗话说的好“做一生一世的朋友，赚一生一世的钱”。作为一个为大众服务的行业，客户随时都在更换：公司，医院，诊所只是一个在利益上的关系，随时都有可能终止，但是如果这客户是朋友的话，我们就可以做一辈子的生意，因为我们不用担心其他的很多东西。想要将客户变成朋友，首先我们就应该了解客户、如他们的成长经历，家庭成员，生日等第，只有作到知己知彼，才能百战百胜。如果我们有能力将客户变成我们的朋友，那我们的销售才是真正的营销，而不是简简单单的卖药。这只是销售的一个小方面，还有很多方面如自己、客情、区域特点，分布等等。只有面面俱到，才能真正走向成功。</w:t>
      </w:r>
      <w:r>
        <w:rPr>
          <w:lang w:eastAsia="zh-CN"/>
        </w:rPr>
        <w:br/>
      </w:r>
      <w:r>
        <w:rPr>
          <w:lang w:eastAsia="zh-CN"/>
        </w:rPr>
        <w:t>　　以上就是我个人在____的工作总结，至于销售工作中的细节就不一一列出了，有什么不对的地方，希望领导批评提出。对____年的工作充满期待，在新的一年有新的突破，有新的收获，走向成长，走向成熟。</w:t>
      </w:r>
      <w:r>
        <w:rPr>
          <w:lang w:eastAsia="zh-CN"/>
        </w:rPr>
        <w:br/>
      </w:r>
      <w:r>
        <w:rPr>
          <w:lang w:eastAsia="zh-CN"/>
        </w:rPr>
        <w:t xml:space="preserve">    仓管员年度总结范文 篇9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新的一年即将到来，回顾这一年来的工作，我做为一名仓库的管理员，在公司领导的正确领导下，完成了公司下达的各项任务，现对今年的工作总结如下:</w:t>
      </w:r>
      <w:r>
        <w:rPr>
          <w:lang w:eastAsia="zh-CN"/>
        </w:rPr>
        <w:br/>
      </w:r>
      <w:r>
        <w:rPr>
          <w:lang w:eastAsia="zh-CN"/>
        </w:rPr>
        <w:t>　　一、基本工作情况。</w:t>
      </w:r>
      <w:r>
        <w:rPr>
          <w:lang w:eastAsia="zh-CN"/>
        </w:rPr>
        <w:br/>
      </w:r>
      <w:r>
        <w:rPr>
          <w:lang w:eastAsia="zh-CN"/>
        </w:rPr>
        <w:t>　　1、完成了仓库顺利交接。__年初，我开始接管仓库管理工作，当时仓库实物与帐本都比较乱，为了尽快完成交接，我在督促原仓库管理员列好帐目的基础上，加班加点建立健全了代理商铺货帐本，仓库帐本以及各类报表等。</w:t>
      </w:r>
      <w:r>
        <w:rPr>
          <w:lang w:eastAsia="zh-CN"/>
        </w:rPr>
        <w:br/>
      </w:r>
      <w:r>
        <w:rPr>
          <w:lang w:eastAsia="zh-CN"/>
        </w:rPr>
        <w:t>　　2、参与了公司全员大营销活动。1至3月份，公司开展全员大营销活动，每天员工放号量都特别大，领人特别多，作为一名仓库管理员，保证足够的货源是应尽的职责，最初人手少，只有我一个，每天都要到公司提货，每次提货都是四五十部，要搬好几次才能把从东风路地下室里搬出来，常常把衣服弄的很脏，为了保证足够的货源，三个月来没休过一天班，有力的完成了后勤保障工作。</w:t>
      </w:r>
      <w:r>
        <w:rPr>
          <w:lang w:eastAsia="zh-CN"/>
        </w:rPr>
        <w:br/>
      </w:r>
      <w:r>
        <w:rPr>
          <w:lang w:eastAsia="zh-CN"/>
        </w:rPr>
        <w:t>　　3、发展了部分cdma集团用户。七月份，积集响应公司领导指示，利用工作之余，积集发展cdma业务，那些日子经常中午不回家，随便在班上吃点就出去跑集团用户，也不顾天气多么热，先后发展了市司法局、市公证处、临邑县公证处等集团用户，为联通发展做出了贡献。</w:t>
      </w:r>
      <w:r>
        <w:rPr>
          <w:lang w:eastAsia="zh-CN"/>
        </w:rPr>
        <w:br/>
      </w:r>
      <w:r>
        <w:rPr>
          <w:lang w:eastAsia="zh-CN"/>
        </w:rPr>
        <w:t>　　二、基本经验与不足。</w:t>
      </w:r>
      <w:r>
        <w:rPr>
          <w:lang w:eastAsia="zh-CN"/>
        </w:rPr>
        <w:br/>
      </w:r>
      <w:r>
        <w:rPr>
          <w:lang w:eastAsia="zh-CN"/>
        </w:rPr>
        <w:t>　　1、敬业是干好本职工作的前提。对这一点我是从仓库交接过程中得到的，由于干仓库管理工作，首先要对型号及性能要熟悉，当时我对接触不多，几乎是一张白纸，我就下定决心，一定要干好，结果总算把工作整理的有头有绪。</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2、干工作要不怕苦、不怕累才能少出漏洞。近一年来，我一直都是忙忙碌碌，从没因苦与累而退缩过，实践证明，我所管理的几乎没有出现过漏洞，实物与帐目相符，随时随地接受领导的检查验收。</w:t>
      </w:r>
      <w:r>
        <w:rPr>
          <w:lang w:eastAsia="zh-CN"/>
        </w:rPr>
        <w:br/>
      </w:r>
      <w:r>
        <w:rPr>
          <w:lang w:eastAsia="zh-CN"/>
        </w:rPr>
        <w:t>　　3、干好工作要处理好大家与小家的关系。由于工作忙，不顾家，取得家里人的理解，争取全家人的支持也是干好工作的前提，这也算是我的一点收获。当然，取得以上几点经验微不足道，也有许多让我深思和检讨的地方，在日常工作中，我还缺乏积极主动性，这是我工作中存在的不足也是今后努力的方向。</w:t>
      </w:r>
      <w:r>
        <w:rPr>
          <w:lang w:eastAsia="zh-CN"/>
        </w:rPr>
        <w:br/>
      </w:r>
      <w:r>
        <w:rPr>
          <w:lang w:eastAsia="zh-CN"/>
        </w:rPr>
        <w:t>　　新的一年里，我将在自己的工作岗位上更加兢兢业业，以脚踏实地工作态度，尽职尽责地做好本职工作，不断提高、完善自己的工作能力，把上级交给的各项工作做的更好。</w:t>
      </w:r>
      <w:r>
        <w:rPr>
          <w:lang w:eastAsia="zh-CN"/>
        </w:rPr>
        <w:br/>
      </w:r>
      <w:r>
        <w:rPr>
          <w:lang w:eastAsia="zh-CN"/>
        </w:rPr>
        <w:t>　　时光飞逝，弹指之间，20__年已将近尾声，透视即将过去的一年，工作的风风雨雨也时时在眼前隐现。作为一个追求进步的人，免不了在年终岁首对自己进行一番盘点，算是对自己的一种鞭策，也作为对公司及领导一个交代。特总结如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站在仓务员这个平凡的岗位，要把它做好却不是件简单的事，它在配合车间生产的同时又遵守仓库的规章制度。在物料收、发的同时更要确保数量的精准，避免少发、多发、错发的现象，还要保证物料的安全和质量问题，从而做到不浪费公司的财产。很多时候你要扮演搬运工的角色，真正要做好，你得有恒心、细心和耐心，所以说这平凡的岗位有着不平凡的使命。自己也知道肩上的责任之大、任务之重。</w:t>
      </w:r>
      <w:r>
        <w:rPr>
          <w:lang w:eastAsia="zh-CN"/>
        </w:rPr>
        <w:br/>
      </w:r>
      <w:r>
        <w:rPr>
          <w:lang w:eastAsia="zh-CN"/>
        </w:rPr>
        <w:t>　　对于工作，在外部人看来，他们可能只记得你曾经的一些污点而疏视了那些好的一面，所以关于做得好的部分，自己也很难恭维。对自己来说，在过去的几个月里，对工作一直是保持虚心进取的态度、任劳任怨、听从安排，从而也学到了不少。</w:t>
      </w:r>
      <w:r>
        <w:rPr>
          <w:lang w:eastAsia="zh-CN"/>
        </w:rPr>
        <w:br/>
      </w:r>
      <w:r>
        <w:rPr>
          <w:lang w:eastAsia="zh-CN"/>
        </w:rPr>
        <w:t>　　当然，初来乍到，难免会有些小差、小错、比如对工作还不够留心、仔细、一些单据没有审视清楚，就对外发料、还有在处理一些工作琐事方面经验不够;在工作中，同事之间的沟通、协调还有待提高，这些都是表现欠佳的方面，不过，前事之鉴，后事之师，我相信以后我会做得更好，杜绝此类事情再发生。</w:t>
      </w:r>
      <w:r>
        <w:rPr>
          <w:lang w:eastAsia="zh-CN"/>
        </w:rPr>
        <w:br/>
      </w:r>
      <w:r>
        <w:rPr>
          <w:lang w:eastAsia="zh-CN"/>
        </w:rPr>
        <w:t>　　在来年中，我要真正撑握仓库物料的进、出、存工作流程，严格执行仓库内部制度收、发。比如要有规定的领料单据和一些齐全的手续、比如执行先进先出的物料原则，定期对物料进行盘点，作到物料标示明了、清晰，使物品做到顺利周转的作用，真正做到物尽其用，人尽其才。</w:t>
      </w:r>
      <w:r>
        <w:rPr>
          <w:lang w:eastAsia="zh-CN"/>
        </w:rPr>
        <w:br/>
      </w:r>
      <w:r>
        <w:rPr>
          <w:lang w:eastAsia="zh-CN"/>
        </w:rPr>
        <w:t>　　或许要有创新，要有提升，上面的根本不够。我们还要有在工作时埋下头去忘我的工作，要能在回过头的时候对工作的每个细节进行检查、核对、总结分析。从怎样节约时间、如何提高效率，尽量使工作程序化、条理化、流水化、从而百尺竿头，更进一步。20__年是全新的一年，也是挑战的一年，我们将努力改正过去中的不足，把新的一年做得更好，为公司发展前景尽自己的一份力。</w:t>
      </w:r>
      <w:r>
        <w:rPr>
          <w:lang w:eastAsia="zh-CN"/>
        </w:rPr>
        <w:br/>
      </w:r>
      <w:r>
        <w:rPr>
          <w:lang w:eastAsia="zh-CN"/>
        </w:rPr>
        <w:t xml:space="preserve">    仓管员年度总结范文 篇10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忙碌的一年即将过去，我们将又一次迎来新的一年，在每一年的工作中，我们总结经验、也发掘不足。20____年的工作是有条不紊的。</w:t>
      </w:r>
      <w:r>
        <w:rPr>
          <w:lang w:eastAsia="zh-CN"/>
        </w:rPr>
        <w:br/>
      </w:r>
      <w:r>
        <w:rPr>
          <w:lang w:eastAsia="zh-CN"/>
        </w:rPr>
        <w:t>　　一、仓储部</w:t>
      </w:r>
      <w:r>
        <w:rPr>
          <w:lang w:eastAsia="zh-CN"/>
        </w:rPr>
        <w:br/>
      </w:r>
      <w:r>
        <w:rPr>
          <w:lang w:eastAsia="zh-CN"/>
        </w:rPr>
        <w:t>　　经历了去年的仓库搬迁，仓库工作上半年主要是货物的整理及库区的规划，经过忙碌的整理规划，在上半年已完成。仓库全年出货14919单，入库2239单。</w:t>
      </w:r>
      <w:r>
        <w:rPr>
          <w:lang w:eastAsia="zh-CN"/>
        </w:rPr>
        <w:br/>
      </w:r>
      <w:r>
        <w:rPr>
          <w:lang w:eastAsia="zh-CN"/>
        </w:rPr>
        <w:t>　　仓储部的工作环环相扣，从货物的入库、管理、出库，每一步都需要各岗位人员认真细致的把关，并对自己负责的货物安全负责。定期盘点保证物、帐、卡一致，有效地达到了帐目的透明度与准确性。仓库最近正在进行一年一度忙碌的年终盘点工作，希望各展厅、各部门给与配合，高效、高速、准确的完成。</w:t>
      </w:r>
      <w:r>
        <w:rPr>
          <w:lang w:eastAsia="zh-CN"/>
        </w:rPr>
        <w:br/>
      </w:r>
      <w:r>
        <w:rPr>
          <w:lang w:eastAsia="zh-CN"/>
        </w:rPr>
        <w:t>　　工作中还有很多不足，如仓库保管员发错货问题及仓库外联装卸工工作不积极、难于管理问题，仓库保管员招聘难度大，岗位空缺问题等。对于以上问题建议公司制定相应奖罚制度，提高员工工作热情，及工作岗位责任感，减少并逐渐杜绝发错货问题。根据公司需要适当培养外联装卸工，有选择的雇佣，建立良好的雇佣关系。配合人力资源部门做好员工招聘工作，尽量减少部门人员流动性。</w:t>
      </w:r>
      <w:r>
        <w:rPr>
          <w:lang w:eastAsia="zh-CN"/>
        </w:rPr>
        <w:br/>
      </w:r>
      <w:r>
        <w:rPr>
          <w:lang w:eastAsia="zh-CN"/>
        </w:rPr>
        <w:t>　　仓库安全一直是工作的重点，仓库三防做好才能更好的开展各项工作，仓库将一如既往的做好这项工作。</w:t>
      </w:r>
      <w:r>
        <w:rPr>
          <w:lang w:eastAsia="zh-CN"/>
        </w:rPr>
        <w:br/>
      </w:r>
      <w:r>
        <w:rPr>
          <w:lang w:eastAsia="zh-CN"/>
        </w:rPr>
        <w:t>　　二、物流部的配送工作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较去年送货效率有显著的提高，我们将一如既往的保持，并在保持高效率的同时，保证货物的安全及服务质量。物流部全年配送3658单，提货入库819单。</w:t>
      </w:r>
      <w:r>
        <w:rPr>
          <w:lang w:eastAsia="zh-CN"/>
        </w:rPr>
        <w:br/>
      </w:r>
      <w:r>
        <w:rPr>
          <w:lang w:eastAsia="zh-CN"/>
        </w:rPr>
        <w:t>　　物流采购跟单工作，也是物流部一项重要的工作，物流费用问题往年一直居高不下，为更好的控制物流费用问题，年初制定了各项运费标准，并严格遵守实施，做到运费价格透明、合理。物流采购全年发货2242单，收货：2312单。</w:t>
      </w:r>
      <w:r>
        <w:rPr>
          <w:lang w:eastAsia="zh-CN"/>
        </w:rPr>
        <w:br/>
      </w:r>
      <w:r>
        <w:rPr>
          <w:lang w:eastAsia="zh-CN"/>
        </w:rPr>
        <w:t>　　物流部的工作需要各部门互相配合才能高效率的完成，前方展厅做好售前工作，后方物流后勤工作才能正常开展，如展厅销售人员频繁更改已传递的信息单、未转销售的单据传递，造成中间环节繁琐，应有效减少不必要的中间频繁沟通环节，减少不必要的工作量而造成的失误。</w:t>
      </w:r>
      <w:r>
        <w:rPr>
          <w:lang w:eastAsia="zh-CN"/>
        </w:rPr>
        <w:br/>
      </w:r>
      <w:r>
        <w:rPr>
          <w:lang w:eastAsia="zh-CN"/>
        </w:rPr>
        <w:t>　　物流配送并不是一项简单的工作，鉴于公司货物性质属易碎、易损物品，提货及送货人员应格外小心，并对物品的完整性负责。</w:t>
      </w:r>
      <w:r>
        <w:rPr>
          <w:lang w:eastAsia="zh-CN"/>
        </w:rPr>
        <w:br/>
      </w:r>
      <w:r>
        <w:rPr>
          <w:lang w:eastAsia="zh-CN"/>
        </w:rPr>
        <w:t>　　在平时工作中，对单据的整理及存帐数据错误现象时有出现，这与物流人员平时核对与细心度不无关系。</w:t>
      </w:r>
      <w:r>
        <w:rPr>
          <w:lang w:eastAsia="zh-CN"/>
        </w:rPr>
        <w:br/>
      </w:r>
      <w:r>
        <w:rPr>
          <w:lang w:eastAsia="zh-CN"/>
        </w:rPr>
        <w:t>　　物流部车辆安全一直是工作重点，只有保证车辆的安全，才能正常的开展物流部的各项工作，配送人员应注重各自所负责车辆的日常保养维修，有问题及时解决，不留隐患。平时行车应遵守交通规则，有违章应及时处理，保证车辆正常运行、工作。</w:t>
      </w:r>
      <w:r>
        <w:rPr>
          <w:lang w:eastAsia="zh-CN"/>
        </w:rPr>
        <w:br/>
      </w:r>
      <w:r>
        <w:rPr>
          <w:lang w:eastAsia="zh-CN"/>
        </w:rPr>
        <w:t xml:space="preserve">    仓管员年度总结范文 篇11 </w:t>
      </w:r>
      <w:r>
        <w:rPr>
          <w:lang w:eastAsia="zh-CN"/>
        </w:rPr>
        <w:br/>
      </w:r>
      <w:r>
        <w:rPr>
          <w:lang w:eastAsia="zh-CN"/>
        </w:rPr>
        <w:t>　　尊敬的各位领导：</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在忙忙碌碌中送走了4年，在20__年对本人来说还是收获颇多，当然这些收获与公司领导的帮助和关心是分不开的。</w:t>
      </w:r>
      <w:r>
        <w:rPr>
          <w:lang w:eastAsia="zh-CN"/>
        </w:rPr>
        <w:br/>
      </w:r>
      <w:r>
        <w:rPr>
          <w:lang w:eastAsia="zh-CN"/>
        </w:rPr>
        <w:t>　　优秀的企业需要优秀的团队，做为这个团队的一份子，为这个团队的成长贡献自己微薄力量是自己义不容辞的责任。在到来的20__年，本人将继续以满怀的热情投入到自己的本职工作，为公司的发展贡献自己的力量。</w:t>
      </w:r>
      <w:r>
        <w:rPr>
          <w:lang w:eastAsia="zh-CN"/>
        </w:rPr>
        <w:br/>
      </w:r>
      <w:r>
        <w:rPr>
          <w:lang w:eastAsia="zh-CN"/>
        </w:rPr>
        <w:t>　　如今站在库管的职位上，感到身上的担子和责任重大，作为一个库管，在这我对库管做了以下诠释：“PE管材、PVC管材、管件等”包罗万象，客观存在，但那只是其表现形式，其实物料就是钱，物化了的钱，而仓库就是放钱的口袋。库管是仓库的管家，权力小但责任大，所以我们对材料就应该就像对待自己家的东西一样，我相信我们每个仓管都会做到的。这都是对公司利益的保障和对公司利益和形象的负责，这也是我作为一个仓管应尽的责任，我将责无旁贷。</w:t>
      </w:r>
      <w:r>
        <w:rPr>
          <w:lang w:eastAsia="zh-CN"/>
        </w:rPr>
        <w:br/>
      </w:r>
      <w:r>
        <w:rPr>
          <w:lang w:eastAsia="zh-CN"/>
        </w:rPr>
        <w:t>　　回首过去，是为了更好地面向未来。为了总结经验，发扬成绩，克服不足，现将20__年的工作做如下简要回顾和总结：</w:t>
      </w:r>
      <w:r>
        <w:rPr>
          <w:lang w:eastAsia="zh-CN"/>
        </w:rPr>
        <w:br/>
      </w:r>
      <w:r>
        <w:rPr>
          <w:lang w:eastAsia="zh-CN"/>
        </w:rPr>
        <w:t>　　1、负责仓库各种材料的入库工作。严格把好验收关、按入库要求，对入库的材料及时进行外观质量和数量检验，检验合格材料严格遵守公司入库制度及时在NC和台账上面做好入库记录。入库时手续检验不合要求不准入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2、合理做好材料出库。出库的材料由质量部检验合格，然后对所出库的材料进行配货，货物配好后方可装车，销售和转运的材料要当面和托运人员或提货人员清点清楚，出库手续须有主管领导、财务、托运人员或提货人签字确认出库。出库时手续不全不发货，特殊情况须经有关领导签批。做到以公司利益为重，爱护公司财产。</w:t>
      </w:r>
      <w:r>
        <w:rPr>
          <w:lang w:eastAsia="zh-CN"/>
        </w:rPr>
        <w:br/>
      </w:r>
      <w:r>
        <w:rPr>
          <w:lang w:eastAsia="zh-CN"/>
        </w:rPr>
        <w:t>　　3、出入库的材料要及时记录账目，对仓库材料要急时清点记录。产品状况有明确标示。一切凭有效凭证及时办理相关NC账目，不得随意操作。仓库有自己的材料保管账目。正确规范记录材料出入库及结存数量。负责定期对仓库材料盘点清仓，做到账、物、卡三者相符。积极配合财务部门做好仓库库存的盘点、盘亏的处理及调帐工作，保证库存报表的上交时间和数据的准确性，真实性。</w:t>
      </w:r>
      <w:r>
        <w:rPr>
          <w:lang w:eastAsia="zh-CN"/>
        </w:rPr>
        <w:br/>
      </w:r>
      <w:r>
        <w:rPr>
          <w:lang w:eastAsia="zh-CN"/>
        </w:rPr>
        <w:t>　　4、合理安排材料在仓库内的存放次序。PVC、PE管材合理的规划利用存放场地。安标准码放、做好标示记录，管件按产品种类、规格、等级分区堆码，不得混和乱堆，做到货物之间的墙距、垛距、灯距，以便发货通畅，保持库区的整洁。能真正掌握材料的进、出、存的工作流程，采用货位编号，做到先进先出、材料堆放整齐、摆设合理。同时也真正做到了物尽其用，人尽其才的作用。</w:t>
      </w:r>
      <w:r>
        <w:rPr>
          <w:lang w:eastAsia="zh-CN"/>
        </w:rPr>
        <w:br/>
      </w:r>
      <w:r>
        <w:rPr>
          <w:lang w:eastAsia="zh-CN"/>
        </w:rPr>
        <w:t>　　5、对库存的材料及销售材料做好安全防护，严格遵守岗们安全职责防止不安全的事故发生。做到每周一次对材料仓库及材料存放地点进安全检查和清洁工作，对仓库材料做好防晒、防火、防盗。销售出库的材料和转运的材料必须要求托运和转运的车辆做好材料防护，防止公司的财产受到损失。</w:t>
      </w:r>
      <w:r>
        <w:rPr>
          <w:lang w:eastAsia="zh-CN"/>
        </w:rPr>
        <w:br/>
      </w:r>
      <w:r>
        <w:rPr>
          <w:lang w:eastAsia="zh-CN"/>
        </w:rPr>
        <w:t>　　20__年在完成自己的工作中也存在些不足失误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在今后的工作中要不断学习提升库管的知识。使自己时刻保持一个清醒的头脑，坚持踏踏实实做人，认认真真做事，不断积累工作经验。要反思自己的工作的不足和失误，也是今后应该时刻注意和逐步改进的，使自己在普通的岗位上发挥自己光和热!</w:t>
      </w:r>
      <w:r>
        <w:rPr>
          <w:lang w:eastAsia="zh-CN"/>
        </w:rPr>
        <w:br/>
      </w:r>
      <w:r>
        <w:rPr>
          <w:lang w:eastAsia="zh-CN"/>
        </w:rPr>
        <w:t xml:space="preserve">    仓管员年度总结范文 篇12 </w:t>
      </w:r>
      <w:r>
        <w:rPr>
          <w:lang w:eastAsia="zh-CN"/>
        </w:rPr>
        <w:br/>
      </w:r>
      <w:r>
        <w:rPr>
          <w:lang w:eastAsia="zh-CN"/>
        </w:rPr>
        <w:t>　　20__年上半年的工作已经结束了，自3月份入职以来，在张总的带领下，认真努力的工作，做好自己的本职工作，在4个月的时间里，我取得了很大的进步，相信随着时间不断的推移，我在今后的工作中，一定会做的更好。不过就现在看来，我做的还不够，特别是在工作的细节方面以及执行力方面，4个月以来都做的不到位，所以我将会在今后的工作中，继续不断的努力，做好自己，做好自己的职责！为了后半年更好地完成本职工作，现将上半年的行政工作，简单小结如下：</w:t>
      </w:r>
      <w:r>
        <w:rPr>
          <w:lang w:eastAsia="zh-CN"/>
        </w:rPr>
        <w:br/>
      </w:r>
      <w:r>
        <w:rPr>
          <w:lang w:eastAsia="zh-CN"/>
        </w:rPr>
        <w:t>　　一、安全消防方面：</w:t>
      </w:r>
      <w:r>
        <w:rPr>
          <w:lang w:eastAsia="zh-CN"/>
        </w:rPr>
        <w:br/>
      </w:r>
      <w:r>
        <w:rPr>
          <w:lang w:eastAsia="zh-CN"/>
        </w:rPr>
        <w:t>　　1、“消防安全”对于公司来说是头等大事，入职以来组建了安全消防小组，完善了安全预防方案，每周对公司的消防安全进行一次全面的检查，并对检查结果进行总结，针对不合格项提出整改要求，监督整改部门落实改善，确保公司安全生产的持续性。</w:t>
      </w:r>
      <w:r>
        <w:rPr>
          <w:lang w:eastAsia="zh-CN"/>
        </w:rPr>
        <w:br/>
      </w:r>
      <w:r>
        <w:rPr>
          <w:lang w:eastAsia="zh-CN"/>
        </w:rPr>
        <w:t>　　2、保安员每日对全厂进行巡查，及时发现公司存在的安全隐患并及时处理，杜绝不安全因数的存在。特别是针对外来人员带手机火种进入车间一块，严格控制并取得了一定的效果，通过对违规人员的处罚，从而提高全体人员的安全意识。</w:t>
      </w:r>
      <w:r>
        <w:rPr>
          <w:lang w:eastAsia="zh-CN"/>
        </w:rPr>
        <w:br/>
      </w:r>
      <w:r>
        <w:rPr>
          <w:lang w:eastAsia="zh-CN"/>
        </w:rPr>
        <w:t>　　3、6月份组织了全厂的消防安全演习，让大部分员工对火灾的形成及危害有了进一步的了解，同时掌握了基本的消防技巧与技能。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4、通过规定与检查加处罚，促使全厂员工均着厂服上班，特别是车间人员均穿防静电套装上班，对公司车间的防静电工作多了一份保障。</w:t>
      </w:r>
      <w:r>
        <w:rPr>
          <w:lang w:eastAsia="zh-CN"/>
        </w:rPr>
        <w:br/>
      </w:r>
      <w:r>
        <w:rPr>
          <w:lang w:eastAsia="zh-CN"/>
        </w:rPr>
        <w:t>　　5、安全宣传栏的建立，每一期宣传栏均有安全知识宣传，让全厂员工在日常生活中了解相关的安全消防知识，提高全厂员工的认知能力，杜绝“无知便无畏”的情况发生。</w:t>
      </w:r>
      <w:r>
        <w:rPr>
          <w:lang w:eastAsia="zh-CN"/>
        </w:rPr>
        <w:br/>
      </w:r>
      <w:r>
        <w:rPr>
          <w:lang w:eastAsia="zh-CN"/>
        </w:rPr>
        <w:t>　　缺点：</w:t>
      </w:r>
      <w:r>
        <w:rPr>
          <w:lang w:eastAsia="zh-CN"/>
        </w:rPr>
        <w:br/>
      </w:r>
      <w:r>
        <w:rPr>
          <w:lang w:eastAsia="zh-CN"/>
        </w:rPr>
        <w:t>　　1、只注重了生产车间，忽略了办公室，虽然制定了办公室资源管理规定，且没落实，导致办公室存在很多安全隐患，如：晚上下班后存在未关饮水机现象、晚上23：00点后还有部分人员未离开办公室、路灯坏未及时更换等等。</w:t>
      </w:r>
      <w:r>
        <w:rPr>
          <w:lang w:eastAsia="zh-CN"/>
        </w:rPr>
        <w:br/>
      </w:r>
      <w:r>
        <w:rPr>
          <w:lang w:eastAsia="zh-CN"/>
        </w:rPr>
        <w:t>　　2、每周消防整改，有部分未完成项，未及时跟进等情况。</w:t>
      </w:r>
      <w:r>
        <w:rPr>
          <w:lang w:eastAsia="zh-CN"/>
        </w:rPr>
        <w:br/>
      </w:r>
      <w:r>
        <w:rPr>
          <w:lang w:eastAsia="zh-CN"/>
        </w:rPr>
        <w:t>　　二、企业文化方面：</w:t>
      </w:r>
      <w:r>
        <w:rPr>
          <w:lang w:eastAsia="zh-CN"/>
        </w:rPr>
        <w:br/>
      </w:r>
      <w:r>
        <w:rPr>
          <w:lang w:eastAsia="zh-CN"/>
        </w:rPr>
        <w:t>　　1、周月更新一期宣传栏，将企业每月的主要或重要事件予以公布，让每一位员工能够了解企业相关事件，进一步了解公司，认同公司。</w:t>
      </w:r>
      <w:r>
        <w:rPr>
          <w:lang w:eastAsia="zh-CN"/>
        </w:rPr>
        <w:br/>
      </w:r>
      <w:r>
        <w:rPr>
          <w:lang w:eastAsia="zh-CN"/>
        </w:rPr>
        <w:t>　　2、每月举办一次员工生日晚会，让每一位员工均能感受公司“家庭化”的管理理念，表达公司对每一位员工的关心，从而促进公司的凝聚力得提升。</w:t>
      </w:r>
      <w:r>
        <w:rPr>
          <w:lang w:eastAsia="zh-CN"/>
        </w:rPr>
        <w:br/>
      </w:r>
      <w:r>
        <w:rPr>
          <w:lang w:eastAsia="zh-CN"/>
        </w:rPr>
        <w:t>　　3、每月月度之星评比，同时在宣传栏张贴展示，从而表彰好人好事，提高工作效率，有效地激励工作业绩突出、综合表现优秀的员工。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4、组织实施厂级绩效知识竞赛活动。</w:t>
      </w:r>
      <w:r>
        <w:rPr>
          <w:lang w:eastAsia="zh-CN"/>
        </w:rPr>
        <w:br/>
      </w:r>
      <w:r>
        <w:rPr>
          <w:lang w:eastAsia="zh-CN"/>
        </w:rPr>
        <w:t>　　缺点：</w:t>
      </w:r>
      <w:r>
        <w:rPr>
          <w:lang w:eastAsia="zh-CN"/>
        </w:rPr>
        <w:br/>
      </w:r>
      <w:r>
        <w:rPr>
          <w:lang w:eastAsia="zh-CN"/>
        </w:rPr>
        <w:t>　　1、企业文化的建立停留在表面工作，未深入员工生活，忽略了员工的思想教育。</w:t>
      </w:r>
      <w:r>
        <w:rPr>
          <w:lang w:eastAsia="zh-CN"/>
        </w:rPr>
        <w:br/>
      </w:r>
      <w:r>
        <w:rPr>
          <w:lang w:eastAsia="zh-CN"/>
        </w:rPr>
        <w:t>　　2、优秀员工、好人好事表彰不够重视，宣传不到位，导致激励作用打了折扣。</w:t>
      </w:r>
      <w:r>
        <w:rPr>
          <w:lang w:eastAsia="zh-CN"/>
        </w:rPr>
        <w:br/>
      </w:r>
      <w:r>
        <w:rPr>
          <w:lang w:eastAsia="zh-CN"/>
        </w:rPr>
        <w:t>　　3、员工活动贫乏，组织的厂级活动较少。</w:t>
      </w:r>
      <w:r>
        <w:rPr>
          <w:lang w:eastAsia="zh-CN"/>
        </w:rPr>
        <w:br/>
      </w:r>
      <w:r>
        <w:rPr>
          <w:lang w:eastAsia="zh-CN"/>
        </w:rPr>
        <w:t>　　三、保安管理方面：</w:t>
      </w:r>
      <w:r>
        <w:rPr>
          <w:lang w:eastAsia="zh-CN"/>
        </w:rPr>
        <w:br/>
      </w:r>
      <w:r>
        <w:rPr>
          <w:lang w:eastAsia="zh-CN"/>
        </w:rPr>
        <w:t>　　1、完善了保安工作职责、制定了保安绩效考核表（6月份起统一使用了公司的绩效考核表），让每一位保安清晰地知道值班期间该做什么，自己的职责是什么。</w:t>
      </w:r>
      <w:r>
        <w:rPr>
          <w:lang w:eastAsia="zh-CN"/>
        </w:rPr>
        <w:br/>
      </w:r>
      <w:r>
        <w:rPr>
          <w:lang w:eastAsia="zh-CN"/>
        </w:rPr>
        <w:t>　　2、对保安进行了必要的技能培训，让每一位保安更好的工作，服务公司。</w:t>
      </w:r>
      <w:r>
        <w:rPr>
          <w:lang w:eastAsia="zh-CN"/>
        </w:rPr>
        <w:br/>
      </w:r>
      <w:r>
        <w:rPr>
          <w:lang w:eastAsia="zh-CN"/>
        </w:rPr>
        <w:t>　　3、通过不定时的抽查与检查，督促每一位保安员的工作情况，对违纪行为给予批评处罚及整改，从而提高了保安员值班期间的工作质量。</w:t>
      </w:r>
      <w:r>
        <w:rPr>
          <w:lang w:eastAsia="zh-CN"/>
        </w:rPr>
        <w:br/>
      </w:r>
      <w:r>
        <w:rPr>
          <w:lang w:eastAsia="zh-CN"/>
        </w:rPr>
        <w:t>　　4、每月进行一次保安会议，对本月的工作进行总结，找出工作中的不足之处及困难，及时给予改正、指导、帮助，促进保安工作的完善。</w:t>
      </w:r>
      <w:r>
        <w:rPr>
          <w:lang w:eastAsia="zh-CN"/>
        </w:rPr>
        <w:br/>
      </w:r>
      <w:r>
        <w:rPr>
          <w:lang w:eastAsia="zh-CN"/>
        </w:rPr>
        <w:t>　　缺点：</w:t>
      </w:r>
      <w:r>
        <w:rPr>
          <w:lang w:eastAsia="zh-CN"/>
        </w:rPr>
        <w:br/>
      </w:r>
      <w:r>
        <w:rPr>
          <w:lang w:eastAsia="zh-CN"/>
        </w:rPr>
        <w:t>　　1、有时对保安员的督促工作有所放松，导致部分工作不到位的情况时有发生；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2、对保安员提出的一些问题或建议未给予重视。</w:t>
      </w:r>
      <w:r>
        <w:rPr>
          <w:lang w:eastAsia="zh-CN"/>
        </w:rPr>
        <w:br/>
      </w:r>
      <w:r>
        <w:rPr>
          <w:lang w:eastAsia="zh-CN"/>
        </w:rPr>
        <w:t>　　四、后勤保障工作方面：</w:t>
      </w:r>
      <w:r>
        <w:rPr>
          <w:lang w:eastAsia="zh-CN"/>
        </w:rPr>
        <w:br/>
      </w:r>
      <w:r>
        <w:rPr>
          <w:lang w:eastAsia="zh-CN"/>
        </w:rPr>
        <w:t>　　1、饭堂：多次与原饭堂进行沟通，要求其整改达到公司员工就餐要求，因协商未果，及饭堂对整改失去信心，最终更换新的饭堂合作商，从而达到改善员工就餐质量的目的。缺点：跟换饭堂后，新饭堂并未能解决改善就餐质量的问题，经几次整改还是有很大差距。希望最新的整改方案能彻底改善员工就餐问题。</w:t>
      </w:r>
      <w:r>
        <w:rPr>
          <w:lang w:eastAsia="zh-CN"/>
        </w:rPr>
        <w:br/>
      </w:r>
      <w:r>
        <w:rPr>
          <w:lang w:eastAsia="zh-CN"/>
        </w:rPr>
        <w:t>　　2、宿舍：现在宿舍存在管理混乱、住宿条件差等情况，至今未进行改善。希望通过7月份的一系列整改措施，能改变现状，提高员工住宿环境。</w:t>
      </w:r>
      <w:r>
        <w:rPr>
          <w:lang w:eastAsia="zh-CN"/>
        </w:rPr>
        <w:br/>
      </w:r>
      <w:r>
        <w:rPr>
          <w:lang w:eastAsia="zh-CN"/>
        </w:rPr>
        <w:t>　　（包括增添宿舍毛巾架、增加风扇、实施5s评比等）</w:t>
      </w:r>
      <w:r>
        <w:rPr>
          <w:lang w:eastAsia="zh-CN"/>
        </w:rPr>
        <w:br/>
      </w:r>
      <w:r>
        <w:rPr>
          <w:lang w:eastAsia="zh-CN"/>
        </w:rPr>
        <w:t>　　3、落实跟进公司改造工程的实施与验收。</w:t>
      </w:r>
      <w:r>
        <w:rPr>
          <w:lang w:eastAsia="zh-CN"/>
        </w:rPr>
        <w:br/>
      </w:r>
      <w:r>
        <w:rPr>
          <w:lang w:eastAsia="zh-CN"/>
        </w:rPr>
        <w:t>　　（包括仓库货架、宿舍粉刷、消防工程改造、加装窗帘等等）</w:t>
      </w:r>
      <w:r>
        <w:rPr>
          <w:lang w:eastAsia="zh-CN"/>
        </w:rPr>
        <w:br/>
      </w:r>
      <w:r>
        <w:rPr>
          <w:lang w:eastAsia="zh-CN"/>
        </w:rPr>
        <w:t>　　4、日常行政后勤事务跟进，尽行政部最大能力去服务公司，服务各部门。</w:t>
      </w:r>
      <w:r>
        <w:rPr>
          <w:lang w:eastAsia="zh-CN"/>
        </w:rPr>
        <w:br/>
      </w:r>
      <w:r>
        <w:rPr>
          <w:lang w:eastAsia="zh-CN"/>
        </w:rPr>
        <w:t>　　五、劳资纠纷方面：</w:t>
      </w:r>
      <w:r>
        <w:rPr>
          <w:lang w:eastAsia="zh-CN"/>
        </w:rPr>
        <w:br/>
      </w:r>
      <w:r>
        <w:rPr>
          <w:lang w:eastAsia="zh-CN"/>
        </w:rPr>
        <w:t>　　1、通过3、4月份二次劳动纠纷的处理，发现公司关于用工风险方面存在一些漏洞，根据《劳动法》及《劳动争议调解仲裁法》拟定了劳动用工风险规避流程。</w:t>
      </w:r>
      <w:r>
        <w:rPr>
          <w:lang w:eastAsia="zh-CN"/>
        </w:rPr>
        <w:br/>
      </w:r>
      <w:r>
        <w:rPr>
          <w:lang w:eastAsia="zh-CN"/>
        </w:rPr>
        <w:t>　　2、缺点：劳动用工风险规避流程实施还不完善。</w:t>
      </w:r>
      <w:r>
        <w:rPr>
          <w:lang w:eastAsia="zh-CN"/>
        </w:rPr>
        <w:br/>
      </w:r>
      <w:r>
        <w:rPr>
          <w:lang w:eastAsia="zh-CN"/>
        </w:rPr>
        <w:t>　　一、日常的行政管理下半年度将从一下几方面努力：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1加强行政管理部门对员工晤谈力度。分析上半年日常工作中有不少员工辞职的现象，决定在下半年的日常工作中要加大对公司员工晤谈的力度，内容主要放在员工升迁、调动、离职、学习、调薪，工作考核或其他因私因公出现思想波动时进行。平时行政部也要做到有针对性地与员工进行工作晤谈，并对每次晤谈进行文字记录，晤谈掌握的信息必要时及时与员工所在部门经理或负责人进行反馈，以便根据员工思想状况有针对性的做好工作。</w:t>
      </w:r>
      <w:r>
        <w:rPr>
          <w:lang w:eastAsia="zh-CN"/>
        </w:rPr>
        <w:br/>
      </w:r>
      <w:r>
        <w:rPr>
          <w:lang w:eastAsia="zh-CN"/>
        </w:rPr>
        <w:t>　　2完善并严格执行考核机制。未经相应部门负责人、行政部签字的请假条一律无效，如需请假必须提前到行政部领取请假条并签字生效放算做请假，否则一律按照矿工处理，如有特殊情况必须事后补假，否则按照矿工处理。行政部将每天进行核查，做到查无遗漏，执行必果。</w:t>
      </w:r>
      <w:r>
        <w:rPr>
          <w:lang w:eastAsia="zh-CN"/>
        </w:rPr>
        <w:br/>
      </w:r>
      <w:r>
        <w:rPr>
          <w:lang w:eastAsia="zh-CN"/>
        </w:rPr>
        <w:t>　　3签到考核机制监督实施。每天所有办公室人员必须按照规定上下班时间签到签退，禁止代签、忘签，行政部每天统计签到签退情况，用以严格考核工资</w:t>
      </w:r>
      <w:r>
        <w:rPr>
          <w:lang w:eastAsia="zh-CN"/>
        </w:rPr>
        <w:br/>
      </w:r>
      <w:r>
        <w:rPr>
          <w:lang w:eastAsia="zh-CN"/>
        </w:rPr>
        <w:t>　　4强化办公室办公环境卫生管理。一个好的办公环境不仅是一个企业形象的体现，更重要的是它可以形象员工的工作心情，一个好的办公环境能给人带来愉悦的心情。所以行政部在下班年的工作中会把卫生管理和考核作为重中之重管理。同时在考核工资中也会重点体现。</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5一楼展厅值班及卫生环境管理。一楼展厅是公司库存的表现，是公司实力的体现方法之一，其环境更不容忽视。一楼展厅共分为三个部门：机床产品展厅、配件产品展厅以及焊接设备产品展厅。因此这三部门的环境卫生由相应的销售部门负责安排，行政部做到监督检查工作，对环境卫生不合格者予以警告并强制实施改进，同时对所在部门的卫生考核实施扣分处理。</w:t>
      </w:r>
      <w:r>
        <w:rPr>
          <w:lang w:eastAsia="zh-CN"/>
        </w:rPr>
        <w:br/>
      </w:r>
      <w:r>
        <w:rPr>
          <w:lang w:eastAsia="zh-CN"/>
        </w:rPr>
        <w:t>　　6制定和完善公司奖惩制度。努力提升自身的管理水平，逐步摸索完善相关制度。</w:t>
      </w:r>
      <w:r>
        <w:rPr>
          <w:lang w:eastAsia="zh-CN"/>
        </w:rPr>
        <w:br/>
      </w:r>
      <w:r>
        <w:rPr>
          <w:lang w:eastAsia="zh-CN"/>
        </w:rPr>
        <w:t>　　二、后勤管理</w:t>
      </w:r>
      <w:r>
        <w:rPr>
          <w:lang w:eastAsia="zh-CN"/>
        </w:rPr>
        <w:br/>
      </w:r>
      <w:r>
        <w:rPr>
          <w:lang w:eastAsia="zh-CN"/>
        </w:rPr>
        <w:t>　　1宿舍管理</w:t>
      </w:r>
      <w:r>
        <w:rPr>
          <w:lang w:eastAsia="zh-CN"/>
        </w:rPr>
        <w:br/>
      </w:r>
      <w:r>
        <w:rPr>
          <w:lang w:eastAsia="zh-CN"/>
        </w:rPr>
        <w:t>　　新员工入职后必须通过行政人员安排后，方可入住宿舍。在7月份重新入住公司人员必须到行政部做登记。</w:t>
      </w:r>
      <w:r>
        <w:rPr>
          <w:lang w:eastAsia="zh-CN"/>
        </w:rPr>
        <w:br/>
      </w:r>
      <w:r>
        <w:rPr>
          <w:lang w:eastAsia="zh-CN"/>
        </w:rPr>
        <w:t>　　住宿人员不得私自留宿非本公司人员，如有特殊情况，需报经公司行政部管理人员同意，并安排住宿后入住。</w:t>
      </w:r>
      <w:r>
        <w:rPr>
          <w:lang w:eastAsia="zh-CN"/>
        </w:rPr>
        <w:br/>
      </w:r>
      <w:r>
        <w:rPr>
          <w:lang w:eastAsia="zh-CN"/>
        </w:rPr>
        <w:t>　　每天由行政部考核负责人检查是否关闭点电源、宿舍卫生情况，发现问题立即处理。</w:t>
      </w:r>
      <w:r>
        <w:rPr>
          <w:lang w:eastAsia="zh-CN"/>
        </w:rPr>
        <w:br/>
      </w:r>
      <w:r>
        <w:rPr>
          <w:lang w:eastAsia="zh-CN"/>
        </w:rPr>
        <w:t>　　三、人员招聘</w:t>
      </w:r>
      <w:r>
        <w:rPr>
          <w:lang w:eastAsia="zh-CN"/>
        </w:rPr>
        <w:br/>
      </w:r>
      <w:r>
        <w:rPr>
          <w:lang w:eastAsia="zh-CN"/>
        </w:rPr>
        <w:t>　　1合理控制公司人员流动比率，是行政部门的基本性工作之一。行政部按照既定的组织架构和各部门个职位分析来招聘人才来满足公司的运营需求，也就是说尽可能地节约人力成本，使人尽其才，才尽其用，并保证组织能高效的运转是行政部的配置原则，所以在全力达成目标过程中，行政部对各部门的人力需求进行必要的分析与控制。</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2根据考核标准判定人员合格与否，不合格者行政部有权劝退或勒令辞退。在人情与制度中，制度战胜人情，行政部可以利用相应的职权对不履行公司的规章制度给公司造成重大损失或者不接受考核或者多次批评仍然不完成考核的人员予以辞退。</w:t>
      </w:r>
      <w:r>
        <w:rPr>
          <w:lang w:eastAsia="zh-CN"/>
        </w:rPr>
        <w:br/>
      </w:r>
      <w:r>
        <w:rPr>
          <w:lang w:eastAsia="zh-CN"/>
        </w:rPr>
        <w:t>　　3员工培训工作的顺利开展。当公司有新员工加入需要培训时，由行政助理协助总经理安排新员工培训工作，同时当老员工有培训计划时，行政助理要积极配合总经理安排培训日程。保障培训工作顺利开展。</w:t>
      </w:r>
      <w:r>
        <w:rPr>
          <w:lang w:eastAsia="zh-CN"/>
        </w:rPr>
        <w:br/>
      </w:r>
      <w:r>
        <w:rPr>
          <w:lang w:eastAsia="zh-CN"/>
        </w:rPr>
        <w:t>　　四、行政部门自我完善</w:t>
      </w:r>
      <w:r>
        <w:rPr>
          <w:lang w:eastAsia="zh-CN"/>
        </w:rPr>
        <w:br/>
      </w:r>
      <w:r>
        <w:rPr>
          <w:lang w:eastAsia="zh-CN"/>
        </w:rPr>
        <w:t>　　1完善部门组长职能，充分发挥组织职能，提升行政部的存在感。</w:t>
      </w:r>
      <w:r>
        <w:rPr>
          <w:lang w:eastAsia="zh-CN"/>
        </w:rPr>
        <w:br/>
      </w:r>
      <w:r>
        <w:rPr>
          <w:lang w:eastAsia="zh-CN"/>
        </w:rPr>
        <w:t>　　2完善部门人员配备，在行政需要增加人手的情况下，招聘贤才，使得行政工作高效、有序的完成。</w:t>
      </w:r>
      <w:r>
        <w:rPr>
          <w:lang w:eastAsia="zh-CN"/>
        </w:rPr>
        <w:br/>
      </w:r>
      <w:r>
        <w:rPr>
          <w:lang w:eastAsia="zh-CN"/>
        </w:rPr>
        <w:t>　　3提高部门工作质量要求，分工明确、责任到个人，充分体现行政每一位员工的职能和存在价值。做到及时发现问题、分析问题、解决问题。</w:t>
      </w:r>
      <w:r>
        <w:rPr>
          <w:lang w:eastAsia="zh-CN"/>
        </w:rPr>
        <w:br/>
      </w:r>
      <w:r>
        <w:rPr>
          <w:lang w:eastAsia="zh-CN"/>
        </w:rPr>
        <w:t xml:space="preserve">    仓管员年度总结范文 篇13 </w:t>
      </w:r>
      <w:r>
        <w:rPr>
          <w:lang w:eastAsia="zh-CN"/>
        </w:rPr>
        <w:br/>
      </w:r>
      <w:r>
        <w:rPr>
          <w:lang w:eastAsia="zh-CN"/>
        </w:rPr>
        <w:t>　　时光飞逝。转眼间，就要过去了。在这段时间的工作中，我也学到了很多知识，这让我觉得如果我想把每件事都做好，我必须成功，只要我努力学习！作为一名仓库管理员，我非常清楚自己的岗位职责，并严格遵守。初，工作总结如下：</w:t>
      </w:r>
      <w:r>
        <w:rPr>
          <w:lang w:eastAsia="zh-CN"/>
        </w:rPr>
        <w:br/>
      </w:r>
      <w:r>
        <w:rPr>
          <w:lang w:eastAsia="zh-CN"/>
        </w:rPr>
        <w:t>　　1、负责仓库内各种产品容器及配件的入库、出库及日常卫生。</w:t>
      </w:r>
      <w:r>
        <w:rPr>
          <w:lang w:eastAsia="zh-CN"/>
        </w:rPr>
        <w:br/>
      </w:r>
      <w:r>
        <w:rPr>
          <w:lang w:eastAsia="zh-CN"/>
        </w:rPr>
        <w:t>　　2、每月定期检查仓库材料，确保数据和材料一致。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3、严格执行材料的质量和数量验收。根据合同或订单的要求，立即对到货材料的.外观质量和数量进行检查，并做好记录。发现问题及时报告，及时整改。</w:t>
      </w:r>
      <w:r>
        <w:rPr>
          <w:lang w:eastAsia="zh-CN"/>
        </w:rPr>
        <w:br/>
      </w:r>
      <w:r>
        <w:rPr>
          <w:lang w:eastAsia="zh-CN"/>
        </w:rPr>
        <w:t>　　4、协助车间材料员发放容器，严格执行材料发放管理规定，敢于坚持原则，确保材料数据的准确性。坚持“先进先出”的原则。</w:t>
      </w:r>
      <w:r>
        <w:rPr>
          <w:lang w:eastAsia="zh-CN"/>
        </w:rPr>
        <w:br/>
      </w:r>
      <w:r>
        <w:rPr>
          <w:lang w:eastAsia="zh-CN"/>
        </w:rPr>
        <w:t>　　5、制造进出仓库的材料。正确记录材料的进、出、入库情况，对仓库进行不定期检查，完成上级领导交办的任务，协调供应商退货。</w:t>
      </w:r>
      <w:r>
        <w:rPr>
          <w:lang w:eastAsia="zh-CN"/>
        </w:rPr>
        <w:br/>
      </w:r>
      <w:r>
        <w:rPr>
          <w:lang w:eastAsia="zh-CN"/>
        </w:rPr>
        <w:t>　　6、我们可以严格要求自己的工作，因此我们应该做好仓库管理、货物进出操作、日常储存和仓库清洁，管理库存数量，防止不必要的损失，并有效利用库存区域的面积。</w:t>
      </w:r>
      <w:r>
        <w:rPr>
          <w:lang w:eastAsia="zh-CN"/>
        </w:rPr>
        <w:br/>
      </w:r>
      <w:r>
        <w:rPr>
          <w:lang w:eastAsia="zh-CN"/>
        </w:rPr>
        <w:t>　　7、仓库工作量大，易积尘，每天打扫仓库，清扫地面，坚持卫生。创建一个干净的仓库，并在良好卫生的工作环境中工作。</w:t>
      </w:r>
      <w:r>
        <w:rPr>
          <w:lang w:eastAsia="zh-CN"/>
        </w:rPr>
        <w:br/>
      </w:r>
      <w:r>
        <w:rPr>
          <w:lang w:eastAsia="zh-CN"/>
        </w:rPr>
        <w:t>　　8、加强仓库管理，注意仓库产品的防潮防火。</w:t>
      </w:r>
      <w:r>
        <w:rPr>
          <w:lang w:eastAsia="zh-CN"/>
        </w:rPr>
        <w:br/>
      </w:r>
      <w:r>
        <w:rPr>
          <w:lang w:eastAsia="zh-CN"/>
        </w:rPr>
        <w:t>　　我的工作每天都有很多问题。我发现问题并在第一时间解决它们。我加强了仓储和物流相关知识的学习，但我仍然缺乏这些知识。我想我可以通过工作和学习取得更大的进步。</w:t>
      </w:r>
      <w:r>
        <w:rPr>
          <w:lang w:eastAsia="zh-CN"/>
        </w:rPr>
        <w:br/>
      </w:r>
      <w:r>
        <w:rPr>
          <w:lang w:eastAsia="zh-CN"/>
        </w:rPr>
        <w:t>　　总之，过去一年我们做了一些工作，取得了一些成绩，但这些成绩只能代表过去。我的工作也有一些不足之处。在新的一年里，我必须继续努力，尽我最大的努力。请批评和纠正公司领导。</w:t>
      </w:r>
      <w:r>
        <w:rPr>
          <w:lang w:eastAsia="zh-CN"/>
        </w:rPr>
        <w:br/>
      </w:r>
      <w:r>
        <w:rPr>
          <w:lang w:eastAsia="zh-CN"/>
        </w:rPr>
        <w:t>　　祝愿：公司业务蒸蒸日上，财源广进！</w:t>
      </w:r>
      <w:r>
        <w:rPr>
          <w:lang w:eastAsia="zh-CN"/>
        </w:rPr>
        <w:br/>
      </w:r>
      <w:r>
        <w:rPr>
          <w:lang w:eastAsia="zh-CN"/>
        </w:rPr>
        <w:t xml:space="preserve">    仓管员年度总结范文 篇14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回首今年的工作，有与同事的联手攻关艰辛，也有遇到困难和挫折的惆怅，时间过得飞快，不知不觉中，充满希望的一年伴随着新年伊始而即将来临。</w:t>
      </w:r>
      <w:r>
        <w:rPr>
          <w:lang w:eastAsia="zh-CN"/>
        </w:rPr>
        <w:br/>
      </w:r>
      <w:r>
        <w:rPr>
          <w:lang w:eastAsia="zh-CN"/>
        </w:rPr>
        <w:t>　　现就本年度相关工作作出如下总结：</w:t>
      </w:r>
      <w:r>
        <w:rPr>
          <w:lang w:eastAsia="zh-CN"/>
        </w:rPr>
        <w:br/>
      </w:r>
      <w:r>
        <w:rPr>
          <w:lang w:eastAsia="zh-CN"/>
        </w:rPr>
        <w:t>　　一、虚心学习</w:t>
      </w:r>
      <w:r>
        <w:rPr>
          <w:lang w:eastAsia="zh-CN"/>
        </w:rPr>
        <w:br/>
      </w:r>
      <w:r>
        <w:rPr>
          <w:lang w:eastAsia="zh-CN"/>
        </w:rPr>
        <w:t>　　在最短时间内熟悉自己所管物料的规格以及所属供应商的区分，尽快熟悉公司内部的操作流程。</w:t>
      </w:r>
      <w:r>
        <w:rPr>
          <w:lang w:eastAsia="zh-CN"/>
        </w:rPr>
        <w:br/>
      </w:r>
      <w:r>
        <w:rPr>
          <w:lang w:eastAsia="zh-CN"/>
        </w:rPr>
        <w:t>　　二、心系本职工作，落实工作责任制</w:t>
      </w:r>
      <w:r>
        <w:rPr>
          <w:lang w:eastAsia="zh-CN"/>
        </w:rPr>
        <w:br/>
      </w:r>
      <w:r>
        <w:rPr>
          <w:lang w:eastAsia="zh-CN"/>
        </w:rPr>
        <w:t>　　努力配合各部门完成的入库和出库工作，争取更加完善仓库管理制度，对于本人工作中的失职勇于承担责任，并杜绝再次出现类似失职事件的发生。</w:t>
      </w:r>
      <w:r>
        <w:rPr>
          <w:lang w:eastAsia="zh-CN"/>
        </w:rPr>
        <w:br/>
      </w:r>
      <w:r>
        <w:rPr>
          <w:lang w:eastAsia="zh-CN"/>
        </w:rPr>
        <w:t>　　三、加强检查仓库内部的安全设施</w:t>
      </w:r>
      <w:r>
        <w:rPr>
          <w:lang w:eastAsia="zh-CN"/>
        </w:rPr>
        <w:br/>
      </w:r>
      <w:r>
        <w:rPr>
          <w:lang w:eastAsia="zh-CN"/>
        </w:rPr>
        <w:t>　　确保所管的物料的防尘、防潮以及防盗工作，每天对当天进出物料进行抽盘，确保常用物料的账目与实物的准确率达到95%以上。</w:t>
      </w:r>
      <w:r>
        <w:rPr>
          <w:lang w:eastAsia="zh-CN"/>
        </w:rPr>
        <w:br/>
      </w:r>
      <w:r>
        <w:rPr>
          <w:lang w:eastAsia="zh-CN"/>
        </w:rPr>
        <w:t>　　四、总的看来还有存在不足的地方，亟待我们去解决的问题，主要表现在以下方面：</w:t>
      </w:r>
      <w:r>
        <w:rPr>
          <w:lang w:eastAsia="zh-CN"/>
        </w:rPr>
        <w:br/>
      </w:r>
      <w:r>
        <w:rPr>
          <w:lang w:eastAsia="zh-CN"/>
        </w:rPr>
        <w:t>　　1、仓库收发料区大门，时常处于敞开状态，原材料仓内置为良品、不良品以及报废料的放置区，来料未经检验，可列为不明状态物料，若将其放置于材料仓不太妥当。</w:t>
      </w:r>
      <w:r>
        <w:rPr>
          <w:lang w:eastAsia="zh-CN"/>
        </w:rPr>
        <w:br/>
      </w:r>
      <w:r>
        <w:rPr>
          <w:lang w:eastAsia="zh-CN"/>
        </w:rPr>
        <w:t>　　2、仓库办公室为仓管人员办公之地，非仓库人员却随意进出仓库办公室，还曾出现办公文具被损坏现象。</w:t>
      </w:r>
      <w:r>
        <w:rPr>
          <w:lang w:eastAsia="zh-CN"/>
        </w:rPr>
        <w:br/>
      </w:r>
      <w:r>
        <w:rPr>
          <w:lang w:eastAsia="zh-CN"/>
        </w:rPr>
        <w:t>　　3、材料仓非仓库人员随意进出，让人感觉就像菜市场一样，完全无视仓管员的存在，若送货员搬货进仓都有仓管员随行。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4、账目管理混乱，每月对物料进行抽盘，实物与系统账目的准确率几乎为20__</w:t>
      </w:r>
      <w:r>
        <w:rPr>
          <w:lang w:eastAsia="zh-CN"/>
        </w:rPr>
        <w:br/>
      </w:r>
      <w:r>
        <w:rPr>
          <w:lang w:eastAsia="zh-CN"/>
        </w:rPr>
        <w:t>　　5、库存样机全部裸机入库，导致业务出货为了寻找合适包材大量浪费时间。</w:t>
      </w:r>
      <w:r>
        <w:rPr>
          <w:lang w:eastAsia="zh-CN"/>
        </w:rPr>
        <w:br/>
      </w:r>
      <w:r>
        <w:rPr>
          <w:lang w:eastAsia="zh-CN"/>
        </w:rPr>
        <w:t>　　五、下一步打算</w:t>
      </w:r>
      <w:r>
        <w:rPr>
          <w:lang w:eastAsia="zh-CN"/>
        </w:rPr>
        <w:br/>
      </w:r>
      <w:r>
        <w:rPr>
          <w:lang w:eastAsia="zh-CN"/>
        </w:rPr>
        <w:t>　　针对本年中存在的不足，为了更加完善管理制度，做好新一年的工作突出，作出以下几个方面。</w:t>
      </w:r>
      <w:r>
        <w:rPr>
          <w:lang w:eastAsia="zh-CN"/>
        </w:rPr>
        <w:br/>
      </w:r>
      <w:r>
        <w:rPr>
          <w:lang w:eastAsia="zh-CN"/>
        </w:rPr>
        <w:t>　　1、严格执行仓库管理制度，禁止非仓库人员随意进入仓库。</w:t>
      </w:r>
      <w:r>
        <w:rPr>
          <w:lang w:eastAsia="zh-CN"/>
        </w:rPr>
        <w:br/>
      </w:r>
      <w:r>
        <w:rPr>
          <w:lang w:eastAsia="zh-CN"/>
        </w:rPr>
        <w:t>　　2、加强仓库物料账目管理。</w:t>
      </w:r>
      <w:r>
        <w:rPr>
          <w:lang w:eastAsia="zh-CN"/>
        </w:rPr>
        <w:br/>
      </w:r>
      <w:r>
        <w:rPr>
          <w:lang w:eastAsia="zh-CN"/>
        </w:rPr>
        <w:t>　　3、库存样机必须配包材入库，节省仓库和业务的工作时间。</w:t>
      </w:r>
      <w:r>
        <w:rPr>
          <w:lang w:eastAsia="zh-CN"/>
        </w:rPr>
        <w:br/>
      </w:r>
      <w:r>
        <w:rPr>
          <w:lang w:eastAsia="zh-CN"/>
        </w:rPr>
        <w:t>　　4、系统内存在一个物料多种编码的情况，对于不使用的物料编码进行删除整改。</w:t>
      </w:r>
      <w:r>
        <w:rPr>
          <w:lang w:eastAsia="zh-CN"/>
        </w:rPr>
        <w:br/>
      </w:r>
      <w:r>
        <w:rPr>
          <w:lang w:eastAsia="zh-CN"/>
        </w:rPr>
        <w:t>　　5、库内呆滞料和报废品过多，大量占用库存且不美观，及时处理增加空间利用率。</w:t>
      </w:r>
      <w:r>
        <w:rPr>
          <w:lang w:eastAsia="zh-CN"/>
        </w:rPr>
        <w:br/>
      </w:r>
      <w:r>
        <w:rPr>
          <w:lang w:eastAsia="zh-CN"/>
        </w:rPr>
        <w:t>　　6、财务应加大对仓库数据的监控。</w:t>
      </w:r>
      <w:r>
        <w:rPr>
          <w:lang w:eastAsia="zh-CN"/>
        </w:rPr>
        <w:br/>
      </w:r>
      <w:r>
        <w:rPr>
          <w:lang w:eastAsia="zh-CN"/>
        </w:rPr>
        <w:t>　　六、个人认为给予改善的相关方面</w:t>
      </w:r>
      <w:r>
        <w:rPr>
          <w:lang w:eastAsia="zh-CN"/>
        </w:rPr>
        <w:br/>
      </w:r>
      <w:r>
        <w:rPr>
          <w:lang w:eastAsia="zh-CN"/>
        </w:rPr>
        <w:t>　　1、生产退料过于频繁，导致有时仓库办公室人满为患。</w:t>
      </w:r>
      <w:r>
        <w:rPr>
          <w:lang w:eastAsia="zh-CN"/>
        </w:rPr>
        <w:br/>
      </w:r>
      <w:r>
        <w:rPr>
          <w:lang w:eastAsia="zh-CN"/>
        </w:rPr>
        <w:t>　　建议在生产部购置针式打印机一台，打好单据后到仓库退料或者领料：除了急需出货的物料，其他物料一天退料2次。</w:t>
      </w:r>
      <w:r>
        <w:rPr>
          <w:lang w:eastAsia="zh-CN"/>
        </w:rPr>
        <w:br/>
      </w:r>
      <w:r>
        <w:rPr>
          <w:lang w:eastAsia="zh-CN"/>
        </w:rPr>
        <w:t>　　2、生产退料不写生产任务订单号</w:t>
      </w:r>
      <w:r>
        <w:rPr>
          <w:lang w:eastAsia="zh-CN"/>
        </w:rPr>
        <w:br/>
      </w:r>
      <w:r>
        <w:rPr>
          <w:lang w:eastAsia="zh-CN"/>
        </w:rPr>
        <w:t>　　建议生产退料必须写明该物料的所属订单号。</w:t>
      </w:r>
      <w:r>
        <w:rPr>
          <w:lang w:eastAsia="zh-CN"/>
        </w:rPr>
        <w:br/>
      </w:r>
      <w:r>
        <w:rPr>
          <w:lang w:eastAsia="zh-CN"/>
        </w:rPr>
        <w:t>　　3、生产领料实物编码和数量与单据上的物料编码和数量不一致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建议生产任务订单领料必须由PMC开出的生产领料单并有PMC签字的单据方可发料，若一个BOM的同类物料有多种编码，必须有工程下发的更改通知单。</w:t>
      </w:r>
      <w:r>
        <w:rPr>
          <w:lang w:eastAsia="zh-CN"/>
        </w:rPr>
        <w:br/>
      </w:r>
      <w:r>
        <w:rPr>
          <w:lang w:eastAsia="zh-CN"/>
        </w:rPr>
        <w:t>　　4、生产领料和业务发货、采购到料无计划生产当天要使用的物料，PMC应提前4个小时打出领料单给仓管员备料并把物料放置发料区;业务当天需要发的货物必须在当天生成发货计划表通知仓库和生产部，计划表必须包含发货时间，精确到分。采购必须提前一天告知仓库当天到料计划和数量，便于仓库安排存储空间。</w:t>
      </w:r>
      <w:r>
        <w:rPr>
          <w:lang w:eastAsia="zh-CN"/>
        </w:rPr>
        <w:br/>
      </w:r>
      <w:r>
        <w:rPr>
          <w:lang w:eastAsia="zh-CN"/>
        </w:rPr>
        <w:t>　　5、成品往往是先出库后入库，成品机入库单无相关人员签字。</w:t>
      </w:r>
      <w:r>
        <w:rPr>
          <w:lang w:eastAsia="zh-CN"/>
        </w:rPr>
        <w:br/>
      </w:r>
      <w:r>
        <w:rPr>
          <w:lang w:eastAsia="zh-CN"/>
        </w:rPr>
        <w:t>　　成品必须先入库再出库，否则财务无法预算成本。生产根据发货计划表的发货时间提前入库，入库单必须有生产主管、PMC以及品质检验员签字方可生效，仓管员确认手续齐全到生产部确认入库数量以及产品规格，根据由财务审核的出库单将货物交给发货员。</w:t>
      </w:r>
      <w:r>
        <w:rPr>
          <w:lang w:eastAsia="zh-CN"/>
        </w:rPr>
        <w:br/>
      </w:r>
      <w:r>
        <w:rPr>
          <w:lang w:eastAsia="zh-CN"/>
        </w:rPr>
        <w:t>　　6、调拨单的含义的误解。</w:t>
      </w:r>
      <w:r>
        <w:rPr>
          <w:lang w:eastAsia="zh-CN"/>
        </w:rPr>
        <w:br/>
      </w:r>
      <w:r>
        <w:rPr>
          <w:lang w:eastAsia="zh-CN"/>
        </w:rPr>
        <w:t>　　调拨单的作用分为仓库与仓库之间的调拨和仓位与仓位之间的调拨，而不是部门之间的调拨。对于目前生产领用不算调拨，调拨出良品，调拨回不良品完全不符合调拨单的根本使用意义。</w:t>
      </w:r>
      <w:r>
        <w:rPr>
          <w:lang w:eastAsia="zh-CN"/>
        </w:rPr>
        <w:br/>
      </w:r>
      <w:r>
        <w:rPr>
          <w:lang w:eastAsia="zh-CN"/>
        </w:rPr>
        <w:t>　　建议取消部门之间的调拨单，生产订单领料超领必须有生产主管和PMC以及财务签字方可生效，品质领料采取领料单而非调拨单，且该单据有品质主管签字，业务领取样品机必须有销售样品领取单，且有业务经理签字。</w:t>
      </w:r>
      <w:r>
        <w:rPr>
          <w:lang w:eastAsia="zh-CN"/>
        </w:rPr>
        <w:br/>
      </w:r>
      <w:r>
        <w:rPr>
          <w:lang w:eastAsia="zh-CN"/>
        </w:rPr>
        <w:t>　　7、责任制度不到位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生产超领以及业务样品借料有多少未归还仓库是由财务成本会计核算，生产任务单下发多少，欠料多少，订单成品入库多少应由PMC进行跟踪，采购订单物料到货多少，退货多少以及补退货多少应由采购进行跟踪。目前我司要求以上都由仓管员跟踪完全属于责任过度。仓管员的职责是凭单领料，凭单发料，保管物料的外在品质以及物料的物帐卡一致。</w:t>
      </w:r>
      <w:r>
        <w:rPr>
          <w:lang w:eastAsia="zh-CN"/>
        </w:rPr>
        <w:br/>
      </w:r>
      <w:r>
        <w:rPr>
          <w:lang w:eastAsia="zh-CN"/>
        </w:rPr>
        <w:t>　　8、业务样机领取频繁</w:t>
      </w:r>
      <w:r>
        <w:rPr>
          <w:lang w:eastAsia="zh-CN"/>
        </w:rPr>
        <w:br/>
      </w:r>
      <w:r>
        <w:rPr>
          <w:lang w:eastAsia="zh-CN"/>
        </w:rPr>
        <w:t>　　样机很多是一种机子一天领出或者归还多次，业务回复业务部没有专门放置样品的柜子，建议业务部购买几个样品展柜，一则避免样机领取频繁，二则便于客户参观。</w:t>
      </w:r>
      <w:r>
        <w:rPr>
          <w:lang w:eastAsia="zh-CN"/>
        </w:rPr>
        <w:br/>
      </w:r>
      <w:r>
        <w:rPr>
          <w:lang w:eastAsia="zh-CN"/>
        </w:rPr>
        <w:t>　　9、先入库后检验这个完全不符合正规流程</w:t>
      </w:r>
      <w:r>
        <w:rPr>
          <w:lang w:eastAsia="zh-CN"/>
        </w:rPr>
        <w:br/>
      </w:r>
      <w:r>
        <w:rPr>
          <w:lang w:eastAsia="zh-CN"/>
        </w:rPr>
        <w:t>　　正规系统都有品质部这个模块，品质检验后系统会自动入库，仓管员再根据系统入库单打出纸质单据，作为入库依据交由财务。</w:t>
      </w:r>
      <w:r>
        <w:rPr>
          <w:lang w:eastAsia="zh-CN"/>
        </w:rPr>
        <w:br/>
      </w:r>
      <w:r>
        <w:rPr>
          <w:lang w:eastAsia="zh-CN"/>
        </w:rPr>
        <w:t>　　10、相关整体流程</w:t>
      </w:r>
      <w:r>
        <w:rPr>
          <w:lang w:eastAsia="zh-CN"/>
        </w:rPr>
        <w:br/>
      </w:r>
      <w:r>
        <w:rPr>
          <w:lang w:eastAsia="zh-CN"/>
        </w:rPr>
        <w:t>　　材料入库流程：供应商/快递送货&amp;仓管员确认采购订单号、规格型号以及数量、物料编码&amp;仓管员在系统品质模块进行来料登记填写&amp;品质收到送检信息后到待检区检验送检物料&amp;检验完毕(合格和特采系统会自动入库并生成入库单，拒收直接退货)&amp;仓管员根据入库单打出纸质单据并将检验好的物料入仓归位。</w:t>
      </w:r>
      <w:r>
        <w:rPr>
          <w:lang w:eastAsia="zh-CN"/>
        </w:rPr>
        <w:br/>
      </w:r>
      <w:r>
        <w:rPr>
          <w:lang w:eastAsia="zh-CN"/>
        </w:rPr>
        <w:t>　　生产领料流程：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9"/>
          <w:cols w:space="425"/>
          <w:titlePg w:val="0"/>
          <w:docGrid w:type="lines" w:linePitch="312"/>
        </w:sectPr>
      </w:pPr>
      <w:r>
        <w:rPr>
          <w:lang w:eastAsia="zh-CN"/>
        </w:rPr>
        <w:t>　　1、生产任务单领料：PMC提前4小时打出生产任务领料单交由仓管员把物料放置于仓库发料区内&amp;领料人根据领料单确认物料规格以及物料编码、数量&amp;确认无误后签字并领走。</w:t>
      </w:r>
      <w:r>
        <w:rPr>
          <w:lang w:eastAsia="zh-CN"/>
        </w:rPr>
        <w:br/>
      </w:r>
      <w:r>
        <w:rPr>
          <w:lang w:eastAsia="zh-CN"/>
        </w:rPr>
        <w:t>　　2、非正常领料：领料人打出领料单&amp;部门主管、PMC签字&amp;仓库备料(备料时间至少5分钟)&amp;领料员确认物料规格以及物料编码、数量&amp;确认无误后签字并领走。</w:t>
      </w:r>
      <w:r>
        <w:rPr>
          <w:lang w:eastAsia="zh-CN"/>
        </w:rPr>
        <w:br/>
      </w:r>
      <w:r>
        <w:rPr>
          <w:lang w:eastAsia="zh-CN"/>
        </w:rPr>
        <w:t>　　3、生产超领：生产打出超领单&amp;PMC、成本会计签字&amp;仓库备料&amp;领料人员确认物料规格以及物料编码、数量&amp;确认无误后签字并领走。</w:t>
      </w:r>
      <w:r>
        <w:rPr>
          <w:lang w:eastAsia="zh-CN"/>
        </w:rPr>
        <w:br/>
      </w:r>
      <w:r>
        <w:rPr>
          <w:lang w:eastAsia="zh-CN"/>
        </w:rPr>
        <w:t>　　生产退料流程：生产整理出需退仓物料&amp;在品质模块填写送检登记&amp;品质确认状态&amp;品质开出检验报告(检验报告必须包含物料规格以及编码、供应商)&amp;PMC和部门主管签字&amp;仓库确认签字。</w:t>
      </w:r>
      <w:r>
        <w:rPr>
          <w:lang w:eastAsia="zh-CN"/>
        </w:rPr>
        <w:br/>
      </w:r>
      <w:r>
        <w:rPr>
          <w:lang w:eastAsia="zh-CN"/>
        </w:rPr>
        <w:t>　　产成品或者半成品入库流程：生产开出入库单&amp;在系统品质模块填写生产成品送检登记表&amp;品质检验开出出货报告并签字&amp;PMC和部门主管签字&amp;仓管员确认数量，规格以及外箱标识是否齐全&amp;确认无误签字。</w:t>
      </w:r>
      <w:r>
        <w:rPr>
          <w:lang w:eastAsia="zh-CN"/>
        </w:rPr>
        <w:br/>
      </w:r>
      <w:r>
        <w:rPr>
          <w:lang w:eastAsia="zh-CN"/>
        </w:rPr>
        <w:t>　　产成品出货流程：发货员开具销售出库单&amp;财务审核并签字&amp;仓管确认手续齐全将货物交由发货员&amp;发货员确认产品型号以及数量并签字。</w:t>
      </w:r>
      <w:r>
        <w:rPr>
          <w:lang w:eastAsia="zh-CN"/>
        </w:rPr>
        <w:br/>
      </w:r>
      <w:r>
        <w:rPr>
          <w:lang w:eastAsia="zh-CN"/>
        </w:rPr>
        <w:t>　　销售退货流程：客户退货&amp;业务文员确认退货型号以及数量&amp;开具销售退货单&amp;财务审核并签字&amp;业务文员携销售退货单以及客退品交给仓库&amp;仓库确认型号和数量签字。</w:t>
      </w:r>
      <w:r>
        <w:rPr>
          <w:lang w:eastAsia="zh-CN"/>
        </w:rPr>
        <w:br/>
      </w:r>
      <w:r>
        <w:rPr>
          <w:lang w:eastAsia="zh-CN"/>
        </w:rPr>
        <w:t>　　11、呆滞料处理方法</w:t>
      </w:r>
      <w:r>
        <w:rPr>
          <w:lang w:eastAsia="zh-CN"/>
        </w:rPr>
        <w:br/>
      </w:r>
      <w:r>
        <w:rPr>
          <w:lang w:eastAsia="zh-CN"/>
        </w:rPr>
        <w:t>　　(1)工程确认能用于公司其他产品的物料优先使用。</w:t>
      </w:r>
      <w:r>
        <w:rPr>
          <w:lang w:eastAsia="zh-CN"/>
        </w:rPr>
        <w:br/>
      </w:r>
    </w:p>
    <w:p w:rsidR="001B1F19" w14:textId="27C3F48A">
      <w:pPr>
        <w:rPr>
          <w:rFonts w:hint="eastAsia"/>
          <w:lang w:eastAsia="zh-CN"/>
        </w:rPr>
      </w:pPr>
      <w:r>
        <w:rPr>
          <w:lang w:eastAsia="zh-CN"/>
        </w:rPr>
        <w:t>　　(2)对于市场上存在价值且我司无法使用的物料，进行与其他公司或者供应商进行换料或者折价出售</w:t>
      </w:r>
      <w:r>
        <w:rPr>
          <w:lang w:eastAsia="zh-CN"/>
        </w:rPr>
        <w:br/>
      </w:r>
      <w:r>
        <w:rPr>
          <w:lang w:eastAsia="zh-CN"/>
        </w:rPr>
        <w:t>　　(3)对于市场上无法回收的物料进行就地报废。</w:t>
      </w:r>
      <w:r>
        <w:rPr>
          <w:lang w:eastAsia="zh-CN"/>
        </w:rPr>
        <w:br/>
      </w:r>
      <w:r>
        <w:rPr>
          <w:lang w:eastAsia="zh-CN"/>
        </w:rPr>
        <w:t>　　(4)呆滞料放的时间长不但不会增值只会贬值，且大大占用空间利用率，且其外箱灰尘过多，给客户参观带来不美观的视觉，并非库存过多就证明生意越好，相反，库存越多，越体现出公司的周转率低，公司效益的不好。</w:t>
      </w:r>
      <w:r>
        <w:rPr>
          <w:lang w:eastAsia="zh-CN"/>
        </w:rPr>
        <w:br/>
      </w:r>
      <w:r>
        <w:rPr>
          <w:lang w:eastAsia="zh-CN"/>
        </w:rPr>
        <w:t>　　12、注意事项：</w:t>
      </w:r>
      <w:r>
        <w:rPr>
          <w:lang w:eastAsia="zh-CN"/>
        </w:rPr>
        <w:br/>
      </w:r>
      <w:r>
        <w:rPr>
          <w:lang w:eastAsia="zh-CN"/>
        </w:rPr>
        <w:t>　　个人系统账号密码属于隐私，除持有者知道外任何人不得知晓，防止他人栽赃，若持有人自己泄露，造成的后果由持有人承担。</w:t>
      </w:r>
      <w:r>
        <w:rPr>
          <w:lang w:eastAsia="zh-CN"/>
        </w:rPr>
        <w:br/>
      </w:r>
      <w:r>
        <w:rPr>
          <w:lang w:eastAsia="zh-CN"/>
        </w:rPr>
        <w:t xml:space="preserve">    仓管员年度总结范文 篇15 </w:t>
      </w:r>
      <w:r>
        <w:rPr>
          <w:lang w:eastAsia="zh-CN"/>
        </w:rPr>
        <w:br/>
      </w:r>
      <w:r>
        <w:rPr>
          <w:lang w:eastAsia="zh-CN"/>
        </w:rPr>
        <w:t>　　合理做好材料出库。出库的材料由质量部检验合格，然后对所出库的材料进行配货，货物配好后方可装车，销售和转运的材料要当面和托运人员或提货人员清点清楚，出库手续须有主管领导、财务、托运人员或提货人签字确认出库。出库时手续不全不发货，特殊情况须经有关领导签批。做到以公司利益为重，爱护公司财产。</w:t>
      </w:r>
      <w:r>
        <w:rPr>
          <w:lang w:eastAsia="zh-CN"/>
        </w:rPr>
        <w:br/>
      </w:r>
      <w:r>
        <w:rPr>
          <w:lang w:eastAsia="zh-CN"/>
        </w:rPr>
        <w:t>　　出入库的材料要及时记录账目，对仓库材料要急时清点记录。产品状况有明确标示。一切凭有效凭证及时办理相关NC账目，不得随意操作。仓库有自己的材料保管账目。正确规范记录材料出入库及结存数量。负责定期对仓库材料盘点清仓，做到账、物、卡三者相符。积极配合财务部门做好仓库库存的盘点、盘亏的处理及调帐工作，保证库存报表的上交时间和数据的准确性，真实性。</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https://d.book118.com/247051133006006054</w:t>
        </w:r>
      </w:hyperlink>
    </w:p>
    <w:p w:rsidR="001B1F19">
      <w:pPr>
        <w:rPr>
          <w:rFonts w:hint="eastAsia"/>
          <w:lang w:eastAsia="zh-CN"/>
        </w:rPr>
      </w:pPr>
    </w:p>
    <w:sectPr>
      <w:type w:val="nextPage"/>
      <w:pgSz w:w="11906" w:h="16838"/>
      <w:pgMar w:top="1440" w:right="1800" w:bottom="1440" w:left="1800" w:header="851" w:footer="992" w:gutter="0"/>
      <w:pgNumType w:start="4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247051133006006054"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56</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