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小学音乐教学计划书（34篇）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4.九月初进行红领巾社团的招募工作，九月中旬红领巾社团启动。(包括人员的设定、人员的挑选、人数的安排等，教师都要严格筛选。)</w:t>
      </w:r>
      <w:r>
        <w:rPr>
          <w:lang w:eastAsia="zh-CN"/>
        </w:rPr>
        <w:br/>
      </w:r>
      <w:r>
        <w:rPr>
          <w:lang w:eastAsia="zh-CN"/>
        </w:rPr>
        <w:t>　　5.积极参加备课组教学设计的(乡镇安置帮教工作计划)学习并进行研讨。</w:t>
      </w:r>
      <w:r>
        <w:rPr>
          <w:lang w:eastAsia="zh-CN"/>
        </w:rPr>
        <w:br/>
      </w:r>
      <w:r>
        <w:rPr>
          <w:lang w:eastAsia="zh-CN"/>
        </w:rPr>
        <w:t>　　6.上传课改平台案例。</w:t>
      </w:r>
      <w:r>
        <w:rPr>
          <w:lang w:eastAsia="zh-CN"/>
        </w:rPr>
        <w:br/>
      </w:r>
      <w:r>
        <w:rPr>
          <w:lang w:eastAsia="zh-CN"/>
        </w:rPr>
        <w:t>　　十月：</w:t>
      </w:r>
      <w:r>
        <w:rPr>
          <w:lang w:eastAsia="zh-CN"/>
        </w:rPr>
        <w:br/>
      </w:r>
      <w:r>
        <w:rPr>
          <w:lang w:eastAsia="zh-CN"/>
        </w:rPr>
        <w:t>　　1.结合学校开展的爱国自强文化节进行合唱比赛的准备工作，并上交活动方案。利用音乐课为各班进行排练。</w:t>
      </w:r>
      <w:r>
        <w:rPr>
          <w:lang w:eastAsia="zh-CN"/>
        </w:rPr>
        <w:br/>
      </w:r>
      <w:r>
        <w:rPr>
          <w:lang w:eastAsia="zh-CN"/>
        </w:rPr>
        <w:t>　　2. 积极参加学校组织的教学分析会活动。</w:t>
      </w:r>
      <w:r>
        <w:rPr>
          <w:lang w:eastAsia="zh-CN"/>
        </w:rPr>
        <w:br/>
      </w:r>
      <w:r>
        <w:rPr>
          <w:lang w:eastAsia="zh-CN"/>
        </w:rPr>
        <w:t>　　3.继续上好每周二的音乐社团工作。</w:t>
      </w:r>
      <w:r>
        <w:rPr>
          <w:lang w:eastAsia="zh-CN"/>
        </w:rPr>
        <w:br/>
      </w:r>
      <w:r>
        <w:rPr>
          <w:lang w:eastAsia="zh-CN"/>
        </w:rPr>
        <w:t>　　十一月。</w:t>
      </w:r>
      <w:r>
        <w:rPr>
          <w:lang w:eastAsia="zh-CN"/>
        </w:rPr>
        <w:br/>
      </w:r>
      <w:r>
        <w:rPr>
          <w:lang w:eastAsia="zh-CN"/>
        </w:rPr>
        <w:t>　　1. 对红领巾社团的开展工作进行小结，对活动中的一些问题扬长避短，争取在短时间内取得较好的效果。使一些有音乐特长的孩子崭露头角，教师提供展示平台。</w:t>
      </w:r>
      <w:r>
        <w:rPr>
          <w:lang w:eastAsia="zh-CN"/>
        </w:rPr>
        <w:br/>
      </w:r>
      <w:r>
        <w:rPr>
          <w:lang w:eastAsia="zh-CN"/>
        </w:rPr>
        <w:t>　　2.积极参加教学设计及展示工作。</w:t>
      </w:r>
      <w:r>
        <w:rPr>
          <w:lang w:eastAsia="zh-CN"/>
        </w:rPr>
        <w:br/>
      </w:r>
      <w:r>
        <w:rPr>
          <w:lang w:eastAsia="zh-CN"/>
        </w:rPr>
        <w:t>　　3、协助学校开展科技文化节活动</w:t>
      </w:r>
      <w:r>
        <w:rPr>
          <w:lang w:eastAsia="zh-CN"/>
        </w:rPr>
        <w:br/>
      </w:r>
      <w:r>
        <w:rPr>
          <w:lang w:eastAsia="zh-CN"/>
        </w:rPr>
        <w:t>　　4.继续做好社团工作。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十二月：</w:t>
      </w:r>
      <w:r>
        <w:rPr>
          <w:lang w:eastAsia="zh-CN"/>
        </w:rPr>
        <w:br/>
      </w:r>
      <w:r>
        <w:rPr>
          <w:lang w:eastAsia="zh-CN"/>
        </w:rPr>
        <w:t>　　1、任课教师制定期末复习计划学科检测方案。包括歌曲的选定，音乐知识的检查等。</w:t>
      </w:r>
      <w:r>
        <w:rPr>
          <w:lang w:eastAsia="zh-CN"/>
        </w:rPr>
        <w:br/>
      </w:r>
      <w:r>
        <w:rPr>
          <w:lang w:eastAsia="zh-CN"/>
        </w:rPr>
        <w:t>　　2、积极准备红领巾社团的展示活动。</w:t>
      </w:r>
      <w:r>
        <w:rPr>
          <w:lang w:eastAsia="zh-CN"/>
        </w:rPr>
        <w:br/>
      </w:r>
      <w:r>
        <w:rPr>
          <w:lang w:eastAsia="zh-CN"/>
        </w:rPr>
        <w:t>　　一月：</w:t>
      </w:r>
      <w:r>
        <w:rPr>
          <w:lang w:eastAsia="zh-CN"/>
        </w:rPr>
        <w:br/>
      </w:r>
      <w:r>
        <w:rPr>
          <w:lang w:eastAsia="zh-CN"/>
        </w:rPr>
        <w:t>　　1、科任学科做好期末随堂检测工作，填好《小学生综合质量手册》</w:t>
      </w:r>
      <w:r>
        <w:rPr>
          <w:lang w:eastAsia="zh-CN"/>
        </w:rPr>
        <w:br/>
      </w:r>
      <w:r>
        <w:rPr>
          <w:lang w:eastAsia="zh-CN"/>
        </w:rPr>
        <w:t>　　四、常规工作：</w:t>
      </w:r>
      <w:r>
        <w:rPr>
          <w:lang w:eastAsia="zh-CN"/>
        </w:rPr>
        <w:br/>
      </w:r>
      <w:r>
        <w:rPr>
          <w:lang w:eastAsia="zh-CN"/>
        </w:rPr>
        <w:t>　　1.每月一次全体会</w:t>
      </w:r>
      <w:r>
        <w:rPr>
          <w:lang w:eastAsia="zh-CN"/>
        </w:rPr>
        <w:br/>
      </w:r>
      <w:r>
        <w:rPr>
          <w:lang w:eastAsia="zh-CN"/>
        </w:rPr>
        <w:t>　　2.向丰台教委信息网及__市课程网分别提交1份教育教学反思、案例或论文</w:t>
      </w:r>
      <w:r>
        <w:rPr>
          <w:lang w:eastAsia="zh-CN"/>
        </w:rPr>
        <w:br/>
      </w:r>
      <w:r>
        <w:rPr>
          <w:lang w:eastAsia="zh-CN"/>
        </w:rPr>
        <w:t xml:space="preserve">    小学音乐教学计划书 篇7 </w:t>
      </w:r>
      <w:r>
        <w:rPr>
          <w:lang w:eastAsia="zh-CN"/>
        </w:rPr>
        <w:br/>
      </w:r>
      <w:r>
        <w:rPr>
          <w:lang w:eastAsia="zh-CN"/>
        </w:rPr>
        <w:t>　　一、学生基本情况分析：</w:t>
      </w:r>
      <w:r>
        <w:rPr>
          <w:lang w:eastAsia="zh-CN"/>
        </w:rPr>
        <w:br/>
      </w:r>
      <w:r>
        <w:rPr>
          <w:lang w:eastAsia="zh-CN"/>
        </w:rPr>
        <w:t>　　五年级学生生活范围和认知领域进一步发展，体验、感受与探索创造的活动能力增强，但音乐欣赏课还是缺乏耐心的倾听，学生最喜欢律动与音乐活动，在这两方面表现非常。乐谱知识的学习部分学生仍不是很感兴趣。在今后在学习中，应加强对这些学生的培养，利用生动活泼、富于艺术魅力的形式，鼓励他们参与到音乐活动中，以此来激发、培养、发展他们的兴趣。</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五年级第九册的音乐教学内容人为八个单元：朝夕、农家乐、足迹、可爱的家、故乡、欢乐的少年、雨花、冬雪。这八个单元包括了人文、地理、风景等各方面的内容，使学生能全面地体会到不同的审美意识。这学期的教学主要以唱歌为主，同时结合欣赏、乐理知识。在此基础上能进行歌曲创编与同伴之间的合作。</w:t>
      </w:r>
      <w:r>
        <w:rPr>
          <w:lang w:eastAsia="zh-CN"/>
        </w:rPr>
        <w:br/>
      </w:r>
      <w:r>
        <w:rPr>
          <w:lang w:eastAsia="zh-CN"/>
        </w:rPr>
        <w:t>　　三、教材的三维目标：</w:t>
      </w:r>
      <w:r>
        <w:rPr>
          <w:lang w:eastAsia="zh-CN"/>
        </w:rPr>
        <w:br/>
      </w:r>
      <w:r>
        <w:rPr>
          <w:lang w:eastAsia="zh-CN"/>
        </w:rPr>
        <w:t>　　1、知识与技能</w:t>
      </w:r>
      <w:r>
        <w:rPr>
          <w:lang w:eastAsia="zh-CN"/>
        </w:rPr>
        <w:br/>
      </w:r>
      <w:r>
        <w:rPr>
          <w:lang w:eastAsia="zh-CN"/>
        </w:rPr>
        <w:t>　　1、通过音乐教学，使学生基本上能掌握教材所规定的乐理知识，视谱，视唱能力有较大的提高。</w:t>
      </w:r>
      <w:r>
        <w:rPr>
          <w:lang w:eastAsia="zh-CN"/>
        </w:rPr>
        <w:br/>
      </w:r>
      <w:r>
        <w:rPr>
          <w:lang w:eastAsia="zh-CN"/>
        </w:rPr>
        <w:t>　　2、通过学习能正确的完美的表现歌曲，理解、欣赏曲目的主要内容。</w:t>
      </w:r>
      <w:r>
        <w:rPr>
          <w:lang w:eastAsia="zh-CN"/>
        </w:rPr>
        <w:br/>
      </w:r>
      <w:r>
        <w:rPr>
          <w:lang w:eastAsia="zh-CN"/>
        </w:rPr>
        <w:t>　　2、过程与方法</w:t>
      </w:r>
      <w:r>
        <w:rPr>
          <w:lang w:eastAsia="zh-CN"/>
        </w:rPr>
        <w:br/>
      </w:r>
      <w:r>
        <w:rPr>
          <w:lang w:eastAsia="zh-CN"/>
        </w:rPr>
        <w:t>　　①学生通过学习歌曲，学会用正确的口形，呼吸及连音、断音的演唱方法演唱，掌握一定的音乐技巧，使学生具有认识简单乐谱的能力。</w:t>
      </w:r>
      <w:r>
        <w:rPr>
          <w:lang w:eastAsia="zh-CN"/>
        </w:rPr>
        <w:br/>
      </w:r>
      <w:r>
        <w:rPr>
          <w:lang w:eastAsia="zh-CN"/>
        </w:rPr>
        <w:t>　　②通过欣赏，了解几种常见的演奏形式，培养学生对音乐的速度，力度，节奏、节拍、音色、音区的感知能力，培养他们的音乐想象力和联想能力，从而培养学生形成健康的审美情操。</w:t>
      </w:r>
      <w:r>
        <w:rPr>
          <w:lang w:eastAsia="zh-CN"/>
        </w:rPr>
        <w:br/>
      </w:r>
      <w:r>
        <w:rPr>
          <w:lang w:eastAsia="zh-CN"/>
        </w:rPr>
        <w:t>　　3、情感态度与价值观</w:t>
      </w:r>
      <w:r>
        <w:rPr>
          <w:lang w:eastAsia="zh-CN"/>
        </w:rPr>
        <w:br/>
      </w:r>
      <w:r>
        <w:rPr>
          <w:lang w:eastAsia="zh-CN"/>
        </w:rPr>
        <w:t>　　1、通过音乐教学，突出其学科的特点，激发学生热爱祖国的真挚情感，培养学生合作意识和乐观向上的生活态度，使他们成为有理想，有道德，有文化，有纪律的全面发展的新人。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2、基本上能掌握教材规定的简单的乐理知识和简单的音乐技能，通过学习能掌握教材规定的简单的乐理知识和音乐技能，能完整的演唱歌曲。</w:t>
      </w:r>
      <w:r>
        <w:rPr>
          <w:lang w:eastAsia="zh-CN"/>
        </w:rPr>
        <w:br/>
      </w:r>
      <w:r>
        <w:rPr>
          <w:lang w:eastAsia="zh-CN"/>
        </w:rPr>
        <w:t>　　四、教材的重难点：</w:t>
      </w:r>
      <w:r>
        <w:rPr>
          <w:lang w:eastAsia="zh-CN"/>
        </w:rPr>
        <w:br/>
      </w:r>
      <w:r>
        <w:rPr>
          <w:lang w:eastAsia="zh-CN"/>
        </w:rPr>
        <w:t>　　教学重点：演唱歌曲，歌曲表演，听赏。</w:t>
      </w:r>
      <w:r>
        <w:rPr>
          <w:lang w:eastAsia="zh-CN"/>
        </w:rPr>
        <w:br/>
      </w:r>
      <w:r>
        <w:rPr>
          <w:lang w:eastAsia="zh-CN"/>
        </w:rPr>
        <w:t>　　教学难点：感受各种拍子的特点，欣赏能力，审美情操的培养。</w:t>
      </w:r>
      <w:r>
        <w:rPr>
          <w:lang w:eastAsia="zh-CN"/>
        </w:rPr>
        <w:br/>
      </w:r>
      <w:r>
        <w:rPr>
          <w:lang w:eastAsia="zh-CN"/>
        </w:rPr>
        <w:t>　　五、教学措施：</w:t>
      </w:r>
      <w:r>
        <w:rPr>
          <w:lang w:eastAsia="zh-CN"/>
        </w:rPr>
        <w:br/>
      </w:r>
      <w:r>
        <w:rPr>
          <w:lang w:eastAsia="zh-CN"/>
        </w:rPr>
        <w:t>　　1、认真备课，认真学习音乐教学大纲，全面了解本学期的教学任务，备教材、备学生、备教法，教学目标}重难点突出。</w:t>
      </w:r>
      <w:r>
        <w:rPr>
          <w:lang w:eastAsia="zh-CN"/>
        </w:rPr>
        <w:br/>
      </w:r>
      <w:r>
        <w:rPr>
          <w:lang w:eastAsia="zh-CN"/>
        </w:rPr>
        <w:t>　　2、认真上课，课堂是老师完成教学任务的主要阵地，提高课堂教学质量是完成教学任务的主要手段，课堂教学力求思路清晰，结构严谨，符合学生的认识规律，教学生动形象，激发学生的学习兴趣，让孩子们听起来津津有味，学而不厌。</w:t>
      </w:r>
      <w:r>
        <w:rPr>
          <w:lang w:eastAsia="zh-CN"/>
        </w:rPr>
        <w:br/>
      </w:r>
      <w:r>
        <w:rPr>
          <w:lang w:eastAsia="zh-CN"/>
        </w:rPr>
        <w:t>　　3、积极参加组里的教研活动，多听同行老师的课，吸取他们的长处，不断提高自己的业务和教学能力。</w:t>
      </w:r>
      <w:r>
        <w:rPr>
          <w:lang w:eastAsia="zh-CN"/>
        </w:rPr>
        <w:br/>
      </w:r>
      <w:r>
        <w:rPr>
          <w:lang w:eastAsia="zh-CN"/>
        </w:rPr>
        <w:t>　　4、积极大胆地使用现代化的电教设备，加大教学容量，提高课堂教学效果。</w:t>
      </w:r>
      <w:r>
        <w:rPr>
          <w:lang w:eastAsia="zh-CN"/>
        </w:rPr>
        <w:br/>
      </w:r>
      <w:r>
        <w:rPr>
          <w:lang w:eastAsia="zh-CN"/>
        </w:rPr>
        <w:t>　　5、密切联系学生，经常征求学生对老师的意见，不断改进教法，提高教学效果，争取大面积的丰收。</w:t>
      </w:r>
      <w:r>
        <w:rPr>
          <w:lang w:eastAsia="zh-CN"/>
        </w:rPr>
        <w:br/>
      </w:r>
      <w:r>
        <w:rPr>
          <w:lang w:eastAsia="zh-CN"/>
        </w:rPr>
        <w:t xml:space="preserve">    小学音乐教学计划书 篇8 </w:t>
      </w:r>
      <w:r>
        <w:rPr>
          <w:lang w:eastAsia="zh-CN"/>
        </w:rPr>
        <w:br/>
      </w:r>
      <w:r>
        <w:rPr>
          <w:lang w:eastAsia="zh-CN"/>
        </w:rPr>
        <w:t>　　一、学生基本情况分析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年级的小朋友刚刚从幼儿园上来，对音乐知识的掌握、乐谱的识别、欣赏能力的鉴别还比较陌生。学生的音乐习惯没能养成也，没有统一，但这些孩子热爱生活、热爱音乐，多数学生有较强的乐感，有一定的审美能力，基本能跟着音乐的节奏边舞边唱，有较浓厚的学习兴趣。</w:t>
      </w:r>
      <w:r>
        <w:rPr>
          <w:lang w:eastAsia="zh-CN"/>
        </w:rPr>
        <w:br/>
      </w:r>
      <w:r>
        <w:rPr>
          <w:lang w:eastAsia="zh-CN"/>
        </w:rPr>
        <w:t>　　小学低年级学生爱唱、爱跳、爱动，对音乐有着一定的兴趣。但由于年龄小、组织纪律性较差，学生的音乐素质存在个别差异，对学生应用欣赏的眼光看待，让他们在鼓励和赞扬声中不断增强学习音乐的兴趣。</w:t>
      </w:r>
      <w:r>
        <w:rPr>
          <w:lang w:eastAsia="zh-CN"/>
        </w:rPr>
        <w:br/>
      </w:r>
      <w:r>
        <w:rPr>
          <w:lang w:eastAsia="zh-CN"/>
        </w:rPr>
        <w:t>　　二、教材分析：</w:t>
      </w:r>
      <w:r>
        <w:rPr>
          <w:lang w:eastAsia="zh-CN"/>
        </w:rPr>
        <w:br/>
      </w:r>
      <w:r>
        <w:rPr>
          <w:lang w:eastAsia="zh-CN"/>
        </w:rPr>
        <w:t>　　本册教材采用新的理念、新的呈现方式、新的教学机制、新的评价体系，凸现了“以学为本”的教学思想，根据小学低年级学生心理特点，从教材内容与色彩都采用趣味化，鼓励和启发学生去学习。降低了音乐知识的学习难点，发挥了音乐教学的创新优势，在呈现上，给师生留出足够自由想象和随意发挥的空间。</w:t>
      </w:r>
      <w:r>
        <w:rPr>
          <w:lang w:eastAsia="zh-CN"/>
        </w:rPr>
        <w:br/>
      </w:r>
      <w:r>
        <w:rPr>
          <w:lang w:eastAsia="zh-CN"/>
        </w:rPr>
        <w:t>　　本册共分十个单元主题：《好朋友》、《快乐的一天》、《祖国您好》、《可爱的动物》、《静静的夜》、《爱劳动》、《小精灵》、《小小音乐家》、《游戏》、《过新年》，每个主题单元都包括聆听曲目和表演曲目。</w:t>
      </w:r>
      <w:r>
        <w:rPr>
          <w:lang w:eastAsia="zh-CN"/>
        </w:rPr>
        <w:br/>
      </w:r>
      <w:r>
        <w:rPr>
          <w:lang w:eastAsia="zh-CN"/>
        </w:rPr>
        <w:t>　　三、教学目标：</w:t>
      </w:r>
      <w:r>
        <w:rPr>
          <w:lang w:eastAsia="zh-CN"/>
        </w:rPr>
        <w:br/>
      </w:r>
      <w:r>
        <w:rPr>
          <w:lang w:eastAsia="zh-CN"/>
        </w:rPr>
        <w:t>　　1、体验踏上人生第一起跑线的新鲜感和幸福感，喜欢音乐老师，喜欢音乐课，体验音乐课带来的快乐，在生动活泼的音乐中，体验声音世界的丰富多彩，感受活泼、欢快的情绪，由好奇而产生对音乐课更浓的兴趣。在活动中显现出探索的精神与合作的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2、能认识课本中几种学习音乐的标志。通过“动”初步培养学生节奏感、韵律感以及合作意识。</w:t>
      </w:r>
      <w:r>
        <w:rPr>
          <w:lang w:eastAsia="zh-CN"/>
        </w:rPr>
        <w:br/>
      </w:r>
      <w:r>
        <w:rPr>
          <w:lang w:eastAsia="zh-CN"/>
        </w:rPr>
        <w:t>　　3、乐于参与歌表演、音乐游戏、律动等生动活泼的音乐学习活动，并能以音乐的方式与教师和同学交往，充分展示自己积极进取和团结友爱的美好感情核对音乐的爱好。并能用身体语言更好地表现音乐情绪。</w:t>
      </w:r>
      <w:r>
        <w:rPr>
          <w:lang w:eastAsia="zh-CN"/>
        </w:rPr>
        <w:br/>
      </w:r>
      <w:r>
        <w:rPr>
          <w:lang w:eastAsia="zh-CN"/>
        </w:rPr>
        <w:t>　　4、用自然的声音演唱歌曲。演唱时能注意表现不同节拍的特点，能区别并使用柔和、连贯与顿挫、跳跃等不同的演唱方法，演唱的表现力有所增强，通过演唱和游戏活动初步感受节奏的长短变化，感受合作的乐趣。通过不同类型歌曲的演唱，培养学生爱祖国、爱集体、爱生活的情感。</w:t>
      </w:r>
      <w:r>
        <w:rPr>
          <w:lang w:eastAsia="zh-CN"/>
        </w:rPr>
        <w:br/>
      </w:r>
      <w:r>
        <w:rPr>
          <w:lang w:eastAsia="zh-CN"/>
        </w:rPr>
        <w:t>　　5、在听唱动的活动中感受童年学习与生活的快乐和劳动的乐趣，能显现积极乐观、健康向上的生活态度，在音乐活动中表达对生活的热爱之情。</w:t>
      </w:r>
      <w:r>
        <w:rPr>
          <w:lang w:eastAsia="zh-CN"/>
        </w:rPr>
        <w:br/>
      </w:r>
      <w:r>
        <w:rPr>
          <w:lang w:eastAsia="zh-CN"/>
        </w:rPr>
        <w:t>　　6、能注意集中的聆听音乐，对音响世界有探索的兴趣，初步了解民族打击乐器及我国的鼓文化，能听辨课堂提供的音乐。用线条、色彩表现自己对声音特点的感觉，尝试用歌声、体态语言、乐器等表现音乐的情绪。尝试制作简单的打击乐器。</w:t>
      </w:r>
      <w:r>
        <w:rPr>
          <w:lang w:eastAsia="zh-CN"/>
        </w:rPr>
        <w:br/>
      </w:r>
      <w:r>
        <w:rPr>
          <w:lang w:eastAsia="zh-CN"/>
        </w:rPr>
        <w:t>　　7、通过“听”让学生感受不同音乐形象和音乐风格，让孩子们从小体验音乐活动的丰富性和完整性，把音乐课变成学生们乐于投入的生动活泼的活动。</w:t>
      </w:r>
      <w:r>
        <w:rPr>
          <w:lang w:eastAsia="zh-CN"/>
        </w:rPr>
        <w:br/>
      </w:r>
      <w:r>
        <w:rPr>
          <w:lang w:eastAsia="zh-CN"/>
        </w:rPr>
        <w:t>　　四、教学重难点：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重点：培养学生养成良好的音乐习惯，例如听到音乐会做好课前准备，听到节奏会安静等</w:t>
      </w:r>
      <w:r>
        <w:rPr>
          <w:lang w:eastAsia="zh-CN"/>
        </w:rPr>
        <w:br/>
      </w:r>
      <w:r>
        <w:rPr>
          <w:lang w:eastAsia="zh-CN"/>
        </w:rPr>
        <w:t>　　难点：从培养学生兴趣入手，着重培养学生的音乐能力，使学生具备基本的音乐能力。</w:t>
      </w:r>
      <w:r>
        <w:rPr>
          <w:lang w:eastAsia="zh-CN"/>
        </w:rPr>
        <w:br/>
      </w:r>
      <w:r>
        <w:rPr>
          <w:lang w:eastAsia="zh-CN"/>
        </w:rPr>
        <w:t>　　五、教学措施：</w:t>
      </w:r>
      <w:r>
        <w:rPr>
          <w:lang w:eastAsia="zh-CN"/>
        </w:rPr>
        <w:br/>
      </w:r>
      <w:r>
        <w:rPr>
          <w:lang w:eastAsia="zh-CN"/>
        </w:rPr>
        <w:t>　　1、认真备课，为能使学生上好课做好充分的准备工作，备课时注意与新课标结合，并注意备学生。</w:t>
      </w:r>
      <w:r>
        <w:rPr>
          <w:lang w:eastAsia="zh-CN"/>
        </w:rPr>
        <w:br/>
      </w:r>
      <w:r>
        <w:rPr>
          <w:lang w:eastAsia="zh-CN"/>
        </w:rPr>
        <w:t>　　2、因材施教，对不同的学生要注意采用不同的教学手法，使学生能够充分发展。</w:t>
      </w:r>
      <w:r>
        <w:rPr>
          <w:lang w:eastAsia="zh-CN"/>
        </w:rPr>
        <w:br/>
      </w:r>
      <w:r>
        <w:rPr>
          <w:lang w:eastAsia="zh-CN"/>
        </w:rPr>
        <w:t>　　3、设计好每堂课的导入，提高学生的学习兴趣。</w:t>
      </w:r>
      <w:r>
        <w:rPr>
          <w:lang w:eastAsia="zh-CN"/>
        </w:rPr>
        <w:br/>
      </w:r>
      <w:r>
        <w:rPr>
          <w:lang w:eastAsia="zh-CN"/>
        </w:rPr>
        <w:t>　　4、课堂形式设计多样，充满知识性、趣味性、探索性、挑战性以及表演性。最大限度的调动学生的积极性。并使他们最大限度地学到知识，掌握技能。并注意在课堂上采取一定的形式，培养学生的团结协作能力及创新能力。</w:t>
      </w:r>
      <w:r>
        <w:rPr>
          <w:lang w:eastAsia="zh-CN"/>
        </w:rPr>
        <w:br/>
      </w:r>
      <w:r>
        <w:rPr>
          <w:lang w:eastAsia="zh-CN"/>
        </w:rPr>
        <w:t>　　六、具体课时安排：</w:t>
      </w:r>
      <w:r>
        <w:rPr>
          <w:lang w:eastAsia="zh-CN"/>
        </w:rPr>
        <w:br/>
      </w:r>
      <w:r>
        <w:rPr>
          <w:lang w:eastAsia="zh-CN"/>
        </w:rPr>
        <w:t>　　周次</w:t>
      </w:r>
      <w:r>
        <w:rPr>
          <w:lang w:eastAsia="zh-CN"/>
        </w:rPr>
        <w:br/>
      </w:r>
      <w:r>
        <w:rPr>
          <w:lang w:eastAsia="zh-CN"/>
        </w:rPr>
        <w:t>　　教学内容</w:t>
      </w:r>
      <w:r>
        <w:rPr>
          <w:lang w:eastAsia="zh-CN"/>
        </w:rPr>
        <w:br/>
      </w:r>
      <w:r>
        <w:rPr>
          <w:lang w:eastAsia="zh-CN"/>
        </w:rPr>
        <w:t>　　周次</w:t>
      </w:r>
      <w:r>
        <w:rPr>
          <w:lang w:eastAsia="zh-CN"/>
        </w:rPr>
        <w:br/>
      </w:r>
      <w:r>
        <w:rPr>
          <w:lang w:eastAsia="zh-CN"/>
        </w:rPr>
        <w:t>　　教学内容</w:t>
      </w:r>
      <w:r>
        <w:rPr>
          <w:lang w:eastAsia="zh-CN"/>
        </w:rPr>
        <w:br/>
      </w:r>
      <w:r>
        <w:rPr>
          <w:lang w:eastAsia="zh-CN"/>
        </w:rPr>
        <w:t>　　第一周</w:t>
      </w:r>
      <w:r>
        <w:rPr>
          <w:lang w:eastAsia="zh-CN"/>
        </w:rPr>
        <w:br/>
      </w:r>
      <w:r>
        <w:rPr>
          <w:lang w:eastAsia="zh-CN"/>
        </w:rPr>
        <w:t>　　第一课《好朋友》</w:t>
      </w:r>
      <w:r>
        <w:rPr>
          <w:lang w:eastAsia="zh-CN"/>
        </w:rPr>
        <w:br/>
      </w:r>
      <w:r>
        <w:rPr>
          <w:lang w:eastAsia="zh-CN"/>
        </w:rPr>
        <w:t>　　第十一周</w:t>
      </w:r>
      <w:r>
        <w:rPr>
          <w:lang w:eastAsia="zh-CN"/>
        </w:rPr>
        <w:br/>
      </w:r>
      <w:r>
        <w:rPr>
          <w:lang w:eastAsia="zh-CN"/>
        </w:rPr>
        <w:t>　　第六课《爱劳动》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第二周</w:t>
      </w:r>
      <w:r>
        <w:rPr>
          <w:lang w:eastAsia="zh-CN"/>
        </w:rPr>
        <w:br/>
      </w:r>
      <w:r>
        <w:rPr>
          <w:lang w:eastAsia="zh-CN"/>
        </w:rPr>
        <w:t>　　第一课《好朋友》</w:t>
      </w:r>
      <w:r>
        <w:rPr>
          <w:lang w:eastAsia="zh-CN"/>
        </w:rPr>
        <w:br/>
      </w:r>
      <w:r>
        <w:rPr>
          <w:lang w:eastAsia="zh-CN"/>
        </w:rPr>
        <w:t>　　第十二周</w:t>
      </w:r>
      <w:r>
        <w:rPr>
          <w:lang w:eastAsia="zh-CN"/>
        </w:rPr>
        <w:br/>
      </w:r>
      <w:r>
        <w:rPr>
          <w:lang w:eastAsia="zh-CN"/>
        </w:rPr>
        <w:t>　　第六课《爱劳动》</w:t>
      </w:r>
      <w:r>
        <w:rPr>
          <w:lang w:eastAsia="zh-CN"/>
        </w:rPr>
        <w:br/>
      </w:r>
      <w:r>
        <w:rPr>
          <w:lang w:eastAsia="zh-CN"/>
        </w:rPr>
        <w:t>　　第三周</w:t>
      </w:r>
      <w:r>
        <w:rPr>
          <w:lang w:eastAsia="zh-CN"/>
        </w:rPr>
        <w:br/>
      </w:r>
      <w:r>
        <w:rPr>
          <w:lang w:eastAsia="zh-CN"/>
        </w:rPr>
        <w:t>　　第二课《快乐的一天》</w:t>
      </w:r>
      <w:r>
        <w:rPr>
          <w:lang w:eastAsia="zh-CN"/>
        </w:rPr>
        <w:br/>
      </w:r>
      <w:r>
        <w:rPr>
          <w:lang w:eastAsia="zh-CN"/>
        </w:rPr>
        <w:t>　　第十三周</w:t>
      </w:r>
      <w:r>
        <w:rPr>
          <w:lang w:eastAsia="zh-CN"/>
        </w:rPr>
        <w:br/>
      </w:r>
      <w:r>
        <w:rPr>
          <w:lang w:eastAsia="zh-CN"/>
        </w:rPr>
        <w:t>　　第七课《小精灵》</w:t>
      </w:r>
      <w:r>
        <w:rPr>
          <w:lang w:eastAsia="zh-CN"/>
        </w:rPr>
        <w:br/>
      </w:r>
      <w:r>
        <w:rPr>
          <w:lang w:eastAsia="zh-CN"/>
        </w:rPr>
        <w:t>　　第四周</w:t>
      </w:r>
      <w:r>
        <w:rPr>
          <w:lang w:eastAsia="zh-CN"/>
        </w:rPr>
        <w:br/>
      </w:r>
      <w:r>
        <w:rPr>
          <w:lang w:eastAsia="zh-CN"/>
        </w:rPr>
        <w:t>　　第二课《快乐的一天》</w:t>
      </w:r>
      <w:r>
        <w:rPr>
          <w:lang w:eastAsia="zh-CN"/>
        </w:rPr>
        <w:br/>
      </w:r>
      <w:r>
        <w:rPr>
          <w:lang w:eastAsia="zh-CN"/>
        </w:rPr>
        <w:t>　　第十四周</w:t>
      </w:r>
      <w:r>
        <w:rPr>
          <w:lang w:eastAsia="zh-CN"/>
        </w:rPr>
        <w:br/>
      </w:r>
      <w:r>
        <w:rPr>
          <w:lang w:eastAsia="zh-CN"/>
        </w:rPr>
        <w:t>　　第七课《小精灵》</w:t>
      </w:r>
      <w:r>
        <w:rPr>
          <w:lang w:eastAsia="zh-CN"/>
        </w:rPr>
        <w:br/>
      </w:r>
      <w:r>
        <w:rPr>
          <w:lang w:eastAsia="zh-CN"/>
        </w:rPr>
        <w:t>　　第五周</w:t>
      </w:r>
      <w:r>
        <w:rPr>
          <w:lang w:eastAsia="zh-CN"/>
        </w:rPr>
        <w:br/>
      </w:r>
      <w:r>
        <w:rPr>
          <w:lang w:eastAsia="zh-CN"/>
        </w:rPr>
        <w:t>　　第三课《祖国您好》</w:t>
      </w:r>
      <w:r>
        <w:rPr>
          <w:lang w:eastAsia="zh-CN"/>
        </w:rPr>
        <w:br/>
      </w:r>
      <w:r>
        <w:rPr>
          <w:lang w:eastAsia="zh-CN"/>
        </w:rPr>
        <w:t>　　第十五周</w:t>
      </w:r>
      <w:r>
        <w:rPr>
          <w:lang w:eastAsia="zh-CN"/>
        </w:rPr>
        <w:br/>
      </w:r>
      <w:r>
        <w:rPr>
          <w:lang w:eastAsia="zh-CN"/>
        </w:rPr>
        <w:t>　　第八课《小小音乐家》</w:t>
      </w:r>
      <w:r>
        <w:rPr>
          <w:lang w:eastAsia="zh-CN"/>
        </w:rPr>
        <w:br/>
      </w:r>
      <w:r>
        <w:rPr>
          <w:lang w:eastAsia="zh-CN"/>
        </w:rPr>
        <w:t>　　第六周</w:t>
      </w:r>
      <w:r>
        <w:rPr>
          <w:lang w:eastAsia="zh-CN"/>
        </w:rPr>
        <w:br/>
      </w:r>
      <w:r>
        <w:rPr>
          <w:lang w:eastAsia="zh-CN"/>
        </w:rPr>
        <w:t>　　第三课《祖国您好》</w:t>
      </w:r>
      <w:r>
        <w:rPr>
          <w:lang w:eastAsia="zh-CN"/>
        </w:rPr>
        <w:br/>
      </w:r>
      <w:r>
        <w:rPr>
          <w:lang w:eastAsia="zh-CN"/>
        </w:rPr>
        <w:t>　　第十六周</w:t>
      </w:r>
      <w:r>
        <w:rPr>
          <w:lang w:eastAsia="zh-CN"/>
        </w:rPr>
        <w:br/>
      </w:r>
      <w:r>
        <w:rPr>
          <w:lang w:eastAsia="zh-CN"/>
        </w:rPr>
        <w:t>　　第八课《小小音乐家》</w:t>
      </w:r>
      <w:r>
        <w:rPr>
          <w:lang w:eastAsia="zh-CN"/>
        </w:rPr>
        <w:br/>
      </w:r>
      <w:r>
        <w:rPr>
          <w:lang w:eastAsia="zh-CN"/>
        </w:rPr>
        <w:t>　　第九课《游戏》</w:t>
      </w:r>
      <w:r>
        <w:rPr>
          <w:lang w:eastAsia="zh-CN"/>
        </w:rPr>
        <w:br/>
      </w:r>
      <w:r>
        <w:rPr>
          <w:lang w:eastAsia="zh-CN"/>
        </w:rPr>
        <w:t>　　第七周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第四课《可爱的动物》</w:t>
      </w:r>
      <w:r>
        <w:rPr>
          <w:lang w:eastAsia="zh-CN"/>
        </w:rPr>
        <w:br/>
      </w:r>
      <w:r>
        <w:rPr>
          <w:lang w:eastAsia="zh-CN"/>
        </w:rPr>
        <w:t>　　第十七周</w:t>
      </w:r>
      <w:r>
        <w:rPr>
          <w:lang w:eastAsia="zh-CN"/>
        </w:rPr>
        <w:br/>
      </w:r>
      <w:r>
        <w:rPr>
          <w:lang w:eastAsia="zh-CN"/>
        </w:rPr>
        <w:t>　　第九课《游戏》</w:t>
      </w:r>
      <w:r>
        <w:rPr>
          <w:lang w:eastAsia="zh-CN"/>
        </w:rPr>
        <w:br/>
      </w:r>
      <w:r>
        <w:rPr>
          <w:lang w:eastAsia="zh-CN"/>
        </w:rPr>
        <w:t>　　第八周</w:t>
      </w:r>
      <w:r>
        <w:rPr>
          <w:lang w:eastAsia="zh-CN"/>
        </w:rPr>
        <w:br/>
      </w:r>
      <w:r>
        <w:rPr>
          <w:lang w:eastAsia="zh-CN"/>
        </w:rPr>
        <w:t>　　第四课《可爱的动物》</w:t>
      </w:r>
      <w:r>
        <w:rPr>
          <w:lang w:eastAsia="zh-CN"/>
        </w:rPr>
        <w:br/>
      </w:r>
      <w:r>
        <w:rPr>
          <w:lang w:eastAsia="zh-CN"/>
        </w:rPr>
        <w:t>　　第五课《静静的夜》</w:t>
      </w:r>
      <w:r>
        <w:rPr>
          <w:lang w:eastAsia="zh-CN"/>
        </w:rPr>
        <w:br/>
      </w:r>
      <w:r>
        <w:rPr>
          <w:lang w:eastAsia="zh-CN"/>
        </w:rPr>
        <w:t>　　第十八周</w:t>
      </w:r>
      <w:r>
        <w:rPr>
          <w:lang w:eastAsia="zh-CN"/>
        </w:rPr>
        <w:br/>
      </w:r>
      <w:r>
        <w:rPr>
          <w:lang w:eastAsia="zh-CN"/>
        </w:rPr>
        <w:t>　　第十课《过新年》</w:t>
      </w:r>
      <w:r>
        <w:rPr>
          <w:lang w:eastAsia="zh-CN"/>
        </w:rPr>
        <w:br/>
      </w:r>
      <w:r>
        <w:rPr>
          <w:lang w:eastAsia="zh-CN"/>
        </w:rPr>
        <w:t>　　第九周</w:t>
      </w:r>
      <w:r>
        <w:rPr>
          <w:lang w:eastAsia="zh-CN"/>
        </w:rPr>
        <w:br/>
      </w:r>
      <w:r>
        <w:rPr>
          <w:lang w:eastAsia="zh-CN"/>
        </w:rPr>
        <w:t>　　第五课《静静的夜》</w:t>
      </w:r>
      <w:r>
        <w:rPr>
          <w:lang w:eastAsia="zh-CN"/>
        </w:rPr>
        <w:br/>
      </w:r>
      <w:r>
        <w:rPr>
          <w:lang w:eastAsia="zh-CN"/>
        </w:rPr>
        <w:t>　　第十九周</w:t>
      </w:r>
      <w:r>
        <w:rPr>
          <w:lang w:eastAsia="zh-CN"/>
        </w:rPr>
        <w:br/>
      </w:r>
      <w:r>
        <w:rPr>
          <w:lang w:eastAsia="zh-CN"/>
        </w:rPr>
        <w:t>　　第十课《过新年》</w:t>
      </w:r>
      <w:r>
        <w:rPr>
          <w:lang w:eastAsia="zh-CN"/>
        </w:rPr>
        <w:br/>
      </w:r>
      <w:r>
        <w:rPr>
          <w:lang w:eastAsia="zh-CN"/>
        </w:rPr>
        <w:t>　　第十周</w:t>
      </w:r>
      <w:r>
        <w:rPr>
          <w:lang w:eastAsia="zh-CN"/>
        </w:rPr>
        <w:br/>
      </w:r>
      <w:r>
        <w:rPr>
          <w:lang w:eastAsia="zh-CN"/>
        </w:rPr>
        <w:t>　　复习前面内容</w:t>
      </w:r>
      <w:r>
        <w:rPr>
          <w:lang w:eastAsia="zh-CN"/>
        </w:rPr>
        <w:br/>
      </w:r>
      <w:r>
        <w:rPr>
          <w:lang w:eastAsia="zh-CN"/>
        </w:rPr>
        <w:t>　　第二十周</w:t>
      </w:r>
      <w:r>
        <w:rPr>
          <w:lang w:eastAsia="zh-CN"/>
        </w:rPr>
        <w:br/>
      </w:r>
      <w:r>
        <w:rPr>
          <w:lang w:eastAsia="zh-CN"/>
        </w:rPr>
        <w:t>　　期末测试</w:t>
      </w:r>
      <w:r>
        <w:rPr>
          <w:lang w:eastAsia="zh-CN"/>
        </w:rPr>
        <w:br/>
      </w:r>
      <w:r>
        <w:rPr>
          <w:lang w:eastAsia="zh-CN"/>
        </w:rPr>
        <w:t xml:space="preserve">    小学音乐教学计划书 篇9 </w:t>
      </w:r>
      <w:r>
        <w:rPr>
          <w:lang w:eastAsia="zh-CN"/>
        </w:rPr>
        <w:br/>
      </w:r>
      <w:r>
        <w:rPr>
          <w:lang w:eastAsia="zh-CN"/>
        </w:rPr>
        <w:t>　　一、指导思想</w:t>
      </w:r>
      <w:r>
        <w:rPr>
          <w:lang w:eastAsia="zh-CN"/>
        </w:rPr>
        <w:br/>
      </w:r>
      <w:r>
        <w:rPr>
          <w:lang w:eastAsia="zh-CN"/>
        </w:rPr>
        <w:t>　　根据区教研中心制定的工作计划精神，紧密结合音乐课程新标准，目标明确，步骤具体，措施落实，积极稳妥地做好音乐教学工作，进一步改善教学研究制度和工作方式，立足于有效课堂教学改革，努力提高音乐教学质量，开创我校音教特色的教育新局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二、工作目标</w:t>
      </w:r>
      <w:r>
        <w:rPr>
          <w:lang w:eastAsia="zh-CN"/>
        </w:rPr>
        <w:br/>
      </w:r>
      <w:r>
        <w:rPr>
          <w:lang w:eastAsia="zh-CN"/>
        </w:rPr>
        <w:t>　　1、认真落实教研组工作计划，切实按照学校要求，按时进行教研活动，不走过场，保证上好每一节音乐课。</w:t>
      </w:r>
      <w:r>
        <w:rPr>
          <w:lang w:eastAsia="zh-CN"/>
        </w:rPr>
        <w:br/>
      </w:r>
      <w:r>
        <w:rPr>
          <w:lang w:eastAsia="zh-CN"/>
        </w:rPr>
        <w:t>　　2、用心练习教学和音乐专业基本功，积极加强现代教育技术理论和技能的培训和学习，不断提高和完善自身专业化素质，为我校音乐教育教学工作服务。</w:t>
      </w:r>
      <w:r>
        <w:rPr>
          <w:lang w:eastAsia="zh-CN"/>
        </w:rPr>
        <w:br/>
      </w:r>
      <w:r>
        <w:rPr>
          <w:lang w:eastAsia="zh-CN"/>
        </w:rPr>
        <w:t>　　3、立足课堂，加强教师之间的交流与研讨，反思与总结，扎实有效地进行音乐教学研讨活动。</w:t>
      </w:r>
      <w:r>
        <w:rPr>
          <w:lang w:eastAsia="zh-CN"/>
        </w:rPr>
        <w:br/>
      </w:r>
      <w:r>
        <w:rPr>
          <w:lang w:eastAsia="zh-CN"/>
        </w:rPr>
        <w:t>　　4、认真领悟音乐新课程标准的精神，掌握新教材的编写意图，把握重点和难点，用好、用活教材。</w:t>
      </w:r>
      <w:r>
        <w:rPr>
          <w:lang w:eastAsia="zh-CN"/>
        </w:rPr>
        <w:br/>
      </w:r>
      <w:r>
        <w:rPr>
          <w:lang w:eastAsia="zh-CN"/>
        </w:rPr>
        <w:t>　　5、敏锐地捕捉教学中的.问题，将问题转化为研究课题，使教研活动课型化。</w:t>
      </w:r>
      <w:r>
        <w:rPr>
          <w:lang w:eastAsia="zh-CN"/>
        </w:rPr>
        <w:br/>
      </w:r>
      <w:r>
        <w:rPr>
          <w:lang w:eastAsia="zh-CN"/>
        </w:rPr>
        <w:t>　　三、行事历</w:t>
      </w:r>
      <w:r>
        <w:rPr>
          <w:lang w:eastAsia="zh-CN"/>
        </w:rPr>
        <w:br/>
      </w:r>
      <w:r>
        <w:rPr>
          <w:lang w:eastAsia="zh-CN"/>
        </w:rPr>
        <w:t>　　三月</w:t>
      </w:r>
      <w:r>
        <w:rPr>
          <w:lang w:eastAsia="zh-CN"/>
        </w:rPr>
        <w:br/>
      </w:r>
      <w:r>
        <w:rPr>
          <w:lang w:eastAsia="zh-CN"/>
        </w:rPr>
        <w:t>　　1、参加区新课程备课研讨会，学习计划。</w:t>
      </w:r>
      <w:r>
        <w:rPr>
          <w:lang w:eastAsia="zh-CN"/>
        </w:rPr>
        <w:br/>
      </w:r>
      <w:r>
        <w:rPr>
          <w:lang w:eastAsia="zh-CN"/>
        </w:rPr>
        <w:t>　　2、制定各年级音乐教学计划和音乐教学进度。</w:t>
      </w:r>
      <w:r>
        <w:rPr>
          <w:lang w:eastAsia="zh-CN"/>
        </w:rPr>
        <w:br/>
      </w:r>
      <w:r>
        <w:rPr>
          <w:lang w:eastAsia="zh-CN"/>
        </w:rPr>
        <w:t>　　3、各教师积极开展音乐教研课，进行集体听课并做到互评、自评，课后反思相结合。</w:t>
      </w:r>
      <w:r>
        <w:rPr>
          <w:lang w:eastAsia="zh-CN"/>
        </w:rPr>
        <w:br/>
      </w:r>
      <w:r>
        <w:rPr>
          <w:lang w:eastAsia="zh-CN"/>
        </w:rPr>
        <w:t>　　四月</w:t>
      </w:r>
      <w:r>
        <w:rPr>
          <w:lang w:eastAsia="zh-CN"/>
        </w:rPr>
        <w:br/>
      </w:r>
      <w:r>
        <w:rPr>
          <w:lang w:eastAsia="zh-CN"/>
        </w:rPr>
        <w:t>　　1、积极打造一至两节精品课参加区优质课与教学能手评选。</w:t>
      </w:r>
      <w:r>
        <w:rPr>
          <w:lang w:eastAsia="zh-CN"/>
        </w:rPr>
        <w:br/>
      </w:r>
      <w:r>
        <w:rPr>
          <w:lang w:eastAsia="zh-CN"/>
        </w:rPr>
        <w:t>　　2、参加区教研组组长活动。</w:t>
      </w:r>
      <w:r>
        <w:rPr>
          <w:lang w:eastAsia="zh-CN"/>
        </w:rPr>
        <w:br/>
      </w:r>
      <w:r>
        <w:rPr>
          <w:lang w:eastAsia="zh-CN"/>
        </w:rPr>
        <w:t>　　3、努力争取各组员每人一篇论文或教学案例。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五月</w:t>
      </w:r>
      <w:r>
        <w:rPr>
          <w:lang w:eastAsia="zh-CN"/>
        </w:rPr>
        <w:br/>
      </w:r>
      <w:r>
        <w:rPr>
          <w:lang w:eastAsia="zh-CN"/>
        </w:rPr>
        <w:t>　　1、观看音乐教学录像。</w:t>
      </w:r>
      <w:r>
        <w:rPr>
          <w:lang w:eastAsia="zh-CN"/>
        </w:rPr>
        <w:br/>
      </w:r>
      <w:r>
        <w:rPr>
          <w:lang w:eastAsia="zh-CN"/>
        </w:rPr>
        <w:t>　　2、参加城乡学科联片教研活动。</w:t>
      </w:r>
      <w:r>
        <w:rPr>
          <w:lang w:eastAsia="zh-CN"/>
        </w:rPr>
        <w:br/>
      </w:r>
      <w:r>
        <w:rPr>
          <w:lang w:eastAsia="zh-CN"/>
        </w:rPr>
        <w:t>　　3、筛选各班、各学校“六一”文艺汇演节目。</w:t>
      </w:r>
      <w:r>
        <w:rPr>
          <w:lang w:eastAsia="zh-CN"/>
        </w:rPr>
        <w:br/>
      </w:r>
      <w:r>
        <w:rPr>
          <w:lang w:eastAsia="zh-CN"/>
        </w:rPr>
        <w:t>　　六月</w:t>
      </w:r>
      <w:r>
        <w:rPr>
          <w:lang w:eastAsia="zh-CN"/>
        </w:rPr>
        <w:br/>
      </w:r>
      <w:r>
        <w:rPr>
          <w:lang w:eastAsia="zh-CN"/>
        </w:rPr>
        <w:t>　　1、举办庆“六一”活动。</w:t>
      </w:r>
      <w:r>
        <w:rPr>
          <w:lang w:eastAsia="zh-CN"/>
        </w:rPr>
        <w:br/>
      </w:r>
      <w:r>
        <w:rPr>
          <w:lang w:eastAsia="zh-CN"/>
        </w:rPr>
        <w:t>　　2、进行音乐学科期终复习。</w:t>
      </w:r>
      <w:r>
        <w:rPr>
          <w:lang w:eastAsia="zh-CN"/>
        </w:rPr>
        <w:br/>
      </w:r>
      <w:r>
        <w:rPr>
          <w:lang w:eastAsia="zh-CN"/>
        </w:rPr>
        <w:t>　　3、迎接区教研室课堂质量抽测。</w:t>
      </w:r>
      <w:r>
        <w:rPr>
          <w:lang w:eastAsia="zh-CN"/>
        </w:rPr>
        <w:br/>
      </w:r>
      <w:r>
        <w:rPr>
          <w:lang w:eastAsia="zh-CN"/>
        </w:rPr>
        <w:t>　　七月</w:t>
      </w:r>
      <w:r>
        <w:rPr>
          <w:lang w:eastAsia="zh-CN"/>
        </w:rPr>
        <w:br/>
      </w:r>
      <w:r>
        <w:rPr>
          <w:lang w:eastAsia="zh-CN"/>
        </w:rPr>
        <w:t>　　教研组活动总结</w:t>
      </w:r>
      <w:r>
        <w:rPr>
          <w:lang w:eastAsia="zh-CN"/>
        </w:rPr>
        <w:br/>
      </w:r>
      <w:r>
        <w:rPr>
          <w:lang w:eastAsia="zh-CN"/>
        </w:rPr>
        <w:t xml:space="preserve">    小学音乐教学计划书 篇10 </w:t>
      </w:r>
      <w:r>
        <w:rPr>
          <w:lang w:eastAsia="zh-CN"/>
        </w:rPr>
        <w:br/>
      </w:r>
      <w:r>
        <w:rPr>
          <w:lang w:eastAsia="zh-CN"/>
        </w:rPr>
        <w:t>　　本学期我带一、二年级和四五年级，高低端都有，也就预示着我需要把每一个年级所有的音乐课程了解透彻才能教好我的学生，针对上述因素我对自己的工作做了以下几点安排：</w:t>
      </w:r>
      <w:r>
        <w:rPr>
          <w:lang w:eastAsia="zh-CN"/>
        </w:rPr>
        <w:br/>
      </w:r>
      <w:r>
        <w:rPr>
          <w:lang w:eastAsia="zh-CN"/>
        </w:rPr>
        <w:t>　　一、对自身的要求</w:t>
      </w:r>
      <w:r>
        <w:rPr>
          <w:lang w:eastAsia="zh-CN"/>
        </w:rPr>
        <w:br/>
      </w:r>
      <w:r>
        <w:rPr>
          <w:lang w:eastAsia="zh-CN"/>
        </w:rPr>
        <w:t>　　提高教学质量及措施：</w:t>
      </w:r>
      <w:r>
        <w:rPr>
          <w:lang w:eastAsia="zh-CN"/>
        </w:rPr>
        <w:br/>
      </w:r>
      <w:r>
        <w:rPr>
          <w:lang w:eastAsia="zh-CN"/>
        </w:rPr>
        <w:t>　　1、认真备课，备课时注意与课标相结合。</w:t>
      </w:r>
      <w:r>
        <w:rPr>
          <w:lang w:eastAsia="zh-CN"/>
        </w:rPr>
        <w:br/>
      </w:r>
      <w:r>
        <w:rPr>
          <w:lang w:eastAsia="zh-CN"/>
        </w:rPr>
        <w:t>　　2、因材施教，对不同的学生要采用不同的教学手法，使学生能够充分发展。</w:t>
      </w:r>
      <w:r>
        <w:rPr>
          <w:lang w:eastAsia="zh-CN"/>
        </w:rPr>
        <w:br/>
      </w:r>
      <w:r>
        <w:rPr>
          <w:lang w:eastAsia="zh-CN"/>
        </w:rPr>
        <w:t>　　3、设计好每堂课的导入，提高学生的学习兴趣。</w:t>
      </w:r>
      <w:r>
        <w:rPr>
          <w:lang w:eastAsia="zh-CN"/>
        </w:rPr>
        <w:br/>
      </w:r>
      <w:r>
        <w:rPr>
          <w:lang w:eastAsia="zh-CN"/>
        </w:rPr>
        <w:t>　　4、课堂形式设计丰富多样，充满知识性、趣味性、以及表演性。调动学生的积极性。并使他们最大限度地学到知识，掌握技能。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5、多看多听其他的课程，从中总结经验。为教好学生做好充分的准备。使课堂保持愉悦性：</w:t>
      </w:r>
      <w:r>
        <w:rPr>
          <w:lang w:eastAsia="zh-CN"/>
        </w:rPr>
        <w:br/>
      </w:r>
      <w:r>
        <w:rPr>
          <w:lang w:eastAsia="zh-CN"/>
        </w:rPr>
        <w:t>　　我认为在音乐教学中要通过艺术形象来唤起学生对美的共鸣与追求，从而进行审美教育和品德教育。在课堂上采取一定的形式，培养学生的团结协作能力及创新能力。在教学过程中，不论是歌曲的学唱、乐理知识的学习，都要使学生学的快乐。使他们能兴致勃勃，主动积极地投入感受音乐、理解音乐、表现音乐的活动中去。</w:t>
      </w:r>
      <w:r>
        <w:rPr>
          <w:lang w:eastAsia="zh-CN"/>
        </w:rPr>
        <w:br/>
      </w:r>
      <w:r>
        <w:rPr>
          <w:lang w:eastAsia="zh-CN"/>
        </w:rPr>
        <w:t>　　二、对学生的要求</w:t>
      </w:r>
      <w:r>
        <w:rPr>
          <w:lang w:eastAsia="zh-CN"/>
        </w:rPr>
        <w:br/>
      </w:r>
      <w:r>
        <w:rPr>
          <w:lang w:eastAsia="zh-CN"/>
        </w:rPr>
        <w:t>　　发声训练部分：这个部分主要是运用于高年级的学生为主，培养练声的兴趣；歌唱姿势要正确；发声要自然，用中等音量或轻声歌唱；按教师的手势，整齐地歌唱；用正确的口形，唱好a、e、i、o、u。</w:t>
      </w:r>
      <w:r>
        <w:rPr>
          <w:lang w:eastAsia="zh-CN"/>
        </w:rPr>
        <w:br/>
      </w:r>
      <w:r>
        <w:rPr>
          <w:lang w:eastAsia="zh-CN"/>
        </w:rPr>
        <w:t>　　视唱、知识、练耳：</w:t>
      </w:r>
      <w:r>
        <w:rPr>
          <w:lang w:eastAsia="zh-CN"/>
        </w:rPr>
        <w:br/>
      </w:r>
      <w:r>
        <w:rPr>
          <w:lang w:eastAsia="zh-CN"/>
        </w:rPr>
        <w:t>　　1、读谱知识：知道音有高低；知道音有长短；知道音有强弱。</w:t>
      </w:r>
      <w:r>
        <w:rPr>
          <w:lang w:eastAsia="zh-CN"/>
        </w:rPr>
        <w:br/>
      </w:r>
      <w:r>
        <w:rPr>
          <w:lang w:eastAsia="zh-CN"/>
        </w:rPr>
        <w:t>　　2、视唱部分：能用听唱法模唱歌曲</w:t>
      </w:r>
      <w:r>
        <w:rPr>
          <w:lang w:eastAsia="zh-CN"/>
        </w:rPr>
        <w:br/>
      </w:r>
      <w:r>
        <w:rPr>
          <w:lang w:eastAsia="zh-CN"/>
        </w:rPr>
        <w:t>　　3、练耳部分：听辩音的高低听辩音的长短，比较各种时值音的长短。</w:t>
      </w:r>
      <w:r>
        <w:rPr>
          <w:lang w:eastAsia="zh-CN"/>
        </w:rPr>
        <w:br/>
      </w:r>
      <w:r>
        <w:rPr>
          <w:lang w:eastAsia="zh-CN"/>
        </w:rPr>
        <w:t>　　欣赏：培养学生欣赏音乐的兴趣和良好的欣赏习惯。在欣赏中感受音乐的优美、悦耳，产生愉快的感觉。逐步体会旋律、节奏、速度、力度、音区、音色等表现手段在音乐中的作用。能辨别音乐作品中轻快、热烈、活泼、优美、雄壮、庄严、诙谐等情绪。</w:t>
      </w:r>
      <w:r>
        <w:rPr>
          <w:lang w:eastAsia="zh-CN"/>
        </w:rPr>
        <w:br/>
      </w:r>
      <w:r>
        <w:rPr>
          <w:lang w:eastAsia="zh-CN"/>
        </w:rPr>
        <w:t>　　三、对具体要求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主要是中高段的学生虽然具有一定的自学能力，纪律情况也相对稳定，也具有一定的基础。但本学期新教材对我们的学生提出了新的要求，增加了很多合唱歌曲，所以学习相对比较困难，所以教师要以培养学生的兴趣为主，在此基础上，让他们掌握一定音乐知识和技能技巧。下面根据这样的情况，我要对教材进行一定的分析，根据情况而教授。</w:t>
      </w:r>
      <w:r>
        <w:rPr>
          <w:lang w:eastAsia="zh-CN"/>
        </w:rPr>
        <w:br/>
      </w:r>
      <w:r>
        <w:rPr>
          <w:lang w:eastAsia="zh-CN"/>
        </w:rPr>
        <w:t>　　四、五年级的学习非常重要。</w:t>
      </w:r>
      <w:r>
        <w:rPr>
          <w:lang w:eastAsia="zh-CN"/>
        </w:rPr>
        <w:br/>
      </w:r>
      <w:r>
        <w:rPr>
          <w:lang w:eastAsia="zh-CN"/>
        </w:rPr>
        <w:t>　　在这个阶段有一个承上启下的作用。所以在本学期，学生将巩固并自己应用曾经学过的知识，而且，学期学习的知识又为今后的学习打下坚实的基础。在教材方面，大致可以分聆听欣赏、歌曲演唱、创编活动三个方面。跟以往的欣赏教材相比，本册的欣赏曲中国作品增加了，器乐作品也增多了。在本册合唱歌曲有了明显的增加，随着合唱歌曲的增加，也说明了音乐新课程实施以来，对多声部教学也逐渐重视起来了。这个也是很多音乐老师都很关注都很值得探讨的问题。所以本学期我就以合唱为重点来谈谈我在教学中的一些具体做法：</w:t>
      </w:r>
      <w:r>
        <w:rPr>
          <w:lang w:eastAsia="zh-CN"/>
        </w:rPr>
        <w:br/>
      </w:r>
      <w:r>
        <w:rPr>
          <w:lang w:eastAsia="zh-CN"/>
        </w:rPr>
        <w:t>　　五、在合唱教学方面：</w:t>
      </w:r>
      <w:r>
        <w:rPr>
          <w:lang w:eastAsia="zh-CN"/>
        </w:rPr>
        <w:br/>
      </w:r>
      <w:r>
        <w:rPr>
          <w:lang w:eastAsia="zh-CN"/>
        </w:rPr>
        <w:t>　　1、强调唱谱在本册的合唱歌曲中，出现了是在同节奏的二声部歌曲中，两个声部的唱名不同，比较容易分辨，而唱歌词时只有音高上的区别，词是完全一样的，所以学生很容易混淆，如果不认真教唱曲谱的话，甚至直接教唱歌词，效果就可想而知了，所以象这样的同节奏的二声部歌曲，最好是先强调唱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2、利用器乐帮助学生学唱二声部歌曲。在教唱二声部合唱时，由于学生不能很准确地掌握音准和音程，在教学过程中往往会遇到困难，而器乐这个学具却能引导学生把握好音准和音程。</w:t>
      </w:r>
      <w:r>
        <w:rPr>
          <w:lang w:eastAsia="zh-CN"/>
        </w:rPr>
        <w:br/>
      </w:r>
      <w:r>
        <w:rPr>
          <w:lang w:eastAsia="zh-CN"/>
        </w:rPr>
        <w:t>　　3、与不同声部合作的辅助训练就是在教唱二声部歌曲时，可以先由老师演奏或演唱第二声部，与担任第一声部的学生合作，通过让学二声部的学生先轻唱到逐渐放声，自己的演奏或演唱就随机变小声。然后再让两个声部合起来，这样就可以“水到渠成”了。</w:t>
      </w:r>
      <w:r>
        <w:rPr>
          <w:lang w:eastAsia="zh-CN"/>
        </w:rPr>
        <w:br/>
      </w:r>
      <w:r>
        <w:rPr>
          <w:lang w:eastAsia="zh-CN"/>
        </w:rPr>
        <w:t>　　4、先教第二声部由于学生对曲调的印象，常有先入为主的情形，所以既然总是第一声部本身就容易给他们以较深的印象。在教学之初，就先暂把第一声部放在一旁，先教第二声部，然后再教第一声部。</w:t>
      </w:r>
      <w:r>
        <w:rPr>
          <w:lang w:eastAsia="zh-CN"/>
        </w:rPr>
        <w:br/>
      </w:r>
      <w:r>
        <w:rPr>
          <w:lang w:eastAsia="zh-CN"/>
        </w:rPr>
        <w:t>　　5、平行地教学唱两声部对于比较陌生的两声部歌曲我们可以先平行的教唱两个声部，然后让学生分声部各唱其中的一个部分以形成合唱。</w:t>
      </w:r>
      <w:r>
        <w:rPr>
          <w:lang w:eastAsia="zh-CN"/>
        </w:rPr>
        <w:br/>
      </w:r>
      <w:r>
        <w:rPr>
          <w:lang w:eastAsia="zh-CN"/>
        </w:rPr>
        <w:t>　　6、认真备课，做好前备、复备工作，为能使学生上好课做好充分的准备工作，备课时注意与新课标结合，并注意备学生。</w:t>
      </w:r>
      <w:r>
        <w:rPr>
          <w:lang w:eastAsia="zh-CN"/>
        </w:rPr>
        <w:br/>
      </w:r>
      <w:r>
        <w:rPr>
          <w:lang w:eastAsia="zh-CN"/>
        </w:rPr>
        <w:t>　　7、因材施教，对不同的学生要注意采用不同的教学手法，使学生能够充分发展。</w:t>
      </w:r>
      <w:r>
        <w:rPr>
          <w:lang w:eastAsia="zh-CN"/>
        </w:rPr>
        <w:br/>
      </w:r>
      <w:r>
        <w:rPr>
          <w:lang w:eastAsia="zh-CN"/>
        </w:rPr>
        <w:t>　　8、设计好每堂课的导入，提高学生的学习兴趣。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9、课堂形式设计多样，充满知识性、趣味性、探索性、挑战性以及表演性。最大限度的调动学生的积极性。并使他们最大限度地学到知识，掌握技能。并注意在课堂上采取一定的形式。培养学生的团结协作能力和创新能力。</w:t>
      </w:r>
      <w:r>
        <w:rPr>
          <w:lang w:eastAsia="zh-CN"/>
        </w:rPr>
        <w:br/>
      </w:r>
      <w:r>
        <w:rPr>
          <w:lang w:eastAsia="zh-CN"/>
        </w:rPr>
        <w:t>　　本学期我会加强自身音乐素质的训练，摸索出一套适合自己的教学方法，同时我希望通过我的课程可以调动孩子们的兴趣爱好，使爱音乐的孩子感染内向腼腆的孩子，最后可以达到一个整体成绩有所提高共同进步的好局面，积极参与配合学校领导组织的各项活动。</w:t>
      </w:r>
      <w:r>
        <w:rPr>
          <w:lang w:eastAsia="zh-CN"/>
        </w:rPr>
        <w:br/>
      </w:r>
      <w:r>
        <w:rPr>
          <w:lang w:eastAsia="zh-CN"/>
        </w:rPr>
        <w:t>　　以上是我对本学期的工作计划，我会尽心尽力的对待每一位走进我们学校的孩子，把他们当成自己的孩子去爱他们，我相信这样一定可以用最好的教育教出最好的孩子。让孩子们在玩中学，学中玩，伴着音乐的乐（yue）与乐（le）中学习快乐成长！坚持努力做孩子们心目中喜欢爱戴的音乐老师！</w:t>
      </w:r>
      <w:r>
        <w:rPr>
          <w:lang w:eastAsia="zh-CN"/>
        </w:rPr>
        <w:br/>
      </w:r>
      <w:r>
        <w:rPr>
          <w:lang w:eastAsia="zh-CN"/>
        </w:rPr>
        <w:t xml:space="preserve">    小学音乐教学计划书 篇11 </w:t>
      </w:r>
      <w:r>
        <w:rPr>
          <w:lang w:eastAsia="zh-CN"/>
        </w:rPr>
        <w:br/>
      </w:r>
      <w:r>
        <w:rPr>
          <w:lang w:eastAsia="zh-CN"/>
        </w:rPr>
        <w:t>　　第8周3学唱《滑雪歌》欣赏《爱是一首歌》</w:t>
      </w:r>
      <w:r>
        <w:rPr>
          <w:lang w:eastAsia="zh-CN"/>
        </w:rPr>
        <w:br/>
      </w:r>
      <w:r>
        <w:rPr>
          <w:lang w:eastAsia="zh-CN"/>
        </w:rPr>
        <w:t>　　第9周3学唱《Do Re Mi》欣赏《两颗小星星》</w:t>
      </w:r>
      <w:r>
        <w:rPr>
          <w:lang w:eastAsia="zh-CN"/>
        </w:rPr>
        <w:br/>
      </w:r>
      <w:r>
        <w:rPr>
          <w:lang w:eastAsia="zh-CN"/>
        </w:rPr>
        <w:t>　　第10周3复习《Do Re Mi》 、学吹竖笛</w:t>
      </w:r>
      <w:r>
        <w:rPr>
          <w:lang w:eastAsia="zh-CN"/>
        </w:rPr>
        <w:br/>
      </w:r>
      <w:r>
        <w:rPr>
          <w:lang w:eastAsia="zh-CN"/>
        </w:rPr>
        <w:t>　　第11周4欣赏《龙腾虎跃》学唱《拍手拍手》</w:t>
      </w:r>
      <w:r>
        <w:rPr>
          <w:lang w:eastAsia="zh-CN"/>
        </w:rPr>
        <w:br/>
      </w:r>
      <w:r>
        <w:rPr>
          <w:lang w:eastAsia="zh-CN"/>
        </w:rPr>
        <w:t>　　第12周4学唱《明天会更好》</w:t>
      </w:r>
      <w:r>
        <w:rPr>
          <w:lang w:eastAsia="zh-CN"/>
        </w:rPr>
        <w:br/>
      </w:r>
      <w:r>
        <w:rPr>
          <w:lang w:eastAsia="zh-CN"/>
        </w:rPr>
        <w:t xml:space="preserve">    小学音乐教学计划书 篇12 </w:t>
      </w:r>
      <w:r>
        <w:rPr>
          <w:lang w:eastAsia="zh-CN"/>
        </w:rPr>
        <w:br/>
      </w:r>
      <w:r>
        <w:rPr>
          <w:lang w:eastAsia="zh-CN"/>
        </w:rPr>
        <w:t>　　本学期教学目标、任务：</w:t>
      </w:r>
      <w:r>
        <w:rPr>
          <w:lang w:eastAsia="zh-CN"/>
        </w:rPr>
        <w:br/>
      </w:r>
      <w:r>
        <w:rPr>
          <w:lang w:eastAsia="zh-CN"/>
        </w:rPr>
        <w:t>　　一、发声训练部分：</w:t>
      </w:r>
      <w:r>
        <w:rPr>
          <w:lang w:eastAsia="zh-CN"/>
        </w:rPr>
        <w:br/>
      </w:r>
      <w:r>
        <w:rPr>
          <w:lang w:eastAsia="zh-CN"/>
        </w:rPr>
        <w:t>　　1、学会发声音，并在气息的控制下，逐步扩展高音。</w:t>
      </w:r>
      <w:r>
        <w:rPr>
          <w:lang w:eastAsia="zh-CN"/>
        </w:rPr>
        <w:br/>
      </w:r>
      <w:r>
        <w:rPr>
          <w:lang w:eastAsia="zh-CN"/>
        </w:rPr>
        <w:t>　　2、运用不同的力度、速度、音色表现歌曲的情感。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3、唱保持音时，声音要饱满。</w:t>
      </w:r>
      <w:r>
        <w:rPr>
          <w:lang w:eastAsia="zh-CN"/>
        </w:rPr>
        <w:br/>
      </w:r>
      <w:r>
        <w:rPr>
          <w:lang w:eastAsia="zh-CN"/>
        </w:rPr>
        <w:t>　　二、识谱部分：</w:t>
      </w:r>
      <w:r>
        <w:rPr>
          <w:lang w:eastAsia="zh-CN"/>
        </w:rPr>
        <w:br/>
      </w:r>
      <w:r>
        <w:rPr>
          <w:lang w:eastAsia="zh-CN"/>
        </w:rPr>
        <w:t>　　要求学生必须掌握教师所教的乐理知识如：掌握的音符、附点、休止符、及其组成的简单节奏、旋律、感受并认识节拍的强弱规律，力度记号及不同的要求唱法，并进行节奏和旋律短句编写等。</w:t>
      </w:r>
      <w:r>
        <w:rPr>
          <w:lang w:eastAsia="zh-CN"/>
        </w:rPr>
        <w:br/>
      </w:r>
      <w:r>
        <w:rPr>
          <w:lang w:eastAsia="zh-CN"/>
        </w:rPr>
        <w:t>　　三、唱歌部分：</w:t>
      </w:r>
      <w:r>
        <w:rPr>
          <w:lang w:eastAsia="zh-CN"/>
        </w:rPr>
        <w:br/>
      </w:r>
      <w:r>
        <w:rPr>
          <w:lang w:eastAsia="zh-CN"/>
        </w:rPr>
        <w:t>　　本学期按照教学大纲的要求，注意培养学生正确的发声、演唱方法，防止喊歌；让学生学习正确的唱歌姿势、清晰的咬字吐字方法。教学中抓住重难点，演唱时要注意音准、节奏和正确的情绪。</w:t>
      </w:r>
      <w:r>
        <w:rPr>
          <w:lang w:eastAsia="zh-CN"/>
        </w:rPr>
        <w:br/>
      </w:r>
      <w:r>
        <w:rPr>
          <w:lang w:eastAsia="zh-CN"/>
        </w:rPr>
        <w:t>　　四、欣赏部分：</w:t>
      </w:r>
      <w:r>
        <w:rPr>
          <w:lang w:eastAsia="zh-CN"/>
        </w:rPr>
        <w:br/>
      </w:r>
      <w:r>
        <w:rPr>
          <w:lang w:eastAsia="zh-CN"/>
        </w:rPr>
        <w:t>　　结合音乐作品的欣赏，了解一些旋律的初步知识（如旋律进行的方式、特点和一般的表现意义），以进一步加强情感体验的能力，加深对音乐形象的感受，进入比较深入的欣赏。把描写的情景展开想象、联想、分析乐曲的艺术处理等。</w:t>
      </w:r>
      <w:r>
        <w:rPr>
          <w:lang w:eastAsia="zh-CN"/>
        </w:rPr>
        <w:br/>
      </w:r>
      <w:r>
        <w:rPr>
          <w:lang w:eastAsia="zh-CN"/>
        </w:rPr>
        <w:t>　　提高教学质量措施：</w:t>
      </w:r>
      <w:r>
        <w:rPr>
          <w:lang w:eastAsia="zh-CN"/>
        </w:rPr>
        <w:br/>
      </w:r>
      <w:r>
        <w:rPr>
          <w:lang w:eastAsia="zh-CN"/>
        </w:rPr>
        <w:t>　　1、认真备课，做好前备、复备工作，为能使学生上好课做好充分的准备工作，备课时注意与新课标结合，并注意备学生。</w:t>
      </w:r>
      <w:r>
        <w:rPr>
          <w:lang w:eastAsia="zh-CN"/>
        </w:rPr>
        <w:br/>
      </w:r>
      <w:r>
        <w:rPr>
          <w:lang w:eastAsia="zh-CN"/>
        </w:rPr>
        <w:t>　　2、因材施教，对不同的学生要注意采用不同的教学手法，使学生能够充分发展。</w:t>
      </w:r>
      <w:r>
        <w:rPr>
          <w:lang w:eastAsia="zh-CN"/>
        </w:rPr>
        <w:br/>
      </w:r>
      <w:r>
        <w:rPr>
          <w:lang w:eastAsia="zh-CN"/>
        </w:rPr>
        <w:t>　　3、设计好每堂课的导入，提高学生的学习兴趣。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课堂形式设计多样，充满知识性、趣味性、探索性、挑战性以及表演性。最大限度的调动学生的积极性。并使他们最大限度地学到知识，掌握技能。并注意在课堂上采取一定的形式，培养学生的团结协作能力及创新能力。</w:t>
      </w:r>
      <w:r>
        <w:rPr>
          <w:lang w:eastAsia="zh-CN"/>
        </w:rPr>
        <w:br/>
      </w:r>
      <w:r>
        <w:rPr>
          <w:lang w:eastAsia="zh-CN"/>
        </w:rPr>
        <w:t>　　5、积极和其他学科沟通，积极研究学科整合。响应新课标要求。</w:t>
      </w:r>
      <w:r>
        <w:rPr>
          <w:lang w:eastAsia="zh-CN"/>
        </w:rPr>
        <w:br/>
      </w:r>
      <w:r>
        <w:rPr>
          <w:lang w:eastAsia="zh-CN"/>
        </w:rPr>
        <w:t xml:space="preserve">    小学音乐教学计划书 篇13 </w:t>
      </w:r>
      <w:r>
        <w:rPr>
          <w:lang w:eastAsia="zh-CN"/>
        </w:rPr>
        <w:br/>
      </w:r>
      <w:r>
        <w:rPr>
          <w:lang w:eastAsia="zh-CN"/>
        </w:rPr>
        <w:t>　　一、教学目的:</w:t>
      </w:r>
      <w:r>
        <w:rPr>
          <w:lang w:eastAsia="zh-CN"/>
        </w:rPr>
        <w:br/>
      </w:r>
      <w:r>
        <w:rPr>
          <w:lang w:eastAsia="zh-CN"/>
        </w:rPr>
        <w:t>　　1、培养学生对音乐的兴趣、爱好和对祖国音乐艺术的感情、引导</w:t>
      </w:r>
      <w:r>
        <w:rPr>
          <w:lang w:eastAsia="zh-CN"/>
        </w:rPr>
        <w:br/>
      </w:r>
      <w:r>
        <w:rPr>
          <w:lang w:eastAsia="zh-CN"/>
        </w:rPr>
        <w:t>　　和培养学生参加音乐社会实践活动。丰富情感体验、培养审美情操、启迪智慧、和合作意识乐观向上的生活意识。</w:t>
      </w:r>
      <w:r>
        <w:rPr>
          <w:lang w:eastAsia="zh-CN"/>
        </w:rPr>
        <w:br/>
      </w:r>
      <w:r>
        <w:rPr>
          <w:lang w:eastAsia="zh-CN"/>
        </w:rPr>
        <w:t>　　2、本学期教学内容的基本要求</w:t>
      </w:r>
      <w:r>
        <w:rPr>
          <w:lang w:eastAsia="zh-CN"/>
        </w:rPr>
        <w:br/>
      </w:r>
      <w:r>
        <w:rPr>
          <w:lang w:eastAsia="zh-CN"/>
        </w:rPr>
        <w:t>　　唱歌、唱游、欣赏、器乐、识谱、等。</w:t>
      </w:r>
      <w:r>
        <w:rPr>
          <w:lang w:eastAsia="zh-CN"/>
        </w:rPr>
        <w:br/>
      </w:r>
      <w:r>
        <w:rPr>
          <w:lang w:eastAsia="zh-CN"/>
        </w:rPr>
        <w:t>　　唱歌</w:t>
      </w:r>
      <w:r>
        <w:rPr>
          <w:lang w:eastAsia="zh-CN"/>
        </w:rPr>
        <w:br/>
      </w:r>
      <w:r>
        <w:rPr>
          <w:lang w:eastAsia="zh-CN"/>
        </w:rPr>
        <w:t>　　(1)本学期按照教学大纲的要求，注意培养学生正确的发声、演唱方法，防止喊歌;让学生学习正确的唱歌姿势、清晰的咬吐方法和气息方法。</w:t>
      </w:r>
      <w:r>
        <w:rPr>
          <w:lang w:eastAsia="zh-CN"/>
        </w:rPr>
        <w:br/>
      </w:r>
      <w:r>
        <w:rPr>
          <w:lang w:eastAsia="zh-CN"/>
        </w:rPr>
        <w:t>　　(2)教学中抓住重难点，演唱时要注意音准、节奏和正确的情绪。</w:t>
      </w:r>
      <w:r>
        <w:rPr>
          <w:lang w:eastAsia="zh-CN"/>
        </w:rPr>
        <w:br/>
      </w:r>
      <w:r>
        <w:rPr>
          <w:lang w:eastAsia="zh-CN"/>
        </w:rPr>
        <w:t>　　唱歌的技能技巧、培养学生学唱二声部合唱、轮唱、独唱、小组唱等。</w:t>
      </w:r>
      <w:r>
        <w:rPr>
          <w:lang w:eastAsia="zh-CN"/>
        </w:rPr>
        <w:br/>
      </w:r>
      <w:r>
        <w:rPr>
          <w:lang w:eastAsia="zh-CN"/>
        </w:rPr>
        <w:t>　　3、唱游</w:t>
      </w:r>
      <w:r>
        <w:rPr>
          <w:lang w:eastAsia="zh-CN"/>
        </w:rPr>
        <w:br/>
      </w:r>
      <w:r>
        <w:rPr>
          <w:lang w:eastAsia="zh-CN"/>
        </w:rPr>
        <w:t>　　(1)根据每课时的要求让学生结合歌曲适当的做些律动游戏、音乐表演、歌舞表演、卡片传递、集体舞等。不断地培养学生韵律感、节奏感、和从小养成团结友爱的集体生活习惯。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(2)提高音乐素质教学，在动的教学中培养学生对各种音乐要素，</w:t>
      </w:r>
      <w:r>
        <w:rPr>
          <w:lang w:eastAsia="zh-CN"/>
        </w:rPr>
        <w:br/>
      </w:r>
      <w:r>
        <w:rPr>
          <w:lang w:eastAsia="zh-CN"/>
        </w:rPr>
        <w:t>　　如;音的长短，音的高低、音的强弱、音色、节奏、节拍、速度等的感知能力和对音乐语言的理解能力，掌握一些浅显的音乐知识和初步的音乐表现技能。</w:t>
      </w:r>
      <w:r>
        <w:rPr>
          <w:lang w:eastAsia="zh-CN"/>
        </w:rPr>
        <w:br/>
      </w:r>
      <w:r>
        <w:rPr>
          <w:lang w:eastAsia="zh-CN"/>
        </w:rPr>
        <w:t>　　(3)采取课堂学唱歌曲，编排歌表演、音乐游戏，结合读谱知识的</w:t>
      </w:r>
      <w:r>
        <w:rPr>
          <w:lang w:eastAsia="zh-CN"/>
        </w:rPr>
        <w:br/>
      </w:r>
      <w:r>
        <w:rPr>
          <w:lang w:eastAsia="zh-CN"/>
        </w:rPr>
        <w:t>　　学习安排相关的唱游活动，反复训练，反复感受，这样有利于加深对歌曲的理解和感受，巩固课堂所学的知识，收到更好的教学效果。</w:t>
      </w:r>
      <w:r>
        <w:rPr>
          <w:lang w:eastAsia="zh-CN"/>
        </w:rPr>
        <w:br/>
      </w:r>
      <w:r>
        <w:rPr>
          <w:lang w:eastAsia="zh-CN"/>
        </w:rPr>
        <w:t>　　4、欣赏</w:t>
      </w:r>
      <w:r>
        <w:rPr>
          <w:lang w:eastAsia="zh-CN"/>
        </w:rPr>
        <w:br/>
      </w:r>
      <w:r>
        <w:rPr>
          <w:lang w:eastAsia="zh-CN"/>
        </w:rPr>
        <w:t>　　(1)不断的给学生接触国内外优秀的音乐作品，学习我国优秀的民族音乐来扩大音乐视野，掌握浅显的音乐基础知识和简单的音乐技能。重视学习我国的民间音乐。把描写的情景展开想象、联想、分析乐曲的艺术处理等。</w:t>
      </w:r>
      <w:r>
        <w:rPr>
          <w:lang w:eastAsia="zh-CN"/>
        </w:rPr>
        <w:br/>
      </w:r>
      <w:r>
        <w:rPr>
          <w:lang w:eastAsia="zh-CN"/>
        </w:rPr>
        <w:t>　　(2)了解人声分类和演唱形式，常见乐器和演奏形式及音乐的基本表现手法，根据歌曲介绍中外音乐家。</w:t>
      </w:r>
      <w:r>
        <w:rPr>
          <w:lang w:eastAsia="zh-CN"/>
        </w:rPr>
        <w:br/>
      </w:r>
      <w:r>
        <w:rPr>
          <w:lang w:eastAsia="zh-CN"/>
        </w:rPr>
        <w:t>　　5、器乐</w:t>
      </w:r>
      <w:r>
        <w:rPr>
          <w:lang w:eastAsia="zh-CN"/>
        </w:rPr>
        <w:br/>
      </w:r>
      <w:r>
        <w:rPr>
          <w:lang w:eastAsia="zh-CN"/>
        </w:rPr>
        <w:t>　　(1)根据一些歌曲，利用打击乐器进入课堂教学。并注意引导，传授演奏姿势与方法。每学期要求学生积累两首短乐曲。</w:t>
      </w:r>
      <w:r>
        <w:rPr>
          <w:lang w:eastAsia="zh-CN"/>
        </w:rPr>
        <w:br/>
      </w:r>
      <w:r>
        <w:rPr>
          <w:lang w:eastAsia="zh-CN"/>
        </w:rPr>
        <w:t>　　(2)注意同唱歌、欣赏、识谱有机结合。</w:t>
      </w:r>
      <w:r>
        <w:rPr>
          <w:lang w:eastAsia="zh-CN"/>
        </w:rPr>
        <w:br/>
      </w:r>
      <w:r>
        <w:rPr>
          <w:lang w:eastAsia="zh-CN"/>
        </w:rPr>
        <w:t>　　(3)培养学生初步的齐奏、合奏、独奏和伴奏能力。</w:t>
      </w:r>
      <w:r>
        <w:rPr>
          <w:lang w:eastAsia="zh-CN"/>
        </w:rPr>
        <w:br/>
      </w:r>
      <w:r>
        <w:rPr>
          <w:lang w:eastAsia="zh-CN"/>
        </w:rPr>
        <w:t xml:space="preserve">    小学音乐教学计划书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小学音乐教育是向学生实施素质教育的重要手段，是学校整体教育工作中不可缺少的组成部分。它对少年儿童未来的成长具有深远的影响。为此，我们音乐教研小组全体教师将共同探讨业务，不断提高自身素质与教学水平。现将本学期活动计划制定如下：</w:t>
      </w:r>
      <w:r>
        <w:rPr>
          <w:lang w:eastAsia="zh-CN"/>
        </w:rPr>
        <w:br/>
      </w:r>
      <w:r>
        <w:rPr>
          <w:lang w:eastAsia="zh-CN"/>
        </w:rPr>
        <w:t>　　教研基本目标</w:t>
      </w:r>
      <w:r>
        <w:rPr>
          <w:lang w:eastAsia="zh-CN"/>
        </w:rPr>
        <w:br/>
      </w:r>
      <w:r>
        <w:rPr>
          <w:lang w:eastAsia="zh-CN"/>
        </w:rPr>
        <w:t>　　通过教研将促使全体教师在音乐教学领域不断探索、创新，将我们现有的教学模式更加完善：启迪智慧、陶冶情操，培养健康的审美情趣，让每个学生的身心都能得到健康的发展。</w:t>
      </w:r>
      <w:r>
        <w:rPr>
          <w:lang w:eastAsia="zh-CN"/>
        </w:rPr>
        <w:br/>
      </w:r>
      <w:r>
        <w:rPr>
          <w:lang w:eastAsia="zh-CN"/>
        </w:rPr>
        <w:t>　　教学基本目标</w:t>
      </w:r>
      <w:r>
        <w:rPr>
          <w:lang w:eastAsia="zh-CN"/>
        </w:rPr>
        <w:br/>
      </w:r>
      <w:r>
        <w:rPr>
          <w:lang w:eastAsia="zh-CN"/>
        </w:rPr>
        <w:t>　　本学期每周参与区对教师教材、教法学习，在交流中学习进步，逐步达到熟练掌握新的教材、教法，能在课堂上很好地贯彻执行课改新理念.除此之外，特别对三至五年级的音乐教学课堂上除了要传授给学生一定的音乐技能技巧(唱歌、欣赏、表演、器乐演奏)之外，还应渗透些音乐知识的讲解，全面开阔学生地知识视野.</w:t>
      </w:r>
      <w:r>
        <w:rPr>
          <w:lang w:eastAsia="zh-CN"/>
        </w:rPr>
        <w:br/>
      </w:r>
      <w:r>
        <w:rPr>
          <w:lang w:eastAsia="zh-CN"/>
        </w:rPr>
        <w:t>　　活动具体措施</w:t>
      </w:r>
      <w:r>
        <w:rPr>
          <w:lang w:eastAsia="zh-CN"/>
        </w:rPr>
        <w:br/>
      </w:r>
      <w:r>
        <w:rPr>
          <w:lang w:eastAsia="zh-CN"/>
        </w:rPr>
        <w:t>　　一、本教研组共有成员三名，间周活动，时间为周四下午。</w:t>
      </w:r>
      <w:r>
        <w:rPr>
          <w:lang w:eastAsia="zh-CN"/>
        </w:rPr>
        <w:br/>
      </w:r>
      <w:r>
        <w:rPr>
          <w:lang w:eastAsia="zh-CN"/>
        </w:rPr>
        <w:t>　　新学期伊始，首先组织教研组成员认真学习《音乐教学大纲》的目的、要求及相关内容，并在今后的教学中贯穿执行其指导思想。</w:t>
      </w:r>
      <w:r>
        <w:rPr>
          <w:lang w:eastAsia="zh-CN"/>
        </w:rPr>
        <w:br/>
      </w:r>
      <w:r>
        <w:rPr>
          <w:lang w:eastAsia="zh-CN"/>
        </w:rPr>
        <w:t>　　二、建立规范的上课、听课制度。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为提高教师业务素质，提高课堂教学质量，促进教研活动的深入开展，本学期每位教师听课不得少于10节，新教师不得下少于15节。要虚心向其他课有经验的教师学习，每次都要作好详细记录，中肯评价所听教师的课。这学期我们组将积极参与全省的教学设计比赛，全体教师将以此为契机，共同出谋划策，努力提高备课、上课水平，争取优异地成绩.</w:t>
      </w:r>
      <w:r>
        <w:rPr>
          <w:lang w:eastAsia="zh-CN"/>
        </w:rPr>
        <w:br/>
      </w:r>
      <w:r>
        <w:rPr>
          <w:lang w:eastAsia="zh-CN"/>
        </w:rPr>
        <w:t>　　三、不断强化业务学习，深入吃透教材，优化课堂教学结构。</w:t>
      </w:r>
      <w:r>
        <w:rPr>
          <w:lang w:eastAsia="zh-CN"/>
        </w:rPr>
        <w:br/>
      </w:r>
      <w:r>
        <w:rPr>
          <w:lang w:eastAsia="zh-CN"/>
        </w:rPr>
        <w:t>　　1、教师要注重指导低年级学生的识谱问题，对每个年级的音乐教学应达到什么样的水平，要根据《大纲》的要求，结合学生的实际水平，制定出具体的方案。</w:t>
      </w:r>
      <w:r>
        <w:rPr>
          <w:lang w:eastAsia="zh-CN"/>
        </w:rPr>
        <w:br/>
      </w:r>
      <w:r>
        <w:rPr>
          <w:lang w:eastAsia="zh-CN"/>
        </w:rPr>
        <w:t>　　2、课堂中要善于发挥电教手段的作用，丰富教学。教师可上网浏览、下载课件，建立自己的资料库，备课时随时调用服务教学。上学期我们组建立起了自己的音乐网页，这学期我们还要继续丰富其内容。我们组教师都采用电脑备课的形式。在掌握的基础上，本学期要求备课的质量要具有学科特色，要勇于创新，精益求精。这就对我们提出了更高的要求，大家信心百倍、干劲实足，纷纷利用业余时间学习大量电脑课件制作技术，为现代化教学奠定扎实的基本功。</w:t>
      </w:r>
      <w:r>
        <w:rPr>
          <w:lang w:eastAsia="zh-CN"/>
        </w:rPr>
        <w:br/>
      </w:r>
      <w:r>
        <w:rPr>
          <w:lang w:eastAsia="zh-CN"/>
        </w:rPr>
        <w:t>　　4、我们要吃透教材，认真备好每一节课，并充分利用学区间这个大家庭的力量不定期的进行集体备课，交流与学习。每周大家至少要进行一次集体备课，特别是每个人每学期的教研课，应当每人争取都是一节精品课，要钻研教材，一起探讨教学中的重点、难点、教法、学法等等，共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5、本学期业务学习的内容仍以《中小学音乐教育》、《儿童音乐》、《音乐教学法研究》为主，采用集体学与自学相结合的形式。并且每周教研组要学习一篇关于素质教育或课堂教学有关的材料，做好提炼、归纳工作。同时组织本组教师积极撰写教学论文，逐步提高教学理论水平。踊跃向各级报刊投稿。另外，音乐基本功的训练仍应坚持不懈。</w:t>
      </w:r>
      <w:r>
        <w:rPr>
          <w:lang w:eastAsia="zh-CN"/>
        </w:rPr>
        <w:br/>
      </w:r>
      <w:r>
        <w:rPr>
          <w:lang w:eastAsia="zh-CN"/>
        </w:rPr>
        <w:t>　　四、加强特长活动小组的教学。</w:t>
      </w:r>
      <w:r>
        <w:rPr>
          <w:lang w:eastAsia="zh-CN"/>
        </w:rPr>
        <w:br/>
      </w:r>
      <w:r>
        <w:rPr>
          <w:lang w:eastAsia="zh-CN"/>
        </w:rPr>
        <w:t>　　每周安排特长小组活动时间。我们教研组三位老师分别负责好舞蹈、器乐、合唱三个小组。课前认真备课、课上耐心讲解，作好活动纪录。积极带队参与各级比赛，大家齐心合力、出谋划策，为取得各项活动的好成绩做好准备。</w:t>
      </w:r>
      <w:r>
        <w:rPr>
          <w:lang w:eastAsia="zh-CN"/>
        </w:rPr>
        <w:br/>
      </w:r>
      <w:r>
        <w:rPr>
          <w:lang w:eastAsia="zh-CN"/>
        </w:rPr>
        <w:t>　　五、活动安排</w:t>
      </w:r>
      <w:r>
        <w:rPr>
          <w:lang w:eastAsia="zh-CN"/>
        </w:rPr>
        <w:br/>
      </w:r>
      <w:r>
        <w:rPr>
          <w:lang w:eastAsia="zh-CN"/>
        </w:rPr>
        <w:t>　　周次 内容</w:t>
      </w:r>
      <w:r>
        <w:rPr>
          <w:lang w:eastAsia="zh-CN"/>
        </w:rPr>
        <w:br/>
      </w:r>
      <w:r>
        <w:rPr>
          <w:lang w:eastAsia="zh-CN"/>
        </w:rPr>
        <w:t>　　1各音乐教师制定学科计划、组长制定音乐组活动计划</w:t>
      </w:r>
      <w:r>
        <w:rPr>
          <w:lang w:eastAsia="zh-CN"/>
        </w:rPr>
        <w:br/>
      </w:r>
      <w:r>
        <w:rPr>
          <w:lang w:eastAsia="zh-CN"/>
        </w:rPr>
        <w:t>　　2召开学校教学工作会议和相关学科的教学工作专题会议</w:t>
      </w:r>
      <w:r>
        <w:rPr>
          <w:lang w:eastAsia="zh-CN"/>
        </w:rPr>
        <w:br/>
      </w:r>
      <w:r>
        <w:rPr>
          <w:lang w:eastAsia="zh-CN"/>
        </w:rPr>
        <w:t>　　3组织开展师徒结对工作之课堂小常规训练、开始舞蹈、手风琴特色课堂训练</w:t>
      </w:r>
      <w:r>
        <w:rPr>
          <w:lang w:eastAsia="zh-CN"/>
        </w:rPr>
        <w:br/>
      </w:r>
      <w:r>
        <w:rPr>
          <w:lang w:eastAsia="zh-CN"/>
        </w:rPr>
        <w:t>　　4召开学校完整一课有效结合到课堂讨论，老师基本功培训</w:t>
      </w:r>
      <w:r>
        <w:rPr>
          <w:lang w:eastAsia="zh-CN"/>
        </w:rPr>
        <w:br/>
      </w:r>
      <w:r>
        <w:rPr>
          <w:lang w:eastAsia="zh-CN"/>
        </w:rPr>
        <w:t>　　5参加区教研中心教师学京剧继续教育活动</w:t>
      </w:r>
      <w:r>
        <w:rPr>
          <w:lang w:eastAsia="zh-CN"/>
        </w:rPr>
        <w:br/>
      </w:r>
      <w:r>
        <w:rPr>
          <w:lang w:eastAsia="zh-CN"/>
        </w:rPr>
        <w:t>　　6如何上好音乐欣赏课组内研讨、组织参加区京剧培训、加强舞蹈队参赛节排练，参与学校老师基本训培训</w:t>
      </w:r>
      <w:r>
        <w:rPr>
          <w:lang w:eastAsia="zh-CN"/>
        </w:rPr>
        <w:br/>
      </w:r>
      <w:r>
        <w:rPr>
          <w:lang w:eastAsia="zh-CN"/>
        </w:rPr>
        <w:t>　　7如何上好音乐欣赏课教学研讨活动、组织参加区京剧培训</w:t>
      </w:r>
      <w:r>
        <w:rPr>
          <w:lang w:eastAsia="zh-CN"/>
        </w:rPr>
        <w:br/>
      </w:r>
      <w:r>
        <w:rPr>
          <w:lang w:eastAsia="zh-CN"/>
        </w:rPr>
        <w:t>　　8贺健老师教研课</w:t>
      </w:r>
      <w:r>
        <w:rPr>
          <w:lang w:eastAsia="zh-CN"/>
        </w:rPr>
        <w:br/>
      </w:r>
      <w:r>
        <w:rPr>
          <w:lang w:eastAsia="zh-CN"/>
        </w:rPr>
        <w:t>　　9喻小燕老师教研课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10如何上好音乐欣赏课教学研讨活动、加强舞蹈队、手风琴队排练</w:t>
      </w:r>
      <w:r>
        <w:rPr>
          <w:lang w:eastAsia="zh-CN"/>
        </w:rPr>
        <w:br/>
      </w:r>
      <w:r>
        <w:rPr>
          <w:lang w:eastAsia="zh-CN"/>
        </w:rPr>
        <w:t>　　11师徒结队活动之课堂的有效组织</w:t>
      </w:r>
      <w:r>
        <w:rPr>
          <w:lang w:eastAsia="zh-CN"/>
        </w:rPr>
        <w:br/>
      </w:r>
      <w:r>
        <w:rPr>
          <w:lang w:eastAsia="zh-CN"/>
        </w:rPr>
        <w:t>　　12完整一课研讨活动，任娜老师参加区京剧培训</w:t>
      </w:r>
      <w:r>
        <w:rPr>
          <w:lang w:eastAsia="zh-CN"/>
        </w:rPr>
        <w:br/>
      </w:r>
      <w:r>
        <w:rPr>
          <w:lang w:eastAsia="zh-CN"/>
        </w:rPr>
        <w:t>　　13如何上好音乐欣赏课组内研讨及师徒结队活动之课堂小乐器运用</w:t>
      </w:r>
      <w:r>
        <w:rPr>
          <w:lang w:eastAsia="zh-CN"/>
        </w:rPr>
        <w:br/>
      </w:r>
      <w:r>
        <w:rPr>
          <w:lang w:eastAsia="zh-CN"/>
        </w:rPr>
        <w:t>　　14师徒结队活动之课堂语言组织</w:t>
      </w:r>
      <w:r>
        <w:rPr>
          <w:lang w:eastAsia="zh-CN"/>
        </w:rPr>
        <w:br/>
      </w:r>
      <w:r>
        <w:rPr>
          <w:lang w:eastAsia="zh-CN"/>
        </w:rPr>
        <w:t>　　15筹备参加舞蹈、手风琴艺术展演比赛</w:t>
      </w:r>
      <w:r>
        <w:rPr>
          <w:lang w:eastAsia="zh-CN"/>
        </w:rPr>
        <w:br/>
      </w:r>
      <w:r>
        <w:rPr>
          <w:lang w:eastAsia="zh-CN"/>
        </w:rPr>
        <w:t>　　16完整一课研讨及如何上好音乐欣赏课组内研讨</w:t>
      </w:r>
      <w:r>
        <w:rPr>
          <w:lang w:eastAsia="zh-CN"/>
        </w:rPr>
        <w:br/>
      </w:r>
      <w:r>
        <w:rPr>
          <w:lang w:eastAsia="zh-CN"/>
        </w:rPr>
        <w:t>　　17如何上好音乐欣赏课组内研讨</w:t>
      </w:r>
      <w:r>
        <w:rPr>
          <w:lang w:eastAsia="zh-CN"/>
        </w:rPr>
        <w:br/>
      </w:r>
      <w:r>
        <w:rPr>
          <w:lang w:eastAsia="zh-CN"/>
        </w:rPr>
        <w:t>　　18认真撰写教学论文，参加论文评比活动</w:t>
      </w:r>
      <w:r>
        <w:rPr>
          <w:lang w:eastAsia="zh-CN"/>
        </w:rPr>
        <w:br/>
      </w:r>
      <w:r>
        <w:rPr>
          <w:lang w:eastAsia="zh-CN"/>
        </w:rPr>
        <w:t>　　19组织期末复习，做好期末检测</w:t>
      </w:r>
      <w:r>
        <w:rPr>
          <w:lang w:eastAsia="zh-CN"/>
        </w:rPr>
        <w:br/>
      </w:r>
      <w:r>
        <w:rPr>
          <w:lang w:eastAsia="zh-CN"/>
        </w:rPr>
        <w:t>　　20资料整理</w:t>
      </w:r>
      <w:r>
        <w:rPr>
          <w:lang w:eastAsia="zh-CN"/>
        </w:rPr>
        <w:br/>
      </w:r>
      <w:r>
        <w:rPr>
          <w:lang w:eastAsia="zh-CN"/>
        </w:rPr>
        <w:t xml:space="preserve">    小学音乐教学计划书 篇15 </w:t>
      </w:r>
      <w:r>
        <w:rPr>
          <w:lang w:eastAsia="zh-CN"/>
        </w:rPr>
        <w:br/>
      </w:r>
      <w:r>
        <w:rPr>
          <w:lang w:eastAsia="zh-CN"/>
        </w:rPr>
        <w:t>　　一、指导思想</w:t>
      </w:r>
      <w:r>
        <w:rPr>
          <w:lang w:eastAsia="zh-CN"/>
        </w:rPr>
        <w:br/>
      </w:r>
      <w:r>
        <w:rPr>
          <w:lang w:eastAsia="zh-CN"/>
        </w:rPr>
        <w:t>　　全面贯彻党的教育方针，使学生在德、智、体、美诸方面全面发展，音乐课是美育教育的一部分，要着重培养学生在歌唱和感受 音乐的能力，通过音乐的艺术形象，培养学生的远大理想，陶冶情操，启迪情操，启迪智慧，促进孩子们身心健康的发展，促进社会主义精神文明建设，为选就一代 社会主义新人发挥重要作用。</w:t>
      </w:r>
      <w:r>
        <w:rPr>
          <w:lang w:eastAsia="zh-CN"/>
        </w:rPr>
        <w:br/>
      </w:r>
      <w:r>
        <w:rPr>
          <w:lang w:eastAsia="zh-CN"/>
        </w:rPr>
        <w:t>　　二、教学任务</w:t>
      </w:r>
      <w:r>
        <w:rPr>
          <w:lang w:eastAsia="zh-CN"/>
        </w:rPr>
        <w:br/>
      </w:r>
      <w:r>
        <w:rPr>
          <w:lang w:eastAsia="zh-CN"/>
        </w:rPr>
        <w:t>　　1、学会课本上的全部歌曲，通过</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歌曲的演唱，使学生更加爱祖国、爱人民、爱劳动、爱学习、爱科学、爱科学、爱大自然、爱生活。</w:t>
      </w:r>
      <w:r>
        <w:rPr>
          <w:lang w:eastAsia="zh-CN"/>
        </w:rPr>
        <w:br/>
      </w:r>
      <w:r>
        <w:rPr>
          <w:lang w:eastAsia="zh-CN"/>
        </w:rPr>
        <w:t>　　2、学会如下读谱知识：弱起小节、速度记号、跨小节的切分音。</w:t>
      </w:r>
      <w:r>
        <w:rPr>
          <w:lang w:eastAsia="zh-CN"/>
        </w:rPr>
        <w:br/>
      </w:r>
      <w:r>
        <w:rPr>
          <w:lang w:eastAsia="zh-CN"/>
        </w:rPr>
        <w:t>　　3、认真完成课后的综合训练，通过练习逐渐提高学生的创作旋律、填写旋律的能力，并逐渐学会辨别三和弦的和谐是否。</w:t>
      </w:r>
      <w:r>
        <w:rPr>
          <w:lang w:eastAsia="zh-CN"/>
        </w:rPr>
        <w:br/>
      </w:r>
      <w:r>
        <w:rPr>
          <w:lang w:eastAsia="zh-CN"/>
        </w:rPr>
        <w:t>　　4、上好欣赏课，通过欣赏，扩大学生的视野，以音乐的艺术形象有力的感染和鼓舞学生。在上好欣赏课的同时，认真介绍民族乐器的“吹管乐器”和“打击乐器”，提高学生的民族自尊心和自豪感，还要介绍世界著名音乐家莫扎特和冼星海的`生平事迹，学习他们顽强拼搏的奋斗精神。</w:t>
      </w:r>
      <w:r>
        <w:rPr>
          <w:lang w:eastAsia="zh-CN"/>
        </w:rPr>
        <w:br/>
      </w:r>
      <w:r>
        <w:rPr>
          <w:lang w:eastAsia="zh-CN"/>
        </w:rPr>
        <w:t>　　三、教学重点、难点分析</w:t>
      </w:r>
      <w:r>
        <w:rPr>
          <w:lang w:eastAsia="zh-CN"/>
        </w:rPr>
        <w:br/>
      </w:r>
      <w:r>
        <w:rPr>
          <w:lang w:eastAsia="zh-CN"/>
        </w:rPr>
        <w:t>　　教学重点：以审美体验为核心，提高学生的审美能力，发展创造思维。</w:t>
      </w:r>
      <w:r>
        <w:rPr>
          <w:lang w:eastAsia="zh-CN"/>
        </w:rPr>
        <w:br/>
      </w:r>
      <w:r>
        <w:rPr>
          <w:lang w:eastAsia="zh-CN"/>
        </w:rPr>
        <w:t>　　教学难点：审美情操的培养，实践能力的培养，培养学生的创造精神和合作精神的能力。</w:t>
      </w:r>
      <w:r>
        <w:rPr>
          <w:lang w:eastAsia="zh-CN"/>
        </w:rPr>
        <w:br/>
      </w:r>
      <w:r>
        <w:rPr>
          <w:lang w:eastAsia="zh-CN"/>
        </w:rPr>
        <w:t>　　一、设计思想：</w:t>
      </w:r>
      <w:r>
        <w:rPr>
          <w:lang w:eastAsia="zh-CN"/>
        </w:rPr>
        <w:br/>
      </w:r>
      <w:r>
        <w:rPr>
          <w:lang w:eastAsia="zh-CN"/>
        </w:rPr>
        <w:t>　　（一）指导思想：音乐课程标准中强调，音乐课的基本价值在于通过聆听音乐、表现音乐和音乐创造活动，使学生充分体验蕴含于音乐中获得美和丰富的情 感，并与之产生强烈的情感共鸣。本课音乐教学设计，围绕以审美为核心，以兴趣为爱好为动力的基本理念。面向全体学生，注重学生的个性发展，积极引导学生参 与各项音乐活动，鼓励学生在音乐活动中的创造。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（二）设计理念：本课音乐设计以音乐以体验、表现音乐为主线。采用互助合作学习引导学生自主学习，提倡学习过程中学生间的互帮互学，培养学生间相互交流的合作意识和团队精神</w:t>
      </w:r>
      <w:r>
        <w:rPr>
          <w:lang w:eastAsia="zh-CN"/>
        </w:rPr>
        <w:br/>
      </w:r>
      <w:r>
        <w:rPr>
          <w:lang w:eastAsia="zh-CN"/>
        </w:rPr>
        <w:t>　　（三）学情分析：</w:t>
      </w:r>
      <w:r>
        <w:rPr>
          <w:lang w:eastAsia="zh-CN"/>
        </w:rPr>
        <w:br/>
      </w:r>
      <w:r>
        <w:rPr>
          <w:lang w:eastAsia="zh-CN"/>
        </w:rPr>
        <w:t>　　1、在唱歌、视唱和听音练习方面，大部分同学都有了一定的基础，但每班还有四五个音乐上的后进生五音不全，我们要多给这些同学一些关心和爱心，使他们尽快的喜欢起音乐来，让他们高兴起来，尽快脱掉“乐盲”的帽子。</w:t>
      </w:r>
      <w:r>
        <w:rPr>
          <w:lang w:eastAsia="zh-CN"/>
        </w:rPr>
        <w:br/>
      </w:r>
      <w:r>
        <w:rPr>
          <w:lang w:eastAsia="zh-CN"/>
        </w:rPr>
        <w:t>　　2、在欣赏方面，大多数学生图个热闹，而对曲目的主旋律不熟悉或知之甚少，学生不知道音乐美在哪，就很难激发学生欣赏音乐的情绪，达不到预期的目的。因此，需要学生先熟悉旋律，再做欣赏。</w:t>
      </w:r>
      <w:r>
        <w:rPr>
          <w:lang w:eastAsia="zh-CN"/>
        </w:rPr>
        <w:br/>
      </w:r>
      <w:r>
        <w:rPr>
          <w:lang w:eastAsia="zh-CN"/>
        </w:rPr>
        <w:t>　　四、教学措施</w:t>
      </w:r>
      <w:r>
        <w:rPr>
          <w:lang w:eastAsia="zh-CN"/>
        </w:rPr>
        <w:br/>
      </w:r>
      <w:r>
        <w:rPr>
          <w:lang w:eastAsia="zh-CN"/>
        </w:rPr>
        <w:t>　　1、认真备课，认真学习音乐教学大纲，全面了解本学期的教学任务，备教材、备学生、备教法，教学目标明确，重难点突出。</w:t>
      </w:r>
      <w:r>
        <w:rPr>
          <w:lang w:eastAsia="zh-CN"/>
        </w:rPr>
        <w:br/>
      </w:r>
      <w:r>
        <w:rPr>
          <w:lang w:eastAsia="zh-CN"/>
        </w:rPr>
        <w:t>　　2、认真上课，课堂使教师完成教学任务的主要阵地，提高课堂教学质量是完成教学任务的主要手段，课堂教学力求思路清晰，结构严谨，符合学生的认识规律，教学生动形象，激发学生的学习兴趣。</w:t>
      </w:r>
      <w:r>
        <w:rPr>
          <w:lang w:eastAsia="zh-CN"/>
        </w:rPr>
        <w:br/>
      </w:r>
      <w:r>
        <w:rPr>
          <w:lang w:eastAsia="zh-CN"/>
        </w:rPr>
        <w:t>　　3、积极参加组里的教研活动，多听同行老师们的课，吸取他们的长处，不断提高自己的业务和教学能力。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4、积极大胆的使用现代化的电教设备，加大教学容量，提高课堂教学效果。</w:t>
      </w:r>
      <w:r>
        <w:rPr>
          <w:lang w:eastAsia="zh-CN"/>
        </w:rPr>
        <w:br/>
      </w:r>
      <w:r>
        <w:rPr>
          <w:lang w:eastAsia="zh-CN"/>
        </w:rPr>
        <w:t>　　5、密切联系学生，经常征求学生对老师的意见，不断改进教法，提高教学效果，争取大面积的丰收。</w:t>
      </w:r>
      <w:r>
        <w:rPr>
          <w:lang w:eastAsia="zh-CN"/>
        </w:rPr>
        <w:br/>
      </w:r>
      <w:r>
        <w:rPr>
          <w:lang w:eastAsia="zh-CN"/>
        </w:rPr>
        <w:t>　　五、教材分析</w:t>
      </w:r>
      <w:r>
        <w:rPr>
          <w:lang w:eastAsia="zh-CN"/>
        </w:rPr>
        <w:br/>
      </w:r>
      <w:r>
        <w:rPr>
          <w:lang w:eastAsia="zh-CN"/>
        </w:rPr>
        <w:t>　　本学期教材的知识结构体系分析和技能训练要求。教材内容有：共分为六个单元，每个单元包括感受音乐，表现音乐，创造音乐以及学习和音乐文化的广阔天地等内容，这些内容均有机的联系。本学期教学内容包括唱歌、欣赏、器乐、律动、创编等。要求如下：</w:t>
      </w:r>
      <w:r>
        <w:rPr>
          <w:lang w:eastAsia="zh-CN"/>
        </w:rPr>
        <w:br/>
      </w:r>
      <w:r>
        <w:rPr>
          <w:lang w:eastAsia="zh-CN"/>
        </w:rPr>
        <w:t>　　唱歌：学习用正确的口形歌唱，咬字吐字清晰。学习正确的呼吸及连音演唱方法，能够很好的表现歌曲的情感。欣赏：欣赏优秀 的歌曲、乐曲、民歌、民间歌舞、民间器乐曲，感受音乐的不同情绪。器乐：认识各种打击乐器。律动：要求学生配合音乐，跟老师示范，在技能训练上，注意培养 学生的音乐感受力。</w:t>
      </w:r>
      <w:r>
        <w:rPr>
          <w:lang w:eastAsia="zh-CN"/>
        </w:rPr>
        <w:br/>
      </w:r>
      <w:r>
        <w:rPr>
          <w:lang w:eastAsia="zh-CN"/>
        </w:rPr>
        <w:t xml:space="preserve">    小学音乐教学计划书 篇16 </w:t>
      </w:r>
      <w:r>
        <w:rPr>
          <w:lang w:eastAsia="zh-CN"/>
        </w:rPr>
        <w:br/>
      </w:r>
      <w:r>
        <w:rPr>
          <w:lang w:eastAsia="zh-CN"/>
        </w:rPr>
        <w:t>　　一、工作思路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学期音乐教学研究的工作思路是组织和指导中小学音乐教师认真学习基础教育课程大纲改革（试行）和《艺术教育工程条例》，进一步研究九年义务教育音乐课程标准和普通高中音乐课程标准，反思课程改革以来的经验和存在的问题，寻找解决问题的方法和策略。在进一步推进课程改革的过程中，要不断提高“研究、指导、服务、管理”的质量。要以提高中小学音乐课堂教学质量为重点，加强对农村学校和城市薄弱学校的指导和管理，以学科研究和教研组建设为突破口，充分发挥学科中心群和学科基地的作用，加强师资队伍建设，做好“器乐进学校”和各项艺术活动，努力促进我市中小学音乐教育教学质量的稳步提高。</w:t>
      </w:r>
      <w:r>
        <w:rPr>
          <w:lang w:eastAsia="zh-CN"/>
        </w:rPr>
        <w:br/>
      </w:r>
      <w:r>
        <w:rPr>
          <w:lang w:eastAsia="zh-CN"/>
        </w:rPr>
        <w:t>　　二、主要工作</w:t>
      </w:r>
      <w:r>
        <w:rPr>
          <w:lang w:eastAsia="zh-CN"/>
        </w:rPr>
        <w:br/>
      </w:r>
      <w:r>
        <w:rPr>
          <w:lang w:eastAsia="zh-CN"/>
        </w:rPr>
        <w:t>　　（一）加强教学研究，推进课程改革。</w:t>
      </w:r>
      <w:r>
        <w:rPr>
          <w:lang w:eastAsia="zh-CN"/>
        </w:rPr>
        <w:br/>
      </w:r>
      <w:r>
        <w:rPr>
          <w:lang w:eastAsia="zh-CN"/>
        </w:rPr>
        <w:t>　　1、继续认真学习研究《基础教育阶段音乐课程标准》和《普通高中音乐课程标准》，对中小学音乐课程改革中的关键问题进行专题研究，找出解决问题的方法和策略，进一步提高课程实施能力。</w:t>
      </w:r>
      <w:r>
        <w:rPr>
          <w:lang w:eastAsia="zh-CN"/>
        </w:rPr>
        <w:br/>
      </w:r>
      <w:r>
        <w:rPr>
          <w:lang w:eastAsia="zh-CN"/>
        </w:rPr>
        <w:t>　　2、进一步完善中小学音乐教学研究基地，充分发挥学科指导小组的作用，积极开展新课程标准、新教材专题研讨会。</w:t>
      </w:r>
      <w:r>
        <w:rPr>
          <w:lang w:eastAsia="zh-CN"/>
        </w:rPr>
        <w:br/>
      </w:r>
      <w:r>
        <w:rPr>
          <w:lang w:eastAsia="zh-CN"/>
        </w:rPr>
        <w:t>　　3、组织高中音乐教师对音乐欣赏必修模块进行分组备课，开设研究型课程，进一步提高课堂教学质量。</w:t>
      </w:r>
      <w:r>
        <w:rPr>
          <w:lang w:eastAsia="zh-CN"/>
        </w:rPr>
        <w:br/>
      </w:r>
      <w:r>
        <w:rPr>
          <w:lang w:eastAsia="zh-CN"/>
        </w:rPr>
        <w:t>　　4、学习教学策略和教学评价的理论和经验，做好省部级项目“普通中小学音乐学科发展性学生评价实践研究”，不断完善中小学生学业评价体系。</w:t>
      </w:r>
      <w:r>
        <w:rPr>
          <w:lang w:eastAsia="zh-CN"/>
        </w:rPr>
        <w:br/>
      </w:r>
      <w:r>
        <w:rPr>
          <w:lang w:eastAsia="zh-CN"/>
        </w:rPr>
        <w:t>　　（二）加强校本培训，提高实施技能。</w:t>
      </w:r>
      <w:r>
        <w:rPr>
          <w:lang w:eastAsia="zh-CN"/>
        </w:rPr>
        <w:br/>
      </w:r>
      <w:r>
        <w:rPr>
          <w:lang w:eastAsia="zh-CN"/>
        </w:rPr>
        <w:t>　　1、继续组织中小学音乐教师对新课程标准教材的实践研究，组织开展义务教育阶段新一轮课程培训。</w:t>
      </w:r>
      <w:r>
        <w:rPr>
          <w:lang w:eastAsia="zh-CN"/>
        </w:rPr>
        <w:br/>
      </w:r>
      <w:r>
        <w:rPr>
          <w:lang w:eastAsia="zh-CN"/>
        </w:rPr>
        <w:t>　　2、组织中小学音乐教师继续研究常州市中小学音乐教学建议，进一步规范教学行为，提高教师课堂教学预设能力。</w:t>
      </w:r>
      <w:r>
        <w:rPr>
          <w:lang w:eastAsia="zh-CN"/>
        </w:rPr>
        <w:br/>
      </w:r>
      <w:r>
        <w:rPr>
          <w:lang w:eastAsia="zh-CN"/>
        </w:rPr>
        <w:t>　　3、做好高中音乐各选修模块的课堂教学实践与研究。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4、开展多种形式的课堂教学讨论和观察活动，形成具有地方特色的课堂教学新模式。</w:t>
      </w:r>
      <w:r>
        <w:rPr>
          <w:lang w:eastAsia="zh-CN"/>
        </w:rPr>
        <w:br/>
      </w:r>
      <w:r>
        <w:rPr>
          <w:lang w:eastAsia="zh-CN"/>
        </w:rPr>
        <w:t>　　5、组织中小学音乐教师人才竞赛，促进教师专业发展。</w:t>
      </w:r>
      <w:r>
        <w:rPr>
          <w:lang w:eastAsia="zh-CN"/>
        </w:rPr>
        <w:br/>
      </w:r>
      <w:r>
        <w:rPr>
          <w:lang w:eastAsia="zh-CN"/>
        </w:rPr>
        <w:t>　　6、发现、总结、推广一线音乐教师的教学经验。</w:t>
      </w:r>
      <w:r>
        <w:rPr>
          <w:lang w:eastAsia="zh-CN"/>
        </w:rPr>
        <w:br/>
      </w:r>
      <w:r>
        <w:rPr>
          <w:lang w:eastAsia="zh-CN"/>
        </w:rPr>
        <w:t>　　7、不定期举办专题学术沙龙，营造良好的学术氛围，交流教育教学改革经验。</w:t>
      </w:r>
      <w:r>
        <w:rPr>
          <w:lang w:eastAsia="zh-CN"/>
        </w:rPr>
        <w:br/>
      </w:r>
      <w:r>
        <w:rPr>
          <w:lang w:eastAsia="zh-CN"/>
        </w:rPr>
        <w:t>　　（三）做好课题研究，促进教师专业发展。</w:t>
      </w:r>
      <w:r>
        <w:rPr>
          <w:lang w:eastAsia="zh-CN"/>
        </w:rPr>
        <w:br/>
      </w:r>
      <w:r>
        <w:rPr>
          <w:lang w:eastAsia="zh-CN"/>
        </w:rPr>
        <w:t>　　1、结合音乐课程改革中存在的问题，组织部分音乐教师设计有效的课堂教学问题，进行模块教学研究。</w:t>
      </w:r>
      <w:r>
        <w:rPr>
          <w:lang w:eastAsia="zh-CN"/>
        </w:rPr>
        <w:br/>
      </w:r>
      <w:r>
        <w:rPr>
          <w:lang w:eastAsia="zh-CN"/>
        </w:rPr>
        <w:t>　　2、本文研究了中小学音乐课堂教学中如何重视学生基本音乐知识的学习和基本技能的构成，如何在音乐活动中注重学生的音乐表现，如何将基本知识和基本技能融入到学生的音乐活动中。</w:t>
      </w:r>
      <w:r>
        <w:rPr>
          <w:lang w:eastAsia="zh-CN"/>
        </w:rPr>
        <w:br/>
      </w:r>
      <w:r>
        <w:rPr>
          <w:lang w:eastAsia="zh-CN"/>
        </w:rPr>
        <w:t>　　3、以小学音乐课堂教学评价、小学音乐课堂教学质量检查、初中学生音乐学业评价、高中音乐课堂教学评价为重点，组织课题组教师做好省级项目“普通中小学音乐学科发展性学生评价实践研究”，不断完善中小学生学业评价体系。</w:t>
      </w:r>
      <w:r>
        <w:rPr>
          <w:lang w:eastAsia="zh-CN"/>
        </w:rPr>
        <w:br/>
      </w:r>
      <w:r>
        <w:rPr>
          <w:lang w:eastAsia="zh-CN"/>
        </w:rPr>
        <w:t>　　4、重视中小学音乐教师音乐专业技能的提高和进修，对青年教师的歌唱、伴奏技能有必要的考核要求。</w:t>
      </w:r>
      <w:r>
        <w:rPr>
          <w:lang w:eastAsia="zh-CN"/>
        </w:rPr>
        <w:br/>
      </w:r>
      <w:r>
        <w:rPr>
          <w:lang w:eastAsia="zh-CN"/>
        </w:rPr>
        <w:t xml:space="preserve">    小学音乐教学计划书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二年级的小朋友经过上一学期的训练和教育，在行为习惯方面有了很大的进步。上课大多数学生能遵守纪律，他们活泼好动，喜欢表现自己，因此教师要提供尽可能多的机会，让他们勇于表现自己。这阶段对音乐还有浓厚的兴趣，喜欢上音乐课，在歌唱，舞蹈方面，表现非常好。三个班的小朋友情况大同小异，对乐理知识掌握的不够，但是模仿能力比较强，而且也能熟练掌握。大约占整体学生的30%—35%左右的学生能够很好的掌握，50%的小朋友还可以，20%的小朋友唱歌时，五音不全，模仿能力又比较差。其中主要原因是没有接受过长期的训练，还不能很好的表现自己，性格内向也是原因之一。因此，利用音乐课及课外活动，培养他们良好的兴趣，打好基础是当前首要任务之一。</w:t>
      </w:r>
      <w:r>
        <w:rPr>
          <w:lang w:eastAsia="zh-CN"/>
        </w:rPr>
        <w:br/>
      </w:r>
      <w:r>
        <w:rPr>
          <w:lang w:eastAsia="zh-CN"/>
        </w:rPr>
        <w:t>　　本学期教学目标及课标要求</w:t>
      </w:r>
      <w:r>
        <w:rPr>
          <w:lang w:eastAsia="zh-CN"/>
        </w:rPr>
        <w:br/>
      </w:r>
      <w:r>
        <w:rPr>
          <w:lang w:eastAsia="zh-CN"/>
        </w:rPr>
        <w:t>　　（一）知识目标：</w:t>
      </w:r>
      <w:r>
        <w:rPr>
          <w:lang w:eastAsia="zh-CN"/>
        </w:rPr>
        <w:br/>
      </w:r>
      <w:r>
        <w:rPr>
          <w:lang w:eastAsia="zh-CN"/>
        </w:rPr>
        <w:t>　　1、 认识认识打击乐器碰铃和响板。“ⅩⅩ”和“ⅩⅩⅩⅩ”，感受音的长短，并且学会正确的演奏方法。2、 通过学习歌曲，理解歌曲所包括的小知识。</w:t>
      </w:r>
      <w:r>
        <w:rPr>
          <w:lang w:eastAsia="zh-CN"/>
        </w:rPr>
        <w:br/>
      </w:r>
      <w:r>
        <w:rPr>
          <w:lang w:eastAsia="zh-CN"/>
        </w:rPr>
        <w:t>　　（二）能力目标：</w:t>
      </w:r>
      <w:r>
        <w:rPr>
          <w:lang w:eastAsia="zh-CN"/>
        </w:rPr>
        <w:br/>
      </w:r>
      <w:r>
        <w:rPr>
          <w:lang w:eastAsia="zh-CN"/>
        </w:rPr>
        <w:t>　　1、 学生通过学习歌曲，学会用正确的口形，姿势和呼吸方法歌唱。自然圆润的发声，清晰的咬字、吐字</w:t>
      </w:r>
      <w:r>
        <w:rPr>
          <w:lang w:eastAsia="zh-CN"/>
        </w:rPr>
        <w:br/>
      </w:r>
      <w:r>
        <w:rPr>
          <w:lang w:eastAsia="zh-CN"/>
        </w:rPr>
        <w:t>　　2、 通过学习本册教材，认识一些乐器，初步学习演奏方法。</w:t>
      </w:r>
      <w:r>
        <w:rPr>
          <w:lang w:eastAsia="zh-CN"/>
        </w:rPr>
        <w:br/>
      </w:r>
      <w:r>
        <w:rPr>
          <w:lang w:eastAsia="zh-CN"/>
        </w:rPr>
        <w:t>　　3、 通过音乐游戏，引起学生的兴趣，培养学生合作进取的精神，培养学生对音乐的兴趣。4、通过声音创编的活动，激发学生对创造的兴趣，并从中获得成功的喜悦。</w:t>
      </w:r>
      <w:r>
        <w:rPr>
          <w:lang w:eastAsia="zh-CN"/>
        </w:rPr>
        <w:br/>
      </w:r>
      <w:r>
        <w:rPr>
          <w:lang w:eastAsia="zh-CN"/>
        </w:rPr>
        <w:t>　　（三）情意目标：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通过音乐教学，突出其学科的特点，把爱国主义集体主义精神的培养渗透到音色教育中，启迪智慧，培养合作意识和乐观向上的生活态度，使学生成为有理想，有道德，有文化，有纪律的全面发展的新人。</w:t>
      </w:r>
      <w:r>
        <w:rPr>
          <w:lang w:eastAsia="zh-CN"/>
        </w:rPr>
        <w:br/>
      </w:r>
      <w:r>
        <w:rPr>
          <w:lang w:eastAsia="zh-CN"/>
        </w:rPr>
        <w:t>　　（四)质量目标:</w:t>
      </w:r>
      <w:r>
        <w:rPr>
          <w:lang w:eastAsia="zh-CN"/>
        </w:rPr>
        <w:br/>
      </w:r>
      <w:r>
        <w:rPr>
          <w:lang w:eastAsia="zh-CN"/>
        </w:rPr>
        <w:t>　　基本上能掌握教材规定的简单的音乐技能，掌握认识简单的乐谱的能力，能够完整的演唱歌曲，本学期新扩展了音乐创造和音乐与之相关的文化内容，发展学生创造性思维能力及提高学生的人文素养</w:t>
      </w:r>
      <w:r>
        <w:rPr>
          <w:lang w:eastAsia="zh-CN"/>
        </w:rPr>
        <w:br/>
      </w:r>
      <w:r>
        <w:rPr>
          <w:lang w:eastAsia="zh-CN"/>
        </w:rPr>
        <w:t>　　教材重难点教学重点：以审美体验为核心，提高学生的审美能力，发展创造思维。</w:t>
      </w:r>
      <w:r>
        <w:rPr>
          <w:lang w:eastAsia="zh-CN"/>
        </w:rPr>
        <w:br/>
      </w:r>
      <w:r>
        <w:rPr>
          <w:lang w:eastAsia="zh-CN"/>
        </w:rPr>
        <w:t>　　教学难点：审美情操的培养，实践能力的培养，培养学生的创造精神和合作精神的能</w:t>
      </w:r>
      <w:r>
        <w:rPr>
          <w:lang w:eastAsia="zh-CN"/>
        </w:rPr>
        <w:br/>
      </w:r>
      <w:r>
        <w:rPr>
          <w:lang w:eastAsia="zh-CN"/>
        </w:rPr>
        <w:t>　　教材编排顺序及内容剖析第四册教材以审美为中心，以音乐文化为主线，以音乐学科为基点，加强实践与创造，加强综合与渗透把激发学生学习音乐的兴趣贯穿始终。</w:t>
      </w:r>
      <w:r>
        <w:rPr>
          <w:lang w:eastAsia="zh-CN"/>
        </w:rPr>
        <w:br/>
      </w:r>
      <w:r>
        <w:rPr>
          <w:lang w:eastAsia="zh-CN"/>
        </w:rPr>
        <w:t>　　音乐教育的本质是审美教育，离开了审美为中心的音乐教育将是一潭死水。美的感染必须通过自身的体验才能获得，因此，音乐审美教育不仅要完整地体现在课程中，更要体现在音乐教学活动中。以往音乐教材的视角往往单纯从音乐到音乐，很少从文化的角度去思考。本教材就很重视从音乐文化上去开拓，教材强调了音乐与人、音乐与社会、音乐与民族、音乐与大自然的联系等等，把音乐置身于大文化中，以文化主题组织教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音乐课是实践性很强的教学活动。这是因为音乐艺术本身所具有的基本特征所造成的。无论是音乐表演、音乐欣赏，他们都与各种形式的时间活动密不可分。就音乐教学活动而言，学生离开了延长、演奏、创作、鉴赏等音乐时间活动，就很难获得直接经验。</w:t>
      </w:r>
      <w:r>
        <w:rPr>
          <w:lang w:eastAsia="zh-CN"/>
        </w:rPr>
        <w:br/>
      </w:r>
      <w:r>
        <w:rPr>
          <w:lang w:eastAsia="zh-CN"/>
        </w:rPr>
        <w:t>　　本册教材的曲目选择，在考虑作品的思想性、艺术性、民族性的基础上，尤其注重歌曲的可唱性与欣赏曲的可听性，各年级的歌曲还兼顾时代性。朗朗上口，让学生爱听、爱唱。另外还有自制乐器、创编小品、游戏、舞蹈等活动，培养学生的创新精神与实践能力，让学生在实践中体验，在想象中去创造，促进思维，发展智力。</w:t>
      </w:r>
      <w:r>
        <w:rPr>
          <w:lang w:eastAsia="zh-CN"/>
        </w:rPr>
        <w:br/>
      </w:r>
      <w:r>
        <w:rPr>
          <w:lang w:eastAsia="zh-CN"/>
        </w:rPr>
        <w:t>　　本学期教材的知识结构体系分析和技能训练要求。本册教材内容有：分为六个单元，每个单元包括感受音乐，表现音乐，创造音乐以及学习和音乐文化的广阔天地等内容，这些内容均有机的联系。本学期教学内容包括唱歌、欣赏、器乐、律动，创编等。</w:t>
      </w:r>
      <w:r>
        <w:rPr>
          <w:lang w:eastAsia="zh-CN"/>
        </w:rPr>
        <w:br/>
      </w:r>
      <w:r>
        <w:rPr>
          <w:lang w:eastAsia="zh-CN"/>
        </w:rPr>
        <w:t>　　要求如下：</w:t>
      </w:r>
      <w:r>
        <w:rPr>
          <w:lang w:eastAsia="zh-CN"/>
        </w:rPr>
        <w:br/>
      </w:r>
      <w:r>
        <w:rPr>
          <w:lang w:eastAsia="zh-CN"/>
        </w:rPr>
        <w:t>　　唱歌：学习用正确的口形唱歌，咬字吐字清晰，学习正确的呼吸及连音演唱方法，能够很好的.表现歌曲的情感。</w:t>
      </w:r>
      <w:r>
        <w:rPr>
          <w:lang w:eastAsia="zh-CN"/>
        </w:rPr>
        <w:br/>
      </w:r>
      <w:r>
        <w:rPr>
          <w:lang w:eastAsia="zh-CN"/>
        </w:rPr>
        <w:t>　　欣赏：欣赏优秀的歌曲、乐曲、民歌、民间歌舞、民间器乐曲。了解人声的分类和演唱形式，常见的乐器和演奏形式，了解中外杰出音乐家。感受音乐的不同情绪。</w:t>
      </w:r>
      <w:r>
        <w:rPr>
          <w:lang w:eastAsia="zh-CN"/>
        </w:rPr>
        <w:br/>
      </w:r>
      <w:r>
        <w:rPr>
          <w:lang w:eastAsia="zh-CN"/>
        </w:rPr>
        <w:t>　　器乐：认识各种打击乐器，并学会正确的演奏方法。渐渐培养儿童的音乐创造力和协作能力。律动：要求学生配合音乐，跟老师示范，在技能训练上，注意培养学生的音乐感知力</w:t>
      </w:r>
      <w:r>
        <w:rPr>
          <w:lang w:eastAsia="zh-CN"/>
        </w:rPr>
        <w:br/>
      </w:r>
      <w:r>
        <w:rPr>
          <w:lang w:eastAsia="zh-CN"/>
        </w:rPr>
        <w:t>　　2、</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本学期教材在学科教学中的地位和作用.音乐教育是基础教育的有机组成部分，是实施美育的重要途径。对于陶冶情操，培养创新精神和实践能力，提高文化素养与审美能力，增进身心健康，促进学生德智体美劳全面发展具有不可替代的作用。</w:t>
      </w:r>
      <w:r>
        <w:rPr>
          <w:lang w:eastAsia="zh-CN"/>
        </w:rPr>
        <w:br/>
      </w:r>
      <w:r>
        <w:rPr>
          <w:lang w:eastAsia="zh-CN"/>
        </w:rPr>
        <w:t>　　主要教学措施</w:t>
      </w:r>
      <w:r>
        <w:rPr>
          <w:lang w:eastAsia="zh-CN"/>
        </w:rPr>
        <w:br/>
      </w:r>
      <w:r>
        <w:rPr>
          <w:lang w:eastAsia="zh-CN"/>
        </w:rPr>
        <w:t>　　落实教学“五认真”的具体措施。 提优补差的内容、途径和方法。</w:t>
      </w:r>
      <w:r>
        <w:rPr>
          <w:lang w:eastAsia="zh-CN"/>
        </w:rPr>
        <w:br/>
      </w:r>
      <w:r>
        <w:rPr>
          <w:lang w:eastAsia="zh-CN"/>
        </w:rPr>
        <w:t>　　1、 认真钻研大纲和教材，在此 基础上按课时，并按教导处统一备课格式，认真写好教学详案。</w:t>
      </w:r>
      <w:r>
        <w:rPr>
          <w:lang w:eastAsia="zh-CN"/>
        </w:rPr>
        <w:br/>
      </w:r>
      <w:r>
        <w:rPr>
          <w:lang w:eastAsia="zh-CN"/>
        </w:rPr>
        <w:t>　　2、 认真执行课时计划，严格把握40分钟的课堂时间，向40分钟要效率。</w:t>
      </w:r>
      <w:r>
        <w:rPr>
          <w:lang w:eastAsia="zh-CN"/>
        </w:rPr>
        <w:br/>
      </w:r>
      <w:r>
        <w:rPr>
          <w:lang w:eastAsia="zh-CN"/>
        </w:rPr>
        <w:t>　　3、 充分作好课前准备。</w:t>
      </w:r>
      <w:r>
        <w:rPr>
          <w:lang w:eastAsia="zh-CN"/>
        </w:rPr>
        <w:br/>
      </w:r>
      <w:r>
        <w:rPr>
          <w:lang w:eastAsia="zh-CN"/>
        </w:rPr>
        <w:t>　　4、 认真按照教案上课，上课坚持说普通话，在课上多给学生自我表现和发问的机会。</w:t>
      </w:r>
      <w:r>
        <w:rPr>
          <w:lang w:eastAsia="zh-CN"/>
        </w:rPr>
        <w:br/>
      </w:r>
      <w:r>
        <w:rPr>
          <w:lang w:eastAsia="zh-CN"/>
        </w:rPr>
        <w:t>　　5、 根据学生身心发展的特点，适当放第要求，防慢教学进展，打好基础，培养学生的学习兴趣。</w:t>
      </w:r>
      <w:r>
        <w:rPr>
          <w:lang w:eastAsia="zh-CN"/>
        </w:rPr>
        <w:br/>
      </w:r>
      <w:r>
        <w:rPr>
          <w:lang w:eastAsia="zh-CN"/>
        </w:rPr>
        <w:t>　　6、 根据本校条件设备，充分利用投影仪、录像、录音机等教具，努力激发学生兴趣，提高课堂教学效果。</w:t>
      </w:r>
      <w:r>
        <w:rPr>
          <w:lang w:eastAsia="zh-CN"/>
        </w:rPr>
        <w:br/>
      </w:r>
      <w:r>
        <w:rPr>
          <w:lang w:eastAsia="zh-CN"/>
        </w:rPr>
        <w:t>　　7、 完成教材任务的同时，为培养学生的兴趣，提高活动能力，且配合学校社会的中心工作，丰富校园生活，本学期准备成立几个兴趣小组，如器乐、舞蹈、合唱等。</w:t>
      </w:r>
      <w:r>
        <w:rPr>
          <w:lang w:eastAsia="zh-CN"/>
        </w:rPr>
        <w:br/>
      </w:r>
      <w:r>
        <w:rPr>
          <w:lang w:eastAsia="zh-CN"/>
        </w:rPr>
        <w:t>　　8、 提优补差的途径：（1）、通过课堂教学。（2）、通过课外艺术活动。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9、方法：</w:t>
      </w:r>
      <w:r>
        <w:rPr>
          <w:lang w:eastAsia="zh-CN"/>
        </w:rPr>
        <w:br/>
      </w:r>
      <w:r>
        <w:rPr>
          <w:lang w:eastAsia="zh-CN"/>
        </w:rPr>
        <w:t>　　示范：教师示范、学生模仿。</w:t>
      </w:r>
      <w:r>
        <w:rPr>
          <w:lang w:eastAsia="zh-CN"/>
        </w:rPr>
        <w:br/>
      </w:r>
      <w:r>
        <w:rPr>
          <w:lang w:eastAsia="zh-CN"/>
        </w:rPr>
        <w:t>　　鼓励、表扬法：通过鼓励表扬大体高学生的学习兴趣。</w:t>
      </w:r>
      <w:r>
        <w:rPr>
          <w:lang w:eastAsia="zh-CN"/>
        </w:rPr>
        <w:br/>
      </w:r>
      <w:r>
        <w:rPr>
          <w:lang w:eastAsia="zh-CN"/>
        </w:rPr>
        <w:t>　　因材施教法：针对不同学生采取不同的方法，扬长避短，使学生学有所得，学有所长。</w:t>
      </w:r>
      <w:r>
        <w:rPr>
          <w:lang w:eastAsia="zh-CN"/>
        </w:rPr>
        <w:br/>
      </w:r>
      <w:r>
        <w:rPr>
          <w:lang w:eastAsia="zh-CN"/>
        </w:rPr>
        <w:t>　　课题研究及阶段性设想创设小学音乐课</w:t>
      </w:r>
      <w:r>
        <w:rPr>
          <w:lang w:eastAsia="zh-CN"/>
        </w:rPr>
        <w:br/>
      </w:r>
      <w:r>
        <w:rPr>
          <w:lang w:eastAsia="zh-CN"/>
        </w:rPr>
        <w:t xml:space="preserve">    小学音乐教学计划书 篇18 </w:t>
      </w:r>
      <w:r>
        <w:rPr>
          <w:lang w:eastAsia="zh-CN"/>
        </w:rPr>
        <w:br/>
      </w:r>
      <w:r>
        <w:rPr>
          <w:lang w:eastAsia="zh-CN"/>
        </w:rPr>
        <w:t>　　一、本册教学总体目标要求</w:t>
      </w:r>
      <w:r>
        <w:rPr>
          <w:lang w:eastAsia="zh-CN"/>
        </w:rPr>
        <w:br/>
      </w:r>
      <w:r>
        <w:rPr>
          <w:lang w:eastAsia="zh-CN"/>
        </w:rPr>
        <w:t>　　苏少版《音乐》教科书，力图全面体现《基础教育课程改革纲要》的理念和要求，以人文内涵为依托、贯穿审美精神及音乐文化、激发学生潜能和创新意识、培育学生人格健康并富有特色、成为学生爱学，教师爱教的新型教科书，为学生的音乐艺术活动和音乐审美能力发展提供优化、可持续发展的基本课程资源。此宗旨用两句话概括：奉献于学生：让人生享受音乐，用音乐美化人生。</w:t>
      </w:r>
      <w:r>
        <w:rPr>
          <w:lang w:eastAsia="zh-CN"/>
        </w:rPr>
        <w:br/>
      </w:r>
      <w:r>
        <w:rPr>
          <w:lang w:eastAsia="zh-CN"/>
        </w:rPr>
        <w:t>　　概括本册教学总体目标要求如下：</w:t>
      </w:r>
      <w:r>
        <w:rPr>
          <w:lang w:eastAsia="zh-CN"/>
        </w:rPr>
        <w:br/>
      </w:r>
      <w:r>
        <w:rPr>
          <w:lang w:eastAsia="zh-CN"/>
        </w:rPr>
        <w:t>　　一、注意“低幼衔接”，用孩子们喜闻乐见的方式和内容，让学生强烈感受学习音乐所带来的幸福与欢乐，培养了儿童对音乐的兴趣，让学生从起始阶段就喜欢音乐，喜欢音乐课。</w:t>
      </w:r>
      <w:r>
        <w:rPr>
          <w:lang w:eastAsia="zh-CN"/>
        </w:rPr>
        <w:br/>
      </w:r>
      <w:r>
        <w:rPr>
          <w:lang w:eastAsia="zh-CN"/>
        </w:rPr>
        <w:t>　　二、在教学中，创设优美愉快的学习环境，并通过唱游、律动等丰富多彩活动，培养学生良好学习习惯，逐步提高音乐能力。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三、引领学生走进音乐世界，培养学生敏于音乐听觉的耳朵，以歌引听，以听辩声，以奏试声，以画辨音，引起学生对音响和音乐探索的兴趣。</w:t>
      </w:r>
      <w:r>
        <w:rPr>
          <w:lang w:eastAsia="zh-CN"/>
        </w:rPr>
        <w:br/>
      </w:r>
      <w:r>
        <w:rPr>
          <w:lang w:eastAsia="zh-CN"/>
        </w:rPr>
        <w:t>　　四、以儿童的生活经验为切入点，尝试参与节奏、歌词、动作等的创编，通过各种有创造性的音乐活动，培养学生的音乐创造能力。</w:t>
      </w:r>
      <w:r>
        <w:rPr>
          <w:lang w:eastAsia="zh-CN"/>
        </w:rPr>
        <w:br/>
      </w:r>
      <w:r>
        <w:rPr>
          <w:lang w:eastAsia="zh-CN"/>
        </w:rPr>
        <w:t>　　二、教学进度</w:t>
      </w:r>
      <w:r>
        <w:rPr>
          <w:lang w:eastAsia="zh-CN"/>
        </w:rPr>
        <w:br/>
      </w:r>
      <w:r>
        <w:rPr>
          <w:lang w:eastAsia="zh-CN"/>
        </w:rPr>
        <w:t>　　周次 时间 教学内容 课时</w:t>
      </w:r>
      <w:r>
        <w:rPr>
          <w:lang w:eastAsia="zh-CN"/>
        </w:rPr>
        <w:br/>
      </w:r>
      <w:r>
        <w:rPr>
          <w:lang w:eastAsia="zh-CN"/>
        </w:rPr>
        <w:t>　　一、2/9—2/13再见吧，冬天 小小雨点2</w:t>
      </w:r>
      <w:r>
        <w:rPr>
          <w:lang w:eastAsia="zh-CN"/>
        </w:rPr>
        <w:br/>
      </w:r>
      <w:r>
        <w:rPr>
          <w:lang w:eastAsia="zh-CN"/>
        </w:rPr>
        <w:t>　　二、2/16—2/20我和小树来比赛 集体舞2</w:t>
      </w:r>
      <w:r>
        <w:rPr>
          <w:lang w:eastAsia="zh-CN"/>
        </w:rPr>
        <w:br/>
      </w:r>
      <w:r>
        <w:rPr>
          <w:lang w:eastAsia="zh-CN"/>
        </w:rPr>
        <w:t>　　三、2/23—2/27小松树 我的创造(1)(2)2</w:t>
      </w:r>
      <w:r>
        <w:rPr>
          <w:lang w:eastAsia="zh-CN"/>
        </w:rPr>
        <w:br/>
      </w:r>
      <w:r>
        <w:rPr>
          <w:lang w:eastAsia="zh-CN"/>
        </w:rPr>
        <w:t>　　四、3/2—3/6大树妈妈 小宝宝睡着了2</w:t>
      </w:r>
      <w:r>
        <w:rPr>
          <w:lang w:eastAsia="zh-CN"/>
        </w:rPr>
        <w:br/>
      </w:r>
      <w:r>
        <w:rPr>
          <w:lang w:eastAsia="zh-CN"/>
        </w:rPr>
        <w:t>　　五、3/9—3/13家家就是妈妈 摇篮曲(1)(2)1</w:t>
      </w:r>
      <w:r>
        <w:rPr>
          <w:lang w:eastAsia="zh-CN"/>
        </w:rPr>
        <w:br/>
      </w:r>
      <w:r>
        <w:rPr>
          <w:lang w:eastAsia="zh-CN"/>
        </w:rPr>
        <w:t>　　六、3/26—3/20唱给妈妈的摇篮曲我的创造歌表演1</w:t>
      </w:r>
      <w:r>
        <w:rPr>
          <w:lang w:eastAsia="zh-CN"/>
        </w:rPr>
        <w:br/>
      </w:r>
      <w:r>
        <w:rPr>
          <w:lang w:eastAsia="zh-CN"/>
        </w:rPr>
        <w:t>　　七、3/23—3/27劳动最光荣勤快人和懒惰人2</w:t>
      </w:r>
      <w:r>
        <w:rPr>
          <w:lang w:eastAsia="zh-CN"/>
        </w:rPr>
        <w:br/>
      </w:r>
      <w:r>
        <w:rPr>
          <w:lang w:eastAsia="zh-CN"/>
        </w:rPr>
        <w:t>　　八、3/30—4/3快乐的小木匠我有一双万能的手铁匠波尔卡2</w:t>
      </w:r>
      <w:r>
        <w:rPr>
          <w:lang w:eastAsia="zh-CN"/>
        </w:rPr>
        <w:br/>
      </w:r>
      <w:r>
        <w:rPr>
          <w:lang w:eastAsia="zh-CN"/>
        </w:rPr>
        <w:t>　　九、4/6—4/10大鹿守株待兔小红帽2</w:t>
      </w:r>
      <w:r>
        <w:rPr>
          <w:lang w:eastAsia="zh-CN"/>
        </w:rPr>
        <w:br/>
      </w:r>
      <w:r>
        <w:rPr>
          <w:lang w:eastAsia="zh-CN"/>
        </w:rPr>
        <w:t>　　十、4/13—4/17龟兔赛跑小小音乐剧2</w:t>
      </w:r>
      <w:r>
        <w:rPr>
          <w:lang w:eastAsia="zh-CN"/>
        </w:rPr>
        <w:br/>
      </w:r>
      <w:r>
        <w:rPr>
          <w:lang w:eastAsia="zh-CN"/>
        </w:rPr>
        <w:t>　　十一、4/20—4/24哈里罗彝家娃娃真幸福2</w:t>
      </w:r>
      <w:r>
        <w:rPr>
          <w:lang w:eastAsia="zh-CN"/>
        </w:rPr>
        <w:br/>
      </w:r>
      <w:r>
        <w:rPr>
          <w:lang w:eastAsia="zh-CN"/>
        </w:rPr>
        <w:t>　　十二、4/27—4/30法郎多尔舞曲快乐的罗嗦节日舞曲2</w:t>
      </w:r>
      <w:r>
        <w:rPr>
          <w:lang w:eastAsia="zh-CN"/>
        </w:rPr>
        <w:br/>
      </w:r>
      <w:r>
        <w:rPr>
          <w:lang w:eastAsia="zh-CN"/>
        </w:rPr>
        <w:t>　　十三、5/4—5/8数蛤蟆颠倒歌2</w:t>
      </w:r>
      <w:r>
        <w:rPr>
          <w:lang w:eastAsia="zh-CN"/>
        </w:rPr>
        <w:br/>
      </w:r>
      <w:r>
        <w:rPr>
          <w:lang w:eastAsia="zh-CN"/>
        </w:rPr>
        <w:t>　　十四、5/11—5/15滑稽歌天黑黑音乐游戏2</w:t>
      </w:r>
      <w:r>
        <w:rPr>
          <w:lang w:eastAsia="zh-CN"/>
        </w:rPr>
        <w:br/>
      </w:r>
      <w:r>
        <w:rPr>
          <w:lang w:eastAsia="zh-CN"/>
        </w:rPr>
        <w:t>　　十五、5/18—5/22闪烁的小星月儿弯弯2</w:t>
      </w:r>
      <w:r>
        <w:rPr>
          <w:lang w:eastAsia="zh-CN"/>
        </w:rPr>
        <w:br/>
      </w:r>
      <w:r>
        <w:rPr>
          <w:lang w:eastAsia="zh-CN"/>
        </w:rPr>
        <w:t>　　十六、5/25—5/29闪亮闪亮的小星小白船小星星变奏曲2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十七、6/1—6/5柳树姑娘萤火虫爱唱什么歌2</w:t>
      </w:r>
      <w:r>
        <w:rPr>
          <w:lang w:eastAsia="zh-CN"/>
        </w:rPr>
        <w:br/>
      </w:r>
      <w:r>
        <w:rPr>
          <w:lang w:eastAsia="zh-CN"/>
        </w:rPr>
        <w:t>　　十八、6/8—6/12闻着荷花的香气夏之夜青蛙合唱2</w:t>
      </w:r>
      <w:r>
        <w:rPr>
          <w:lang w:eastAsia="zh-CN"/>
        </w:rPr>
        <w:br/>
      </w:r>
      <w:r>
        <w:rPr>
          <w:lang w:eastAsia="zh-CN"/>
        </w:rPr>
        <w:t>　　十九、6/15—6/19期末考核2</w:t>
      </w:r>
      <w:r>
        <w:rPr>
          <w:lang w:eastAsia="zh-CN"/>
        </w:rPr>
        <w:br/>
      </w:r>
      <w:r>
        <w:rPr>
          <w:lang w:eastAsia="zh-CN"/>
        </w:rPr>
        <w:t xml:space="preserve">    小学音乐教学计划书 篇19 </w:t>
      </w:r>
      <w:r>
        <w:rPr>
          <w:lang w:eastAsia="zh-CN"/>
        </w:rPr>
        <w:br/>
      </w:r>
      <w:r>
        <w:rPr>
          <w:lang w:eastAsia="zh-CN"/>
        </w:rPr>
        <w:t>　　一、指导思想</w:t>
      </w:r>
      <w:r>
        <w:rPr>
          <w:lang w:eastAsia="zh-CN"/>
        </w:rPr>
        <w:br/>
      </w:r>
      <w:r>
        <w:rPr>
          <w:lang w:eastAsia="zh-CN"/>
        </w:rPr>
        <w:t>　　全面贯彻党的教育方针，使学生在德、智、体、美诸方面全面发展，音乐课是美育教育的一部分，要着重培养学生在歌唱和感受音乐的潜质，透过音乐的艺术形象，培养学生的远大理想，陶冶情操，启迪情操，启迪智慧，促进孩子们身心健康的发展，促进社会主义精神礼貌建设，为选就一代社会主义新人发挥重要作用。</w:t>
      </w:r>
      <w:r>
        <w:rPr>
          <w:lang w:eastAsia="zh-CN"/>
        </w:rPr>
        <w:br/>
      </w:r>
      <w:r>
        <w:rPr>
          <w:lang w:eastAsia="zh-CN"/>
        </w:rPr>
        <w:t>　　二、教学任务</w:t>
      </w:r>
      <w:r>
        <w:rPr>
          <w:lang w:eastAsia="zh-CN"/>
        </w:rPr>
        <w:br/>
      </w:r>
      <w:r>
        <w:rPr>
          <w:lang w:eastAsia="zh-CN"/>
        </w:rPr>
        <w:t>　　1、学会课本上的全部歌曲，透过歌曲的演唱，使学生更加爱祖国、爱人民、爱劳动、爱学习、爱科学、爱科学、爱大自然、爱生活。</w:t>
      </w:r>
      <w:r>
        <w:rPr>
          <w:lang w:eastAsia="zh-CN"/>
        </w:rPr>
        <w:br/>
      </w:r>
      <w:r>
        <w:rPr>
          <w:lang w:eastAsia="zh-CN"/>
        </w:rPr>
        <w:t>　　2、学会如下读谱知识：弱起小节、速度记号、跨小节的切分音。</w:t>
      </w:r>
      <w:r>
        <w:rPr>
          <w:lang w:eastAsia="zh-CN"/>
        </w:rPr>
        <w:br/>
      </w:r>
      <w:r>
        <w:rPr>
          <w:lang w:eastAsia="zh-CN"/>
        </w:rPr>
        <w:t>　　3、认真完成课后的综合训练，透过练习逐渐提高学生的创作旋律、填写旋律的潜质，并逐渐学会辨别三和弦的和谐是否。</w:t>
      </w:r>
      <w:r>
        <w:rPr>
          <w:lang w:eastAsia="zh-CN"/>
        </w:rPr>
        <w:br/>
      </w:r>
      <w:r>
        <w:rPr>
          <w:lang w:eastAsia="zh-CN"/>
        </w:rPr>
        <w:t>　　4、上好欣赏课，透过欣赏，扩大学生的视野，以音乐的艺术形象有力的感染和鼓舞学生。在上好欣赏课的同时，认真说民族乐器的“吹管乐器”和“打击乐器”，提高学生的民族自尊心和自豪感，还要说世界著名音乐家莫扎特和冼星海的生平事迹，学习他们顽强拼搏的奋斗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三、教学重点、难点分析</w:t>
      </w:r>
      <w:r>
        <w:rPr>
          <w:lang w:eastAsia="zh-CN"/>
        </w:rPr>
        <w:br/>
      </w:r>
      <w:r>
        <w:rPr>
          <w:lang w:eastAsia="zh-CN"/>
        </w:rPr>
        <w:t>　　教学重点：以审美体验为核心，提高学生的审美潜质，发展创造思维。</w:t>
      </w:r>
      <w:r>
        <w:rPr>
          <w:lang w:eastAsia="zh-CN"/>
        </w:rPr>
        <w:br/>
      </w:r>
      <w:r>
        <w:rPr>
          <w:lang w:eastAsia="zh-CN"/>
        </w:rPr>
        <w:t>　　教学难点：审美情操的培养，实践潜质的培养，培养学生的创造精神和合作精神的潜质。</w:t>
      </w:r>
      <w:r>
        <w:rPr>
          <w:lang w:eastAsia="zh-CN"/>
        </w:rPr>
        <w:br/>
      </w:r>
      <w:r>
        <w:rPr>
          <w:lang w:eastAsia="zh-CN"/>
        </w:rPr>
        <w:t>　　四、学情分析</w:t>
      </w:r>
      <w:r>
        <w:rPr>
          <w:lang w:eastAsia="zh-CN"/>
        </w:rPr>
        <w:br/>
      </w:r>
      <w:r>
        <w:rPr>
          <w:lang w:eastAsia="zh-CN"/>
        </w:rPr>
        <w:t>　　1、二、三年级的歌曲都是单声部歌曲，唱二声部歌曲比较困难，两个声部分别唱效果都不错，而合在一齐难协调统一。因此，要加强练习。</w:t>
      </w:r>
      <w:r>
        <w:rPr>
          <w:lang w:eastAsia="zh-CN"/>
        </w:rPr>
        <w:br/>
      </w:r>
      <w:r>
        <w:rPr>
          <w:lang w:eastAsia="zh-CN"/>
        </w:rPr>
        <w:t>　　2、在唱歌、视唱和听音练习方面，大部分同学都有了必须的基础，但每班还有四五个音乐上的后进生五音不全，我们要多给这些同学一些关心和爱心，使他们尽快的喜爱起音乐来，让他们高兴起来，尽快脱掉“乐盲”的帽子。</w:t>
      </w:r>
      <w:r>
        <w:rPr>
          <w:lang w:eastAsia="zh-CN"/>
        </w:rPr>
        <w:br/>
      </w:r>
      <w:r>
        <w:rPr>
          <w:lang w:eastAsia="zh-CN"/>
        </w:rPr>
        <w:t>　　3、在欣赏方面，大多数学生图个热闹，而对曲目的主旋律不熟悉或知之甚少，学生不知道音乐美在哪，就很难激发学生欣赏音乐的情绪，达不到预期的目的。因此，需要学生先熟悉旋律，再做欣赏。</w:t>
      </w:r>
      <w:r>
        <w:rPr>
          <w:lang w:eastAsia="zh-CN"/>
        </w:rPr>
        <w:br/>
      </w:r>
      <w:r>
        <w:rPr>
          <w:lang w:eastAsia="zh-CN"/>
        </w:rPr>
        <w:t>　　五、工作措施</w:t>
      </w:r>
      <w:r>
        <w:rPr>
          <w:lang w:eastAsia="zh-CN"/>
        </w:rPr>
        <w:br/>
      </w:r>
      <w:r>
        <w:rPr>
          <w:lang w:eastAsia="zh-CN"/>
        </w:rPr>
        <w:t>　　1、认真备课，认真学习音乐教学大纲，全面了解本学期的.教学任务，备教材、备学生、备教法，教学目标明确，重难点突出。</w:t>
      </w:r>
      <w:r>
        <w:rPr>
          <w:lang w:eastAsia="zh-CN"/>
        </w:rPr>
        <w:br/>
      </w:r>
    </w:p>
    <w:p w:rsidR="001B1F19" w14:textId="27C3F48A">
      <w:pPr>
        <w:rPr>
          <w:rFonts w:hint="eastAsia"/>
          <w:lang w:eastAsia="zh-CN"/>
        </w:rPr>
      </w:pPr>
      <w:r>
        <w:rPr>
          <w:lang w:eastAsia="zh-CN"/>
        </w:rPr>
        <w:t>　　2、认真上课，课堂使教师完成教学任务的主要阵地，提高课堂教学质量是完成教学任务的主要手段，课堂教学力求思路清晰，结构严谨，贴合学生的认识规律，教学生动形象，激发学生的学习兴趣。</w:t>
      </w:r>
      <w:r>
        <w:rPr>
          <w:lang w:eastAsia="zh-CN"/>
        </w:rPr>
        <w:br/>
      </w:r>
      <w:r>
        <w:rPr>
          <w:lang w:eastAsia="zh-CN"/>
        </w:rPr>
        <w:t>　　3、用心参加组里的教研活动，多听同行老师们的课，吸取他们的长处，不断提高自己的业务和教学潜质。</w:t>
      </w:r>
      <w:r>
        <w:rPr>
          <w:lang w:eastAsia="zh-CN"/>
        </w:rPr>
        <w:br/>
      </w:r>
      <w:r>
        <w:rPr>
          <w:lang w:eastAsia="zh-CN"/>
        </w:rPr>
        <w:t>　　4、用心大胆的使用现代化的电教设备，加大教学容量，提高课堂教学效果。</w:t>
      </w:r>
      <w:r>
        <w:rPr>
          <w:lang w:eastAsia="zh-CN"/>
        </w:rPr>
        <w:br/>
      </w:r>
      <w:r>
        <w:rPr>
          <w:lang w:eastAsia="zh-CN"/>
        </w:rPr>
        <w:t>　　5、密切联系学生，经常征求学生对老师的意见，不断改善教法，提高教学效果，争取大面积的丰收。</w:t>
      </w:r>
      <w:r>
        <w:rPr>
          <w:lang w:eastAsia="zh-CN"/>
        </w:rPr>
        <w:br/>
      </w:r>
      <w:r>
        <w:rPr>
          <w:lang w:eastAsia="zh-CN"/>
        </w:rPr>
        <w:t xml:space="preserve">    小学音乐教学计划书 篇20 </w:t>
      </w:r>
      <w:r>
        <w:rPr>
          <w:lang w:eastAsia="zh-CN"/>
        </w:rPr>
        <w:br/>
      </w:r>
      <w:r>
        <w:rPr>
          <w:lang w:eastAsia="zh-CN"/>
        </w:rPr>
        <w:t>　　一、基本情况：</w:t>
      </w:r>
      <w:r>
        <w:rPr>
          <w:lang w:eastAsia="zh-CN"/>
        </w:rPr>
        <w:br/>
      </w:r>
      <w:r>
        <w:rPr>
          <w:lang w:eastAsia="zh-CN"/>
        </w:rPr>
        <w:t>　　本学期五年级有教学班3个，共有学生135人。本年级学生对音乐有了一定的感悟，在20__年六一小白灵合唱比赛中，合唱表演受到全校师生的一致好评，本学期将继续对本年级音乐教学实施较为更加系统训练。</w:t>
      </w:r>
      <w:r>
        <w:rPr>
          <w:lang w:eastAsia="zh-CN"/>
        </w:rPr>
        <w:br/>
      </w:r>
      <w:r>
        <w:rPr>
          <w:lang w:eastAsia="zh-CN"/>
        </w:rPr>
        <w:t>　　二、教材分析：</w:t>
      </w:r>
      <w:r>
        <w:rPr>
          <w:lang w:eastAsia="zh-CN"/>
        </w:rPr>
        <w:br/>
      </w:r>
      <w:r>
        <w:rPr>
          <w:lang w:eastAsia="zh-CN"/>
        </w:rPr>
        <w:t>　　1、本学期教材共有八个单元：</w:t>
      </w:r>
      <w:r>
        <w:rPr>
          <w:lang w:eastAsia="zh-CN"/>
        </w:rPr>
        <w:br/>
      </w:r>
      <w:r>
        <w:rPr>
          <w:lang w:eastAsia="zh-CN"/>
        </w:rPr>
        <w:t>　　第一单元：西部风情</w:t>
      </w:r>
      <w:r>
        <w:rPr>
          <w:lang w:eastAsia="zh-CN"/>
        </w:rPr>
        <w:br/>
      </w:r>
      <w:r>
        <w:rPr>
          <w:lang w:eastAsia="zh-CN"/>
        </w:rPr>
        <w:t>　　第二单元：古诗新唱</w:t>
      </w:r>
      <w:r>
        <w:rPr>
          <w:lang w:eastAsia="zh-CN"/>
        </w:rPr>
        <w:br/>
      </w:r>
      <w:r>
        <w:rPr>
          <w:lang w:eastAsia="zh-CN"/>
        </w:rPr>
        <w:t>　　第三单元：美丽的草原</w:t>
      </w:r>
      <w:r>
        <w:rPr>
          <w:lang w:eastAsia="zh-CN"/>
        </w:rPr>
        <w:br/>
      </w:r>
      <w:r>
        <w:rPr>
          <w:lang w:eastAsia="zh-CN"/>
        </w:rPr>
        <w:t>　　第四单元：欢快的舞步</w:t>
      </w:r>
      <w:r>
        <w:rPr>
          <w:lang w:eastAsia="zh-CN"/>
        </w:rPr>
        <w:br/>
      </w:r>
      <w:r>
        <w:rPr>
          <w:lang w:eastAsia="zh-CN"/>
        </w:rPr>
        <w:t>　　第五单元：绿色畅想</w:t>
      </w:r>
      <w:r>
        <w:rPr>
          <w:lang w:eastAsia="zh-CN"/>
        </w:rPr>
        <w:br/>
      </w:r>
      <w:r>
        <w:rPr>
          <w:lang w:eastAsia="zh-CN"/>
        </w:rPr>
        <w:t>　　第六单元：欢乐的鼓声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https://d.book118.com/247103025014006044</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7103025014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