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学生会工作总结集合（31篇）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学生会工作总结集合（精选31篇）</w:t>
      </w:r>
      <w:r>
        <w:rPr>
          <w:lang w:eastAsia="zh-CN"/>
        </w:rPr>
        <w:br/>
      </w:r>
      <w:r>
        <w:rPr>
          <w:lang w:eastAsia="zh-CN"/>
        </w:rPr>
        <w:t xml:space="preserve">    学生会工作总结集合 篇1 </w:t>
      </w:r>
      <w:r>
        <w:rPr>
          <w:lang w:eastAsia="zh-CN"/>
        </w:rPr>
        <w:br/>
      </w:r>
      <w:r>
        <w:rPr>
          <w:lang w:eastAsia="zh-CN"/>
        </w:rPr>
        <w:t>　　随着本学年即将结束，团总支学生会本学年下半学期的各项工作及活动也意味着结束。本学期我系团总支学生会吸取以前工作中的经验和教训，创新思维和改变方法，促进学生会全面发展和丰富学生学习生活作为工作重点。在团总支的领导下，开展了以各重大节假日、纪念日等为主题的主题教育活动。营造浓厚的系部文化氛围，丰富学生课余生活，锻炼学生的组织协调能力，充分发挥了团总支学生会在推进团学工作全面发展的积极作用。为了总结经验，不断提高我们的工作能力，在此将本学期的工作做一总结。</w:t>
      </w:r>
      <w:r>
        <w:rPr>
          <w:lang w:eastAsia="zh-CN"/>
        </w:rPr>
        <w:br/>
      </w:r>
      <w:r>
        <w:rPr>
          <w:lang w:eastAsia="zh-CN"/>
        </w:rPr>
        <w:t>　　一、各部门本学期工作与活动内容总结</w:t>
      </w:r>
      <w:r>
        <w:rPr>
          <w:lang w:eastAsia="zh-CN"/>
        </w:rPr>
        <w:br/>
      </w:r>
      <w:r>
        <w:rPr>
          <w:lang w:eastAsia="zh-CN"/>
        </w:rPr>
        <w:t>　　组织部：</w:t>
      </w:r>
      <w:r>
        <w:rPr>
          <w:lang w:eastAsia="zh-CN"/>
        </w:rPr>
        <w:br/>
      </w:r>
      <w:r>
        <w:rPr>
          <w:lang w:eastAsia="zh-CN"/>
        </w:rPr>
        <w:t>　　1、4期主题墙报评比（喜迎人大、光盘行动、感恩父母、党在我</w:t>
      </w:r>
      <w:r>
        <w:rPr>
          <w:lang w:eastAsia="zh-CN"/>
        </w:rPr>
        <w:br/>
      </w:r>
      <w:r>
        <w:rPr>
          <w:lang w:eastAsia="zh-CN"/>
        </w:rPr>
        <w:t>　　心中）</w:t>
      </w:r>
      <w:r>
        <w:rPr>
          <w:lang w:eastAsia="zh-CN"/>
        </w:rPr>
        <w:br/>
      </w:r>
      <w:r>
        <w:rPr>
          <w:lang w:eastAsia="zh-CN"/>
        </w:rPr>
        <w:t>　　2、五四表彰评比活动（评选优秀团支部、优秀团干部、优秀团员）</w:t>
      </w:r>
      <w:r>
        <w:rPr>
          <w:lang w:eastAsia="zh-CN"/>
        </w:rPr>
        <w:br/>
      </w:r>
      <w:r>
        <w:rPr>
          <w:lang w:eastAsia="zh-CN"/>
        </w:rPr>
        <w:t>　　3、第十五期入党积极分子的选拔</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4、第十四期入党积极分子转预备党员相关工作</w:t>
      </w:r>
      <w:r>
        <w:rPr>
          <w:lang w:eastAsia="zh-CN"/>
        </w:rPr>
        <w:br/>
      </w:r>
      <w:r>
        <w:rPr>
          <w:lang w:eastAsia="zh-CN"/>
        </w:rPr>
        <w:t>　　宣传部：</w:t>
      </w:r>
      <w:r>
        <w:rPr>
          <w:lang w:eastAsia="zh-CN"/>
        </w:rPr>
        <w:br/>
      </w:r>
      <w:r>
        <w:rPr>
          <w:lang w:eastAsia="zh-CN"/>
        </w:rPr>
        <w:t>　　1、教学楼展板4期墙报的更新（十八大、光盘行动、中国梦、党在我心中）</w:t>
      </w:r>
      <w:r>
        <w:rPr>
          <w:lang w:eastAsia="zh-CN"/>
        </w:rPr>
        <w:br/>
      </w:r>
      <w:r>
        <w:rPr>
          <w:lang w:eastAsia="zh-CN"/>
        </w:rPr>
        <w:t>　　2、成功举办我系第二届清风书画展（展品的收集，评选，展览）</w:t>
      </w:r>
      <w:r>
        <w:rPr>
          <w:lang w:eastAsia="zh-CN"/>
        </w:rPr>
        <w:br/>
      </w:r>
      <w:r>
        <w:rPr>
          <w:lang w:eastAsia="zh-CN"/>
        </w:rPr>
        <w:t>　　3、负责系部及学生会的通知的书写和张贴</w:t>
      </w:r>
      <w:r>
        <w:rPr>
          <w:lang w:eastAsia="zh-CN"/>
        </w:rPr>
        <w:br/>
      </w:r>
      <w:r>
        <w:rPr>
          <w:lang w:eastAsia="zh-CN"/>
        </w:rPr>
        <w:t>　　学习实践部：</w:t>
      </w:r>
      <w:r>
        <w:rPr>
          <w:lang w:eastAsia="zh-CN"/>
        </w:rPr>
        <w:br/>
      </w:r>
      <w:r>
        <w:rPr>
          <w:lang w:eastAsia="zh-CN"/>
        </w:rPr>
        <w:t>　　1、负责我系晚自习的检查与监督</w:t>
      </w:r>
      <w:r>
        <w:rPr>
          <w:lang w:eastAsia="zh-CN"/>
        </w:rPr>
        <w:br/>
      </w:r>
      <w:r>
        <w:rPr>
          <w:lang w:eastAsia="zh-CN"/>
        </w:rPr>
        <w:t>　　2、成功举办以“该不该拘小节”为论点的辩论赛</w:t>
      </w:r>
      <w:r>
        <w:rPr>
          <w:lang w:eastAsia="zh-CN"/>
        </w:rPr>
        <w:br/>
      </w:r>
      <w:r>
        <w:rPr>
          <w:lang w:eastAsia="zh-CN"/>
        </w:rPr>
        <w:t>　　办公室：</w:t>
      </w:r>
      <w:r>
        <w:rPr>
          <w:lang w:eastAsia="zh-CN"/>
        </w:rPr>
        <w:br/>
      </w:r>
      <w:r>
        <w:rPr>
          <w:lang w:eastAsia="zh-CN"/>
        </w:rPr>
        <w:t>　　1、负责学生会各部门档案的管理与整理</w:t>
      </w:r>
      <w:r>
        <w:rPr>
          <w:lang w:eastAsia="zh-CN"/>
        </w:rPr>
        <w:br/>
      </w:r>
      <w:r>
        <w:rPr>
          <w:lang w:eastAsia="zh-CN"/>
        </w:rPr>
        <w:t>　　2、负责每次学生会例会会场的布臵、参会人员的考勤以及会议内</w:t>
      </w:r>
      <w:r>
        <w:rPr>
          <w:lang w:eastAsia="zh-CN"/>
        </w:rPr>
        <w:br/>
      </w:r>
      <w:r>
        <w:rPr>
          <w:lang w:eastAsia="zh-CN"/>
        </w:rPr>
        <w:t>　　容的记录</w:t>
      </w:r>
      <w:r>
        <w:rPr>
          <w:lang w:eastAsia="zh-CN"/>
        </w:rPr>
        <w:br/>
      </w:r>
      <w:r>
        <w:rPr>
          <w:lang w:eastAsia="zh-CN"/>
        </w:rPr>
        <w:t>　　纪检部：</w:t>
      </w:r>
      <w:r>
        <w:rPr>
          <w:lang w:eastAsia="zh-CN"/>
        </w:rPr>
        <w:br/>
      </w:r>
      <w:r>
        <w:rPr>
          <w:lang w:eastAsia="zh-CN"/>
        </w:rPr>
        <w:t>　　1、负责我系早操的检查以及各班人数的清点</w:t>
      </w:r>
      <w:r>
        <w:rPr>
          <w:lang w:eastAsia="zh-CN"/>
        </w:rPr>
        <w:br/>
      </w:r>
      <w:r>
        <w:rPr>
          <w:lang w:eastAsia="zh-CN"/>
        </w:rPr>
        <w:t>　　2、协助学习实践部对我系晚自习进行检查与监督</w:t>
      </w:r>
      <w:r>
        <w:rPr>
          <w:lang w:eastAsia="zh-CN"/>
        </w:rPr>
        <w:br/>
      </w:r>
      <w:r>
        <w:rPr>
          <w:lang w:eastAsia="zh-CN"/>
        </w:rPr>
        <w:t>　　体育部：</w:t>
      </w:r>
      <w:r>
        <w:rPr>
          <w:lang w:eastAsia="zh-CN"/>
        </w:rPr>
        <w:br/>
      </w:r>
      <w:r>
        <w:rPr>
          <w:lang w:eastAsia="zh-CN"/>
        </w:rPr>
        <w:t>　　1、组织我系人员成立系队参加宁职院“联邦制药杯”篮球赛和宁职院“联邦制药杯”足球联赛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2、组织成立宁职院第九届田径运动会机械与电气技术系运动员代表队，在比赛前对各项目运动员进行选拔与训练，并在运动会中负责比赛项目的通知和对比赛人员的后勤等工作。</w:t>
      </w:r>
      <w:r>
        <w:rPr>
          <w:lang w:eastAsia="zh-CN"/>
        </w:rPr>
        <w:br/>
      </w:r>
      <w:r>
        <w:rPr>
          <w:lang w:eastAsia="zh-CN"/>
        </w:rPr>
        <w:t>　　3、成功举办我系羽毛球赛</w:t>
      </w:r>
      <w:r>
        <w:rPr>
          <w:lang w:eastAsia="zh-CN"/>
        </w:rPr>
        <w:br/>
      </w:r>
      <w:r>
        <w:rPr>
          <w:lang w:eastAsia="zh-CN"/>
        </w:rPr>
        <w:t>　　生活部：</w:t>
      </w:r>
      <w:r>
        <w:rPr>
          <w:lang w:eastAsia="zh-CN"/>
        </w:rPr>
        <w:br/>
      </w:r>
      <w:r>
        <w:rPr>
          <w:lang w:eastAsia="zh-CN"/>
        </w:rPr>
        <w:t>　　1、每天晚上对我系所属的宿舍进行人员与卫生的检查</w:t>
      </w:r>
      <w:r>
        <w:rPr>
          <w:lang w:eastAsia="zh-CN"/>
        </w:rPr>
        <w:br/>
      </w:r>
      <w:r>
        <w:rPr>
          <w:lang w:eastAsia="zh-CN"/>
        </w:rPr>
        <w:t>　　2、策划并负责我系本学期的文明宿舍及文明舍长的评比</w:t>
      </w:r>
      <w:r>
        <w:rPr>
          <w:lang w:eastAsia="zh-CN"/>
        </w:rPr>
        <w:br/>
      </w:r>
      <w:r>
        <w:rPr>
          <w:lang w:eastAsia="zh-CN"/>
        </w:rPr>
        <w:t>　　外联部：</w:t>
      </w:r>
      <w:r>
        <w:rPr>
          <w:lang w:eastAsia="zh-CN"/>
        </w:rPr>
        <w:br/>
      </w:r>
      <w:r>
        <w:rPr>
          <w:lang w:eastAsia="zh-CN"/>
        </w:rPr>
        <w:t>　　1、负责联络参加我系活动的其他系部嘉宾</w:t>
      </w:r>
      <w:r>
        <w:rPr>
          <w:lang w:eastAsia="zh-CN"/>
        </w:rPr>
        <w:br/>
      </w:r>
      <w:r>
        <w:rPr>
          <w:lang w:eastAsia="zh-CN"/>
        </w:rPr>
        <w:t>　　2、负责宁职院第九届运动会广播稿的书写与统计</w:t>
      </w:r>
      <w:r>
        <w:rPr>
          <w:lang w:eastAsia="zh-CN"/>
        </w:rPr>
        <w:br/>
      </w:r>
      <w:r>
        <w:rPr>
          <w:lang w:eastAsia="zh-CN"/>
        </w:rPr>
        <w:t>　　安教部：</w:t>
      </w:r>
      <w:r>
        <w:rPr>
          <w:lang w:eastAsia="zh-CN"/>
        </w:rPr>
        <w:br/>
      </w:r>
      <w:r>
        <w:rPr>
          <w:lang w:eastAsia="zh-CN"/>
        </w:rPr>
        <w:t>　　1、负责我系教学楼门窗的安全检查</w:t>
      </w:r>
      <w:r>
        <w:rPr>
          <w:lang w:eastAsia="zh-CN"/>
        </w:rPr>
        <w:br/>
      </w:r>
      <w:r>
        <w:rPr>
          <w:lang w:eastAsia="zh-CN"/>
        </w:rPr>
        <w:t>　　2、举办以“安全文明”为主题的征文比赛</w:t>
      </w:r>
      <w:r>
        <w:rPr>
          <w:lang w:eastAsia="zh-CN"/>
        </w:rPr>
        <w:br/>
      </w:r>
      <w:r>
        <w:rPr>
          <w:lang w:eastAsia="zh-CN"/>
        </w:rPr>
        <w:t>　　二、学生会总体总结</w:t>
      </w:r>
      <w:r>
        <w:rPr>
          <w:lang w:eastAsia="zh-CN"/>
        </w:rPr>
        <w:br/>
      </w:r>
      <w:r>
        <w:rPr>
          <w:lang w:eastAsia="zh-CN"/>
        </w:rPr>
        <w:t>　　1、坚持每两周一次的学生会例会，并在每次会议上总结各部门工作中的不足部署工作任务。</w:t>
      </w:r>
      <w:r>
        <w:rPr>
          <w:lang w:eastAsia="zh-CN"/>
        </w:rPr>
        <w:br/>
      </w:r>
      <w:r>
        <w:rPr>
          <w:lang w:eastAsia="zh-CN"/>
        </w:rPr>
        <w:t>　　2、加强与各班班委的协调与联系，监督与指导各班委做好各项工作，能及时完成系里交给及布臵的各项任务。对工作中存在的各种能够问题及时进行回馈并得到有效的解决。</w:t>
      </w:r>
      <w:r>
        <w:rPr>
          <w:lang w:eastAsia="zh-CN"/>
        </w:rPr>
        <w:br/>
      </w:r>
      <w:r>
        <w:rPr>
          <w:lang w:eastAsia="zh-CN"/>
        </w:rPr>
        <w:t>　　3、本学期进行了学生会新一轮的纳新工作，共有5位新成员通过考核进入学生会并安排在相应的部门（组织部：彭婷；纪检部：贾旭鹏；宣传部：李强；生活部：范晓博、杨金巧）</w:t>
      </w:r>
      <w:r>
        <w:rPr>
          <w:lang w:eastAsia="zh-CN"/>
        </w:rPr>
        <w:br/>
      </w:r>
      <w:r>
        <w:rPr>
          <w:lang w:eastAsia="zh-CN"/>
        </w:rPr>
        <w:t>　　4、由于本届学生会干部已下厂实习，学生会负责老师特在近期进行了学生会新一届负责人的任命，主席团及各部负责人均已选出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5、学生会通过积极组织举办参加系部及院级的多项活动，以不同的形式、从不同的方面宣传了机电系。并在宁职院“中国梦我的梦阳光成才梦”主题演讲比赛中荣获第一名，在宁职院“守纪律、学党章”主题知识竞赛中获得三等奖，在宁职院第九届田径运动会中获得团体第二名和道德风尚奖等荣誉。</w:t>
      </w:r>
      <w:r>
        <w:rPr>
          <w:lang w:eastAsia="zh-CN"/>
        </w:rPr>
        <w:br/>
      </w:r>
      <w:r>
        <w:rPr>
          <w:lang w:eastAsia="zh-CN"/>
        </w:rPr>
        <w:t>　　三、学生会工作中的优点与不足</w:t>
      </w:r>
      <w:r>
        <w:rPr>
          <w:lang w:eastAsia="zh-CN"/>
        </w:rPr>
        <w:br/>
      </w:r>
      <w:r>
        <w:rPr>
          <w:lang w:eastAsia="zh-CN"/>
        </w:rPr>
        <w:t>　　优点：</w:t>
      </w:r>
      <w:r>
        <w:rPr>
          <w:lang w:eastAsia="zh-CN"/>
        </w:rPr>
        <w:br/>
      </w:r>
      <w:r>
        <w:rPr>
          <w:lang w:eastAsia="zh-CN"/>
        </w:rPr>
        <w:t>　　1、学生会各部都在努力的独立策划活动。学生会所做的一切工作都是从最基础开始，各部开展活动更是在摸索中前进。各部独立开展活动时，虽然有一些挫折，但更多的是成功，更重要的是，大家通过这些活动得到了锻炼，积累了经验，为未来各项工作的开展以及下学年的纳新工作提供了良好的基础。</w:t>
      </w:r>
      <w:r>
        <w:rPr>
          <w:lang w:eastAsia="zh-CN"/>
        </w:rPr>
        <w:br/>
      </w:r>
      <w:r>
        <w:rPr>
          <w:lang w:eastAsia="zh-CN"/>
        </w:rPr>
        <w:t>　　2、学生会大多数成员形成了良好的精神风貌。在学生会各项活动的开展过程中，大家变得更加团结，虽然也遇到了各种各样的困难，但大家始终没有放弃，而且是负责任地开展着各项活动，并且帮助其他兄弟部门完成各项工作。</w:t>
      </w:r>
      <w:r>
        <w:rPr>
          <w:lang w:eastAsia="zh-CN"/>
        </w:rPr>
        <w:br/>
      </w:r>
      <w:r>
        <w:rPr>
          <w:lang w:eastAsia="zh-CN"/>
        </w:rPr>
        <w:t>　　不足：</w:t>
      </w:r>
      <w:r>
        <w:rPr>
          <w:lang w:eastAsia="zh-CN"/>
        </w:rPr>
        <w:br/>
      </w:r>
      <w:r>
        <w:rPr>
          <w:lang w:eastAsia="zh-CN"/>
        </w:rPr>
        <w:t>　　1、活动流程做的不够好，导致一些活动虎头蛇尾，甚至失败。活动开展前要进行分析，提前进行活动策划。活动中应注意细节的把握，细节决定成败；活动后，及时总结，分析得失，积累经验。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2、重复的去做任何一件事，久而久之就会心存厌倦。在过去的一年，可以看到，很多的同学在开始进入学生会时充满激情，一旦时间久了就存在消极抵触情绪了。这也是学生会一直以来遗留的问题了。解决这点，不仅需要从开始就要使各成员深入的了解学生会，认清它的本质，还需要帮助他们认识到从其中能真正的得到锻炼。在快到一年结束时，也是新老交替之时，可以有序有效的下方各部门的职能权力。让他们逐步独立的处理事情。</w:t>
      </w:r>
      <w:r>
        <w:rPr>
          <w:lang w:eastAsia="zh-CN"/>
        </w:rPr>
        <w:br/>
      </w:r>
      <w:r>
        <w:rPr>
          <w:lang w:eastAsia="zh-CN"/>
        </w:rPr>
        <w:t>　　3、学生会和班级是紧密联系的。在过去的一年里，在系部或院级活动中，出现过不配合，工作难以进行的情况。对待这种情况，需要将班委和学生会融入起来，加强对班委的工作，让他们理解学生会的工作。同时，要发挥学生会各成员在班级的作用，通过他们，让班级同学理解学生会的各种工作。即需要建立好学生会与班级和同学们的联系。</w:t>
      </w:r>
      <w:r>
        <w:rPr>
          <w:lang w:eastAsia="zh-CN"/>
        </w:rPr>
        <w:br/>
      </w:r>
      <w:r>
        <w:rPr>
          <w:lang w:eastAsia="zh-CN"/>
        </w:rPr>
        <w:t>　　四、下学年的工作希望</w:t>
      </w:r>
      <w:r>
        <w:rPr>
          <w:lang w:eastAsia="zh-CN"/>
        </w:rPr>
        <w:br/>
      </w:r>
      <w:r>
        <w:rPr>
          <w:lang w:eastAsia="zh-CN"/>
        </w:rPr>
        <w:t>　　1、做好下学年学生会新一届的纳新工作，加大考核的力度，吸收一些真正有能力的新成员。</w:t>
      </w:r>
      <w:r>
        <w:rPr>
          <w:lang w:eastAsia="zh-CN"/>
        </w:rPr>
        <w:br/>
      </w:r>
      <w:r>
        <w:rPr>
          <w:lang w:eastAsia="zh-CN"/>
        </w:rPr>
        <w:t>　　2、做好部门的改革制度，增加所需的部门，撤掉多余的部门</w:t>
      </w:r>
      <w:r>
        <w:rPr>
          <w:lang w:eastAsia="zh-CN"/>
        </w:rPr>
        <w:br/>
      </w:r>
      <w:r>
        <w:rPr>
          <w:lang w:eastAsia="zh-CN"/>
        </w:rPr>
        <w:t>　　3、加大力度提升学生干部的自身素质，以达到为广大学生服务的要求</w:t>
      </w:r>
      <w:r>
        <w:rPr>
          <w:lang w:eastAsia="zh-CN"/>
        </w:rPr>
        <w:br/>
      </w:r>
      <w:r>
        <w:rPr>
          <w:lang w:eastAsia="zh-CN"/>
        </w:rPr>
        <w:t>　　4、加强与外界联系，加大与院学生会、各兄弟系部学生会的交流与合作，吸取宝贵经验</w:t>
      </w:r>
      <w:r>
        <w:rPr>
          <w:lang w:eastAsia="zh-CN"/>
        </w:rPr>
        <w:br/>
      </w:r>
      <w:r>
        <w:rPr>
          <w:lang w:eastAsia="zh-CN"/>
        </w:rPr>
        <w:t>　　5、打造同学们的文化活动，积极开展具有各个部门部特色的活动，更多的吸引同学们的目光，得到同学不变的支持，让这些活动的影响力能达到更长久的效果。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成绩属于过去，奋斗成就未来。我们将会一如既往地做好本职工作，以“机电人”新的姿态展现我们的魅力与特色，自强不息，开拓创新，稳中求进，以饱满的精神迎接各项新的挑战，用心做好每件工作，精益求精，为实现创建一流学生会的目标奋进，为实现中华民族伟大复兴梦贡献自己的力量！</w:t>
      </w:r>
      <w:r>
        <w:rPr>
          <w:lang w:eastAsia="zh-CN"/>
        </w:rPr>
        <w:br/>
      </w:r>
      <w:r>
        <w:rPr>
          <w:lang w:eastAsia="zh-CN"/>
        </w:rPr>
        <w:t xml:space="preserve">    学生会工作总结集合 篇2 </w:t>
      </w:r>
      <w:r>
        <w:rPr>
          <w:lang w:eastAsia="zh-CN"/>
        </w:rPr>
        <w:br/>
      </w:r>
      <w:r>
        <w:rPr>
          <w:lang w:eastAsia="zh-CN"/>
        </w:rPr>
        <w:t>　　时间一晃而过，从我们忙碌、紧张但却充实的脚步中悄悄溜走。随着期末临近，20__-20__年第一学期的各项工作也已接近尾声。我们进入学习部也快半年了，也已经完全适应了学习部的生活，学习部的生活是繁忙却又多姿多彩的，我们与大家相处得也非常融洽愉快，我们在工作方面也得到了很多部长和同学的支持与肯定。</w:t>
      </w:r>
      <w:r>
        <w:rPr>
          <w:lang w:eastAsia="zh-CN"/>
        </w:rPr>
        <w:br/>
      </w:r>
      <w:r>
        <w:rPr>
          <w:lang w:eastAsia="zh-CN"/>
        </w:rPr>
        <w:t>　　在学生会，可以让一个人增长不少知识，不管是在学习方面还是在工作方面亦或是其他方面 在学生会，我们学会了如何待人处事，懂得了一个团队团结协作的力量是多么的强大，知道了努力认真的做好每一件事是多么地开心，体会到为老师同学们服务是多么地快乐 在学生会这个大家里面，我们就像沙漠里微不足道的两颗沙粒，但沙漠就是这样的很多颗微不足道的沙粒堆积而成的，我们的力量是微弱的，但学校的中坚力量——学生会分团委，就是由许多这样的微弱力量组成的，我们不可以忽视其中任何一丝小小的力量。“团结就是力量”这句话可不是随便说说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院学习部的工作概括起来有两大块。其一是常规工作，另外是学习部的特色活动。学习部的常规工作包括:学风建设、考勤、英语专栏、证书的整理发放等。特色活动这一块主要是：新生交流会、各类学术讲座、演讲赛、辩论赛。这一块就可以有创意一些了，自己可以积极的策划活动项目，好的活动项目可以被部长采纳，这样可以锻炼我的活动策划和活动组织能力。举办英语演讲比赛，不但给英语爱好者和英语的学习带来许多方便与快乐，也给同学们的课余生活带来了</w:t>
      </w:r>
      <w:r>
        <w:rPr>
          <w:lang w:eastAsia="zh-CN"/>
        </w:rPr>
        <w:br/>
      </w:r>
      <w:r>
        <w:rPr>
          <w:lang w:eastAsia="zh-CN"/>
        </w:rPr>
        <w:t>　　一份娱乐，得到广大学生的一致支持；还有组织的新生辩论赛。这个长达一个月的活动，每个人都竭尽所能，虽然每个人都很疲惫，甚至于走路都会打瞌睡，但是我们的确做到了。从中我们不但评出了优秀的班级，并且选出了一批辩论精英，组成了院辩论团，为以后的比赛、人才的输送准备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认真对待身边的每一件事，细心观察周围细微的变化，努力做好份内的事，并力所能及地协助他人，既快乐了自己又方便了他人。当然工作的开展不可能是一帆风顺的。当遇到困难我们单独无法解决时，就应该主动去寻求帮助。俗话说：“人无完人”失误总是难免的，最重要的是不要对自己失去信心，当然，失败也是不可缺少的一个过程，因为成功之门往往是为失败之后还继续努力的人敞开的。失败的经历就是我们成长路上的最好的老师，我们应该珍惜它，而不是一味地埋怨，自暴自弃，学生会就是一个能让我们发挥自己特长表现自己能力的地方，我们应该珍惜在学生会里每一份每一毫锻炼自己的机会，抓住每一分每一秒去好好利用它。我们在锻炼自己服务同学的同时，为学校的精神文明建设献出自己的一份力量吧！我们也一直保持着这种纯真的心愿在学生会工作，希望我们以后在回忆起高中生活的时候，还能想到自己的人生中会有这么一段美好又有意义的快乐时光，也相信这一段经历在我们踏入社会以后会有很大的帮助吧！至少我们经历了，也享受到了这个过程带给我们的快乐。在进入学习部之前，就抱着这样一个信念：只要我们还在学习部一天，我们就不会让自己的航程留下任何的遗憾，我一定会尽自己所能做好身边的每一件</w:t>
      </w:r>
      <w:r>
        <w:rPr>
          <w:lang w:eastAsia="zh-CN"/>
        </w:rPr>
        <w:br/>
      </w:r>
      <w:r>
        <w:rPr>
          <w:lang w:eastAsia="zh-CN"/>
        </w:rPr>
        <w:t>　　事，我想我们会一直保持这种心态，无论做任何事！</w:t>
      </w:r>
      <w:r>
        <w:rPr>
          <w:lang w:eastAsia="zh-CN"/>
        </w:rPr>
        <w:br/>
      </w:r>
      <w:r>
        <w:rPr>
          <w:lang w:eastAsia="zh-CN"/>
        </w:rPr>
        <w:t>　　在这个学期中,虽然有时会忙得不可交接，但最后我们还是以圆满来结束的。在这过程中我们酸甜苦辣都尝试过,但我们会笑着去面对,因为最后的结果是我们将会受益多多。</w:t>
      </w:r>
      <w:r>
        <w:rPr>
          <w:lang w:eastAsia="zh-CN"/>
        </w:rPr>
        <w:br/>
      </w:r>
      <w:r>
        <w:rPr>
          <w:lang w:eastAsia="zh-CN"/>
        </w:rPr>
        <w:t>　　总结起来学习部的工作有点烦杂，我们要锻炼起自己的统筹能力，同时要有适当的分工，只有这样工作起来会比较有效率。以上是我的一点工作心得吧，希望更多的朋友一起交流。在今后的工作中我们将会更加努力,为我们学习部美好的明天贡献一点微薄之力！</w:t>
      </w:r>
      <w:r>
        <w:rPr>
          <w:lang w:eastAsia="zh-CN"/>
        </w:rPr>
        <w:br/>
      </w:r>
      <w:r>
        <w:rPr>
          <w:lang w:eastAsia="zh-CN"/>
        </w:rPr>
        <w:t xml:space="preserve">    学生会工作总结集合 篇3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时光荏苒，岁月如梭，第六届学生会办公室在工作中取得了骄人的成绩，站在巨人的肩膀上工作，这对我们第七届学生会办公室既是鼓励也是挑战。我决定在今后的工作中，根据办公室自身职能特点，吸取前几届的经验教训，团结进取，锐意创新，为把办公室工作带上一个新的台阶做出自己的贡献。在工作中我们注重工作效率，注意工作方法，协调各部。为使佳木斯第七届学生会取得更加出色的成绩我部门特制定工作计划如下：</w:t>
      </w:r>
      <w:r>
        <w:rPr>
          <w:lang w:eastAsia="zh-CN"/>
        </w:rPr>
        <w:br/>
      </w:r>
      <w:r>
        <w:rPr>
          <w:lang w:eastAsia="zh-CN"/>
        </w:rPr>
        <w:t>　　一、加强内部建设</w:t>
      </w:r>
      <w:r>
        <w:rPr>
          <w:lang w:eastAsia="zh-CN"/>
        </w:rPr>
        <w:br/>
      </w:r>
      <w:r>
        <w:rPr>
          <w:lang w:eastAsia="zh-CN"/>
        </w:rPr>
        <w:t>　　1、基于办公室工作性质的特殊，要求办公室成员必须有较高的思想觉悟，敏锐的政治头脑。所以在下一步的工作中，要把办公室成员的政治思想教育放在首要位置，办公室每周定期进行理论学习，学习内容由办公室主任拟订。学习结束后，要求上交学习心得，由主任亲自批阅，存档，并装订成册。</w:t>
      </w:r>
      <w:r>
        <w:rPr>
          <w:lang w:eastAsia="zh-CN"/>
        </w:rPr>
        <w:br/>
      </w:r>
      <w:r>
        <w:rPr>
          <w:lang w:eastAsia="zh-CN"/>
        </w:rPr>
        <w:t>　　2、办公室是学生会的核心部门，能否在工作中起到表率作用关系到办公室在学生会中威信的树立，也间接影响到学生会整体在广大同学心目中威信的树立。为了保持办公室成员的工作热情，调动起每个办公室成员的积极性，提高办公室的凝聚力，我决定，不定期的与办公室成员谈心，了解每个成员的实际困难，并想办法帮助解决，使他们感受到学生会的温暖，把一种感激之情化成对工作的热情，积极的参加到学生会的工作中来。</w:t>
      </w:r>
      <w:r>
        <w:rPr>
          <w:lang w:eastAsia="zh-CN"/>
        </w:rPr>
        <w:br/>
      </w:r>
      <w:r>
        <w:rPr>
          <w:lang w:eastAsia="zh-CN"/>
        </w:rPr>
        <w:t>　　二、以人为本，强化管理</w:t>
      </w:r>
      <w:r>
        <w:rPr>
          <w:lang w:eastAsia="zh-CN"/>
        </w:rPr>
        <w:br/>
      </w:r>
      <w:r>
        <w:rPr>
          <w:lang w:eastAsia="zh-CN"/>
        </w:rPr>
        <w:t>　　1。在办公室内部实行签到制度，由主任亲自负责，真正的做到量化工作业绩。</w:t>
      </w:r>
      <w:r>
        <w:rPr>
          <w:lang w:eastAsia="zh-CN"/>
        </w:rPr>
        <w:br/>
      </w:r>
      <w:r>
        <w:rPr>
          <w:lang w:eastAsia="zh-CN"/>
        </w:rPr>
        <w:t>　　2。为确保办公室高效率的开展工作，办公室实行强化管理，每人上交课程表，主任可以做到统筹的安排委员的课余时间。</w:t>
      </w:r>
      <w:r>
        <w:rPr>
          <w:lang w:eastAsia="zh-CN"/>
        </w:rPr>
        <w:br/>
      </w:r>
      <w:r>
        <w:rPr>
          <w:lang w:eastAsia="zh-CN"/>
        </w:rPr>
        <w:t>　　三、明确分工，细化责任由于办公室工作可以大体分为三块，分别由专人负责，把责任落实到个人，谁出问题谁负责任。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1、事务通知事务通知是办公室开展工作的一个重要环节，能否通知到位关系到学生会工作能否高效的进行。该项工作由郭凯负责。负责人员必须能够了解学生会人员联系方式的变动，掌握需学生会成员的准确联系方式，在接到指示后，及时的把通知下发给相关人员。通知后做好通知记录，及时的把特殊情况反映给相关领导。由与第七届学生会刚刚成立，人员变动较大，郭凯的近期工作是收集各部门成员资料，制作新的通讯录，以保证工作可以尽快顺利开展。</w:t>
      </w:r>
      <w:r>
        <w:rPr>
          <w:lang w:eastAsia="zh-CN"/>
        </w:rPr>
        <w:br/>
      </w:r>
      <w:r>
        <w:rPr>
          <w:lang w:eastAsia="zh-CN"/>
        </w:rPr>
        <w:t>　　2、备品管理备品管理是学生会工作的后勤保障，备品管理工作由黄佳坤负责。学生会仓库钥匙由备品负责人保管，并负责外借备品的回收工作，每次活动前由该负责人负责学生会备品的出库入库工作，学生会备品由该负责人负责定期清点维修。黄佳坤的近期任务是重新清点学生会备品，对学生会现有可用备品进行登记。</w:t>
      </w:r>
      <w:r>
        <w:rPr>
          <w:lang w:eastAsia="zh-CN"/>
        </w:rPr>
        <w:br/>
      </w:r>
      <w:r>
        <w:rPr>
          <w:lang w:eastAsia="zh-CN"/>
        </w:rPr>
        <w:t>　　3、档案管理档案管理是办公室的一项日常工作，由孟敬东负责，主要负责学生会日常文件的起草，印发和管理。对学生会的各项文件有责任进行催收和存档，有义务起草和上设计各种学生会文档。目前的任务是完善学生会的各项制度。此三项工作负责人直接对办公室主任，副主任负责。</w:t>
      </w:r>
      <w:r>
        <w:rPr>
          <w:lang w:eastAsia="zh-CN"/>
        </w:rPr>
        <w:br/>
      </w:r>
      <w:r>
        <w:rPr>
          <w:lang w:eastAsia="zh-CN"/>
        </w:rPr>
        <w:t>　　4、办公室主任职责办公室主任，副主任负责学生会办公室整体工作的协调与把关，出现问题直接对主席团负责。</w:t>
      </w:r>
      <w:r>
        <w:rPr>
          <w:lang w:eastAsia="zh-CN"/>
        </w:rPr>
        <w:br/>
      </w:r>
      <w:r>
        <w:rPr>
          <w:lang w:eastAsia="zh-CN"/>
        </w:rPr>
        <w:t>　　以上是我对近期工作的简要计划，希望主席审阅后提出宝贵意见。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时间如流水飞快，流星一般在我们手指间匆匆划过，一转眼我们一学期匆匆忙忙的工作、生活又将要接近尾声了。在这一学期间，我通过自己的努力收获颇多，期末回首，透视本学期工作的点点滴滴。虽然只是短暂的一个学期，我们却认真履行自己的职责。每当回顾这</w:t>
      </w:r>
      <w:r>
        <w:rPr>
          <w:lang w:eastAsia="zh-CN"/>
        </w:rPr>
        <w:br/>
      </w:r>
      <w:r>
        <w:rPr>
          <w:lang w:eastAsia="zh-CN"/>
        </w:rPr>
        <w:t>　　半年来的学习、工作、生活等情况，我的感悟、感想、感受都非常的深刻，许多工作的场景都是那样的历历在目，这段时间内，我感悟到</w:t>
      </w:r>
      <w:r>
        <w:rPr>
          <w:lang w:eastAsia="zh-CN"/>
        </w:rPr>
        <w:br/>
      </w:r>
      <w:r>
        <w:rPr>
          <w:lang w:eastAsia="zh-CN"/>
        </w:rPr>
        <w:t>　　作为学生干部为学校、为班级同学服务的重要性，与同学们的朝夕相处让我感受到集体的温暖和彼此间的友爱，自任学生会副主席以来，在处理日常工作中得到锻炼，使我对学习、工作都有了更加深层次的认识。下面来总结一下自己的学习、工作和生活，目的在于吸取经验，为把以后的工作做的更好…..</w:t>
      </w:r>
      <w:r>
        <w:rPr>
          <w:lang w:eastAsia="zh-CN"/>
        </w:rPr>
        <w:br/>
      </w:r>
      <w:r>
        <w:rPr>
          <w:lang w:eastAsia="zh-CN"/>
        </w:rPr>
        <w:t>　　一、立足本职，实实在在做事。一学期下来，自己围绕个人职责，无论做什么，从不敢有半点马虎，也不敢有半点偷懒，更不敢对付应付，尽了自己的职责，尽了自己的义务。同时为了确保每项工作都能高质完成，自己在每次活动、每次干部例会后都反复思考总结，一学期下来想想自己学到了很多，也在工作中不断完善自己提高自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二、脚踏实地，老老实实做人。自己常怀着一颗平常之心，时刻不忘作为一位学生干部一定要端正自己的态度和立场。一是以诚为本。做到说话心口一致，心地坦诚，不做表面文章；为人表里如一，做到对人对己一个样，二是以实为本。三是常怀律已之心。一是管得住自己的嘴和想法。二是努力培养团队意识。作为学生干部的一员，领导和老师的反复教诲让我下意识里努力去培养自己的团队意识，在工作中以用各式各样的平台去与别的同学多交流多学习。</w:t>
      </w:r>
      <w:r>
        <w:rPr>
          <w:lang w:eastAsia="zh-CN"/>
        </w:rPr>
        <w:br/>
      </w:r>
      <w:r>
        <w:rPr>
          <w:lang w:eastAsia="zh-CN"/>
        </w:rPr>
        <w:t>　　三、端正立场，努力学习。面对日新月异的新形势和千变万化的新情况、新理论，作为一名高中生只有加强学习不断丰富和充实自我，把学习作为增长知识和才干的重要途径，与时俱进，争做学习型的好干部，才能更好地胜任自己的本职工作。一是自己干什么就学什么。半年以来，根据自己工作性质的变化，也在工作中寻找自己的短处，必须承认一点我在努力去改变，虽然效果不明显，但我没有放弃，相信只要自己努力，有梦就能飞翔！</w:t>
      </w:r>
      <w:r>
        <w:rPr>
          <w:lang w:eastAsia="zh-CN"/>
        </w:rPr>
        <w:br/>
      </w:r>
      <w:r>
        <w:rPr>
          <w:lang w:eastAsia="zh-CN"/>
        </w:rPr>
        <w:t>　　四、工作收获。学会了提高效率的处事原则和方法。在工作中我了解到集体协作、团队精神的重要性，并学会了怎样更好的进行集体分工合作使总体工作效率达到最好。在工作中与同事及部门成员建立了深厚的友情。</w:t>
      </w:r>
      <w:r>
        <w:rPr>
          <w:lang w:eastAsia="zh-CN"/>
        </w:rPr>
        <w:br/>
      </w:r>
      <w:r>
        <w:rPr>
          <w:lang w:eastAsia="zh-CN"/>
        </w:rPr>
        <w:t>　　回首半年的工作、学习、生活中，自己也存在诸多缺点和不足。曾因自己工作大意，导致部门成员在值班时经常到不齐；但是今天我也很感激！因为领导和同事们的支持与帮助，包容了我的缺点和错误，教会了我做人做事，才有了自己的今天。今后，我将倍加珍惜，努力学习，勤奋工作，忠实履行好老老实实做人，实实在在做事的宗旨，在领导和朋友、同事给予的舞台上，为团队的发展尽一份责任。</w:t>
      </w:r>
      <w:r>
        <w:rPr>
          <w:lang w:eastAsia="zh-CN"/>
        </w:rPr>
        <w:br/>
      </w:r>
      <w:r>
        <w:rPr>
          <w:lang w:eastAsia="zh-CN"/>
        </w:rPr>
        <w:t xml:space="preserve">    学生会工作总结集合 篇4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艺术设计学院第二十一届团委学生会于20__年6月23日完成换届工作。在过去的一年中，在校党委与校团委的领导下，艺术设计学院团委学生会以加强和推动团的建设为主要目标，继续秉承“高调做事、低调做人”的工作理念，坚持“务实高效、开拓创新”的工作作风，以积极的工作态度和饱满的工作热情投身于学生工作中，强化思想凝聚、组织凝聚、情感凝聚，认真贯彻落实工作安排，圆满完成各项工作，同时组织了丰富多彩的校园文化活动和社会实践活动。</w:t>
      </w:r>
      <w:r>
        <w:rPr>
          <w:lang w:eastAsia="zh-CN"/>
        </w:rPr>
        <w:br/>
      </w:r>
      <w:r>
        <w:rPr>
          <w:lang w:eastAsia="zh-CN"/>
        </w:rPr>
        <w:t>　　具体开展工作如下：</w:t>
      </w:r>
      <w:r>
        <w:rPr>
          <w:lang w:eastAsia="zh-CN"/>
        </w:rPr>
        <w:br/>
      </w:r>
      <w:r>
        <w:rPr>
          <w:lang w:eastAsia="zh-CN"/>
        </w:rPr>
        <w:t>　　一、学生会组织建设</w:t>
      </w:r>
      <w:r>
        <w:rPr>
          <w:lang w:eastAsia="zh-CN"/>
        </w:rPr>
        <w:br/>
      </w:r>
      <w:r>
        <w:rPr>
          <w:lang w:eastAsia="zh-CN"/>
        </w:rPr>
        <w:t>　　第二十一次团代会暨学生会换届大会顺利召开</w:t>
      </w:r>
      <w:r>
        <w:rPr>
          <w:lang w:eastAsia="zh-CN"/>
        </w:rPr>
        <w:br/>
      </w:r>
      <w:r>
        <w:rPr>
          <w:lang w:eastAsia="zh-CN"/>
        </w:rPr>
        <w:t>　　20__年5月，在我院第二十一届学生会所有成员的共同努力下，艺术学院第二十一届学生会换届大会顺利召开，成功组建了我院第二十一届学生会。大会期间，与会代表认真听取了学院第二十届学生会的工作报告，并选举产生艺术设计学院第二十一届学生会主席团。</w:t>
      </w:r>
      <w:r>
        <w:rPr>
          <w:lang w:eastAsia="zh-CN"/>
        </w:rPr>
        <w:br/>
      </w:r>
      <w:r>
        <w:rPr>
          <w:lang w:eastAsia="zh-CN"/>
        </w:rPr>
        <w:t>　　学生会内部组织优化</w:t>
      </w:r>
      <w:r>
        <w:rPr>
          <w:lang w:eastAsia="zh-CN"/>
        </w:rPr>
        <w:br/>
      </w:r>
      <w:r>
        <w:rPr>
          <w:lang w:eastAsia="zh-CN"/>
        </w:rPr>
        <w:t>　　多重考量后，对学生会部门组织进行调整，原宣传部分为传媒部负责推送与学院对外宣传，设计部负责活动海报设计等，原权益部撤销，分工更为高效明确，确保每个部门有事可做，分配合理。</w:t>
      </w:r>
      <w:r>
        <w:rPr>
          <w:lang w:eastAsia="zh-CN"/>
        </w:rPr>
        <w:br/>
      </w:r>
      <w:r>
        <w:rPr>
          <w:lang w:eastAsia="zh-CN"/>
        </w:rPr>
        <w:t>　　新生迎新活动顺利开展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20__年9月9号在前期的充分准备下，迎新当天做到分工细致，有条不紊，让新生在第一天感受到学院温暖。由艺院设计部设计的新生地图也在新生中广受好评。</w:t>
      </w:r>
      <w:r>
        <w:rPr>
          <w:lang w:eastAsia="zh-CN"/>
        </w:rPr>
        <w:br/>
      </w:r>
      <w:r>
        <w:rPr>
          <w:lang w:eastAsia="zh-CN"/>
        </w:rPr>
        <w:t>　　学生会招新</w:t>
      </w:r>
      <w:r>
        <w:rPr>
          <w:lang w:eastAsia="zh-CN"/>
        </w:rPr>
        <w:br/>
      </w:r>
      <w:r>
        <w:rPr>
          <w:lang w:eastAsia="zh-CN"/>
        </w:rPr>
        <w:t>　　20__年9月12日，艺院学生会在科技楼一号厅举办了招新活动，反响热烈</w:t>
      </w:r>
      <w:r>
        <w:rPr>
          <w:lang w:eastAsia="zh-CN"/>
        </w:rPr>
        <w:br/>
      </w:r>
      <w:r>
        <w:rPr>
          <w:lang w:eastAsia="zh-CN"/>
        </w:rPr>
        <w:t>　　学生会干部干事培训</w:t>
      </w:r>
      <w:r>
        <w:rPr>
          <w:lang w:eastAsia="zh-CN"/>
        </w:rPr>
        <w:br/>
      </w:r>
      <w:r>
        <w:rPr>
          <w:lang w:eastAsia="zh-CN"/>
        </w:rPr>
        <w:t>　　20__年10月21日，我院学生会对所有干部干事开展了团队拓展培训。此次培训的目的在于培养团委学生会成员团结协作、积极主动、乐于探索的精神，加强各部门干事部长的交流，培训在提高领导能力、工作能力、协调能力等方面，都有了可喜的收获。</w:t>
      </w:r>
      <w:r>
        <w:rPr>
          <w:lang w:eastAsia="zh-CN"/>
        </w:rPr>
        <w:br/>
      </w:r>
      <w:r>
        <w:rPr>
          <w:lang w:eastAsia="zh-CN"/>
        </w:rPr>
        <w:t>　　部门展示会</w:t>
      </w:r>
      <w:r>
        <w:rPr>
          <w:lang w:eastAsia="zh-CN"/>
        </w:rPr>
        <w:br/>
      </w:r>
      <w:r>
        <w:rPr>
          <w:lang w:eastAsia="zh-CN"/>
        </w:rPr>
        <w:t>　　为加强新干事之间的交流，进一步加深学生会各部门之间的了解，为以后的学生会工作打好基础艺院团学特地举办部门展示会加强各部门之间的联系。于20__年10月21日在科技楼举办部门展示会，各个部门表演节目，展示部门风貌，工作内容。</w:t>
      </w:r>
      <w:r>
        <w:rPr>
          <w:lang w:eastAsia="zh-CN"/>
        </w:rPr>
        <w:br/>
      </w:r>
      <w:r>
        <w:rPr>
          <w:lang w:eastAsia="zh-CN"/>
        </w:rPr>
        <w:t>　　二、校园文化活动</w:t>
      </w:r>
      <w:r>
        <w:rPr>
          <w:lang w:eastAsia="zh-CN"/>
        </w:rPr>
        <w:br/>
      </w:r>
      <w:r>
        <w:rPr>
          <w:lang w:eastAsia="zh-CN"/>
        </w:rPr>
        <w:t>　　举办“城·是创想家”文创设计讲座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20__年10月12日晚，由深圳大学艺术设计学院学生会组织的《城·是创想家——创想会》演讲活动在深圳大学科技楼一号报告厅举行。本次创想会活动以蛇口改革开放博物馆的开幕及其文创设计大赛为背景，是“城·是创想家”文创设计大赛其中的一个线下活动。活动特邀马立安老师、张健蘅老师、朱德才老师作为演讲嘉宾，为同学们分享深圳及蛇口的改革发展之旅和创意设计中的奇思妙想，使同学们更好地了解到城市历史和创新过程。</w:t>
      </w:r>
      <w:r>
        <w:rPr>
          <w:lang w:eastAsia="zh-CN"/>
        </w:rPr>
        <w:br/>
      </w:r>
      <w:r>
        <w:rPr>
          <w:lang w:eastAsia="zh-CN"/>
        </w:rPr>
        <w:t>　　女生节</w:t>
      </w:r>
      <w:r>
        <w:rPr>
          <w:lang w:eastAsia="zh-CN"/>
        </w:rPr>
        <w:br/>
      </w:r>
      <w:r>
        <w:rPr>
          <w:lang w:eastAsia="zh-CN"/>
        </w:rPr>
        <w:t>　　20__年4月9日，我院举办女生节活动。此次活动通过有奖主题游戏的形式激发了学生参与的积极性，是专属艺院女生的特别福利。</w:t>
      </w:r>
      <w:r>
        <w:rPr>
          <w:lang w:eastAsia="zh-CN"/>
        </w:rPr>
        <w:br/>
      </w:r>
      <w:r>
        <w:rPr>
          <w:lang w:eastAsia="zh-CN"/>
        </w:rPr>
        <w:t>　　艺穗节志愿者</w:t>
      </w:r>
      <w:r>
        <w:rPr>
          <w:lang w:eastAsia="zh-CN"/>
        </w:rPr>
        <w:br/>
      </w:r>
      <w:r>
        <w:rPr>
          <w:lang w:eastAsia="zh-CN"/>
        </w:rPr>
        <w:t>　　作为艺院团学的传统活动，今年艺院学生会全体成员也积参与了深圳艺遂节的筹办与现场管理，校园艺穗是深圳艺穗旗下的一个青年艺术组织，注青年艺术与文化创意发展、扶持青年艺术家希望将艺术与文化带入小区生活内。参与举办艺穗节传播了本院的艺术文化理念，也大大增加了团学凝聚力，获得了宝贵的活动经验，活动反响巨大</w:t>
      </w:r>
      <w:r>
        <w:rPr>
          <w:lang w:eastAsia="zh-CN"/>
        </w:rPr>
        <w:br/>
      </w:r>
      <w:r>
        <w:rPr>
          <w:lang w:eastAsia="zh-CN"/>
        </w:rPr>
        <w:t>　　七院迎新嘉年华</w:t>
      </w:r>
      <w:r>
        <w:rPr>
          <w:lang w:eastAsia="zh-CN"/>
        </w:rPr>
        <w:br/>
      </w:r>
      <w:r>
        <w:rPr>
          <w:lang w:eastAsia="zh-CN"/>
        </w:rPr>
        <w:t>　　20__年11月24日，在这个新血液注入校园的学期，我们艺术设计学院与电子科学与技术学院、数学与统计学院、建筑设计与规划学院、人文学院、外国语学院、物理与能源学院共七个学院，一起组织举办了以“迷坞森林”为主题的七院迎新嘉年华。这次活动结合了各院的特色， 火热的现场节目和摊位游戏激发了学们的热情，迎新活动气氛热烈。同时，这次活动也增进了我院与其他学院的交流。</w:t>
      </w:r>
      <w:r>
        <w:rPr>
          <w:lang w:eastAsia="zh-CN"/>
        </w:rPr>
        <w:br/>
      </w:r>
      <w:r>
        <w:rPr>
          <w:lang w:eastAsia="zh-CN"/>
        </w:rPr>
        <w:t>　　彩色跑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20__年12月6日，我院学生会积极响应校运会彩色跑活动，艺院学子身着的手绘的彩色跑服装，在明艳的色彩中彰显着青春的活力，最终彩色跑圆满落幕，成为一场难忘的彩色盛宴</w:t>
      </w:r>
      <w:r>
        <w:rPr>
          <w:lang w:eastAsia="zh-CN"/>
        </w:rPr>
        <w:br/>
      </w:r>
      <w:r>
        <w:rPr>
          <w:lang w:eastAsia="zh-CN"/>
        </w:rPr>
        <w:t>　　三、义工活动</w:t>
      </w:r>
      <w:r>
        <w:rPr>
          <w:lang w:eastAsia="zh-CN"/>
        </w:rPr>
        <w:br/>
      </w:r>
      <w:r>
        <w:rPr>
          <w:lang w:eastAsia="zh-CN"/>
        </w:rPr>
        <w:t>　　跳蚤市场</w:t>
      </w:r>
      <w:r>
        <w:rPr>
          <w:lang w:eastAsia="zh-CN"/>
        </w:rPr>
        <w:br/>
      </w:r>
      <w:r>
        <w:rPr>
          <w:lang w:eastAsia="zh-CN"/>
        </w:rPr>
        <w:t>　　帮助艺院师姐阿顺举办“阿顺的抗癌故事”爱心作品义卖活动</w:t>
      </w:r>
      <w:r>
        <w:rPr>
          <w:lang w:eastAsia="zh-CN"/>
        </w:rPr>
        <w:br/>
      </w:r>
      <w:r>
        <w:rPr>
          <w:lang w:eastAsia="zh-CN"/>
        </w:rPr>
        <w:t>　　四、特色活动</w:t>
      </w:r>
      <w:r>
        <w:rPr>
          <w:lang w:eastAsia="zh-CN"/>
        </w:rPr>
        <w:br/>
      </w:r>
      <w:r>
        <w:rPr>
          <w:lang w:eastAsia="zh-CN"/>
        </w:rPr>
        <w:t>　　艺牵您一夜系列活动</w:t>
      </w:r>
      <w:r>
        <w:rPr>
          <w:lang w:eastAsia="zh-CN"/>
        </w:rPr>
        <w:br/>
      </w:r>
      <w:r>
        <w:rPr>
          <w:lang w:eastAsia="zh-CN"/>
        </w:rPr>
        <w:t>　　艺牵您一夜系列晚会是由艺院团学独立举办的晚会活动。有丰富表演的同时设置了许多活动摊位，尽可能提升大众参与度，带给大家丰富的娱乐体验，同时为我院各个社团提供舞台。艺牵您一夜·旧时晚会于20__年5月26日在石头坞举办。</w:t>
      </w:r>
      <w:r>
        <w:rPr>
          <w:lang w:eastAsia="zh-CN"/>
        </w:rPr>
        <w:br/>
      </w:r>
      <w:r>
        <w:rPr>
          <w:lang w:eastAsia="zh-CN"/>
        </w:rPr>
        <w:t>　　五、工作展望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以上是我院学生会对过去一年工作的简要总结，学生会是学生自我管理、自我教育、自我服务的群众性组织，是学校联系学生的桥梁和纽带，在领导学生、服务学生，真实反映学生的思想动态上，在丰富大学的校园文化生活上占据重要地位。在过去的一年我们取得了不少的成绩，但同时也存在着许多不足之处。在未来的工作中，新情况、新问题将会不断发生，考验我们这个集体，我们必将克服自身不足，向兄弟学院虚心学习，借鉴兄弟学院优秀工作经验，同时坚持我院的优良传统和鲜明特色。我们也感谢领导和老师对学生会工作的支持和帮助、感谢学生会全体干部与干事们的辛勤付出、感谢全体同学对学生会各项活动的支持和参与。最后希望我院学生会在新的学期里能够继续进步，开创新的局面，创造新的成绩!</w:t>
      </w:r>
      <w:r>
        <w:rPr>
          <w:lang w:eastAsia="zh-CN"/>
        </w:rPr>
        <w:br/>
      </w:r>
      <w:r>
        <w:rPr>
          <w:lang w:eastAsia="zh-CN"/>
        </w:rPr>
        <w:t xml:space="preserve">    学生会工作总结集合 篇5 </w:t>
      </w:r>
      <w:r>
        <w:rPr>
          <w:lang w:eastAsia="zh-CN"/>
        </w:rPr>
        <w:br/>
      </w:r>
      <w:r>
        <w:rPr>
          <w:lang w:eastAsia="zh-CN"/>
        </w:rPr>
        <w:t>　　转眼间，学生会本学期的工作又将告一段落了。回想起这个学期的工作，仿佛都发生在昨天，我从一名懵懂的宣传部助理向一名部长的角色转换，激动和紧张交杂，因为自己肩上的责任增加了，就这样，从什么都不懂到明白自己工作的方向，在到积极投入工作。在这一年里，我失去了一些东西，但收获的远大于失去的，感觉这将是我人生中一笔不可估量的财富，也是我大学生活中一段美好的回忆。</w:t>
      </w:r>
      <w:r>
        <w:rPr>
          <w:lang w:eastAsia="zh-CN"/>
        </w:rPr>
        <w:br/>
      </w:r>
      <w:r>
        <w:rPr>
          <w:lang w:eastAsia="zh-CN"/>
        </w:rPr>
        <w:t>　　本着做事做人并行的工作态度，我慢慢的和助理们接触，从各方面调节助理和我还有生活和工作之间的关系。因为宣传部是一个比较忙碌的部门，经常要占用个人休息时间，去完成黑板报，海报展板之类的东西，为了高质量完成工作任务，在合理调整助理的工作时间外严格要求他们完成工作的态度和方法。一年里，我们亲如兄妹，其乐融融。一个学期来我部未发生拖欠工作，误报误传的事情，并在一些方面取得较好成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同样，在完成工作的过程中，我们遇到过很多的困难，回想起和助理们一起面对困难的日子，都历历在目。首先我部成员较少，包括部长就三人，有时校团宣传部和学院活动冲突，基本上就是一人一个任务；另外我部条件较差，没有任何喷彩和刻印之类的工具，一切海报宣传单等都是靠手工完成；还有是缺少各种特长人员，我部成员只能现学现用，所以我部一直想尽办法广纳人才。面对种种困难，我们没有放弃过，更没有因为自身的不足影响到学院工作的开展，助理们一起奋战，携手应对困难，总是出色完成工作。</w:t>
      </w:r>
      <w:r>
        <w:rPr>
          <w:lang w:eastAsia="zh-CN"/>
        </w:rPr>
        <w:br/>
      </w:r>
      <w:r>
        <w:rPr>
          <w:lang w:eastAsia="zh-CN"/>
        </w:rPr>
        <w:t>　　在一学期的工作中，我学习到了很多东西，将自己的点点才华全部展现在了大家面前，但同时也暴露出了我很多的缺点，无论是在思想上还是工作上，这都是我必须检讨的。作为一名学生干部，我没有起到带头作用，没有在队伍需要我的时候走在最前面，没能把来学生会那时的满载激情涂刷在学生工作中，甚至有时还有着懒惰的行为，不能准时到岗，自己感觉很愧疚，在今后的生活工作中，我一定要改正。工作中，我没有将本学期工作计划完全做好，由于时间紧张，本学期开展的宣传部的特色活动比较少。</w:t>
      </w:r>
      <w:r>
        <w:rPr>
          <w:lang w:eastAsia="zh-CN"/>
        </w:rPr>
        <w:br/>
      </w:r>
      <w:r>
        <w:rPr>
          <w:lang w:eastAsia="zh-CN"/>
        </w:rPr>
        <w:t>　　工作中，我也有些想法，针对我院现状，我部计划联合各部门开展“院荣我荣，院耻我耻”系列活动，我部主要有组织各班班干成员定期开展“院荣我荣，院耻我耻”会议，提升各班班干的素质，从班级荣誉观下手，提高我院同学的荣誉观；另外制造形象标语，在我院教学楼，体育馆等处张贴美观的文明标语，形象标语，达到随时指引我们体育学院学生文明团结，知荣辱；选拔我院文明行风优秀学生老师，扩大我院我院教师和学生礼貌和谐，共建和谐体院，并且在体育广角，学院报刊，公布栏等地方设置我院行风标兵专栏，通报表扬老师和学生。不管是在专业特长还是为人处事，都重新树立我院体育人形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一年的工作即将结束，在学生会这个大家庭里，我们和其他学院和各兄弟部门相互协调，配合，一起努力着。我要感谢学院老师和同学们对我工作的支持，感谢学院团委给我这个锻炼的机会，在今后的学习和工作中，时刻以一个学生干部的身份严格要求自己，为学院的明天尽一份力。</w:t>
      </w:r>
      <w:r>
        <w:rPr>
          <w:lang w:eastAsia="zh-CN"/>
        </w:rPr>
        <w:br/>
      </w:r>
      <w:r>
        <w:rPr>
          <w:lang w:eastAsia="zh-CN"/>
        </w:rPr>
        <w:t>　　一年来的工作，我的感受是：用心做好每一份工作，把做人和做事一起来完成。在此，我也希望所以体院学生干部，同心相连，为广大体院同学服务，为明天灿烂无比的井冈山大学体育学院一起“奉”斗。</w:t>
      </w:r>
      <w:r>
        <w:rPr>
          <w:lang w:eastAsia="zh-CN"/>
        </w:rPr>
        <w:br/>
      </w:r>
      <w:r>
        <w:rPr>
          <w:lang w:eastAsia="zh-CN"/>
        </w:rPr>
        <w:t xml:space="preserve">    学生会工作总结集合 篇6 </w:t>
      </w:r>
      <w:r>
        <w:rPr>
          <w:lang w:eastAsia="zh-CN"/>
        </w:rPr>
        <w:br/>
      </w:r>
      <w:r>
        <w:rPr>
          <w:lang w:eastAsia="zh-CN"/>
        </w:rPr>
        <w:t>　　回顾这一学期所经历的风风雨雨，失去与所得,我从中学会了许多,感悟了许多。从刚刚开始的一事不懂到现在的的稍有几分成熟稳重。我觉得我有了很大的进步,这些进步是进入校学生会工作之后从无形中所收获的，是办公室给了我这样一个发展平台。它磨炼了我的毅力，锻炼了我的意志。我一直告诉自己:选择了就不放弃,选择了就要坚持到底!</w:t>
      </w:r>
      <w:r>
        <w:rPr>
          <w:lang w:eastAsia="zh-CN"/>
        </w:rPr>
        <w:br/>
      </w:r>
      <w:r>
        <w:rPr>
          <w:lang w:eastAsia="zh-CN"/>
        </w:rPr>
        <w:t>　　从我加入校学生会那天起,我一直在努力,严格地要求自己。通过四轮的面试，我顺利进入了办公室。从那一刻起，我就深刻认识以到自己肩负责任的重大。办公室是学生会的核心部门，是联系其他各部门的中心枢纽。回首过去，在这一学期，我们校学生会全体成员共历风雨，携手并进，在各部门的密切配合下，我们开展了许多有意义的活动。在大家的共同努力下，我们取得了一定的成绩，得到了广大师生的好评。下面是我的个人工作总结：</w:t>
      </w:r>
      <w:r>
        <w:rPr>
          <w:lang w:eastAsia="zh-CN"/>
        </w:rPr>
        <w:br/>
      </w:r>
      <w:r>
        <w:rPr>
          <w:lang w:eastAsia="zh-CN"/>
        </w:rPr>
        <w:t>　　在这学期，我们一起参加了许多大大小小的活动。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纪念改革开放__周年知识抢答赛</w:t>
      </w:r>
      <w:r>
        <w:rPr>
          <w:lang w:eastAsia="zh-CN"/>
        </w:rPr>
        <w:br/>
      </w:r>
      <w:r>
        <w:rPr>
          <w:lang w:eastAsia="zh-CN"/>
        </w:rPr>
        <w:t>　　这项活动主要有我们办公室负责，从会场的布置到人员的分配，以及各部门的密切协作，在我们的共同努力下，使活动顺利进行，最终圆满结束。从这次活动中，我学习到了学长学姐们认真做事的态度，是他们让我明白了无论做任何一件事，哪怕是很小很小的一件，自己都要用心把每一个细节做到最好。从扫地、擦桌子、以及人员的分配，会场布置等工作，每一件微不足道的小事都要我们用心去做，不仅办事速度要快，而且办事质量要高。从每个细节中都表现出我们校学生会成员的高素质和高标准。</w:t>
      </w:r>
      <w:r>
        <w:rPr>
          <w:lang w:eastAsia="zh-CN"/>
        </w:rPr>
        <w:br/>
      </w:r>
      <w:r>
        <w:rPr>
          <w:lang w:eastAsia="zh-CN"/>
        </w:rPr>
        <w:t>　　一二&amp;九大合唱比赛与第三届亚卫杯校园之星大赛</w:t>
      </w:r>
      <w:r>
        <w:rPr>
          <w:lang w:eastAsia="zh-CN"/>
        </w:rPr>
        <w:br/>
      </w:r>
      <w:r>
        <w:rPr>
          <w:lang w:eastAsia="zh-CN"/>
        </w:rPr>
        <w:t>　　这两项活动都是由文艺部重点负责的。从大家的勇跃报名，人员的选拔到最后的总决赛，这每一个环节我都参与了进去。文艺部成员在陈奇部长的带领下，认真地完成每一项工作。从节目的初选，复选，他们都是非常认真地对待，终选出优秀者参加最后的总决赛。他们的努力大家是有目共睹。但是，任何事情都不可能是绝对完美的，在中间的过程中稍稍出现了一些混乱。不过从整体来说，效果是非常好的，得到了广大师生的一致好评。结束后，我们办公室和文艺部都认真做了总结，肯定了大家的成绩。其实，我觉得每位学长学姐才是值得我们大家学习的，他们的认真、细心、严紧都让我深在感触，哪怕极短的话语都是对我们的关怀和教导。</w:t>
      </w:r>
      <w:r>
        <w:rPr>
          <w:lang w:eastAsia="zh-CN"/>
        </w:rPr>
        <w:br/>
      </w:r>
      <w:r>
        <w:rPr>
          <w:lang w:eastAsia="zh-CN"/>
        </w:rPr>
        <w:t>　　校系联谊会暨社团茶话会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这项活动是由社团部承办的，我们各部积极配合。这次活动从整体上来说还是不错的，节目质量高，舞台监督、道具、会场秩序等各方面做得都比较好。但由于我们工作上的失误，也造成了一些不好的地方。对此我们地总结，吸取教训，以便在以后的工作中不会再出现这样的失误，通过努力把以后的工作做的更好。</w:t>
      </w:r>
      <w:r>
        <w:rPr>
          <w:lang w:eastAsia="zh-CN"/>
        </w:rPr>
        <w:br/>
      </w:r>
      <w:r>
        <w:rPr>
          <w:lang w:eastAsia="zh-CN"/>
        </w:rPr>
        <w:t>　　以上，就是我对这几项活动所做的简单总结。当然，还有很多活动，如招聘会、元旦游园会各部门都做好了自己的工作。但我在这里就不再说了。</w:t>
      </w:r>
      <w:r>
        <w:rPr>
          <w:lang w:eastAsia="zh-CN"/>
        </w:rPr>
        <w:br/>
      </w:r>
      <w:r>
        <w:rPr>
          <w:lang w:eastAsia="zh-CN"/>
        </w:rPr>
        <w:t>　　我再说一下我加入学生会的一些感受：加入学生会会占用一定的时间，但我认为从另一方面是可以促进学习的。假如你对工作有责任心，还想在学生会里锻炼,那你就会去努力,因为你学习太差会被淘汰的。只要你有了这紧迫感，你就会好好学习，更何况大学本来学习的时间不多。而且你的能力得到了锻炼和提升，这将比你的学习更加重要，这对你人生的影响也更加深远。</w:t>
      </w:r>
      <w:r>
        <w:rPr>
          <w:lang w:eastAsia="zh-CN"/>
        </w:rPr>
        <w:br/>
      </w:r>
      <w:r>
        <w:rPr>
          <w:lang w:eastAsia="zh-CN"/>
        </w:rPr>
        <w:t>　　在学生会的这段时间里,给我的感觉就是组织有序。每周一、周二都开例会，这样可以加强我们内部人员的交流和沟通，同时也是老师、学长学姐们给我们传送经验的机会。这也是一个交流平台，可以交换我们的思想，让我闪认识到和别人的思想存在哪些不同，有什么缺陷，该如何去完善，这一系列问题如能到得很好的解决，那么我们将是更上一层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在学生会中，是学生代表，是学生干部，要以身作则，这样可以更好的约束自己，让自己不至于像无头苍蝇一样无所事事游手好闲。做好学生会的工作不仅是为同学们做实事，也是在提高自己的的能力。无须感叹你的付出没有得到回报，做了事情，自己心中却是喜滋滋的，这就是心灵的收获。</w:t>
      </w:r>
      <w:r>
        <w:rPr>
          <w:lang w:eastAsia="zh-CN"/>
        </w:rPr>
        <w:br/>
      </w:r>
      <w:r>
        <w:rPr>
          <w:lang w:eastAsia="zh-CN"/>
        </w:rPr>
        <w:t>　　总的来说，工作是忙碌的、辛苦的，但感到的是充实和欣慰，因为跟着学长学姐们一起奋斗，一起解决工作中的困难，一起享受活动成功的喜悦。每一个部门的人员都是那样的团结上进。他们不畏艰难，开拓进取。她见证了我们在一起的点点滴滴，也见证了我们的成长。我为自己能在学生会这样一个大家庭和大家一起工作而感到幸福和骄傲。</w:t>
      </w:r>
      <w:r>
        <w:rPr>
          <w:lang w:eastAsia="zh-CN"/>
        </w:rPr>
        <w:br/>
      </w:r>
      <w:r>
        <w:rPr>
          <w:lang w:eastAsia="zh-CN"/>
        </w:rPr>
        <w:t xml:space="preserve">    学生会工作总结集合 篇7 </w:t>
      </w:r>
      <w:r>
        <w:rPr>
          <w:lang w:eastAsia="zh-CN"/>
        </w:rPr>
        <w:br/>
      </w:r>
      <w:r>
        <w:rPr>
          <w:lang w:eastAsia="zh-CN"/>
        </w:rPr>
        <w:t>　　进入大学已经一学期了，进入学生会工作也有三个月了。从开始的到留在学生会秘书部工作，层层的选拔是对自己的肯定，也是对自己的锻炼。有付出总会有回报的，在学生会我学到了很多东西。</w:t>
      </w:r>
      <w:r>
        <w:rPr>
          <w:lang w:eastAsia="zh-CN"/>
        </w:rPr>
        <w:br/>
      </w:r>
      <w:r>
        <w:rPr>
          <w:lang w:eastAsia="zh-CN"/>
        </w:rPr>
        <w:t>　　秘书部是连接学生会内部的桥梁和纽带，促进各部门之间、主席团与各部之间的沟通和交流，以保证学生会高效运作的部门。</w:t>
      </w:r>
      <w:r>
        <w:rPr>
          <w:lang w:eastAsia="zh-CN"/>
        </w:rPr>
        <w:br/>
      </w:r>
      <w:r>
        <w:rPr>
          <w:lang w:eastAsia="zh-CN"/>
        </w:rPr>
        <w:t>　　1、协助主席团工作，做好每次大型活动之前的工作准备；</w:t>
      </w:r>
      <w:r>
        <w:rPr>
          <w:lang w:eastAsia="zh-CN"/>
        </w:rPr>
        <w:br/>
      </w:r>
      <w:r>
        <w:rPr>
          <w:lang w:eastAsia="zh-CN"/>
        </w:rPr>
        <w:t>　　2、学生会人员考勤，会议通知，会议记录；</w:t>
      </w:r>
      <w:r>
        <w:rPr>
          <w:lang w:eastAsia="zh-CN"/>
        </w:rPr>
        <w:br/>
      </w:r>
      <w:r>
        <w:rPr>
          <w:lang w:eastAsia="zh-CN"/>
        </w:rPr>
        <w:t>　　3、负责学生会工作大记事，起草每项活动的筹划书、简报、总结。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我部与学习部共同举办了“文明礼仪”辩论赛，在辩论赛的举办过程中我部成员负责统计参赛选手的，辩论赛当晚负责参赛选手的签到和号码牌的制作。赛后，对本次活动进行总结。平时例会主席讲话前，对所有成员进行考勤、点名，已明确、加强学生会管理制度；会议通知，主席确定召开会议后，做好上传、下达工作，发飞信通知其他学生会成员开会的时间地点；开会时，做好会议记录，以便学期末的总结与评估。</w:t>
      </w:r>
      <w:r>
        <w:rPr>
          <w:lang w:eastAsia="zh-CN"/>
        </w:rPr>
        <w:br/>
      </w:r>
      <w:r>
        <w:rPr>
          <w:lang w:eastAsia="zh-CN"/>
        </w:rPr>
        <w:t>　　在学生会工作的这几个月，我的感受良多，学到了很多对自己有用的东西。在学生会的工作中让我有时机接触认识更多的朋友，使自己交友更广也提高了自己的工作能力。在一定程度上锻炼了自己，让自己能更清楚的认识到自己的缺乏，并加以改正。在工作中，我学会了团结合作，团体的力量是巨大的，一个人，不管你能力有多强，没有集体的配合你也是取得不了成功的。刚进秘书部时，一切都是新的.事物，每个人都干劲十足，在档案时，相互配合不好，一些小细节没注意到，以至于出现许多错误，浪费了很多时间。在以后的工作中，大家要相互沟通，要相互配合，这样才能按质按量完成任务。</w:t>
      </w:r>
      <w:r>
        <w:rPr>
          <w:lang w:eastAsia="zh-CN"/>
        </w:rPr>
        <w:br/>
      </w:r>
      <w:r>
        <w:rPr>
          <w:lang w:eastAsia="zh-CN"/>
        </w:rPr>
        <w:t>　　在平时，各部门之间应该多沟通。学生会是一个大家庭，大家只有心往一处想，力往一处使，才能把系学生会开展的更好。平时的工作中，各部门应相互帮助，淡化部门与部门间的界限，共同努力把活动办的更好。秘书部是主席团与各部门之间的纽带，所以我们更应该与学生会各成员搞好关系，协调好各部门之间的关系，使各活动分工明确，每个人都能找到自己的位置，齐心协力，把各活动办的更好。</w:t>
      </w:r>
      <w:r>
        <w:rPr>
          <w:lang w:eastAsia="zh-CN"/>
        </w:rPr>
        <w:br/>
      </w:r>
      <w:r>
        <w:rPr>
          <w:lang w:eastAsia="zh-CN"/>
        </w:rPr>
        <w:t>　　1、在一项任务下达之后我们要把前因后果进行分析，理清思路，分析好要做什么、怎么做。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2、要学会独立，不能产生依赖心理，要今日事，今日毕。</w:t>
      </w:r>
      <w:r>
        <w:rPr>
          <w:lang w:eastAsia="zh-CN"/>
        </w:rPr>
        <w:br/>
      </w:r>
      <w:r>
        <w:rPr>
          <w:lang w:eastAsia="zh-CN"/>
        </w:rPr>
        <w:t>　　3、学会坚持，遇到困难时，要勇敢的去战胜并坚持到底。</w:t>
      </w:r>
      <w:r>
        <w:rPr>
          <w:lang w:eastAsia="zh-CN"/>
        </w:rPr>
        <w:br/>
      </w:r>
      <w:r>
        <w:rPr>
          <w:lang w:eastAsia="zh-CN"/>
        </w:rPr>
        <w:t>　　在学生会这半年，我学到了许多知识，使自己得到了很大的锻炼。__年，我会更加努力的去学习去工作，在学习与工作中认识自己的缺乏并加以改正，程度的锻炼自己。相信明天会更好。</w:t>
      </w:r>
      <w:r>
        <w:rPr>
          <w:lang w:eastAsia="zh-CN"/>
        </w:rPr>
        <w:br/>
      </w:r>
      <w:r>
        <w:rPr>
          <w:lang w:eastAsia="zh-CN"/>
        </w:rPr>
        <w:t xml:space="preserve">    学生会工作总结集合 篇8 </w:t>
      </w:r>
      <w:r>
        <w:rPr>
          <w:lang w:eastAsia="zh-CN"/>
        </w:rPr>
        <w:br/>
      </w:r>
      <w:r>
        <w:rPr>
          <w:lang w:eastAsia="zh-CN"/>
        </w:rPr>
        <w:t>　　在宿舍文化部所有成员的共同努力下，本学期各方面日常工作都顺利完成，取得了明显进步。</w:t>
      </w:r>
      <w:r>
        <w:rPr>
          <w:lang w:eastAsia="zh-CN"/>
        </w:rPr>
        <w:br/>
      </w:r>
      <w:r>
        <w:rPr>
          <w:lang w:eastAsia="zh-CN"/>
        </w:rPr>
        <w:t>　　本学期，我宿舍文化部坚持以“自我服务，自我管理，自我教育”为宗旨，以“自我教育”为中心，以推进学生生活全面发展为主线，以学生公寓为主要阵地，以营造健康、安全、文明的生活环境为目的，不断的开拓创新，积极组织开展了常规工作、寝室安全预防工作、“文明寝室”评选等四项工作，各项计划都顺利完成，各项工作都取得良好成效。</w:t>
      </w:r>
      <w:r>
        <w:rPr>
          <w:lang w:eastAsia="zh-CN"/>
        </w:rPr>
        <w:br/>
      </w:r>
      <w:r>
        <w:rPr>
          <w:lang w:eastAsia="zh-CN"/>
        </w:rPr>
        <w:t>　　一我部具体工作成果</w:t>
      </w:r>
      <w:r>
        <w:rPr>
          <w:lang w:eastAsia="zh-CN"/>
        </w:rPr>
        <w:br/>
      </w:r>
      <w:r>
        <w:rPr>
          <w:lang w:eastAsia="zh-CN"/>
        </w:rPr>
        <w:t>　　（一）积极参加、配合各部门及学院工作</w:t>
      </w:r>
      <w:r>
        <w:rPr>
          <w:lang w:eastAsia="zh-CN"/>
        </w:rPr>
        <w:br/>
      </w:r>
      <w:r>
        <w:rPr>
          <w:lang w:eastAsia="zh-CN"/>
        </w:rPr>
        <w:t>　　我部积极响应上级团委号召庆祝庆国庆，在我与国旗合影，我对祖国的祝福的的活动表现积极；</w:t>
      </w:r>
      <w:r>
        <w:rPr>
          <w:lang w:eastAsia="zh-CN"/>
        </w:rPr>
        <w:br/>
      </w:r>
      <w:r>
        <w:rPr>
          <w:lang w:eastAsia="zh-CN"/>
        </w:rPr>
        <w:t>　　（二）在20__年校运动会上我部积极配合运动员与其他部门，为我校20__年运动会的召开和完美落幕提供了保障，与众部门协同合作，使我院荣获“体育道德风尚奖”；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（三）在我院20__年召开的迎新生入学晚会上，我部与其他部门一起合作，在幕后目前为众多大一新生奉献了一场精彩的晚会，使大一新生更好地融入了，理工大信息学院这个大家庭；</w:t>
      </w:r>
      <w:r>
        <w:rPr>
          <w:lang w:eastAsia="zh-CN"/>
        </w:rPr>
        <w:br/>
      </w:r>
      <w:r>
        <w:rPr>
          <w:lang w:eastAsia="zh-CN"/>
        </w:rPr>
        <w:t>　　（四）由我部和督察部联合举办的“雅室设计”大赛，主要对象是__级新生，也包括各级老生。通过举办这次“宿舍文化节”，旨在调动同学们的积极性，活跃学校气氛，使同学们提高警觉性，发扬团结合作的精神，依靠集体智慧共同建设好宿舍，同时，通过同学之间的共同合作，互相关心、互相帮助，营造一个和谐、美好的人文环境，使同学们的生活更加丰富多彩。</w:t>
      </w:r>
      <w:r>
        <w:rPr>
          <w:lang w:eastAsia="zh-CN"/>
        </w:rPr>
        <w:br/>
      </w:r>
      <w:r>
        <w:rPr>
          <w:lang w:eastAsia="zh-CN"/>
        </w:rPr>
        <w:t>　　（五）在实际工作过程中，实行分工负责与整体作战相结合，并加强了各宿舍文化部成员之间的沟通、协商，提高了工作效率，加强了团队精神；</w:t>
      </w:r>
      <w:r>
        <w:rPr>
          <w:lang w:eastAsia="zh-CN"/>
        </w:rPr>
        <w:br/>
      </w:r>
      <w:r>
        <w:rPr>
          <w:lang w:eastAsia="zh-CN"/>
        </w:rPr>
        <w:t>　　二展望</w:t>
      </w:r>
      <w:r>
        <w:rPr>
          <w:lang w:eastAsia="zh-CN"/>
        </w:rPr>
        <w:br/>
      </w:r>
      <w:r>
        <w:rPr>
          <w:lang w:eastAsia="zh-CN"/>
        </w:rPr>
        <w:t>　　（一）继续加强部门成员间的信任，团结，为以后的工作的完美完成打下坚实的基础；</w:t>
      </w:r>
      <w:r>
        <w:rPr>
          <w:lang w:eastAsia="zh-CN"/>
        </w:rPr>
        <w:br/>
      </w:r>
      <w:r>
        <w:rPr>
          <w:lang w:eastAsia="zh-CN"/>
        </w:rPr>
        <w:t>　　（二）做好本职工作，加强对宿舍文化的宣传；</w:t>
      </w:r>
      <w:r>
        <w:rPr>
          <w:lang w:eastAsia="zh-CN"/>
        </w:rPr>
        <w:br/>
      </w:r>
      <w:r>
        <w:rPr>
          <w:lang w:eastAsia="zh-CN"/>
        </w:rPr>
        <w:t>　　（三）做事有上进心，认真负责，扎实稳干。</w:t>
      </w:r>
      <w:r>
        <w:rPr>
          <w:lang w:eastAsia="zh-CN"/>
        </w:rPr>
        <w:br/>
      </w:r>
      <w:r>
        <w:rPr>
          <w:lang w:eastAsia="zh-CN"/>
        </w:rPr>
        <w:t xml:space="preserve">    学生会工作总结集合 篇9 </w:t>
      </w:r>
      <w:r>
        <w:rPr>
          <w:lang w:eastAsia="zh-CN"/>
        </w:rPr>
        <w:br/>
      </w:r>
      <w:r>
        <w:rPr>
          <w:lang w:eastAsia="zh-CN"/>
        </w:rPr>
        <w:t>　　时光荏苒，如白驹过隙。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很快，在大二学生会心理健康部的日子整整一年结束了。回溯这一年里，在以校咨询中心牵头、校团委、校学生会支持下，我们心理健康部除了常规工作之外，还做了一些真正对同学有影响、有意义的事，使我们心理健康部这个校学生会年轻的部门进一步走向了成熟。在这个学年中，使我学习到了很多课本上没有的知识，对活动的策划、组织以及具体的实施流程有了一个深刻的了解，认识到了自己工作中存在的问题和亮点，并及时改正过来。现在我把这学年的亮点活动做一总结。</w:t>
      </w:r>
      <w:r>
        <w:rPr>
          <w:lang w:eastAsia="zh-CN"/>
        </w:rPr>
        <w:br/>
      </w:r>
      <w:r>
        <w:rPr>
          <w:lang w:eastAsia="zh-CN"/>
        </w:rPr>
        <w:t>　　首先，在上学期开学初，我部门联合心律编辑部、心协、朋辈辅导等各部门积极配合咨询中心老师对西校区新生作了全面彻底的心里摸底排查，在这次活动中，我是其中的一个引导人员，就从我做引导的角度说说这次活动。首先，在每层楼我们都安排了引导人员在老师讲座的门口候着，按我们提前的设想，10级同学个性张扬应该很不配合，因此我们得精心地候在外面，然而最后出乎我们的意料，也许是工作人员的细心吧，整个过程进行得很顺利，最后受到了咨询中心的一致好评，是比往年都好的一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在上学期的期末。我们对各学院当学期所做工作进行了一次公开的展览，涉及各学院以及心理协会、心律编辑部等部门，三十多块展板，由我们心理部和朋辈得及跟男生一起负责，说实话工作量实在有些大，但大家任劳任怨在一共七八个人的一起努力下，使展览正式在8：：30分准时开始，效率是很不错。但是，这次活动缺乏经验，由于展板是各学院一起拼凑起来的，所以大小不一。高低不齐，摆在材化楼前很不雅观，当时曾老师就指了出来，我们注意到这个问题，在这学期“5。25心理活动月”理学院承办“心理知识展览”活动时，统一从校团委借的展板，并且增加了活动内容，除了展示各学院活动的成果之外，配备了一些互动游戏，让同学参与到其中，使被动的同学们能够融入活动其中，真正用心去体会活动的意义。</w:t>
      </w:r>
      <w:r>
        <w:rPr>
          <w:lang w:eastAsia="zh-CN"/>
        </w:rPr>
        <w:br/>
      </w:r>
      <w:r>
        <w:rPr>
          <w:lang w:eastAsia="zh-CN"/>
        </w:rPr>
        <w:t>　　本学期我们部门的活动主要集中在“5。25”心理健康活动月，伴随机电学院承办该活动的启动仪式、建测学院承办的心理知识竞赛、到经管学院的趣味心理运动会整个活动月校园处在一种浓浓的“爱心”气氛之中。特别是经管学院承办的趣味心理运动会，效果非常的好，今年较以往增添了由各学院选派代表组建的“手语表演队”，伴随着歌声将运动会的开幕式推向了高潮。</w:t>
      </w:r>
      <w:r>
        <w:rPr>
          <w:lang w:eastAsia="zh-CN"/>
        </w:rPr>
        <w:br/>
      </w:r>
      <w:r>
        <w:rPr>
          <w:lang w:eastAsia="zh-CN"/>
        </w:rPr>
        <w:t>　　这次活动中的不足是，开始对于各学院选派的代表队是按人数算的以至于有的学院组建不到那么多人，以后的话这个活动应该按照每个学院人数的比例来组建；在场地的布置之中，我们用的场地的划线统一临时用绳子来作为标记的，由于体育场有好多同学玩篮球，一下就踩断了，这大大增加了工作人员的工作量，在彩排时刚拉好的绳子断掉了，第二天早上六点钟工作人员就开始忙着拉绳子，时间太紧。我们以后做这个活动的时候不知道能不能临时用比如说石灰或什么的临时划出界限？</w:t>
      </w:r>
      <w:r>
        <w:rPr>
          <w:lang w:eastAsia="zh-CN"/>
        </w:rPr>
        <w:br/>
      </w:r>
      <w:r>
        <w:rPr>
          <w:lang w:eastAsia="zh-CN"/>
        </w:rPr>
        <w:t>　　在这学年中我主要负责对各学院班级心理委员例会的督促和考核，我采取的是，对于每个学院老师必须至少有两次的到会记录，而且我们部门必须去做会议考核。然后每个学院每学期至少有五次班级心理委员例会，通知我们部门，我们部门会不定期抽查，对会议质量做一记录作为对各学院年终的考核。</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经过这一年的回顾，我觉得像对西区新生心理情况的摸底、各学院班级的心理委员例会、各学院各班级心理委员对班上同学心理状况的摸底排查这些常规工作必须坚持下来；心理知识竞赛、趣味心理运动会、心理委员培训这些活动可以作为每年的特色活动特别是在“5。25心理健康月”期间进行；关于心理电影展播、心理知识讲座这些活动我觉得应该贯穿在一个学年之中分散开来进行，不能集中在“5。25心理健康月”这一个月，通过这次5。25活动月的观察，因为太多的讲座和电影压在了一起而且又临近考试造成同学们心理上一定的压力，这就起到了反面的作用，所以我觉得这些活动应该分散开来贯穿在全年之中，减少“5。25心理健康月”讲座和电影观看的数量。</w:t>
      </w:r>
      <w:r>
        <w:rPr>
          <w:lang w:eastAsia="zh-CN"/>
        </w:rPr>
        <w:br/>
      </w:r>
      <w:r>
        <w:rPr>
          <w:lang w:eastAsia="zh-CN"/>
        </w:rPr>
        <w:t>　　以上是我在20__~20__学年在校心理健康部工作的一些工作的总结，其中有经验的沉淀，也有不足，但这都将成为我们心理工作中的宝贵财富，为我们把工作做得更好提供了可以依靠的法宝。我相信，再以后的工作中，我们理工的心理健康工作一定会越做越好，做成学生会各部门中一个有实力、有影响力的部门，真正的服务与同学。</w:t>
      </w:r>
      <w:r>
        <w:rPr>
          <w:lang w:eastAsia="zh-CN"/>
        </w:rPr>
        <w:br/>
      </w:r>
      <w:r>
        <w:rPr>
          <w:lang w:eastAsia="zh-CN"/>
        </w:rPr>
        <w:t xml:space="preserve">    学生会工作总结集合 篇10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时间如流水飞逝，匆匆忙忙的20__—20__学年已经落下帷幕，我在生命科学学院学生会生活部的工作也画上完美的句号。回首过去，在这一学期，我们生活部全体成员共历风雨，携手并进，我们开展了许多有意义的活动，并出色的完成各项工作。在大家的共同努力下，我们取得了一定的成绩，得到了广阔师生的好评。我也从中学到了许多课本学不到的知识，也感受到了学生会这个大家庭给我带来的温暖。还记得从我参加校学生会那天起，我就一直在努力，严格地要求自己，积极参加学生会组织的各项活动，并在活动中主动承当责任。在学生会的工作中我收获很多，根本到达了我参加学生会的目的——效劳同学、锻炼自己。</w:t>
      </w:r>
      <w:r>
        <w:rPr>
          <w:lang w:eastAsia="zh-CN"/>
        </w:rPr>
        <w:br/>
      </w:r>
      <w:r>
        <w:rPr>
          <w:lang w:eastAsia="zh-CN"/>
        </w:rPr>
        <w:t>　　一、本学期生活部的工作具体总结如下：</w:t>
      </w:r>
      <w:r>
        <w:rPr>
          <w:lang w:eastAsia="zh-CN"/>
        </w:rPr>
        <w:br/>
      </w:r>
      <w:r>
        <w:rPr>
          <w:lang w:eastAsia="zh-CN"/>
        </w:rPr>
        <w:t>　　1、学费收据发放</w:t>
      </w:r>
      <w:r>
        <w:rPr>
          <w:lang w:eastAsia="zh-CN"/>
        </w:rPr>
        <w:br/>
      </w:r>
      <w:r>
        <w:rPr>
          <w:lang w:eastAsia="zh-CN"/>
        </w:rPr>
        <w:t>　　由于各同学交费的时间不相同，学校的学费、住宿费收据也是每个月打印一次，并发放到学院由我们生活部负责发到各。在发放过程中我们需要给各班的生活委员打，在学生会办公室等生活委员来领取并向其说明考前须知。</w:t>
      </w:r>
      <w:r>
        <w:rPr>
          <w:lang w:eastAsia="zh-CN"/>
        </w:rPr>
        <w:br/>
      </w:r>
      <w:r>
        <w:rPr>
          <w:lang w:eastAsia="zh-CN"/>
        </w:rPr>
        <w:t>　　2、国家组学贷款的资料收集</w:t>
      </w:r>
      <w:r>
        <w:rPr>
          <w:lang w:eastAsia="zh-CN"/>
        </w:rPr>
        <w:br/>
      </w:r>
      <w:r>
        <w:rPr>
          <w:lang w:eastAsia="zh-CN"/>
        </w:rPr>
        <w:t>　　在办理贷款前我们生活部将学校的文件转发到各班，并要求需要办贷款的同学带着资料统一集中在一间大教室里由学院老师同意指导填写贷款合同。随后将资料收集好，并由我们做最后的检查，查看是否正确标准，最后由我们统一交到学校。 3、助学金、少数民族补贴、师范生补助发放的签名</w:t>
      </w:r>
      <w:r>
        <w:rPr>
          <w:lang w:eastAsia="zh-CN"/>
        </w:rPr>
        <w:br/>
      </w:r>
      <w:r>
        <w:rPr>
          <w:lang w:eastAsia="zh-CN"/>
        </w:rPr>
        <w:t>　　在各项补助发放之前我们生活部需要通知各个班的生活委员，要求安排其本班同学到学院对自己的银行卡号和金额，在确认正确无误后签名。</w:t>
      </w:r>
      <w:r>
        <w:rPr>
          <w:lang w:eastAsia="zh-CN"/>
        </w:rPr>
        <w:br/>
      </w:r>
      <w:r>
        <w:rPr>
          <w:lang w:eastAsia="zh-CN"/>
        </w:rPr>
        <w:t>　　4、优秀宿舍奖品发放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学校宿舍管理委员会每学期都会进行优秀宿舍的评比活动，获得优秀宿舍的将有一定的奖金和奖品。而奖品及奖金的发放那么由我们生活部负责，我们需要到学校领取奖品并发放到各班。</w:t>
      </w:r>
      <w:r>
        <w:rPr>
          <w:lang w:eastAsia="zh-CN"/>
        </w:rPr>
        <w:br/>
      </w:r>
      <w:r>
        <w:rPr>
          <w:lang w:eastAsia="zh-CN"/>
        </w:rPr>
        <w:t>　　5、参加学生会例会</w:t>
      </w:r>
      <w:r>
        <w:rPr>
          <w:lang w:eastAsia="zh-CN"/>
        </w:rPr>
        <w:br/>
      </w:r>
      <w:r>
        <w:rPr>
          <w:lang w:eastAsia="zh-CN"/>
        </w:rPr>
        <w:t>　　这不仅是我部要做的，也是各个部必须要做的。但我部对学生会例会极为重视，我们坚持“有会必到、遇事请假”的原那么去参加每次例会，会上我部认真对上周工作进行总结，对下周工作进行规划。学生会例会的召开，时刻催促着我们，提醒着我们，让我们不能有丝毫的松懈！</w:t>
      </w:r>
      <w:r>
        <w:rPr>
          <w:lang w:eastAsia="zh-CN"/>
        </w:rPr>
        <w:br/>
      </w:r>
      <w:r>
        <w:rPr>
          <w:lang w:eastAsia="zh-CN"/>
        </w:rPr>
        <w:t>　　6。协助性的工作：</w:t>
      </w:r>
      <w:r>
        <w:rPr>
          <w:lang w:eastAsia="zh-CN"/>
        </w:rPr>
        <w:br/>
      </w:r>
      <w:r>
        <w:rPr>
          <w:lang w:eastAsia="zh-CN"/>
        </w:rPr>
        <w:t>　　（1）采购“歌手赛”、“送老”晚会等活动的用品。</w:t>
      </w:r>
      <w:r>
        <w:rPr>
          <w:lang w:eastAsia="zh-CN"/>
        </w:rPr>
        <w:br/>
      </w:r>
      <w:r>
        <w:rPr>
          <w:lang w:eastAsia="zh-CN"/>
        </w:rPr>
        <w:t>　　（2）协助其他部布置活动场地。</w:t>
      </w:r>
      <w:r>
        <w:rPr>
          <w:lang w:eastAsia="zh-CN"/>
        </w:rPr>
        <w:br/>
      </w:r>
      <w:r>
        <w:rPr>
          <w:lang w:eastAsia="zh-CN"/>
        </w:rPr>
        <w:t>　　（3）协助体育部的“林奈杯”篮球赛。</w:t>
      </w:r>
      <w:r>
        <w:rPr>
          <w:lang w:eastAsia="zh-CN"/>
        </w:rPr>
        <w:br/>
      </w:r>
      <w:r>
        <w:rPr>
          <w:lang w:eastAsia="zh-CN"/>
        </w:rPr>
        <w:t>　　二、存在的问题</w:t>
      </w:r>
      <w:r>
        <w:rPr>
          <w:lang w:eastAsia="zh-CN"/>
        </w:rPr>
        <w:br/>
      </w:r>
      <w:r>
        <w:rPr>
          <w:lang w:eastAsia="zh-CN"/>
        </w:rPr>
        <w:t>　　我觉得我自己还是不够自信。对于很多工作我还是不敢着手去做，除了是担忧出错会造成不好的后果之外，还有就是因为自己对于很多工作还是不了解。所以一遇到没办过的活动就脑子一片空白，直接去找学长或学姐帮助。</w:t>
      </w:r>
      <w:r>
        <w:rPr>
          <w:lang w:eastAsia="zh-CN"/>
        </w:rPr>
        <w:br/>
      </w:r>
      <w:r>
        <w:rPr>
          <w:lang w:eastAsia="zh-CN"/>
        </w:rPr>
        <w:t>　　三、学到的道理</w:t>
      </w:r>
      <w:r>
        <w:rPr>
          <w:lang w:eastAsia="zh-CN"/>
        </w:rPr>
        <w:br/>
      </w:r>
      <w:r>
        <w:rPr>
          <w:lang w:eastAsia="zh-CN"/>
        </w:rPr>
        <w:t>　　1、要主动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在生活部，部长教导我们，做事情要有主动性、要有热情。做一件事不是为了得到什么回报，而是以之充实自己，锻炼自己。我很同意，所以现在无论在工作上，学习上，还是生活上，我都会做一个主动的人。因为我觉得，不想受制于人，就要主动；想让别人知道自己是一个有用的人，就要主动。比找方法更重要的是找到对工作的热情！</w:t>
      </w:r>
      <w:r>
        <w:rPr>
          <w:lang w:eastAsia="zh-CN"/>
        </w:rPr>
        <w:br/>
      </w:r>
      <w:r>
        <w:rPr>
          <w:lang w:eastAsia="zh-CN"/>
        </w:rPr>
        <w:t>　　2、要反响</w:t>
      </w:r>
      <w:r>
        <w:rPr>
          <w:lang w:eastAsia="zh-CN"/>
        </w:rPr>
        <w:br/>
      </w:r>
      <w:r>
        <w:rPr>
          <w:lang w:eastAsia="zh-CN"/>
        </w:rPr>
        <w:t>　　在生活部，安排的每一项任务，做完之后一定要及时反响，这样可以使上级对活动任务的进度有所掌握，方便方案安排之后的事情，这样提高工作效率。提高效率的方法也是解决工作和学习之间的冲突的最好方法。</w:t>
      </w:r>
      <w:r>
        <w:rPr>
          <w:lang w:eastAsia="zh-CN"/>
        </w:rPr>
        <w:br/>
      </w:r>
      <w:r>
        <w:rPr>
          <w:lang w:eastAsia="zh-CN"/>
        </w:rPr>
        <w:t>　　3、要思考</w:t>
      </w:r>
      <w:r>
        <w:rPr>
          <w:lang w:eastAsia="zh-CN"/>
        </w:rPr>
        <w:br/>
      </w:r>
      <w:r>
        <w:rPr>
          <w:lang w:eastAsia="zh-CN"/>
        </w:rPr>
        <w:t>　　在生活部，磊哥和于哥教导我们，做任何事情前都要多想一想，多想一想不会吃亏。即使是最简单的事情，只要多想一想可能就会有不一样的效果。有困难要带着几种方案去请上级做决定，不能把问题都推给上级。事情做之前需要思考，事情做完之后也同样需要思考，尤其是觉得自己并没有做好的事情，一定要多想一想，总结经验并积累教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回想一年来学生会的工作，我们取得过优秀的成绩，这些成果离不开生活部每个成员的辛勤付出；同时我们也遇到过很多的困难，面对困难，我们并没有放弃，而是同心协力解决困难。我们一步步成长的脚步依然清晰，在路上，我们学会了团结合作，学会了坚强勇敢。在其中的酸甜苦辣都以化成成功的`喜悦飞上我们的眉梢，因为我们坚信：“只要我们团结一心，生活部必然凭着自己青春的汗水再造辉煌”。每周的例会，每次点名签到，我们部门总是全员到达。这些都在有条不紊的进行着，这是我们生活部最根本的工作，我们有义务做好这些工作。因为这是我们开展其他工作的前提。</w:t>
      </w:r>
      <w:r>
        <w:rPr>
          <w:lang w:eastAsia="zh-CN"/>
        </w:rPr>
        <w:br/>
      </w:r>
      <w:r>
        <w:rPr>
          <w:lang w:eastAsia="zh-CN"/>
        </w:rPr>
        <w:t>　　每周五下午的统分和制表是生活部必不可少的工作，每次当面对假设干个数字统分时，第一次感觉是头脑发胀，但经过屡次总结经验之后，现在已经能够以最快的速度统完并且感觉轻而易举，同时在这期间也学会了团结，懂得了合作的重要性，我们部门人数虽然不多，但我们的效率丝毫没有降低，六个人能在短时间内完成要干的事，一个团体拥有明确的分工，各司其职，各尽其能，就能发挥好一个团队的力量。而我们六个人的统分，时间与效率就证明了团结的重要，也展示了我团结的力量，这就是我的部门，有家的温馨感。</w:t>
      </w:r>
      <w:r>
        <w:rPr>
          <w:lang w:eastAsia="zh-CN"/>
        </w:rPr>
        <w:br/>
      </w:r>
      <w:r>
        <w:rPr>
          <w:lang w:eastAsia="zh-CN"/>
        </w:rPr>
        <w:t>　　当然，鱼与熊掌不可兼得，工作与我的日常生活以及学习也时常产生矛盾，但是我们都还是挺过来了，都没有耽误自己的事情，每件事都处理的很好，部长也总是很开心的和我们说笑，从不摆架子、从不发火、从不……很多很多，让我们觉得这个部长不是上司是姐姐，也使得我们部门永远充满笑声，没有谁会抱怨，没有谁会生气。为了让这样的气氛一直保持下去，我们也一直在很努力的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我觉得我自己还是不够自信。对于很多工作我还是不敢着手去做，除了是担忧出错会造成不好的后果之外，还有就是因为自己对于很多工作还是不了解。其实刚开始我是抱着一种“打酱油”的心情进入学生会的，但是慢慢的在生活部这个大家庭里，我把自己刚开始的那种心态改了，也慢慢的变得认真，但是还是有很多缺乏之处，我希望自己能改掉那些毛病。</w:t>
      </w:r>
      <w:r>
        <w:rPr>
          <w:lang w:eastAsia="zh-CN"/>
        </w:rPr>
        <w:br/>
      </w:r>
      <w:r>
        <w:rPr>
          <w:lang w:eastAsia="zh-CN"/>
        </w:rPr>
        <w:t>　　时间流逝，白驹过隙。转眼间将要离我们而去，带着祝福与期盼我们即将迎来__年。新的一年会有新的挑战与收获。</w:t>
      </w:r>
      <w:r>
        <w:rPr>
          <w:lang w:eastAsia="zh-CN"/>
        </w:rPr>
        <w:br/>
      </w:r>
      <w:r>
        <w:rPr>
          <w:lang w:eastAsia="zh-CN"/>
        </w:rPr>
        <w:t xml:space="preserve">    学生会工作总结集合 篇11 </w:t>
      </w:r>
      <w:r>
        <w:rPr>
          <w:lang w:eastAsia="zh-CN"/>
        </w:rPr>
        <w:br/>
      </w:r>
      <w:r>
        <w:rPr>
          <w:lang w:eastAsia="zh-CN"/>
        </w:rPr>
        <w:t>　　又是一年月圆日，又是一载追梦时，在这里，每一个闪光的日子都是一朵飘逸的时光音符，青春的火力装点了校园的金黄梦境。转眼间，这个学期就要结束了，而忙碌的学生会工作到现在也即将进入尾声。</w:t>
      </w:r>
      <w:r>
        <w:rPr>
          <w:lang w:eastAsia="zh-CN"/>
        </w:rPr>
        <w:br/>
      </w:r>
      <w:r>
        <w:rPr>
          <w:lang w:eastAsia="zh-CN"/>
        </w:rPr>
        <w:t>　　本学期艺术设计学院学生会在院老师和学生会领导的指导下，全体成员团结协作、尽职尽责、尽能尽力，圆满完成了学生会布置的各项工作，并取得了一系列的优异成绩。同时，本着对全院同学全心全意服务的宗旨，积极创新，开展了多项具有我院特色的活动。现就本学期工作总结如下：</w:t>
      </w:r>
      <w:r>
        <w:rPr>
          <w:lang w:eastAsia="zh-CN"/>
        </w:rPr>
        <w:br/>
      </w:r>
      <w:r>
        <w:rPr>
          <w:lang w:eastAsia="zh-CN"/>
        </w:rPr>
        <w:t>　　一、艺术设计学院学生会纳新工作圆满结束</w:t>
      </w:r>
      <w:r>
        <w:rPr>
          <w:lang w:eastAsia="zh-CN"/>
        </w:rPr>
        <w:br/>
      </w:r>
      <w:r>
        <w:rPr>
          <w:lang w:eastAsia="zh-CN"/>
        </w:rPr>
        <w:t>　　艺术设计学院学生会纳新工作于3月10日在校广场开展，这次纳新工作为期三天，纳新的对象是艺术设计学院的大一新生，凡是有理想有抱负、有才干的艺术设计学院大一新生都可以报名参加。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本次纳新活动由学生会各部成员介绍、宣传、值班的方式来与前来报名的大一新生进行交流了解。学生会的各部干事不仅认真的回答同学们的各种提问，并把不同学生会各部门的不同情况向前来咨询的同学进行细致的介绍，使他们对自己的能力更好的定位，了解自己更适合哪个部门。自3月10日至13日，在经过“提交个人简历、面试、施政演讲”三轮筛选后，又有一批新成员加入到学生会这个有组织有纪律，严肃但又不失欢乐的团队当中。</w:t>
      </w:r>
      <w:r>
        <w:rPr>
          <w:lang w:eastAsia="zh-CN"/>
        </w:rPr>
        <w:br/>
      </w:r>
      <w:r>
        <w:rPr>
          <w:lang w:eastAsia="zh-CN"/>
        </w:rPr>
        <w:t>　　新的血液注入了队伍，一切又是个崭新的开始，我们艺术设计学院学生会又增加了一批新的力量和活力。也让所有学生会的干事们明白了自己肩上的责任和力量，大家共同努力，相信艺术设计学院在今后的学生会工作中会做出更多成绩，更上一层楼。</w:t>
      </w:r>
      <w:r>
        <w:rPr>
          <w:lang w:eastAsia="zh-CN"/>
        </w:rPr>
        <w:br/>
      </w:r>
      <w:r>
        <w:rPr>
          <w:lang w:eastAsia="zh-CN"/>
        </w:rPr>
        <w:t>　　二、学生会严格按照校纪校规执行考勤制度</w:t>
      </w:r>
      <w:r>
        <w:rPr>
          <w:lang w:eastAsia="zh-CN"/>
        </w:rPr>
        <w:br/>
      </w:r>
      <w:r>
        <w:rPr>
          <w:lang w:eastAsia="zh-CN"/>
        </w:rPr>
        <w:t>　　为提高我院同学们的自律自治意识，督促同学们及时到校上课，创建“纪律文明月”，学生会纪检部，严格按照校纪校规对我院同学的考勤情况进行监督和检查。</w:t>
      </w:r>
      <w:r>
        <w:rPr>
          <w:lang w:eastAsia="zh-CN"/>
        </w:rPr>
        <w:br/>
      </w:r>
      <w:r>
        <w:rPr>
          <w:lang w:eastAsia="zh-CN"/>
        </w:rPr>
        <w:t>　　每天早晨7：30之前集合完毕，分成小组，分配任务，根据不同班级的课程安排分别进行检查。与以往不同的是，这学期开始，纪检部增加了下午的考勤程序。每月一总评，出勤率做成表格上报学院。我院的考勤工作有了很大的改善，取得了令人骄傲的成绩。</w:t>
      </w:r>
      <w:r>
        <w:rPr>
          <w:lang w:eastAsia="zh-CN"/>
        </w:rPr>
        <w:br/>
      </w:r>
      <w:r>
        <w:rPr>
          <w:lang w:eastAsia="zh-CN"/>
        </w:rPr>
        <w:t>　　纪检部的工作中依然坚持“高效、思想汇报专题规范、自律、公正”的作风，在今后会继续制定和完善纪律条例，对同学们日常行为规范进行严格监督，力求一步一个脚印，踏踏实实做好本职工作。</w:t>
      </w:r>
      <w:r>
        <w:rPr>
          <w:lang w:eastAsia="zh-CN"/>
        </w:rPr>
        <w:br/>
      </w:r>
      <w:r>
        <w:rPr>
          <w:lang w:eastAsia="zh-CN"/>
        </w:rPr>
        <w:t>　　三、艺术设计学院开展“第三届大学生艺术展演”活动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为庆祝建党90周年，活跃校园文化生活，进一步提高大学生的综合素质，发挥我们艺术设计学院的特色，我校将举办“第三届大学生艺术展演”活动，此次“大学生艺术展演”的主题是“青春·使命”，围绕着这一主题，更好的反映当代大学生热爱祖国、热爱社会主义、积极向上的青春风采，展示大学生高尚的人生追求、高雅的审美情趣和出色的艺术才华。</w:t>
      </w:r>
      <w:r>
        <w:rPr>
          <w:lang w:eastAsia="zh-CN"/>
        </w:rPr>
        <w:br/>
      </w:r>
      <w:r>
        <w:rPr>
          <w:lang w:eastAsia="zh-CN"/>
        </w:rPr>
        <w:t>　　校园文化的力量因艺术的独特魅力而强大，校园文化的精神因艺术的丰富多彩而凸显，因此本次活动也是艺术设计学院的重点活动。</w:t>
      </w:r>
      <w:r>
        <w:rPr>
          <w:lang w:eastAsia="zh-CN"/>
        </w:rPr>
        <w:br/>
      </w:r>
      <w:r>
        <w:rPr>
          <w:lang w:eastAsia="zh-CN"/>
        </w:rPr>
        <w:t>　　艺术展演的目的是为同学们搭建沟通交流的平台，给同学们提供展示自我的机会，同时也扩大了影响，充分展现当代大学生的时代精神风貌，释放大学生的艺术激情，体现艺术设计学院独特的气质和魅力。</w:t>
      </w:r>
      <w:r>
        <w:rPr>
          <w:lang w:eastAsia="zh-CN"/>
        </w:rPr>
        <w:br/>
      </w:r>
      <w:r>
        <w:rPr>
          <w:lang w:eastAsia="zh-CN"/>
        </w:rPr>
        <w:t>　　四、清华大学美术学院副院长、博士生导师杭间教授莅临艺术设计学院讲学</w:t>
      </w:r>
      <w:r>
        <w:rPr>
          <w:lang w:eastAsia="zh-CN"/>
        </w:rPr>
        <w:br/>
      </w:r>
      <w:r>
        <w:rPr>
          <w:lang w:eastAsia="zh-CN"/>
        </w:rPr>
        <w:t>　　3月10日上午，清华大学美术学院副院长、博士生导师杭间教授莅临我校讲学。座谈会在学术报告厅举行，我院于会见副院长主持了会议，学院全体师生一起参加了此次座谈。</w:t>
      </w:r>
      <w:r>
        <w:rPr>
          <w:lang w:eastAsia="zh-CN"/>
        </w:rPr>
        <w:br/>
      </w:r>
      <w:r>
        <w:rPr>
          <w:lang w:eastAsia="zh-CN"/>
        </w:rPr>
        <w:t>　　在本次座谈中，杭间教授以《中国当代艺术与文化产业》为题讲学，期间对“前卫艺术”无害论、“萨伊德”的东方主义、798产业的远景以及798艺术区的发展成长等问题做出了独特的分析。并提出重新认识以视觉艺术为主体的当代艺术在中国当代文化建设中的特殊性等值得思考的问题，发人深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座谈期间，杭间教授就当代艺术与文化产业的发展与同学们做了互动交流，这次交流进一步促进了同学们对于当代艺术文化的认识。本场讲座精彩纷呈，广大师生受益匪浅。</w:t>
      </w:r>
      <w:r>
        <w:rPr>
          <w:lang w:eastAsia="zh-CN"/>
        </w:rPr>
        <w:br/>
      </w:r>
      <w:r>
        <w:rPr>
          <w:lang w:eastAsia="zh-CN"/>
        </w:rPr>
        <w:t>　　五、第二届“中大之风”排球赛圆满结束</w:t>
      </w:r>
      <w:r>
        <w:rPr>
          <w:lang w:eastAsia="zh-CN"/>
        </w:rPr>
        <w:br/>
      </w:r>
      <w:r>
        <w:rPr>
          <w:lang w:eastAsia="zh-CN"/>
        </w:rPr>
        <w:t>　　3月26日，由中州大学团委主办、学生会承办的第二届“中大之锋”排球赛圆满落下帷幕。共有_个学院的男女排球队参加了比赛，精彩的比赛成为我校课外文体活动的一个亮点，吸引了广大师生的目光。</w:t>
      </w:r>
      <w:r>
        <w:rPr>
          <w:lang w:eastAsia="zh-CN"/>
        </w:rPr>
        <w:br/>
      </w:r>
      <w:r>
        <w:rPr>
          <w:lang w:eastAsia="zh-CN"/>
        </w:rPr>
        <w:t>　　本次参赛的共有_个学院，我院健儿不畏艰险，奋力拼搏，在赛场外刻苦的训练，排球是一项团体运动，它不仅需要个人娴熟的技术，更重要的是队员们之间的默契配合，赛场上，队员们认真的对待每一个球，争分夺秒，体现出很强的团队精神，带队老师亲临现场指导，针对场上形式的变化不断调整战术，啦啦队的呐喊助威声此起彼伏，排球赛在锻炼同学们身体素质的同时也丰富了同学们的课余生活，使同学们在拼搏中感受到了体育的魅力，也体会到了体育运动的快乐，营造了良好的体育文化氛围。</w:t>
      </w:r>
      <w:r>
        <w:rPr>
          <w:lang w:eastAsia="zh-CN"/>
        </w:rPr>
        <w:br/>
      </w:r>
      <w:r>
        <w:rPr>
          <w:lang w:eastAsia="zh-CN"/>
        </w:rPr>
        <w:t>　　六、河南省20__年美术、书法教育工作会议在我校隆重举行</w:t>
      </w:r>
      <w:r>
        <w:rPr>
          <w:lang w:eastAsia="zh-CN"/>
        </w:rPr>
        <w:br/>
      </w:r>
      <w:r>
        <w:rPr>
          <w:lang w:eastAsia="zh-CN"/>
        </w:rPr>
        <w:t>　　3月26日上午，河南省20__年美术、书法教育工作会议在我校隆重举行，省教育厅原副厅长王际鑫、河南省学校艺术教育协会会长石品、省美协副主席马岭、河南省书法家协会副主席赵振乾、中州大学副校长薛培军、以及省书法协会领导等参加了此次会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会议总结了20__年河南省美术书法教育工作的成果，对下一阶段的工作进行了部署安排，为今年的教育工作指明了方向。会上，与会代表进行热烈的讨论，大家一致认为要充分发挥教育界书画家协会以及教育艺委会的作用，提高教育工作者的专业水平和整体素质，打造一流的美术、书法作品的交流平台，加大对大学生的教育培养力度，</w:t>
      </w:r>
      <w:r>
        <w:rPr>
          <w:lang w:eastAsia="zh-CN"/>
        </w:rPr>
        <w:br/>
      </w:r>
      <w:r>
        <w:rPr>
          <w:lang w:eastAsia="zh-CN"/>
        </w:rPr>
        <w:t xml:space="preserve">    学生会工作总结集合 篇12 </w:t>
      </w:r>
      <w:r>
        <w:rPr>
          <w:lang w:eastAsia="zh-CN"/>
        </w:rPr>
        <w:br/>
      </w:r>
      <w:r>
        <w:rPr>
          <w:lang w:eastAsia="zh-CN"/>
        </w:rPr>
        <w:t>　　本届学生会在成立之后，在校领导和学生处、团委老师的具体指导和支持下，紧紧围绕学校创建本科院校的中心工作，充分发挥学生会自我教育、自我管理、自我服务的工作职能，在广大同学的鼎力协助下，经过全体学生会成员的共同努力，不断拓宽工作领域，创新工作模式，改进工作方法，整体上完成了学期初定的工作计划，并取得了显著的成绩，现就即将过去一个学期的工作总结如下：</w:t>
      </w:r>
      <w:r>
        <w:rPr>
          <w:lang w:eastAsia="zh-CN"/>
        </w:rPr>
        <w:br/>
      </w:r>
      <w:r>
        <w:rPr>
          <w:lang w:eastAsia="zh-CN"/>
        </w:rPr>
        <w:t>　　一、贴近学生生活方面：</w:t>
      </w:r>
      <w:r>
        <w:rPr>
          <w:lang w:eastAsia="zh-CN"/>
        </w:rPr>
        <w:br/>
      </w:r>
      <w:r>
        <w:rPr>
          <w:lang w:eastAsia="zh-CN"/>
        </w:rPr>
        <w:t>　　结合我校实际，在新老校区以问卷调查的形式进行一次学子之声专题调研，以座谈的形式举行了学生会与你面对面，对于从中反映出来的问题，学生会及时做了总结，并向各有关部门做了反映，都得到了不同程度的解决。通过这些活动，拉近了学生会与同学们之间的距离，增强了同学们对学生会的了解、信任与支持，同时也增强了学生会成员的责任感。</w:t>
      </w:r>
      <w:r>
        <w:rPr>
          <w:lang w:eastAsia="zh-CN"/>
        </w:rPr>
        <w:br/>
      </w:r>
      <w:r>
        <w:rPr>
          <w:lang w:eastAsia="zh-CN"/>
        </w:rPr>
        <w:t>　　二、学风建设方面：</w:t>
      </w:r>
      <w:r>
        <w:rPr>
          <w:lang w:eastAsia="zh-CN"/>
        </w:rPr>
        <w:br/>
      </w:r>
    </w:p>
    <w:p w:rsidR="001B1F19" w14:textId="27C3F48A">
      <w:pPr>
        <w:rPr>
          <w:rFonts w:hint="eastAsia"/>
          <w:lang w:eastAsia="zh-CN"/>
        </w:rPr>
      </w:pPr>
      <w:r>
        <w:rPr>
          <w:lang w:eastAsia="zh-CN"/>
        </w:rPr>
        <w:t>　　组织举办首届新科杯英语之星大赛，在此次活动中也加强了与外校学生会的联系。协助团委举办了20__年第一期成长论坛，并多次组织英语四、六级知识讲座，从中调动了同学们学习的积极性，有力的促进了学风建设，为在校学生营造了良好的校园文化氛围，在无形中培养了大学生的人文素养。</w:t>
      </w:r>
      <w:r>
        <w:rPr>
          <w:lang w:eastAsia="zh-CN"/>
        </w:rPr>
        <w:br/>
      </w:r>
      <w:r>
        <w:rPr>
          <w:lang w:eastAsia="zh-CN"/>
        </w:rPr>
        <w:t>　　三、校园文化方面：</w:t>
      </w:r>
      <w:r>
        <w:rPr>
          <w:lang w:eastAsia="zh-CN"/>
        </w:rPr>
        <w:br/>
      </w:r>
      <w:r>
        <w:rPr>
          <w:lang w:eastAsia="zh-CN"/>
        </w:rPr>
        <w:t>　　由体育部具体组织，成功的承办了首届理想杯篮球联赛，从中增强了大学生的集体荣誉感和团队精神。宣传部组织承办了现场书画展演，在展演中，河南科技大学、洛阳师范学院学生会也参与进来，并作了广泛的交流。</w:t>
      </w:r>
      <w:r>
        <w:rPr>
          <w:lang w:eastAsia="zh-CN"/>
        </w:rPr>
        <w:br/>
      </w:r>
      <w:r>
        <w:rPr>
          <w:lang w:eastAsia="zh-CN"/>
        </w:rPr>
        <w:t>　　四、娱乐文化方面：</w:t>
      </w:r>
      <w:r>
        <w:rPr>
          <w:lang w:eastAsia="zh-CN"/>
        </w:rPr>
        <w:br/>
      </w:r>
      <w:r>
        <w:rPr>
          <w:lang w:eastAsia="zh-CN"/>
        </w:rPr>
        <w:t>　　根据我校的特殊性，在新区举行了主题为走进新区，你我共联欢文艺晚会，在老校区举行了社团文化广角，主题为同唱一首歌文艺晚会。协助团委成功的承办了庞龙两只蝴蝶，与你相约洛阳签唱会，青蛙乐队洛阳签唱会，两场欢送毕业生文艺晚会，通过丰富的文艺活动，陶冶了同学们的情操，提高了同学们的审美情趣。</w:t>
      </w:r>
      <w:r>
        <w:rPr>
          <w:lang w:eastAsia="zh-CN"/>
        </w:rPr>
        <w:br/>
      </w:r>
      <w:r>
        <w:rPr>
          <w:lang w:eastAsia="zh-CN"/>
        </w:rPr>
        <w:t>　　五、校园文明方面：</w:t>
      </w:r>
      <w:r>
        <w:rPr>
          <w:lang w:eastAsia="zh-CN"/>
        </w:rPr>
        <w:br/>
      </w:r>
      <w:r>
        <w:rPr>
          <w:lang w:eastAsia="zh-CN"/>
        </w:rPr>
        <w:t>　　学生会充分发挥大学生自律委员会、大学生伙食委员会的作用，结合第二十三个文明教育月，#from 本文来自高考资源网 end#自律委员会组织学生定期抽查学生宿舍，有力的遏止了晚归和夜不归宿的行为，并多次维持大型活动的秩序，文明监督岗对校园内不文明行为给予了相应的制止。伙食委员会配合学生处、团委、后勤发展总公司对宿舍文化建设和教室、宿舍卫生的检查做了许多具体的工作。</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https://d.book118.com/248060141116006042</w:t>
        </w:r>
      </w:hyperlink>
    </w:p>
    <w:p w:rsidR="001B1F19">
      <w:pPr>
        <w:rPr>
          <w:rFonts w:hint="eastAsia"/>
          <w:lang w:eastAsia="zh-CN"/>
        </w:rPr>
      </w:pPr>
    </w:p>
    <w:sectPr>
      <w:type w:val="nextPage"/>
      <w:pgSz w:w="11906" w:h="16838"/>
      <w:pgMar w:top="1440" w:right="1800" w:bottom="1440" w:left="1800" w:header="851" w:footer="992" w:gutter="0"/>
      <w:pgNumType w:start="3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4806014111600604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