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中学初二班主任工作计划（32篇）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中学初二班主任工作计划（精选32篇）</w:t>
      </w:r>
      <w:r>
        <w:rPr>
          <w:lang w:eastAsia="zh-CN"/>
        </w:rPr>
        <w:br/>
      </w:r>
      <w:r>
        <w:rPr>
          <w:lang w:eastAsia="zh-CN"/>
        </w:rPr>
        <w:t xml:space="preserve">    中学初二班主任工作计划 篇1 </w:t>
      </w:r>
      <w:r>
        <w:rPr>
          <w:lang w:eastAsia="zh-CN"/>
        </w:rPr>
        <w:br/>
      </w:r>
      <w:r>
        <w:rPr>
          <w:lang w:eastAsia="zh-CN"/>
        </w:rPr>
        <w:t>　　一、基本情况分析</w:t>
      </w:r>
      <w:r>
        <w:rPr>
          <w:lang w:eastAsia="zh-CN"/>
        </w:rPr>
        <w:br/>
      </w:r>
      <w:r>
        <w:rPr>
          <w:lang w:eastAsia="zh-CN"/>
        </w:rPr>
        <w:t>　　初二（3）班现有51人，其中男生36人，女生15人，住宿47人。在3班师生的共同努力下，经过了上一学年的拼搏，我班在各个方面取得了很大的进步， 从整体看来：班风与学风良好，纪律良好，有良好的学习习惯；班级的凝聚力较强；学生个性逐渐增强。但也存在着问题：班级卫生习惯不理想；个别学生基础不好，接受能力相对不高，学习兴趣不足，学习态度不够端正等，后进生较多等，这些情况都亟需改善。</w:t>
      </w:r>
      <w:r>
        <w:rPr>
          <w:lang w:eastAsia="zh-CN"/>
        </w:rPr>
        <w:br/>
      </w:r>
      <w:r>
        <w:rPr>
          <w:lang w:eastAsia="zh-CN"/>
        </w:rPr>
        <w:t>　　二、总体目标及具体任务</w:t>
      </w:r>
      <w:r>
        <w:rPr>
          <w:lang w:eastAsia="zh-CN"/>
        </w:rPr>
        <w:br/>
      </w:r>
      <w:r>
        <w:rPr>
          <w:lang w:eastAsia="zh-CN"/>
        </w:rPr>
        <w:t>　　（一）总体目标</w:t>
      </w:r>
      <w:r>
        <w:rPr>
          <w:lang w:eastAsia="zh-CN"/>
        </w:rPr>
        <w:br/>
      </w:r>
      <w:r>
        <w:rPr>
          <w:lang w:eastAsia="zh-CN"/>
        </w:rPr>
        <w:t>　　使全班同学树立共同的、明确的班级学习目标，形成自主学习的习惯，并以兵带兵，让优秀的同学带动学习较差的同学在学习上有较大进步；培养学生良好的行为规范，形成守纪、文明、进取、团结的班风。</w:t>
      </w:r>
      <w:r>
        <w:rPr>
          <w:lang w:eastAsia="zh-CN"/>
        </w:rPr>
        <w:br/>
      </w:r>
      <w:r>
        <w:rPr>
          <w:lang w:eastAsia="zh-CN"/>
        </w:rPr>
        <w:t>　　（二）具体任务</w:t>
      </w:r>
      <w:r>
        <w:rPr>
          <w:lang w:eastAsia="zh-CN"/>
        </w:rPr>
        <w:br/>
      </w:r>
      <w:r>
        <w:rPr>
          <w:lang w:eastAsia="zh-CN"/>
        </w:rPr>
        <w:t>　　1.德育方面：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（1） 培养学生爱国主义和集体主义精神，形成正确的爱国观和集体观念。</w:t>
      </w:r>
      <w:r>
        <w:rPr>
          <w:lang w:eastAsia="zh-CN"/>
        </w:rPr>
        <w:br/>
      </w:r>
      <w:r>
        <w:rPr>
          <w:lang w:eastAsia="zh-CN"/>
        </w:rPr>
        <w:t>　　（2） 培养学生良好的行为习惯。</w:t>
      </w:r>
      <w:r>
        <w:rPr>
          <w:lang w:eastAsia="zh-CN"/>
        </w:rPr>
        <w:br/>
      </w:r>
      <w:r>
        <w:rPr>
          <w:lang w:eastAsia="zh-CN"/>
        </w:rPr>
        <w:t>　　（3） 培养学生的责任心和爱心，正确定位自己的角色。</w:t>
      </w:r>
      <w:r>
        <w:rPr>
          <w:lang w:eastAsia="zh-CN"/>
        </w:rPr>
        <w:br/>
      </w:r>
      <w:r>
        <w:rPr>
          <w:lang w:eastAsia="zh-CN"/>
        </w:rPr>
        <w:t>　　2.智育方面：</w:t>
      </w:r>
      <w:r>
        <w:rPr>
          <w:lang w:eastAsia="zh-CN"/>
        </w:rPr>
        <w:br/>
      </w:r>
      <w:r>
        <w:rPr>
          <w:lang w:eastAsia="zh-CN"/>
        </w:rPr>
        <w:t>　　（1） 帮助学生掌握各科的学习方法，努力将学习提高一个档次。</w:t>
      </w:r>
      <w:r>
        <w:rPr>
          <w:lang w:eastAsia="zh-CN"/>
        </w:rPr>
        <w:br/>
      </w:r>
      <w:r>
        <w:rPr>
          <w:lang w:eastAsia="zh-CN"/>
        </w:rPr>
        <w:t>　　（2） 端正学生学习态度，确立正确的学习目标，形成良好的学习习惯，营造 良性竞争的学习风气。</w:t>
      </w:r>
      <w:r>
        <w:rPr>
          <w:lang w:eastAsia="zh-CN"/>
        </w:rPr>
        <w:br/>
      </w:r>
      <w:r>
        <w:rPr>
          <w:lang w:eastAsia="zh-CN"/>
        </w:rPr>
        <w:t>　　三、具体措施</w:t>
      </w:r>
      <w:r>
        <w:rPr>
          <w:lang w:eastAsia="zh-CN"/>
        </w:rPr>
        <w:br/>
      </w:r>
      <w:r>
        <w:rPr>
          <w:lang w:eastAsia="zh-CN"/>
        </w:rPr>
        <w:t>　　1.完善班规，规范学生行为，抓好班级日常管理，杜绝迟到现象，严抓课堂纪律。</w:t>
      </w:r>
      <w:r>
        <w:rPr>
          <w:lang w:eastAsia="zh-CN"/>
        </w:rPr>
        <w:br/>
      </w:r>
      <w:r>
        <w:rPr>
          <w:lang w:eastAsia="zh-CN"/>
        </w:rPr>
        <w:t>　　2.充分利用班会课时间，开展多形式的有针对性的思想教育活动。</w:t>
      </w:r>
      <w:r>
        <w:rPr>
          <w:lang w:eastAsia="zh-CN"/>
        </w:rPr>
        <w:br/>
      </w:r>
      <w:r>
        <w:rPr>
          <w:lang w:eastAsia="zh-CN"/>
        </w:rPr>
        <w:t>　　3.组织有益的活动，丰富学生的生活，增强班级凝聚力。</w:t>
      </w:r>
      <w:r>
        <w:rPr>
          <w:lang w:eastAsia="zh-CN"/>
        </w:rPr>
        <w:br/>
      </w:r>
      <w:r>
        <w:rPr>
          <w:lang w:eastAsia="zh-CN"/>
        </w:rPr>
        <w:t>　　4.开展有益的文体活动，促使学生的身心健康发展。</w:t>
      </w:r>
      <w:r>
        <w:rPr>
          <w:lang w:eastAsia="zh-CN"/>
        </w:rPr>
        <w:br/>
      </w:r>
      <w:r>
        <w:rPr>
          <w:lang w:eastAsia="zh-CN"/>
        </w:rPr>
        <w:t>　　5.通过班容班貌布置以及墙报出版，构建良好的班级文化氛围。</w:t>
      </w:r>
      <w:r>
        <w:rPr>
          <w:lang w:eastAsia="zh-CN"/>
        </w:rPr>
        <w:br/>
      </w:r>
      <w:r>
        <w:rPr>
          <w:lang w:eastAsia="zh-CN"/>
        </w:rPr>
        <w:t>　　6.开展“互帮互学”活动，共同提高学习成绩。</w:t>
      </w:r>
      <w:r>
        <w:rPr>
          <w:lang w:eastAsia="zh-CN"/>
        </w:rPr>
        <w:br/>
      </w:r>
      <w:r>
        <w:rPr>
          <w:lang w:eastAsia="zh-CN"/>
        </w:rPr>
        <w:t>　　7.形成以班主任为核心，班干自主管理的体制。</w:t>
      </w:r>
      <w:r>
        <w:rPr>
          <w:lang w:eastAsia="zh-CN"/>
        </w:rPr>
        <w:br/>
      </w:r>
      <w:r>
        <w:rPr>
          <w:lang w:eastAsia="zh-CN"/>
        </w:rPr>
        <w:t>　　8.及时了解学生的思想动态，疏导解决学生问题。</w:t>
      </w:r>
      <w:r>
        <w:rPr>
          <w:lang w:eastAsia="zh-CN"/>
        </w:rPr>
        <w:br/>
      </w:r>
      <w:r>
        <w:rPr>
          <w:lang w:eastAsia="zh-CN"/>
        </w:rPr>
        <w:t>　　9.加强与学生家长的沟通，做到及时反馈，及时了解，及时解决。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四、每月工作安排</w:t>
      </w:r>
      <w:r>
        <w:rPr>
          <w:lang w:eastAsia="zh-CN"/>
        </w:rPr>
        <w:br/>
      </w:r>
      <w:r>
        <w:rPr>
          <w:lang w:eastAsia="zh-CN"/>
        </w:rPr>
        <w:t>　　略</w:t>
      </w:r>
      <w:r>
        <w:rPr>
          <w:lang w:eastAsia="zh-CN"/>
        </w:rPr>
        <w:br/>
      </w:r>
      <w:r>
        <w:rPr>
          <w:lang w:eastAsia="zh-CN"/>
        </w:rPr>
        <w:t xml:space="preserve">    中学初二班主任工作计划 篇2 </w:t>
      </w:r>
      <w:r>
        <w:rPr>
          <w:lang w:eastAsia="zh-CN"/>
        </w:rPr>
        <w:br/>
      </w:r>
      <w:r>
        <w:rPr>
          <w:lang w:eastAsia="zh-CN"/>
        </w:rPr>
        <w:t>　　一、班级基本情况和目标：</w:t>
      </w:r>
      <w:r>
        <w:rPr>
          <w:lang w:eastAsia="zh-CN"/>
        </w:rPr>
        <w:br/>
      </w:r>
      <w:r>
        <w:rPr>
          <w:lang w:eastAsia="zh-CN"/>
        </w:rPr>
        <w:t>　　上学期我班共有学生60人，这个学期报到人数仍然是60人，无流生。其中男生42人。女生18人，男生住校生39人，女生住校生16人，走读生共5人。初二下学期是初中很重要的一个学期，是关键的一个学期，是向初三过渡的一个学期，也是学生两级分化比较严重的一个学期。抓好常规管理教育，抓好教育教学工作，是本学期的两项最重要工作。基于这两项工作，特制定本学期工作计划。</w:t>
      </w:r>
      <w:r>
        <w:rPr>
          <w:lang w:eastAsia="zh-CN"/>
        </w:rPr>
        <w:br/>
      </w:r>
      <w:r>
        <w:rPr>
          <w:lang w:eastAsia="zh-CN"/>
        </w:rPr>
        <w:t>　　我班的基本目标是：建立一支有进取心、能力较强的班干部队伍，全体同学都能树立明确的学习目的，形成良好的学习风气;培养学生良好的行为规范，逐步形成守纪、进取、勤奋的班风。让班级总体成绩在上学期的基础上上一个台阶，让每一个学生以自信的步伐迈入初三。</w:t>
      </w:r>
      <w:r>
        <w:rPr>
          <w:lang w:eastAsia="zh-CN"/>
        </w:rPr>
        <w:br/>
      </w:r>
      <w:r>
        <w:rPr>
          <w:lang w:eastAsia="zh-CN"/>
        </w:rPr>
        <w:t>　　二、具体措施：</w:t>
      </w:r>
      <w:r>
        <w:rPr>
          <w:lang w:eastAsia="zh-CN"/>
        </w:rPr>
        <w:br/>
      </w:r>
      <w:r>
        <w:rPr>
          <w:lang w:eastAsia="zh-CN"/>
        </w:rPr>
        <w:t>　　1、重新分配值日小组，实行组长负责制，把全班60人分为6个小组，每组10个人，分设语文组长、数学组长、英语组长、物理组长和卫生组长，共5人，组员5人。并制定组长职责，小组积分考核制，进行量化考核评比。积分分为集体和个人两种。哪个小组积分高哪个小组就是先进小组，哪个学生得分高哪个学生就是优秀的学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2、抓好班级一日常规，杜绝迟到旷课现象(如果迟到一次将扣其积分一分，抓好自习课纪律，提高学生学习效率。</w:t>
      </w:r>
      <w:r>
        <w:rPr>
          <w:lang w:eastAsia="zh-CN"/>
        </w:rPr>
        <w:br/>
      </w:r>
      <w:r>
        <w:rPr>
          <w:lang w:eastAsia="zh-CN"/>
        </w:rPr>
        <w:t>　　3、提高板报、墙报质量，营造良好的学习氛围，构建良好的班级文化。</w:t>
      </w:r>
      <w:r>
        <w:rPr>
          <w:lang w:eastAsia="zh-CN"/>
        </w:rPr>
        <w:br/>
      </w:r>
      <w:r>
        <w:rPr>
          <w:lang w:eastAsia="zh-CN"/>
        </w:rPr>
        <w:t>　　4、利用班级刊物对学生进行思想教育，发挥学生的主观能动性，激励学生学习的积极性。</w:t>
      </w:r>
      <w:r>
        <w:rPr>
          <w:lang w:eastAsia="zh-CN"/>
        </w:rPr>
        <w:br/>
      </w:r>
      <w:r>
        <w:rPr>
          <w:lang w:eastAsia="zh-CN"/>
        </w:rPr>
        <w:t>　　5、通过组织班级活动培养学生的集体观念，增强班级凝聚力。</w:t>
      </w:r>
      <w:r>
        <w:rPr>
          <w:lang w:eastAsia="zh-CN"/>
        </w:rPr>
        <w:br/>
      </w:r>
      <w:r>
        <w:rPr>
          <w:lang w:eastAsia="zh-CN"/>
        </w:rPr>
        <w:t>　　6、定期开展学习活动，培养学生良好的学习态度和方法。</w:t>
      </w:r>
      <w:r>
        <w:rPr>
          <w:lang w:eastAsia="zh-CN"/>
        </w:rPr>
        <w:br/>
      </w:r>
      <w:r>
        <w:rPr>
          <w:lang w:eastAsia="zh-CN"/>
        </w:rPr>
        <w:t>　　7、组织并参加学校开展的文体活动，促进学生的身心健康发展。</w:t>
      </w:r>
      <w:r>
        <w:rPr>
          <w:lang w:eastAsia="zh-CN"/>
        </w:rPr>
        <w:br/>
      </w:r>
      <w:r>
        <w:rPr>
          <w:lang w:eastAsia="zh-CN"/>
        </w:rPr>
        <w:t>　　8、组织学生积极参与学校的各项活动，力争在各项活动中取得好成绩。</w:t>
      </w:r>
      <w:r>
        <w:rPr>
          <w:lang w:eastAsia="zh-CN"/>
        </w:rPr>
        <w:br/>
      </w:r>
      <w:r>
        <w:rPr>
          <w:lang w:eastAsia="zh-CN"/>
        </w:rPr>
        <w:t>　　9、通过多种途径，采取多种方法，定期与学生谈心交流，了解学生的思想动态，及时疏导解决学生的问题。要通过观察、与学生谈心、听取各方意见，建立起丰富的信息网络，随时掌握与调控特殊学生的心理健康状况和思想行为动向。要力争和科任老师及家长对学生有一致的要求和态度，并时常同他们交换意见。特别要充分调动家长的积极性，取得共识，配合学校教育好孩子。</w:t>
      </w:r>
      <w:r>
        <w:rPr>
          <w:lang w:eastAsia="zh-CN"/>
        </w:rPr>
        <w:br/>
      </w:r>
      <w:r>
        <w:rPr>
          <w:lang w:eastAsia="zh-CN"/>
        </w:rPr>
        <w:t>　　10、针对行为习惯差、自控力差的学生，建立特别档案，并确立帮扶对象，经常对他们在学习态度、日常行规等方面进行教育和训练。</w:t>
      </w:r>
      <w:r>
        <w:rPr>
          <w:lang w:eastAsia="zh-CN"/>
        </w:rPr>
        <w:br/>
      </w:r>
      <w:r>
        <w:rPr>
          <w:lang w:eastAsia="zh-CN"/>
        </w:rPr>
        <w:t xml:space="preserve">    中学初二班主任工作计划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物理传统的教学模式偏重于知识的传授，使学生将精力陷于知识点的学习和解题中，对技能、物理过程和方法则关注的较少或落实不够，尚未体现提升民族科学素养、培养科学精神与科学价值观的物理课程重要目标。传统的教学模式还强调接受式学习，忽略科学探究方法的培养;强调统一性，忽视地区差异和学生个性差异，难以适应各地学生发展多样性的需求，因此物理课程改革势在必行。根据新课程标准的要求，教师在教学中，应该始终体现"学生是教学活动的主体"这一观念，坚持这一观念，才能切实关注学生的"个体差异"。重视对学生终身学习愿望、科学探究能力、创新意识以及科学精神的培养。着眼于学生的发展，注重培养学生的良好的学习兴趣、学习习惯。通过让学生观察身边熟悉的现象，探究其内在的本质的物理规律，培养学生的探究精神和实践能力。</w:t>
      </w:r>
      <w:r>
        <w:rPr>
          <w:lang w:eastAsia="zh-CN"/>
        </w:rPr>
        <w:br/>
      </w:r>
      <w:r>
        <w:rPr>
          <w:lang w:eastAsia="zh-CN"/>
        </w:rPr>
        <w:t>　　长期以来，物理教学的主要形式就是教师讲解教科书，以使学生掌握教科书的内容，于是形成了这样一种关系：教学时教科书通过教师的咀嚼喂给学生，考试时教科书经过教师的加工变为考题去检查学生。</w:t>
      </w:r>
      <w:r>
        <w:rPr>
          <w:lang w:eastAsia="zh-CN"/>
        </w:rPr>
        <w:br/>
      </w:r>
      <w:r>
        <w:rPr>
          <w:lang w:eastAsia="zh-CN"/>
        </w:rPr>
        <w:t>　　新课程强调实现学生学习方式的根本变革，转变学生学习中这种被动的学习态度，提倡和发展多样化学习方式，特别是提倡自主、探究与合作的学习方式，让学生成为学习的主人，使学生的主体意识、能动性、独立性和创造性不断得到发展，发展学生的创新意识和实践能力。教师在探究教学中要立足与培养学生的独立性和自主性，引导他们质疑、调查和探究，学会在实践中学，在合作中学，逐步形成适合于自己的学习策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要充分发挥学生的主体作用，教师在教学中就要敢于"放"，让学生动脑、动手、动口、主动积极的学，要充分相信学生的能力。但是，敢"放"并不意味着放任自流，而是科学的引导学生自觉的完成探究活动。当学生在探究中遇到困难时，教师要予以指导。当学生的探究方向偏离探究目标时，教师也要予以指导。作为一名物理教师，如何紧跟时代的步伐，做新课程改革的领跑人呢?这对物理教师素质提出了更高的要求，向传统的教学观、教师观提出了挑战，迫切呼唤教学观念的转变和教师角色的再定位。</w:t>
      </w:r>
      <w:r>
        <w:rPr>
          <w:lang w:eastAsia="zh-CN"/>
        </w:rPr>
        <w:br/>
      </w:r>
      <w:r>
        <w:rPr>
          <w:lang w:eastAsia="zh-CN"/>
        </w:rPr>
        <w:t>　　一、转变观念，重新定位角色</w:t>
      </w:r>
      <w:r>
        <w:rPr>
          <w:lang w:eastAsia="zh-CN"/>
        </w:rPr>
        <w:br/>
      </w:r>
      <w:r>
        <w:rPr>
          <w:lang w:eastAsia="zh-CN"/>
        </w:rPr>
        <w:t>　　新课程改革是一场教育理念革命，要求教师"为素质而教"。在教学过程中应摆正"教师为主导、学生为主体"的正确关系，树立"为人的可持续发展而教"的教育观念，完成从传统的知识传播者到学生发展的促进者这一角色转变。这是各学科教师今后发展的共同方向。在"以学生发展为本"的全新观念下，教师的职责不再是单一的，而应是综合的、多元化的。</w:t>
      </w:r>
      <w:r>
        <w:rPr>
          <w:lang w:eastAsia="zh-CN"/>
        </w:rPr>
        <w:br/>
      </w:r>
      <w:r>
        <w:rPr>
          <w:lang w:eastAsia="zh-CN"/>
        </w:rPr>
        <w:t>　　二、终身学习，优化知识结构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物理学科是一门综合程度极高的自然学科，它要求物理教师具有丰富的物理知识和相关学科的知识，在专业素养方面成为"一专多能"的复合型人才。新课程对物理教师的知识结构和能力都提出了新的要求，教师要通过不断学习，充实完善自己。随着科技的发展，物理研究的最新成果不断涌现，并不断融入到新教材中。所以，教师要学习这些新知识，完善自己的知识结构;新课程注重物理的教育功能，主张通过物理教育对学生进行素质的培养。但由于长期受应试教育的影响，多数物理教师在人文素养方面普遍缺失，因此，教师要学习人类社会丰富的科学知识，不断提高自己的人文素养;新课程对物理教师还提出了新的能力要求，如要具有与人交往合作的能力、教学研究能力、信息技术与教材的整合能力、课程设计与开发等能力。</w:t>
      </w:r>
      <w:r>
        <w:rPr>
          <w:lang w:eastAsia="zh-CN"/>
        </w:rPr>
        <w:br/>
      </w:r>
      <w:r>
        <w:rPr>
          <w:lang w:eastAsia="zh-CN"/>
        </w:rPr>
        <w:t>　　在新课程内容框架下，绝大多数教师由于知识的综合性与前瞻性不足，难以独自很好地完成对学生课题的所有指导工作，要求教师之间必须建立起协作的工作思想。从仅仅关注本学科走向关注其他相关学科，从习惯于孤芳自赏到学会欣赏其他教师的工作和能力，从独立完成教学任务到和其他教师一起取长补短。</w:t>
      </w:r>
      <w:r>
        <w:rPr>
          <w:lang w:eastAsia="zh-CN"/>
        </w:rPr>
        <w:br/>
      </w:r>
      <w:r>
        <w:rPr>
          <w:lang w:eastAsia="zh-CN"/>
        </w:rPr>
        <w:t>　　在新形势下，教师第一次处于被学生选择的地位，必须重新审视自己的知识结构，将终身学习内化为自学行为，时刻保持学习、研究、反思、发现、探究、创新及总结的态度，力求成为一个学识渊博、具有扎实的基础知识和现代化信息素质的教育工作者</w:t>
      </w:r>
      <w:r>
        <w:rPr>
          <w:lang w:eastAsia="zh-CN"/>
        </w:rPr>
        <w:br/>
      </w:r>
      <w:r>
        <w:rPr>
          <w:lang w:eastAsia="zh-CN"/>
        </w:rPr>
        <w:t>　　三、以人为本，创新教学模式</w:t>
      </w:r>
      <w:r>
        <w:rPr>
          <w:lang w:eastAsia="zh-CN"/>
        </w:rPr>
        <w:br/>
      </w:r>
      <w:r>
        <w:rPr>
          <w:lang w:eastAsia="zh-CN"/>
        </w:rPr>
        <w:t>　　俗话说：教无定法。在教学过程中，学生的知识获取、智力和非智力因素培养，不能单_一种固定的教学模式。教学模式涉及知识、教师和学生三大要素，教与学是一个共同发展的动态过程，应明确教学过程的复杂性，综合三大要素，权衡利弊，博采众法之长，灵活选择教学方法。既要改革创新，又要着眼实际，积极参与创设启发式、开放式、范例式、合作式的教学方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在新课程改革中，智力因素的开发并不是素质教育的全部，学生的学习目的、兴趣、意志、态度、习惯等非智力因素是推进教学进程与实现教学效果的动力系统，对学生的学习过程起着发动、维持、调节的作用。在授课中重视物理实验和物理知识的讲授，结合介绍物理学家的故事，物理趣闻和物理史料，让学生了解知识的产生和发展，体会物理在人类历史发展长河中的作用;善于对比新旧知识的不同点，引发认知冲突，培养学生的质疑习惯，引导学生寻找当前问题与自己已有知识体系的内在联系，强化问题意识与创新精神;最后还应通过比较、分类、类比、归纳演绎和分析综合等逻辑思维方法，向学生展示知识的来龙去脉，使之知其然，更知其所以然。</w:t>
      </w:r>
      <w:r>
        <w:rPr>
          <w:lang w:eastAsia="zh-CN"/>
        </w:rPr>
        <w:br/>
      </w:r>
      <w:r>
        <w:rPr>
          <w:lang w:eastAsia="zh-CN"/>
        </w:rPr>
        <w:t>　　在这里学生有了探索新知识经历和获得新知的体验，学习兴趣、热情、动机以及内心的体验和心灵世界得到丰富，有了亲身体验，学习态度和责任，对个人价值、社会价值、科学价值等的认识就有可能进一步发展。通过生动活泼的课堂教学，激发学生学习物理的兴趣与求知欲，培养学生发现问题、提出问题和解决问题的能力，使之由"爱学"到"学会"，再到"会学"，最终掌握物理学习的科学方法与科学思维。</w:t>
      </w:r>
      <w:r>
        <w:rPr>
          <w:lang w:eastAsia="zh-CN"/>
        </w:rPr>
        <w:br/>
      </w:r>
      <w:r>
        <w:rPr>
          <w:lang w:eastAsia="zh-CN"/>
        </w:rPr>
        <w:t>　　四、依靠科技，丰富教学手段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物理是一门以实验为基础的学科，教学内容生动形象化是实现教学效果的重要保证。新课程改革是应时代之需而提出来的，重视实验教学及现代化信息技术的应用，积极开发和制作相应的教学辅助软件和直观性教具，有利于其有效实施。演示实验、学生分组实验、投影仪、计算机等现代化教学辅助手段为教学现代化创造了良好的硬件条件，它改变了以语言传递信息为主的传统课堂教学模式，把抽象知识转化为形象的画面刺激学生的感官，增强记忆。比如过去认为抽象难懂的物理微观世界的东西，通过计算机的模拟演示，变得直观、形象，有助于学生理解。网络的发展使物理网络教学成为可能，从而有利于丰富学生知识，完成探究性学习任务。</w:t>
      </w:r>
      <w:r>
        <w:rPr>
          <w:lang w:eastAsia="zh-CN"/>
        </w:rPr>
        <w:br/>
      </w:r>
      <w:r>
        <w:rPr>
          <w:lang w:eastAsia="zh-CN"/>
        </w:rPr>
        <w:t>　　教师是新课程的实施者，而教师素质的高低是课程改革能否成功的关键所在。百年大计，教育为本，有了一流的教师，才会有一流的教育，才会出一流的人才。在课程改革不断深入的今天，当代物理教师应认清未来教育中教师的职责和使命，尽快完成角色转变，不断提高自身素质，努力推进新课程改革的顺利进行。</w:t>
      </w:r>
      <w:r>
        <w:rPr>
          <w:lang w:eastAsia="zh-CN"/>
        </w:rPr>
        <w:br/>
      </w:r>
      <w:r>
        <w:rPr>
          <w:lang w:eastAsia="zh-CN"/>
        </w:rPr>
        <w:t>　　在物理教学过程中教师应充分利用各种信息创设情景激发学生思维的情境，引导学生提出科学的问题，鼓励学生大胆想象，放开思维。在课堂教学中由于学生的差异，学生提出的问题参差不齐，有的层次比较低，有的比较有价值。当然教师应该以鼓励为主，鼓励学生相互提问题，承认学生有差异，教师应有价值导向，让学生明确哪个问题有价值。让学生体会如何提出有价值的问题。让学生根据本课内容相互提问，然后将问题进行综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就初中阶段的学生所研究的题目来说，结论是早就有的。之所以要学生去探究，去发现，是想叫他们去体验和领悟科学的思想观念、科学家研究问题的方法，同时获取知识。体验过程具有教育意义，教师要花大力气去组织探究活动的教学过程，让学生有明确的体验目标、科学的活动程序，让学生在教师的指导下很好的分工合作，观察、记录、分析、描述都要实事求是，讨论时要尊重其他学生的不同意见，鼓励学生的新发现、新见解或提出新一轮的探究问题。千万不要只关注结论的正确与否，甚至急于得出结论。重视过程是针对传统教学中过分重视结论的情况提出来的，应当注意不要一谈重视过程就走向另一个极端，变成只重过程而轻视结论。事实上，教学的结论也是教学所要达到的目的之一。</w:t>
      </w:r>
      <w:r>
        <w:rPr>
          <w:lang w:eastAsia="zh-CN"/>
        </w:rPr>
        <w:br/>
      </w:r>
      <w:r>
        <w:rPr>
          <w:lang w:eastAsia="zh-CN"/>
        </w:rPr>
        <w:t>　　新课程强调实现学生学习方式的根本变革，转变学生学习中这种被动的学习态度，提倡和发展多样化学习方式，特别是提倡自主、探究与合作的学习方式，让学生成为学习的主人，使学生的主体意识、能动性、独立性和创造性不断得到发展，发展学生的创新意识和实践能力。教师在体验教学中要立足与培养学生的独立性和自主性，引导他们质疑、调查和探究，学会在实践中学，在合作中学，逐步形成适合于自己的学习策略。</w:t>
      </w:r>
      <w:r>
        <w:rPr>
          <w:lang w:eastAsia="zh-CN"/>
        </w:rPr>
        <w:br/>
      </w:r>
      <w:r>
        <w:rPr>
          <w:lang w:eastAsia="zh-CN"/>
        </w:rPr>
        <w:t xml:space="preserve">    中学初二班主任工作计划 篇4 </w:t>
      </w:r>
      <w:r>
        <w:rPr>
          <w:lang w:eastAsia="zh-CN"/>
        </w:rPr>
        <w:br/>
      </w:r>
      <w:r>
        <w:rPr>
          <w:lang w:eastAsia="zh-CN"/>
        </w:rPr>
        <w:t>　　一、学生现状分析：</w:t>
      </w:r>
      <w:r>
        <w:rPr>
          <w:lang w:eastAsia="zh-CN"/>
        </w:rPr>
        <w:br/>
      </w:r>
      <w:r>
        <w:rPr>
          <w:lang w:eastAsia="zh-CN"/>
        </w:rPr>
        <w:t>　　八年四班共有42名学生，18名女生，24名男生。每个孩子都活泼可爱，有着很强的上进心和集体荣誉感。他们纯洁善良，好奇心强，求知欲强。但是由于年龄小，自制能力差，时常不能控制自己，上课时爱随便说话或者做小动作。很多行为习惯有待进一步培养。</w:t>
      </w:r>
      <w:r>
        <w:rPr>
          <w:lang w:eastAsia="zh-CN"/>
        </w:rPr>
        <w:br/>
      </w:r>
      <w:r>
        <w:rPr>
          <w:lang w:eastAsia="zh-CN"/>
        </w:rPr>
        <w:t>　　二、本学期我班的基本目标是：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建立一支有进取心，能力较强的班干部队伍，全体同学都能树立明确的学习目的，形成良好的学习风气;培养学生良好的行为规范，弘扬正气，逐步形成守纪，进取，勤奋的班风。</w:t>
      </w:r>
      <w:r>
        <w:rPr>
          <w:lang w:eastAsia="zh-CN"/>
        </w:rPr>
        <w:br/>
      </w:r>
      <w:r>
        <w:rPr>
          <w:lang w:eastAsia="zh-CN"/>
        </w:rPr>
        <w:t>　　三、本学期工作要点：</w:t>
      </w:r>
      <w:r>
        <w:rPr>
          <w:lang w:eastAsia="zh-CN"/>
        </w:rPr>
        <w:br/>
      </w:r>
      <w:r>
        <w:rPr>
          <w:lang w:eastAsia="zh-CN"/>
        </w:rPr>
        <w:t>　　1、加强常规教育</w:t>
      </w:r>
      <w:r>
        <w:rPr>
          <w:lang w:eastAsia="zh-CN"/>
        </w:rPr>
        <w:br/>
      </w:r>
      <w:r>
        <w:rPr>
          <w:lang w:eastAsia="zh-CN"/>
        </w:rPr>
        <w:t>　　良好的.常规是进行正常的学习和生活的保障，一个学生调皮捣蛋、不合常规的举动往往会使一堂好课留下遗憾，会使整个集体活动宣告失败，甚至使全班努力争取的荣誉付诸东流，直接影响到班集体的利益。因此，扎实有效地加强学生的常规训练很重要。本学期常规训练的内容我以《中学生日常行为规范》为主，同时结合课堂常规、集会和出操常规、卫生常规等，使学生无论在课堂上，出操集会上，都能保持良好的纪律，得到更多的收获。</w:t>
      </w:r>
      <w:r>
        <w:rPr>
          <w:lang w:eastAsia="zh-CN"/>
        </w:rPr>
        <w:br/>
      </w:r>
      <w:r>
        <w:rPr>
          <w:lang w:eastAsia="zh-CN"/>
        </w:rPr>
        <w:t>　　2、明确学习目标</w:t>
      </w:r>
      <w:r>
        <w:rPr>
          <w:lang w:eastAsia="zh-CN"/>
        </w:rPr>
        <w:br/>
      </w:r>
      <w:r>
        <w:rPr>
          <w:lang w:eastAsia="zh-CN"/>
        </w:rPr>
        <w:t>　　俗话说：有目标才有动力。这学期我打算让学生在期初，期中等时间拟定自己在学习、行为习惯、卫生等方面的目标，让每一个学生明确自己正在努力奋斗的目标是什么，避免盲目、低效地学习和生活，从而增强集体的凝聚力和动力。目标拟订后，要求每个学生认真切实地执行自己的计划，将集体的动力落实到每个学生身上，帮助和鼓励每个人进步，使每个人都在明显而又易于承受的压力下自觉要求自己。</w:t>
      </w:r>
      <w:r>
        <w:rPr>
          <w:lang w:eastAsia="zh-CN"/>
        </w:rPr>
        <w:br/>
      </w:r>
      <w:r>
        <w:rPr>
          <w:lang w:eastAsia="zh-CN"/>
        </w:rPr>
        <w:t>　　3、发挥班干部作用，提高班干部工作能力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班干部是班主任的好帮手，充分发挥班干部的作用，不仅利于教师把更多的经力投入到教学中，更利于班干部工作能力的培养。我们班级里班干部的人数很多，但我总觉得有很多事要亲自操心，觉得这样比较放心。其实我可以换个角度思考问题，俗话说：</w:t>
      </w:r>
      <w:r>
        <w:rPr>
          <w:lang w:eastAsia="zh-CN"/>
        </w:rPr>
        <w:br/>
      </w:r>
      <w:r>
        <w:rPr>
          <w:lang w:eastAsia="zh-CN"/>
        </w:rPr>
        <w:t>　　失败是成功之母!没有一个人生来不会犯错，关键是只错就改。要多给学生锻炼自己的机会，很多事可以让他们自己去做，让他们在失败中进步。比如国旗下讲话、布置教室、出黑板报，搞班会活动等。</w:t>
      </w:r>
      <w:r>
        <w:rPr>
          <w:lang w:eastAsia="zh-CN"/>
        </w:rPr>
        <w:br/>
      </w:r>
      <w:r>
        <w:rPr>
          <w:lang w:eastAsia="zh-CN"/>
        </w:rPr>
        <w:t>　　四、采取的措施：</w:t>
      </w:r>
      <w:r>
        <w:rPr>
          <w:lang w:eastAsia="zh-CN"/>
        </w:rPr>
        <w:br/>
      </w:r>
      <w:r>
        <w:rPr>
          <w:lang w:eastAsia="zh-CN"/>
        </w:rPr>
        <w:t>　　1、重视养成教育：养成良好的学习习惯和生活习惯，对学生的成长进步是十分必要的，良好的行为习惯使一个人的终生发展受益非浅。因此，在班级进行良好品德的养成教育是十分必要的。根据学生的思想实际情况，与学校的德育工作密切配合，本学期，将从不同的方面和角度对学生进行规律性的常规训练。重点落实好《中学生日常行为规范》，使学生逐步形成良好的道德品质，行为习惯，学习习惯和积极的学习态度，不使一个学生掉队。</w:t>
      </w:r>
      <w:r>
        <w:rPr>
          <w:lang w:eastAsia="zh-CN"/>
        </w:rPr>
        <w:br/>
      </w:r>
      <w:r>
        <w:rPr>
          <w:lang w:eastAsia="zh-CN"/>
        </w:rPr>
        <w:t>　　2、加强后进生管理：面向全体学生，分类施教，加强对后进生的辅导，要从关心，爱护学生的角度出发，了解关心学生。及时了解学生的心理变化，掌握他们成长道路上的发展情况。</w:t>
      </w:r>
      <w:r>
        <w:rPr>
          <w:lang w:eastAsia="zh-CN"/>
        </w:rPr>
        <w:br/>
      </w:r>
      <w:r>
        <w:rPr>
          <w:lang w:eastAsia="zh-CN"/>
        </w:rPr>
        <w:t>　　3、及时了解学习情况：准确把握学生对知识的掌握，因材施教，在重点难点上下工夫，以促进全班成绩的平稳，扎实地上升。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4、家教结合：经常保持与否学生家长联系，使学校教育和家庭教育有机地结合起来，本学期，力争把所有的家长走访一次，甚至多次。要不厌其烦的做好后进生的转化工作，抓两头，促中间，使全班形成一盘棋，真正成为一个团结向上的班集体。</w:t>
      </w:r>
      <w:r>
        <w:rPr>
          <w:lang w:eastAsia="zh-CN"/>
        </w:rPr>
        <w:br/>
      </w:r>
      <w:r>
        <w:rPr>
          <w:lang w:eastAsia="zh-CN"/>
        </w:rPr>
        <w:t>　　5、培养班级干部：及时召开班干部会议，针对他们在工作中出现的问题，教给他们工作方法，使他们明确自己的职责，指出他们的优缺点和今后努力工作的方向。同时，还要求他们注意班干部成员之间的合作，齐心协力，拧成一股绳，尽力在同学之间树立他们的威信，创造机会，锻炼和培养他们的能力。</w:t>
      </w:r>
      <w:r>
        <w:rPr>
          <w:lang w:eastAsia="zh-CN"/>
        </w:rPr>
        <w:br/>
      </w:r>
      <w:r>
        <w:rPr>
          <w:lang w:eastAsia="zh-CN"/>
        </w:rPr>
        <w:t>　　6、重视关怀教育：要关心学生的生活，及时和家长联系，体贴他们的冷暖，了解他们的心理，建立平等和谐的师生关系，做学生的知心朋友，以使班主任工作做的更好。</w:t>
      </w:r>
      <w:r>
        <w:rPr>
          <w:lang w:eastAsia="zh-CN"/>
        </w:rPr>
        <w:br/>
      </w:r>
      <w:r>
        <w:rPr>
          <w:lang w:eastAsia="zh-CN"/>
        </w:rPr>
        <w:t>　　7、重视文体工作：教育学生上好所有学校开设的课程，积极参加体育锻炼，积极参与学校组织的文娱活动，重视各项比赛的积极参与，培养学生的参与意识。</w:t>
      </w:r>
      <w:r>
        <w:rPr>
          <w:lang w:eastAsia="zh-CN"/>
        </w:rPr>
        <w:br/>
      </w:r>
      <w:r>
        <w:rPr>
          <w:lang w:eastAsia="zh-CN"/>
        </w:rPr>
        <w:t>　　总之，作为一名人民教师，尤其是作为一名班主任，其素质要求很高，我要继续不断的学习，反复的实践，逐步提高自身素质和水平，以适应新时期素质教育工作的新要求，做一名优秀的班主任。</w:t>
      </w:r>
      <w:r>
        <w:rPr>
          <w:lang w:eastAsia="zh-CN"/>
        </w:rPr>
        <w:br/>
      </w:r>
      <w:r>
        <w:rPr>
          <w:lang w:eastAsia="zh-CN"/>
        </w:rPr>
        <w:t xml:space="preserve">    中学初二班主任工作计划 篇5 </w:t>
      </w:r>
      <w:r>
        <w:rPr>
          <w:lang w:eastAsia="zh-CN"/>
        </w:rPr>
        <w:br/>
      </w:r>
      <w:r>
        <w:rPr>
          <w:lang w:eastAsia="zh-CN"/>
        </w:rPr>
        <w:t>　　一、抓好学风建设，开好分层会议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应对初二学生的学习特点，我狠抓了学生的学习风气，让学生树立奋斗目标，以时时激励自我，摆正心态，不放松、不怠慢、不气馁，以进取乐观的心态，适合自我的学习方法，高效利用时间，一分钟掰成两分钟用，不做无用功。我准备展示墙，把学生的目标纸它放在班级后面墙壁上，时刻提醒学生全力以赴，以一个良好的状态进行学习。同时，开好学生分层会议，给学生信心的同时也适当施加压力，尽量做好每位同学的思想工作，鼓励学生的坚持不懈地奋斗，实现自我的小目标，再进一步实现大目标。</w:t>
      </w:r>
      <w:r>
        <w:rPr>
          <w:lang w:eastAsia="zh-CN"/>
        </w:rPr>
        <w:br/>
      </w:r>
      <w:r>
        <w:rPr>
          <w:lang w:eastAsia="zh-CN"/>
        </w:rPr>
        <w:t>　　二、抓好常规工作，以班风促学风</w:t>
      </w:r>
      <w:r>
        <w:rPr>
          <w:lang w:eastAsia="zh-CN"/>
        </w:rPr>
        <w:br/>
      </w:r>
      <w:r>
        <w:rPr>
          <w:lang w:eastAsia="zh-CN"/>
        </w:rPr>
        <w:t>　　1、重视学校操行评比，做好卫生、两操、宿舍等工作，努力建设礼貌班级，坚持班风的良好稳定，以好班风促好学风。</w:t>
      </w:r>
      <w:r>
        <w:rPr>
          <w:lang w:eastAsia="zh-CN"/>
        </w:rPr>
        <w:br/>
      </w:r>
      <w:r>
        <w:rPr>
          <w:lang w:eastAsia="zh-CN"/>
        </w:rPr>
        <w:t>　　2、规范好仪容仪表。</w:t>
      </w:r>
      <w:r>
        <w:rPr>
          <w:lang w:eastAsia="zh-CN"/>
        </w:rPr>
        <w:br/>
      </w:r>
      <w:r>
        <w:rPr>
          <w:lang w:eastAsia="zh-CN"/>
        </w:rPr>
        <w:t>　　本学期寂静发放了校服，要求学生统一穿校服，不攀比，培养学生良好的生活习惯，注重仪容仪表检查，男生头发可是耳不遮眉，不带首饰。</w:t>
      </w:r>
      <w:r>
        <w:rPr>
          <w:lang w:eastAsia="zh-CN"/>
        </w:rPr>
        <w:br/>
      </w:r>
      <w:r>
        <w:rPr>
          <w:lang w:eastAsia="zh-CN"/>
        </w:rPr>
        <w:t>　　3、严抓纪律。</w:t>
      </w:r>
      <w:r>
        <w:rPr>
          <w:lang w:eastAsia="zh-CN"/>
        </w:rPr>
        <w:br/>
      </w:r>
      <w:r>
        <w:rPr>
          <w:lang w:eastAsia="zh-CN"/>
        </w:rPr>
        <w:t>　　严格把握一条准则——纪律是成绩的保障。重视课堂纪律、晚修纪律，纪律不好会直接导致学习成绩的下降。这个学期我就准备继续加大监管力度，做好班干部的培训工作，相信学生，用好班干部。培养班干部本事，让班干部认真做好记录。课后主动与科任教师取得联系，多沟通，了解班级纪律，与科任构成合力，促进良好班级纪律的构成。</w:t>
      </w:r>
      <w:r>
        <w:rPr>
          <w:lang w:eastAsia="zh-CN"/>
        </w:rPr>
        <w:br/>
      </w:r>
      <w:r>
        <w:rPr>
          <w:lang w:eastAsia="zh-CN"/>
        </w:rPr>
        <w:t>　　三、尊重、信任、关心学生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亲其师，信其道。本学期我将细心观察每位学生的.思想状态，进取关注特殊人群，早发现，早解决，给予学生更多的关注、关爱，让学生感受教师对学生的关心与呵护，师生间构成亦师亦友的良好氛围。</w:t>
      </w:r>
      <w:r>
        <w:rPr>
          <w:lang w:eastAsia="zh-CN"/>
        </w:rPr>
        <w:br/>
      </w:r>
      <w:r>
        <w:rPr>
          <w:lang w:eastAsia="zh-CN"/>
        </w:rPr>
        <w:t>　　课余时间多找学生交流谈话，了解学生的心声和想法，发现一些被潜藏隐蔽的问题，及时发现班里同学的动态，防止朝不良方向发展(早恋、小团体)。同时，尊重学生成长的个体差异性，及时发现问题，多找学生单独谈话交流，让学生意识到自我的问题所在，鼓励学生努力改正的不足，以进取乐观的心态、充足的动力来学习。另外，多与生活教师沟通交流，了解学生在宿舍的动态、纪律，努力营造良好的生活环境，以保证学生更好地在校学习生活。</w:t>
      </w:r>
      <w:r>
        <w:rPr>
          <w:lang w:eastAsia="zh-CN"/>
        </w:rPr>
        <w:br/>
      </w:r>
      <w:r>
        <w:rPr>
          <w:lang w:eastAsia="zh-CN"/>
        </w:rPr>
        <w:t>　　四、关注中下生，点拨学习方法</w:t>
      </w:r>
      <w:r>
        <w:rPr>
          <w:lang w:eastAsia="zh-CN"/>
        </w:rPr>
        <w:br/>
      </w:r>
      <w:r>
        <w:rPr>
          <w:lang w:eastAsia="zh-CN"/>
        </w:rPr>
        <w:t>　　这是提高全班成绩的关键所在，所以这个学期必须要抓好对中下生的辅导和转化工作，制定好计划，在班中全面铺开，平时尽量深入班级，了解中下生的学习困难，尽可地提高中下生的学习进取性，从而进一步提高成绩。平时加强与各任课教师的联系，以对学习困难者实行帮扶制。针对各科的特点，适当点拨各科高效的学习方法，以完善中下生的学习方法，做到“授之以渔”尽量提高中下生的学习成绩。</w:t>
      </w:r>
      <w:r>
        <w:rPr>
          <w:lang w:eastAsia="zh-CN"/>
        </w:rPr>
        <w:br/>
      </w:r>
      <w:r>
        <w:rPr>
          <w:lang w:eastAsia="zh-CN"/>
        </w:rPr>
        <w:t xml:space="preserve">    中学初二班主任工作计划 篇6 </w:t>
      </w:r>
      <w:r>
        <w:rPr>
          <w:lang w:eastAsia="zh-CN"/>
        </w:rPr>
        <w:br/>
      </w:r>
      <w:r>
        <w:rPr>
          <w:lang w:eastAsia="zh-CN"/>
        </w:rPr>
        <w:t>　　一、教育方面</w:t>
      </w:r>
      <w:r>
        <w:rPr>
          <w:lang w:eastAsia="zh-CN"/>
        </w:rPr>
        <w:br/>
      </w:r>
      <w:r>
        <w:rPr>
          <w:lang w:eastAsia="zh-CN"/>
        </w:rPr>
        <w:t>　　要狠抓班会主阵地，对学生进行思想教育，形成积极健康向上的人格；要在平时教学和常规管理中，注重情感渗透；更要注重家校联谊，形成合力。</w:t>
      </w:r>
      <w:r>
        <w:rPr>
          <w:lang w:eastAsia="zh-CN"/>
        </w:rPr>
        <w:br/>
      </w:r>
      <w:r>
        <w:rPr>
          <w:lang w:eastAsia="zh-CN"/>
        </w:rPr>
        <w:t>　　1、适时开展主题教育活动。本学期的主题教育活动主要有：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⑴开学初，进一步开展《学守则，做合格中学生》主题班会。</w:t>
      </w:r>
      <w:r>
        <w:rPr>
          <w:lang w:eastAsia="zh-CN"/>
        </w:rPr>
        <w:br/>
      </w:r>
      <w:r>
        <w:rPr>
          <w:lang w:eastAsia="zh-CN"/>
        </w:rPr>
        <w:t>　　⑵要根据学生心理特点开展《中学生异性交往》主题班会。</w:t>
      </w:r>
      <w:r>
        <w:rPr>
          <w:lang w:eastAsia="zh-CN"/>
        </w:rPr>
        <w:br/>
      </w:r>
      <w:r>
        <w:rPr>
          <w:lang w:eastAsia="zh-CN"/>
        </w:rPr>
        <w:t>　　⑶抓住重大节日教师节、国庆节，开展《感恩教师》、《爱我中华》等班会。</w:t>
      </w:r>
      <w:r>
        <w:rPr>
          <w:lang w:eastAsia="zh-CN"/>
        </w:rPr>
        <w:br/>
      </w:r>
      <w:r>
        <w:rPr>
          <w:lang w:eastAsia="zh-CN"/>
        </w:rPr>
        <w:t>　　2、提高学生自我管理能力。继续放手学生，采取“模范带头，全员参与”的方法。</w:t>
      </w:r>
      <w:r>
        <w:rPr>
          <w:lang w:eastAsia="zh-CN"/>
        </w:rPr>
        <w:br/>
      </w:r>
      <w:r>
        <w:rPr>
          <w:lang w:eastAsia="zh-CN"/>
        </w:rPr>
        <w:t>　　⑴优化班干部队伍。定期培训和及时培训相结合，抓好常规工作和明确职责分工，提高能力。</w:t>
      </w:r>
      <w:r>
        <w:rPr>
          <w:lang w:eastAsia="zh-CN"/>
        </w:rPr>
        <w:br/>
      </w:r>
      <w:r>
        <w:rPr>
          <w:lang w:eastAsia="zh-CN"/>
        </w:rPr>
        <w:t>　　⑵深化小组文化。小组文化不再居于形式，每一名小组成员都能够在组长带领下团结一心，行动一致。</w:t>
      </w:r>
      <w:r>
        <w:rPr>
          <w:lang w:eastAsia="zh-CN"/>
        </w:rPr>
        <w:br/>
      </w:r>
      <w:r>
        <w:rPr>
          <w:lang w:eastAsia="zh-CN"/>
        </w:rPr>
        <w:t>　　⑶细化日常工作。班级事务繁杂，明确每一名同学职责，调动全体同学的参与意识是关键，本学期继续扩大范围，让每一名同学在班级中都有事做，逐步达到“人人有事做，事事有人管”的良好局面。</w:t>
      </w:r>
      <w:r>
        <w:rPr>
          <w:lang w:eastAsia="zh-CN"/>
        </w:rPr>
        <w:br/>
      </w:r>
      <w:r>
        <w:rPr>
          <w:lang w:eastAsia="zh-CN"/>
        </w:rPr>
        <w:t>　　3、及时处理好“问题学生”和“突发事件”。对于问题学生，要在平时教学中勤观察，勤沟通，发现苗头及时疏导。对于“突发事件”，要在处理问题是做到就事论事，不夹杂主观。</w:t>
      </w:r>
      <w:r>
        <w:rPr>
          <w:lang w:eastAsia="zh-CN"/>
        </w:rPr>
        <w:br/>
      </w:r>
      <w:r>
        <w:rPr>
          <w:lang w:eastAsia="zh-CN"/>
        </w:rPr>
        <w:t>　　4、搞好家校关系，形成合力。本学期要继续和家长保持联系，和家长沟通中要注意好自己的态度和方式，最大限度赢得家长对学校工作的认可和支持。</w:t>
      </w:r>
      <w:r>
        <w:rPr>
          <w:lang w:eastAsia="zh-CN"/>
        </w:rPr>
        <w:br/>
      </w:r>
      <w:r>
        <w:rPr>
          <w:lang w:eastAsia="zh-CN"/>
        </w:rPr>
        <w:t>　　二、教学方面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在教学中，抓好课堂主阵地，创设教学情境，营造良好的教学氛围。</w:t>
      </w:r>
      <w:r>
        <w:rPr>
          <w:lang w:eastAsia="zh-CN"/>
        </w:rPr>
        <w:br/>
      </w:r>
      <w:r>
        <w:rPr>
          <w:lang w:eastAsia="zh-CN"/>
        </w:rPr>
        <w:t>　　1、通透研究教材，充分利用各种教学资料和网络优势，严格按照新课程标准的要求，实施语文教学。对于每一单元每一课都有明确的培养目标，具体的操作方法。不仅教给学生系统的语文知识，也要在潜移默化中培养学生的健全的人格。</w:t>
      </w:r>
      <w:r>
        <w:rPr>
          <w:lang w:eastAsia="zh-CN"/>
        </w:rPr>
        <w:br/>
      </w:r>
      <w:r>
        <w:rPr>
          <w:lang w:eastAsia="zh-CN"/>
        </w:rPr>
        <w:t>　　2、课堂上充分发挥学科优势，加大训练力度，让学生在小组合作交流等各种学习方式下，知识和能力双丰收。</w:t>
      </w:r>
      <w:r>
        <w:rPr>
          <w:lang w:eastAsia="zh-CN"/>
        </w:rPr>
        <w:br/>
      </w:r>
      <w:r>
        <w:rPr>
          <w:lang w:eastAsia="zh-CN"/>
        </w:rPr>
        <w:t>　　3、加强作文教学。继续保持让学生记日记的习惯，写生活、写心情，并率先垂范，让下水作文引领学生，达到“见物能言、言之有物”。</w:t>
      </w:r>
      <w:r>
        <w:rPr>
          <w:lang w:eastAsia="zh-CN"/>
        </w:rPr>
        <w:br/>
      </w:r>
      <w:r>
        <w:rPr>
          <w:lang w:eastAsia="zh-CN"/>
        </w:rPr>
        <w:t>　　4、上好阅读课。根据大纲要求，安排学生阅读中外名著，扩大阅读量，撰写阅读笔记，提高阅读鉴赏水平。</w:t>
      </w:r>
      <w:r>
        <w:rPr>
          <w:lang w:eastAsia="zh-CN"/>
        </w:rPr>
        <w:br/>
      </w:r>
      <w:r>
        <w:rPr>
          <w:lang w:eastAsia="zh-CN"/>
        </w:rPr>
        <w:t>　　5、做好帮偏扶差工作。无论上课、平时，都要关注“后进生”，唤起信心、夯实基础、缩小差距。</w:t>
      </w:r>
      <w:r>
        <w:rPr>
          <w:lang w:eastAsia="zh-CN"/>
        </w:rPr>
        <w:br/>
      </w:r>
      <w:r>
        <w:rPr>
          <w:lang w:eastAsia="zh-CN"/>
        </w:rPr>
        <w:t>　　三、教科研方面</w:t>
      </w:r>
      <w:r>
        <w:rPr>
          <w:lang w:eastAsia="zh-CN"/>
        </w:rPr>
        <w:br/>
      </w:r>
      <w:r>
        <w:rPr>
          <w:lang w:eastAsia="zh-CN"/>
        </w:rPr>
        <w:t>　　积极参加各级部门组织的教育科研活动。日常中，不仅利用好网络资源搞好学习，而且还要认真阅读有关的教育教学书籍，提高自身业务水平。积极参与组内课题研究，争取在教学中实践理解理论，再让理论指导实践。认真研究新课程标准，明确标准对每一阶段的要求，具体操作方法。</w:t>
      </w:r>
      <w:r>
        <w:rPr>
          <w:lang w:eastAsia="zh-CN"/>
        </w:rPr>
        <w:br/>
      </w:r>
      <w:r>
        <w:rPr>
          <w:lang w:eastAsia="zh-CN"/>
        </w:rPr>
        <w:t>　　总之，在新的学年，我将充分发挥自己的能力水平，有一份热发一分光，以期圆满完成本学期教育教学工作。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xml:space="preserve">    中学初二班主任工作计划 篇7 </w:t>
      </w:r>
      <w:r>
        <w:rPr>
          <w:lang w:eastAsia="zh-CN"/>
        </w:rPr>
        <w:br/>
      </w:r>
      <w:r>
        <w:rPr>
          <w:lang w:eastAsia="zh-CN"/>
        </w:rPr>
        <w:t>　　一、加强师生关系</w:t>
      </w:r>
      <w:r>
        <w:rPr>
          <w:lang w:eastAsia="zh-CN"/>
        </w:rPr>
        <w:br/>
      </w:r>
      <w:r>
        <w:rPr>
          <w:lang w:eastAsia="zh-CN"/>
        </w:rPr>
        <w:t>　　学生需要我们老师来引导，但是在这之前需要做的就是了解他们，为了更好的了解学生的情况，避免发生师生间的矛盾，决定在下个学期开始，会主动的与学生交谈，做一些有趣的师生活动，增进师生感情，对每一个学生，他们的生活状况，学习情况作一个摸底，了解清楚他们成绩是什么原因影响的，不管是好还是坏，都会认真分析，毕竟都有借鉴之处。同时在学生的生活学习中尽量去帮助学生，让他们有可以放心学习，同时通过这些小恩小惠让学生知道老师对学生的关心和关怀，这是一个老师应尽的责任，虽然所是应该做的，但是却要看怎么做，给学生送去温暖，送上帮助，让他们走上更好的道路这才是我们的工作任务，同样每天需要我们加强工作。对学生多一分同情心，多一分责任，在工作的时候不能随时影响到他们的学习和提升做好自己，也做好工作。</w:t>
      </w:r>
      <w:r>
        <w:rPr>
          <w:lang w:eastAsia="zh-CN"/>
        </w:rPr>
        <w:br/>
      </w:r>
      <w:r>
        <w:rPr>
          <w:lang w:eastAsia="zh-CN"/>
        </w:rPr>
        <w:t>　　二、提倡学生自己管理自己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在班级里面主张让学生自己管理，首先会让班长和班干部相互之间配合好，做好工作，毕竟因为他们都是学生，彼此有什么问题也容易解决，这样也有利于沟通，很多学生有问题，但是却有害怕或者不想与我们班主任沟通，造成我们都不知道他们的具体情况这样严重影响到了我们的工作，给我们带来了非常大的麻烦，不利于我们工作安排。所以在今后管理中，我会想改变方针策略，让班长成为班级里面的管家，各个班干部成为辅助班长的秘书，彼此之间相互配合，彼此相互沟通，共同营造一个和谐安定的学习环境，当班长遇到自己解决不了的问题是，我们老师就会成为班长的坚强后盾，给他们帮助，提意见，或者之间出面解决。</w:t>
      </w:r>
      <w:r>
        <w:rPr>
          <w:lang w:eastAsia="zh-CN"/>
        </w:rPr>
        <w:br/>
      </w:r>
      <w:r>
        <w:rPr>
          <w:lang w:eastAsia="zh-CN"/>
        </w:rPr>
        <w:t>　　三、营造良好学习环境</w:t>
      </w:r>
      <w:r>
        <w:rPr>
          <w:lang w:eastAsia="zh-CN"/>
        </w:rPr>
        <w:br/>
      </w:r>
      <w:r>
        <w:rPr>
          <w:lang w:eastAsia="zh-CN"/>
        </w:rPr>
        <w:t>　　学习很多时候需要我们大家彼此都遵守规定，共同去维护才行，要想有一个良好的学习环境就需要我们帮助人做好相关的辅助，监督和纠正，首先是起到带头的作用，给他们更多的安排，给他们更多的动力这就能够很好的做好工作，同时会规定好学习时间，比如，在每天早上上课之前的三十分钟，中午休息之前的十分钟，晚饭的三十分钟，我就需要每天监督他们好好学习，时间都是挤出来的，既然学生不愿意找时间，我们班主任就必须要安排时间和作业给他们工作，给他们安排足够的时间，让他们有更多的学习时间。</w:t>
      </w:r>
      <w:r>
        <w:rPr>
          <w:lang w:eastAsia="zh-CN"/>
        </w:rPr>
        <w:br/>
      </w:r>
      <w:r>
        <w:rPr>
          <w:lang w:eastAsia="zh-CN"/>
        </w:rPr>
        <w:t xml:space="preserve">    中学初二班主任工作计划 篇8 </w:t>
      </w:r>
      <w:r>
        <w:rPr>
          <w:lang w:eastAsia="zh-CN"/>
        </w:rPr>
        <w:br/>
      </w:r>
      <w:r>
        <w:rPr>
          <w:lang w:eastAsia="zh-CN"/>
        </w:rPr>
        <w:t>　　对我来说新学期意味着班级管理工作中会有许多新挑战，因此需要积极做好准备才能够应对教学过程中的难题，而且对于初二阶段的班级工作而言班主任的努力是很重要的，因此我需要对班上的学生多一些了解并制定合理的教学方案，现对即将到来的初二新学期制定以下班级工作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需要强调班级纪律从而帮助学生养成良好学习习惯，事实上通过课程分析能够明白初二阶段的教学内容是比较多的，这意味着学生们需要将精力都放在课堂之中才能够跟上教学进度，然而在学习过程中即便是些许不遵守纪律的行为都会影响到教学氛围，因此需要利用早自习的时间多强调纪律方面的问题，一方面要进行严格监管并对不遵守纪律的学生进行批评，另一方面则是注重班干部培养从而避免班级工作产生漏洞，毕竟当我不在教室的时候往往会担心学生们是否会自觉进行学习，另外我在没有课程安排的时候也要在教室外进行巡视，主要是了解班上的学生是否在上课期间不认真听讲。</w:t>
      </w:r>
      <w:r>
        <w:rPr>
          <w:lang w:eastAsia="zh-CN"/>
        </w:rPr>
        <w:br/>
      </w:r>
      <w:r>
        <w:rPr>
          <w:lang w:eastAsia="zh-CN"/>
        </w:rPr>
        <w:t>　　应当对教材进行深入剖析并在备课工作中多花费心思，由于部分学生的理解能力较差导致学习过程中跟不上进度，这便需要自己进行合理控制并建议学生在课后进行请教，这样的话我也能够对成绩较差的学生进行着重辅导，但由于部分学生在学习过程中并不主动的缘故，因此我得通过课堂测验以及批改作业的方式了解学生的真实成绩，对学生成绩差以及成绩下滑的问题进行着重处理，相信凭借着这份对教学工作的重视能够让学生们有所进步。</w:t>
      </w:r>
      <w:r>
        <w:rPr>
          <w:lang w:eastAsia="zh-CN"/>
        </w:rPr>
        <w:br/>
      </w:r>
      <w:r>
        <w:rPr>
          <w:lang w:eastAsia="zh-CN"/>
        </w:rPr>
        <w:t>　　既要做好本职工作又要重视家校合作的重要性，由于初二阶段的学生在思想方面还不够成熟的缘故，因此需要在班级过程中给予学生正确的引导，让他们明白学习的重要性并进行严格的监管，事实上通过上学期的分析可以了解部分学生存在着偏科问题，还有部分成绩差且不认真听讲的学生也要进行单独谈话，为了起到理想的效果还需要多与这部分学生的家长进行沟通，必要时进行家访从而让家长了解到学生的真实成绩，确保家庭教育在学生的成长过程中不会缺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想要在新学期做好班级工作便需要不断努力才行，总之我会履行好初二班主任的职责并认真完成班级工作，希望在新学期通过自身的努力能够让班上学生的成绩有所进步。</w:t>
      </w:r>
      <w:r>
        <w:rPr>
          <w:lang w:eastAsia="zh-CN"/>
        </w:rPr>
        <w:br/>
      </w:r>
      <w:r>
        <w:rPr>
          <w:lang w:eastAsia="zh-CN"/>
        </w:rPr>
        <w:t xml:space="preserve">    中学初二班主任工作计划 篇9 </w:t>
      </w:r>
      <w:r>
        <w:rPr>
          <w:lang w:eastAsia="zh-CN"/>
        </w:rPr>
        <w:br/>
      </w:r>
      <w:r>
        <w:rPr>
          <w:lang w:eastAsia="zh-CN"/>
        </w:rPr>
        <w:t>　　一、抓好学风建设，开好分层会议</w:t>
      </w:r>
      <w:r>
        <w:rPr>
          <w:lang w:eastAsia="zh-CN"/>
        </w:rPr>
        <w:br/>
      </w:r>
      <w:r>
        <w:rPr>
          <w:lang w:eastAsia="zh-CN"/>
        </w:rPr>
        <w:t>　　应对初二学生的学习特点，我狠抓了学生的学习风气，让学生树立奋斗目标，以时时激励自我，摆正心态，不放松、不怠慢、不气馁，以进取乐观的心态，适合自我的学习方法，高效利用时间，一分钟掰成两分钟用，不做无用功。我准备展示墙，把学生的目标纸它放在班级后面墙壁上，时刻提醒学生全力以赴，以一个良好的状态进行学习。同时，开好学生分层会议，给学生信心的同时也适当施加压力，尽量做好每位同学的思想工作，鼓励学生的坚持不懈地奋斗，实现自我的小目标，再进一步实现大目标。</w:t>
      </w:r>
      <w:r>
        <w:rPr>
          <w:lang w:eastAsia="zh-CN"/>
        </w:rPr>
        <w:br/>
      </w:r>
      <w:r>
        <w:rPr>
          <w:lang w:eastAsia="zh-CN"/>
        </w:rPr>
        <w:t>　　二、抓好常规工作，以班风促学风</w:t>
      </w:r>
      <w:r>
        <w:rPr>
          <w:lang w:eastAsia="zh-CN"/>
        </w:rPr>
        <w:br/>
      </w:r>
      <w:r>
        <w:rPr>
          <w:lang w:eastAsia="zh-CN"/>
        </w:rPr>
        <w:t>　　1、重视学校操行评比，做好卫生、两操、宿舍等工作，努力建设礼貌班级，坚持班风的良好稳定，以好班风促好学风。</w:t>
      </w:r>
      <w:r>
        <w:rPr>
          <w:lang w:eastAsia="zh-CN"/>
        </w:rPr>
        <w:br/>
      </w:r>
      <w:r>
        <w:rPr>
          <w:lang w:eastAsia="zh-CN"/>
        </w:rPr>
        <w:t>　　2、规范好仪容仪表。本学期寂静发放了校服，要求学生统一穿校服，不攀比，培养学生良好的生活习惯，注重仪容仪表检查，男生头发可是耳不遮眉，不带首饰。</w:t>
      </w:r>
      <w:r>
        <w:rPr>
          <w:lang w:eastAsia="zh-CN"/>
        </w:rPr>
        <w:br/>
      </w:r>
      <w:r>
        <w:rPr>
          <w:lang w:eastAsia="zh-CN"/>
        </w:rPr>
        <w:t>　　3、严抓纪律。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严格把握一条准则——纪律是成绩的保障。重视课堂纪律、晚修纪律，纪律不好会直接导致学习成绩的下降。这个学期我就准备继续加大监管力度，做好班干部的培训工作，相信学生，用好班干部。培养班干部本事，让班干部认真做好记录。课后主动与科任教师取得联系，多沟通，了解班级纪律，与科任构成合力，促进良好班级纪律的构成。</w:t>
      </w:r>
      <w:r>
        <w:rPr>
          <w:lang w:eastAsia="zh-CN"/>
        </w:rPr>
        <w:br/>
      </w:r>
      <w:r>
        <w:rPr>
          <w:lang w:eastAsia="zh-CN"/>
        </w:rPr>
        <w:t>　　三、尊重、信任、关心学生</w:t>
      </w:r>
      <w:r>
        <w:rPr>
          <w:lang w:eastAsia="zh-CN"/>
        </w:rPr>
        <w:br/>
      </w:r>
      <w:r>
        <w:rPr>
          <w:lang w:eastAsia="zh-CN"/>
        </w:rPr>
        <w:t>　　亲其师，信其道。本学期我将细心观察每位学生的思想状态，进取关注特殊人群（本班有厌学），早发现，早解决，给予学生更多的关注、关爱，让学生感受教师对学生的关心与呵护，师生间构成亦师亦友的良好氛围。</w:t>
      </w:r>
      <w:r>
        <w:rPr>
          <w:lang w:eastAsia="zh-CN"/>
        </w:rPr>
        <w:br/>
      </w:r>
      <w:r>
        <w:rPr>
          <w:lang w:eastAsia="zh-CN"/>
        </w:rPr>
        <w:t>　　课余时间多找学生交流谈话，了解学生的心声和想法，发现一些被潜藏隐蔽的问题，及时发现班里同学的动态，防止朝不良方向发展(早恋、小团体)。同时，尊重学生成长的个体差异性，及时发现问题，多找学生单独谈话交流，让学生意识到自我的问题所在，鼓励学生努力改正的不足，以进取乐观的心态、充足的动力来学习。另外，多与生活教师沟通交流，了解学生在宿舍的动态、纪律，努力营造良好的生活环境，以保证学生更好地在校学习生活。</w:t>
      </w:r>
      <w:r>
        <w:rPr>
          <w:lang w:eastAsia="zh-CN"/>
        </w:rPr>
        <w:br/>
      </w:r>
      <w:r>
        <w:rPr>
          <w:lang w:eastAsia="zh-CN"/>
        </w:rPr>
        <w:t>　　四、关注中下生，点拨学习方法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这是提高全班成绩的关键所在，所以这个学期必须要抓好对中下生的辅导和转化工作，制定好计划，在班中全面铺开，平时尽量深入班级，了解中下生的学习困难，尽可地提高中下生的学习积极性，从而进一步提高成绩。平时加强与各任课教师的联系，以对学习困难者实行帮扶制。针对各科的特点，适当点拨各科高效的学习方法，以完善中下生的学习方法，做到“授之以渔”尽量提高中下生的学习成绩。</w:t>
      </w:r>
      <w:r>
        <w:rPr>
          <w:lang w:eastAsia="zh-CN"/>
        </w:rPr>
        <w:br/>
      </w:r>
      <w:r>
        <w:rPr>
          <w:lang w:eastAsia="zh-CN"/>
        </w:rPr>
        <w:t xml:space="preserve">    中学初二班主任工作计划 篇10 </w:t>
      </w:r>
      <w:r>
        <w:rPr>
          <w:lang w:eastAsia="zh-CN"/>
        </w:rPr>
        <w:br/>
      </w:r>
      <w:r>
        <w:rPr>
          <w:lang w:eastAsia="zh-CN"/>
        </w:rPr>
        <w:t>　　初中的初二年级是学生最容易产生两极分化的年级，尤其是每学年的下半学期，过年期间，外出打工人员回家宣传，诱使大量学生情绪波动大，不再安心学习。为作好这学期的班主任工作，建设好这个班级，特制定如下计划。</w:t>
      </w:r>
      <w:r>
        <w:rPr>
          <w:lang w:eastAsia="zh-CN"/>
        </w:rPr>
        <w:br/>
      </w:r>
      <w:r>
        <w:rPr>
          <w:lang w:eastAsia="zh-CN"/>
        </w:rPr>
        <w:t>　　一、重视学生的思想教育</w:t>
      </w:r>
      <w:r>
        <w:rPr>
          <w:lang w:eastAsia="zh-CN"/>
        </w:rPr>
        <w:br/>
      </w:r>
      <w:r>
        <w:rPr>
          <w:lang w:eastAsia="zh-CN"/>
        </w:rPr>
        <w:t>　　开展好学生的政治思想教育、道德教育、法制教育、心理健康教育，把学生培养观具有健全人格、美好心灵，具有创新精神和实践能力的学生。培养学生良好的行为规范，弘扬正气。</w:t>
      </w:r>
      <w:r>
        <w:rPr>
          <w:lang w:eastAsia="zh-CN"/>
        </w:rPr>
        <w:br/>
      </w:r>
      <w:r>
        <w:rPr>
          <w:lang w:eastAsia="zh-CN"/>
        </w:rPr>
        <w:t>　　二、培养良好的学习习惯和学习方法</w:t>
      </w:r>
      <w:r>
        <w:rPr>
          <w:lang w:eastAsia="zh-CN"/>
        </w:rPr>
        <w:br/>
      </w:r>
      <w:r>
        <w:rPr>
          <w:lang w:eastAsia="zh-CN"/>
        </w:rPr>
        <w:t>　　加强对学生的心理辅导，在现阶段就开始动起来，把一些有可能影响学生学习的因素减少到最少，由于我们本身的经验并不丰富，同时我们班的.学生跟同年级的同学相比，他们也有共同之处，那么为了能够让他们学得更好、考得更好，我们也就只有一个办法：笨鸟先飞。对每一次考试成绩做好跟踪，把临界生的名单和人数把握好，及时找学生谈心，了解其思想学习情况。</w:t>
      </w:r>
      <w:r>
        <w:rPr>
          <w:lang w:eastAsia="zh-CN"/>
        </w:rPr>
        <w:br/>
      </w:r>
      <w:r>
        <w:rPr>
          <w:lang w:eastAsia="zh-CN"/>
        </w:rPr>
        <w:t>　　加强学生自我管理建设管理小组，由学习委员带头课代表、组长为骨干，全面负责班级学习工作；开展学习竞赛活动；开展“学习结对，共同提高”的互帮互助学习活动；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加强师生对话建立师生联系制度，以周记形式有话就说，实话实说；建立师生结对活动，让学生走近老师、了解老师、激发热爱老师的热情，让老师走近学生，指导学生竖立更远大的理想、提供更科学地学习的方法、养成更好地生活态度</w:t>
      </w:r>
      <w:r>
        <w:rPr>
          <w:lang w:eastAsia="zh-CN"/>
        </w:rPr>
        <w:br/>
      </w:r>
      <w:r>
        <w:rPr>
          <w:lang w:eastAsia="zh-CN"/>
        </w:rPr>
        <w:t>　　三.加强班干部队伍建设</w:t>
      </w:r>
      <w:r>
        <w:rPr>
          <w:lang w:eastAsia="zh-CN"/>
        </w:rPr>
        <w:br/>
      </w:r>
      <w:r>
        <w:rPr>
          <w:lang w:eastAsia="zh-CN"/>
        </w:rPr>
        <w:t>　　建立一支工作能力强、实践经验足的常务班级干部队伍，为了让更多的同学得到锤炼，实行值日班干部负责制加强班级管理岗位责任制。设岗位，定人员，定工作，把班级工作分成若干岗位，每个岗位专人负责，使学生的实践能力、社会责任感得到提高.</w:t>
      </w:r>
      <w:r>
        <w:rPr>
          <w:lang w:eastAsia="zh-CN"/>
        </w:rPr>
        <w:br/>
      </w:r>
      <w:r>
        <w:rPr>
          <w:lang w:eastAsia="zh-CN"/>
        </w:rPr>
        <w:t>　　四、组织有益的活动，丰富学生的生活</w:t>
      </w:r>
      <w:r>
        <w:rPr>
          <w:lang w:eastAsia="zh-CN"/>
        </w:rPr>
        <w:br/>
      </w:r>
      <w:r>
        <w:rPr>
          <w:lang w:eastAsia="zh-CN"/>
        </w:rPr>
        <w:t>　　班级的各项教育活动必须有一个主题，围绕着主题可以让学生们在课余时间进行准备，这个准备过程本身就已经是一个受教育的过程。在各种活动的过程中，充分发挥集体教育的功能，让学生们自我教育，互相教育。班风的形成必然要经历“导向”，“形成”和“巩固”的过程，因此活动的内容要多样化，经常化。力求使班级在最短的时间内形成“团结向上，心理健康，学习勤奋，全面发展”的班集体。</w:t>
      </w:r>
      <w:r>
        <w:rPr>
          <w:lang w:eastAsia="zh-CN"/>
        </w:rPr>
        <w:br/>
      </w:r>
      <w:r>
        <w:rPr>
          <w:lang w:eastAsia="zh-CN"/>
        </w:rPr>
        <w:t>　　五、具体工作内容：</w:t>
      </w:r>
      <w:r>
        <w:rPr>
          <w:lang w:eastAsia="zh-CN"/>
        </w:rPr>
        <w:br/>
      </w:r>
      <w:r>
        <w:rPr>
          <w:lang w:eastAsia="zh-CN"/>
        </w:rPr>
        <w:t>　　1、第一周调整心态，尽快进入角色。</w:t>
      </w:r>
      <w:r>
        <w:rPr>
          <w:lang w:eastAsia="zh-CN"/>
        </w:rPr>
        <w:br/>
      </w:r>
      <w:r>
        <w:rPr>
          <w:lang w:eastAsia="zh-CN"/>
        </w:rPr>
        <w:t>　　2、第二周①调整学生座位，实现学习小组优化组合，均衡力量，建立帮扶。</w:t>
      </w:r>
      <w:r>
        <w:rPr>
          <w:lang w:eastAsia="zh-CN"/>
        </w:rPr>
        <w:br/>
      </w:r>
      <w:r>
        <w:rPr>
          <w:lang w:eastAsia="zh-CN"/>
        </w:rPr>
        <w:t>　　②选出班委会，明确具体分工，并听取班干部的班级建设计划，使班委工作正式运作。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3、及时调整值日安排表，加强值日组长职责，确保各块卫生干净整洁。</w:t>
      </w:r>
      <w:r>
        <w:rPr>
          <w:lang w:eastAsia="zh-CN"/>
        </w:rPr>
        <w:br/>
      </w:r>
      <w:r>
        <w:rPr>
          <w:lang w:eastAsia="zh-CN"/>
        </w:rPr>
        <w:t>　　4、及时进行班风校纪的教育，以常规管理为载体，规范学生的各项管理要求，重申学校各方面的要求，防患未然。</w:t>
      </w:r>
      <w:r>
        <w:rPr>
          <w:lang w:eastAsia="zh-CN"/>
        </w:rPr>
        <w:br/>
      </w:r>
      <w:r>
        <w:rPr>
          <w:lang w:eastAsia="zh-CN"/>
        </w:rPr>
        <w:t>　　5、开展礼仪教育和人文素质教育，从学生的吃穿住行等方面入手，养成良好的习惯，同时进一步优化人文素质环境，增强集体凝聚力。</w:t>
      </w:r>
      <w:r>
        <w:rPr>
          <w:lang w:eastAsia="zh-CN"/>
        </w:rPr>
        <w:br/>
      </w:r>
      <w:r>
        <w:rPr>
          <w:lang w:eastAsia="zh-CN"/>
        </w:rPr>
        <w:t>　　6、开展法制监督员值日活动。让每一位同学成为沟通老师和学生的纽带，带头做好老师布置的各项工作。特别是在一些师生之间、同学之间的矛盾化解上起到桥梁和纽带的作用。</w:t>
      </w:r>
      <w:r>
        <w:rPr>
          <w:lang w:eastAsia="zh-CN"/>
        </w:rPr>
        <w:br/>
      </w:r>
      <w:r>
        <w:rPr>
          <w:lang w:eastAsia="zh-CN"/>
        </w:rPr>
        <w:t>　　7、做好后进生工作，稳定、激发同学们的集体主义观念和积极上进的学习自觉性。</w:t>
      </w:r>
      <w:r>
        <w:rPr>
          <w:lang w:eastAsia="zh-CN"/>
        </w:rPr>
        <w:br/>
      </w:r>
      <w:r>
        <w:rPr>
          <w:lang w:eastAsia="zh-CN"/>
        </w:rPr>
        <w:t>　　8、开展写周记、日记活动，征求同学们的意见，及时把握学生的心理状态，做到和学生时刻保持心灵上的沟通。</w:t>
      </w:r>
      <w:r>
        <w:rPr>
          <w:lang w:eastAsia="zh-CN"/>
        </w:rPr>
        <w:br/>
      </w:r>
      <w:r>
        <w:rPr>
          <w:lang w:eastAsia="zh-CN"/>
        </w:rPr>
        <w:t>　　9、以学习委员为核心，以各科课代表为主的自习课和午间自主学习活动，开发学生的学习自主性和创造力。</w:t>
      </w:r>
      <w:r>
        <w:rPr>
          <w:lang w:eastAsia="zh-CN"/>
        </w:rPr>
        <w:br/>
      </w:r>
      <w:r>
        <w:rPr>
          <w:lang w:eastAsia="zh-CN"/>
        </w:rPr>
        <w:t>　　10、充分利用课余时间办好黑板报和学生的手抄报活动 。</w:t>
      </w:r>
      <w:r>
        <w:rPr>
          <w:lang w:eastAsia="zh-CN"/>
        </w:rPr>
        <w:br/>
      </w:r>
      <w:r>
        <w:rPr>
          <w:lang w:eastAsia="zh-CN"/>
        </w:rPr>
        <w:t>　　11、制定适合班级实际情况的各项管理制度，进一步约束同学们的思想行为。</w:t>
      </w:r>
      <w:r>
        <w:rPr>
          <w:lang w:eastAsia="zh-CN"/>
        </w:rPr>
        <w:br/>
      </w:r>
      <w:r>
        <w:rPr>
          <w:lang w:eastAsia="zh-CN"/>
        </w:rPr>
        <w:t>　　12、尝试实施班干部轮换制度。</w:t>
      </w:r>
      <w:r>
        <w:rPr>
          <w:lang w:eastAsia="zh-CN"/>
        </w:rPr>
        <w:br/>
      </w:r>
      <w:r>
        <w:rPr>
          <w:lang w:eastAsia="zh-CN"/>
        </w:rPr>
        <w:t>　　13、倡导在班级工作和学习中大力实行《中学生一日常规活动》，培养竞争意识，开发创造力。</w:t>
      </w:r>
      <w:r>
        <w:rPr>
          <w:lang w:eastAsia="zh-CN"/>
        </w:rPr>
        <w:br/>
      </w:r>
      <w:r>
        <w:rPr>
          <w:lang w:eastAsia="zh-CN"/>
        </w:rPr>
        <w:t>　　14、严格请假制度，坚决杜绝私自外出和随意缺课现象的发生。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15、力加强安全教育，时时处处讲安全，以防为主，同家长经常取得联系，防止各类事故的发生。</w:t>
      </w:r>
      <w:r>
        <w:rPr>
          <w:lang w:eastAsia="zh-CN"/>
        </w:rPr>
        <w:br/>
      </w:r>
      <w:r>
        <w:rPr>
          <w:lang w:eastAsia="zh-CN"/>
        </w:rPr>
        <w:t>　　16、充分利用考试的杠杆作用，每次考试结束要求每一位学生写出考试的得与失，查找经验与不足，并列出整改计划和下次考试的目标。</w:t>
      </w:r>
      <w:r>
        <w:rPr>
          <w:lang w:eastAsia="zh-CN"/>
        </w:rPr>
        <w:br/>
      </w:r>
      <w:r>
        <w:rPr>
          <w:lang w:eastAsia="zh-CN"/>
        </w:rPr>
        <w:t>　　17、开展心理健康教育，增强学生的心理品质，摆正学生的同学交往观念，确保主要精力放到学习上。</w:t>
      </w:r>
      <w:r>
        <w:rPr>
          <w:lang w:eastAsia="zh-CN"/>
        </w:rPr>
        <w:br/>
      </w:r>
      <w:r>
        <w:rPr>
          <w:lang w:eastAsia="zh-CN"/>
        </w:rPr>
        <w:t>　　18、本学期一定要做好“双差生”的工作和重点学生的家访工作。</w:t>
      </w:r>
      <w:r>
        <w:rPr>
          <w:lang w:eastAsia="zh-CN"/>
        </w:rPr>
        <w:br/>
      </w:r>
      <w:r>
        <w:rPr>
          <w:lang w:eastAsia="zh-CN"/>
        </w:rPr>
        <w:t>　　19、对学校布置的各项工作不折不扣的完成。</w:t>
      </w:r>
      <w:r>
        <w:rPr>
          <w:lang w:eastAsia="zh-CN"/>
        </w:rPr>
        <w:br/>
      </w:r>
      <w:r>
        <w:rPr>
          <w:lang w:eastAsia="zh-CN"/>
        </w:rPr>
        <w:t>　　20、坚决服从学校的管理，并教育学生令行禁止，有问题时可以通过正当的渠道进行逐级汇报妥善解决。</w:t>
      </w:r>
      <w:r>
        <w:rPr>
          <w:lang w:eastAsia="zh-CN"/>
        </w:rPr>
        <w:br/>
      </w:r>
      <w:r>
        <w:rPr>
          <w:lang w:eastAsia="zh-CN"/>
        </w:rPr>
        <w:t>　　21、做好班费的公开明细工作，严格班费使用制度。</w:t>
      </w:r>
      <w:r>
        <w:rPr>
          <w:lang w:eastAsia="zh-CN"/>
        </w:rPr>
        <w:br/>
      </w:r>
      <w:r>
        <w:rPr>
          <w:lang w:eastAsia="zh-CN"/>
        </w:rPr>
        <w:t>　　22、采取有效的措施，杜绝学生进网吧。</w:t>
      </w:r>
      <w:r>
        <w:rPr>
          <w:lang w:eastAsia="zh-CN"/>
        </w:rPr>
        <w:br/>
      </w:r>
      <w:r>
        <w:rPr>
          <w:lang w:eastAsia="zh-CN"/>
        </w:rPr>
        <w:t>　　23、经常进行班级工作的总结和各项计划的调整以更好的做好班级各项工作，使班级各项工作得以更好的开展。</w:t>
      </w:r>
      <w:r>
        <w:rPr>
          <w:lang w:eastAsia="zh-CN"/>
        </w:rPr>
        <w:br/>
      </w:r>
      <w:r>
        <w:rPr>
          <w:lang w:eastAsia="zh-CN"/>
        </w:rPr>
        <w:t>　　目前的八（4）班为一个新组班级，对于学生性格和行为习惯不太了解，在管理方面也有一定的难度，在教育和班级管理过程当中难免会出现一些意想不到的事件，这样就要求自己在班级管理过程中不断学习，沟通与外界的联系，跟上改革与发展的脚步，树立信心，鼓足勇气，以更好地开展班级管理工作。</w:t>
      </w:r>
      <w:r>
        <w:rPr>
          <w:lang w:eastAsia="zh-CN"/>
        </w:rPr>
        <w:br/>
      </w:r>
      <w:r>
        <w:rPr>
          <w:lang w:eastAsia="zh-CN"/>
        </w:rPr>
        <w:t xml:space="preserve">    中学初二班主任工作计划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新学期已经开始，学校的各项教学工作已陆续进入正常运行。本学期我任然担任初二(3)班的班主任。为了本学期能顺利开展各项工作，为了能让我们的学生们正在从懵懂无知的少年时代迈向青春的门槛，走向成熟的人生，更为了帮助他们走好青春第一步，根据学生的实际情况，这学期我的主要工作是围绕构建和谐班级、端正班风、学风，全面提升我班各科成绩为重点展开，特制订了如下班级工作计划：</w:t>
      </w:r>
      <w:r>
        <w:rPr>
          <w:lang w:eastAsia="zh-CN"/>
        </w:rPr>
        <w:br/>
      </w:r>
      <w:r>
        <w:rPr>
          <w:lang w:eastAsia="zh-CN"/>
        </w:rPr>
        <w:t>　　班级管理要科学化，育人工作要高效化，这是每个有事业心的班主任所追求的目标。首先，班主任要高度认识德育工作的重要意义，它是激发自己努力工作的内驱力。其次，班主任要认识到“德育为首”的重要性。德育上不去，学生的智育、体育、美育等都必然上不去。再次，德育作用于集体、集体又作用于德育，决不是“单打一”，而应是“合打一”。这样想，这样做，才能取得德育的效应。同时，班主任不应充当班集体的“保姆”，而应是班级德育工作的组织者。这样班主任应当力争是学生的朋友，同时是各科任老师德育的伙伴，学校领导的参谋。针对本班情况，班主任工作计划</w:t>
      </w:r>
      <w:r>
        <w:rPr>
          <w:lang w:eastAsia="zh-CN"/>
        </w:rPr>
        <w:br/>
      </w:r>
      <w:r>
        <w:rPr>
          <w:lang w:eastAsia="zh-CN"/>
        </w:rPr>
        <w:t>　　一、班上基本情况</w:t>
      </w:r>
      <w:r>
        <w:rPr>
          <w:lang w:eastAsia="zh-CN"/>
        </w:rPr>
        <w:br/>
      </w:r>
      <w:r>
        <w:rPr>
          <w:lang w:eastAsia="zh-CN"/>
        </w:rPr>
        <w:t>　　八年级(6)班本学期有2位转入的学生，全班共55人。留守儿童的人数比较多，而且留守儿童相对较缺乏上进心，自制能力差，时常不能控制自己，上课时爱随便说话或者做小动作。</w:t>
      </w:r>
      <w:r>
        <w:rPr>
          <w:lang w:eastAsia="zh-CN"/>
        </w:rPr>
        <w:br/>
      </w:r>
      <w:r>
        <w:rPr>
          <w:lang w:eastAsia="zh-CN"/>
        </w:rPr>
        <w:t>　　二、工作目标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1.全班团结一致，遵守学校规章制度。</w:t>
      </w:r>
      <w:r>
        <w:rPr>
          <w:lang w:eastAsia="zh-CN"/>
        </w:rPr>
        <w:br/>
      </w:r>
      <w:r>
        <w:rPr>
          <w:lang w:eastAsia="zh-CN"/>
        </w:rPr>
        <w:t>　　2.形成勤奋好学，积极向上的班风，学习成绩有明显进步。</w:t>
      </w:r>
      <w:r>
        <w:rPr>
          <w:lang w:eastAsia="zh-CN"/>
        </w:rPr>
        <w:br/>
      </w:r>
      <w:r>
        <w:rPr>
          <w:lang w:eastAsia="zh-CN"/>
        </w:rPr>
        <w:t>　　3.差生的转化效果好，思想觉悟明显提高。</w:t>
      </w:r>
      <w:r>
        <w:rPr>
          <w:lang w:eastAsia="zh-CN"/>
        </w:rPr>
        <w:br/>
      </w:r>
      <w:r>
        <w:rPr>
          <w:lang w:eastAsia="zh-CN"/>
        </w:rPr>
        <w:t>　　4.争取期末被评为先进班级体。</w:t>
      </w:r>
      <w:r>
        <w:rPr>
          <w:lang w:eastAsia="zh-CN"/>
        </w:rPr>
        <w:br/>
      </w:r>
      <w:r>
        <w:rPr>
          <w:lang w:eastAsia="zh-CN"/>
        </w:rPr>
        <w:t>　　三、主要工作</w:t>
      </w:r>
      <w:r>
        <w:rPr>
          <w:lang w:eastAsia="zh-CN"/>
        </w:rPr>
        <w:br/>
      </w:r>
      <w:r>
        <w:rPr>
          <w:lang w:eastAsia="zh-CN"/>
        </w:rPr>
        <w:t>　　1、建立班委会</w:t>
      </w:r>
      <w:r>
        <w:rPr>
          <w:lang w:eastAsia="zh-CN"/>
        </w:rPr>
        <w:br/>
      </w:r>
      <w:r>
        <w:rPr>
          <w:lang w:eastAsia="zh-CN"/>
        </w:rPr>
        <w:t>　　学期初要尽快组织学生通过民主选举组建一支工作能力强、实践经验足的新一届班委会，并明确班委会成员的具体分工，为了让的同学得到锤炼，实行值日班干部负责制加强班级管理岗位责任制。设岗位，定人员，定工作，把班级工作分成若干岗位，每个岗位专人负责，使学生的实践能力、社会责任感得到提高。为本学期的管理工作打下基础。</w:t>
      </w:r>
      <w:r>
        <w:rPr>
          <w:lang w:eastAsia="zh-CN"/>
        </w:rPr>
        <w:br/>
      </w:r>
      <w:r>
        <w:rPr>
          <w:lang w:eastAsia="zh-CN"/>
        </w:rPr>
        <w:t>　　2、思想教育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本学期对学生要加强思想教育。深入爱国主义、集体主义和中华传统美德教育，加强学生行为规范，养成良好的行为准则，用身边事例，对学生进行诚信教育、利用班会、校会将行为规范训练落到实处。在班中“设岗位，定专人”，加强行为规范的检查和监督。在学期初段，结合学校的安排，整顿班风学风，进行学习目的教育，激发学生的学习动力。在学期中段进行人生观、世界观的教育，帮助学生树立正确的人生观和世界观。在学期后段开展“讲团结、讲纪律、讲诚实、讲奉献”的四讲活动。提高同学们的思想觉悟，增强责任感和进取心。把学生培养成具有健全人格、美好心灵，具有创新精神和实践能力的学生。培养学生良好的行为规范，弘扬正气。</w:t>
      </w:r>
      <w:r>
        <w:rPr>
          <w:lang w:eastAsia="zh-CN"/>
        </w:rPr>
        <w:br/>
      </w:r>
      <w:r>
        <w:rPr>
          <w:lang w:eastAsia="zh-CN"/>
        </w:rPr>
        <w:t>　　3、培优转差</w:t>
      </w:r>
      <w:r>
        <w:rPr>
          <w:lang w:eastAsia="zh-CN"/>
        </w:rPr>
        <w:br/>
      </w:r>
      <w:r>
        <w:rPr>
          <w:lang w:eastAsia="zh-CN"/>
        </w:rPr>
        <w:t>　　加强对学生的心理辅导，在现阶段就开始动起来，把一些有可能影响学生学习的因素减少到最少，由于我们本身的经验并不丰富，同时我们班的学生跟同年级的同学相比，他们也有共同之处，那么为了能够让他们学得更好、考得更好，我们也就只有一个办法：笨鸟先飞。对每一次考试成绩做好跟踪，把临界生的名单和人数把握好，及时找学生谈心，了解其思想学习情况。鼓励勤奋好学，树立学习榜样，协同科任老师做好优生的培养工作，争取有较多的同学进入全年级前列，同时做好差生的教育转化工作，采用正面教育，加强学生自我管理建设管理小组，由学习委员带头，课代表、组长为骨干，全面负责班级学习工作;开展学习竞赛活动;开展“学习结对，共同提高”的互帮互助学习活动;同时联系家长，开展家庭教育指导工作：积极与学生家长进行联系与沟通，多角度进一步了解学生。寻求在实际工作中获得家长的支持。共同对学生进行教育。关心爱护，安排班干部一帮一的方法进行转化。</w:t>
      </w:r>
      <w:r>
        <w:rPr>
          <w:lang w:eastAsia="zh-CN"/>
        </w:rPr>
        <w:br/>
      </w:r>
      <w:r>
        <w:rPr>
          <w:lang w:eastAsia="zh-CN"/>
        </w:rPr>
        <w:t>　　加强师生对话建立师生联系制度，以日记形式有话就说，实话实说;建立师生结对活动，让学生走近老师、了解老师、激发热爱老师的热情，让老师走近学生，指导学生竖立更远大的理想、提供更科学地学习的方法、养成更好地生活态度。</w:t>
      </w:r>
      <w:r>
        <w:rPr>
          <w:lang w:eastAsia="zh-CN"/>
        </w:rPr>
        <w:br/>
      </w:r>
      <w:r>
        <w:rPr>
          <w:lang w:eastAsia="zh-CN"/>
        </w:rPr>
        <w:t>　　4、做好常规管理工作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经常性地做好校纪校规的检查督促工作，特别是迟到、追逐打闹、自习课和晚自习讲话等违纪现象，要及时教育，杜绝打架的现象。做好仪表的规范化教育，督促学生穿好衣服，男生不留长发，女生不化妆。配合政教处加强学生卫生保健和心理健康教育。依靠班干部抓好班级的室内卫生及包干区卫生。</w:t>
      </w:r>
      <w:r>
        <w:rPr>
          <w:lang w:eastAsia="zh-CN"/>
        </w:rPr>
        <w:br/>
      </w:r>
      <w:r>
        <w:rPr>
          <w:lang w:eastAsia="zh-CN"/>
        </w:rPr>
        <w:t>　　5、做好住宿生的管理</w:t>
      </w:r>
      <w:r>
        <w:rPr>
          <w:lang w:eastAsia="zh-CN"/>
        </w:rPr>
        <w:br/>
      </w:r>
      <w:r>
        <w:rPr>
          <w:lang w:eastAsia="zh-CN"/>
        </w:rPr>
        <w:t>　　教育住宿生要遵守宿舍制度，服从管理，爱护公物，坚持天天到宿舍检查一次。要求学生加强个人卫生习惯，防止传染病的发生。</w:t>
      </w:r>
      <w:r>
        <w:rPr>
          <w:lang w:eastAsia="zh-CN"/>
        </w:rPr>
        <w:br/>
      </w:r>
      <w:r>
        <w:rPr>
          <w:lang w:eastAsia="zh-CN"/>
        </w:rPr>
        <w:t>　　6、做好安全防范工作</w:t>
      </w:r>
      <w:r>
        <w:rPr>
          <w:lang w:eastAsia="zh-CN"/>
        </w:rPr>
        <w:br/>
      </w:r>
      <w:r>
        <w:rPr>
          <w:lang w:eastAsia="zh-CN"/>
        </w:rPr>
        <w:t>　　做好安全教育和防范工作，主要做好交通安全教育，不追逐打闹，上下楼梯不推拉。确保不出安全事故。</w:t>
      </w:r>
      <w:r>
        <w:rPr>
          <w:lang w:eastAsia="zh-CN"/>
        </w:rPr>
        <w:br/>
      </w:r>
      <w:r>
        <w:rPr>
          <w:lang w:eastAsia="zh-CN"/>
        </w:rPr>
        <w:t>　　7、组织有益的活动，丰富学生的生活</w:t>
      </w:r>
      <w:r>
        <w:rPr>
          <w:lang w:eastAsia="zh-CN"/>
        </w:rPr>
        <w:br/>
      </w:r>
      <w:r>
        <w:rPr>
          <w:lang w:eastAsia="zh-CN"/>
        </w:rPr>
        <w:t>　　班级的各项教育活动必须有一个主题，围绕着主题可以让学生们在课余时间进行准备，这个准备过程本身就已经是一个受教育的过程。在各种活动的过程中，充分发挥集体教育的功能，让学生们自我教育，互相教育。班风的形成必然要经历“导向”，“形成”和“巩固”的过程，因此活动的内容要多样化，经常化。力求使班级在最短的时间内形成“团结向上，心理健康，学习勤奋，全面发展”的班集体。</w:t>
      </w:r>
      <w:r>
        <w:rPr>
          <w:lang w:eastAsia="zh-CN"/>
        </w:rPr>
        <w:br/>
      </w:r>
      <w:r>
        <w:rPr>
          <w:lang w:eastAsia="zh-CN"/>
        </w:rPr>
        <w:t xml:space="preserve">    中学初二班主任工作计划 篇12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2.2班以前的班主任周缘老师和学生的关系很好，而且学生也都适应了她的管理策略。对于我这个横空出世的班主任，无疑难度很大。为了能让学生们能够尽快适应我的管理方法和理念，让学生们在原有基础上更上一层楼，特制订计划本学期工作计划。</w:t>
      </w:r>
      <w:r>
        <w:rPr>
          <w:lang w:eastAsia="zh-CN"/>
        </w:rPr>
        <w:br/>
      </w:r>
      <w:r>
        <w:rPr>
          <w:lang w:eastAsia="zh-CN"/>
        </w:rPr>
        <w:t>　　一、观察了解</w:t>
      </w:r>
      <w:r>
        <w:rPr>
          <w:lang w:eastAsia="zh-CN"/>
        </w:rPr>
        <w:br/>
      </w:r>
      <w:r>
        <w:rPr>
          <w:lang w:eastAsia="zh-CN"/>
        </w:rPr>
        <w:t>　　对于我这个中途接手的班主任而言，立刻按照自己的思路管理班级，显然不现实。所以前一个月主要按照原班主任管理方法按部就班的就行。通过观察，了解班委会成员、课代表的工作态度、方法和能力，了解每一位同学的行为习惯、个人爱好和特长、家庭情况以及对学习的态度等，并且积极与学生沟通，建立良好的师生关系。在对班级整体情况以及个体情况后，以及自己平时了解的学生渴望，具体实施自己的管理理念。</w:t>
      </w:r>
      <w:r>
        <w:rPr>
          <w:lang w:eastAsia="zh-CN"/>
        </w:rPr>
        <w:br/>
      </w:r>
      <w:r>
        <w:rPr>
          <w:lang w:eastAsia="zh-CN"/>
        </w:rPr>
        <w:t>　　二、习惯养成教育</w:t>
      </w:r>
      <w:r>
        <w:rPr>
          <w:lang w:eastAsia="zh-CN"/>
        </w:rPr>
        <w:br/>
      </w:r>
      <w:r>
        <w:rPr>
          <w:lang w:eastAsia="zh-CN"/>
        </w:rPr>
        <w:t>　　初二是个承上启下的关键时期，学生的很多习惯都没有具体成型。因此必须做好相关引导教育工作。</w:t>
      </w:r>
      <w:r>
        <w:rPr>
          <w:lang w:eastAsia="zh-CN"/>
        </w:rPr>
        <w:br/>
      </w:r>
      <w:r>
        <w:rPr>
          <w:lang w:eastAsia="zh-CN"/>
        </w:rPr>
        <w:t>　　1、学习习惯养成教育</w:t>
      </w:r>
      <w:r>
        <w:rPr>
          <w:lang w:eastAsia="zh-CN"/>
        </w:rPr>
        <w:br/>
      </w:r>
      <w:r>
        <w:rPr>
          <w:lang w:eastAsia="zh-CN"/>
        </w:rPr>
        <w:t>　　首先要求学生，按照常规方法学习。既课前预习，标注疑虑。课堂上带着问题，积极思考教师提出的问题，跟着教师思路，集中注意力认真听讲。课后独立研究或探讨课堂中疑难知识，在确保知识真真理解后，及时认真完成教师布置的作业。对于学习过程中遇到的问题，要及时和老师同学交流。在常规方法的基础上，可以进行必要改革创新，找到适应自己的学习方法。</w:t>
      </w:r>
      <w:r>
        <w:rPr>
          <w:lang w:eastAsia="zh-CN"/>
        </w:rPr>
        <w:br/>
      </w:r>
      <w:r>
        <w:rPr>
          <w:lang w:eastAsia="zh-CN"/>
        </w:rPr>
        <w:t>　　2、行为习惯养成教育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小屋不扫，何以扫天下。成功的捷径就是做好身边每一件小事。结合教导处提出的要求，我要求如下：学生吃小食品只能在教室和商店，而且只能在大课间、上午放学至十二点半和下午眼操后课间休息可以吃，强调早餐必须在家解决，早自习时间绝对不允许吃早餐;课间，靠走廊右侧通行，且不能并排前行;为自己制造的垃圾，准备一垃圾袋，不能随地丢弃;放学后，凳子放于课桌下面。</w:t>
      </w:r>
      <w:r>
        <w:rPr>
          <w:lang w:eastAsia="zh-CN"/>
        </w:rPr>
        <w:br/>
      </w:r>
      <w:r>
        <w:rPr>
          <w:lang w:eastAsia="zh-CN"/>
        </w:rPr>
        <w:t>　　三、集体荣誉感教育</w:t>
      </w:r>
      <w:r>
        <w:rPr>
          <w:lang w:eastAsia="zh-CN"/>
        </w:rPr>
        <w:br/>
      </w:r>
      <w:r>
        <w:rPr>
          <w:lang w:eastAsia="zh-CN"/>
        </w:rPr>
        <w:t>　　以军训、运动会和元旦聚会等集体活动为契机，对学生进行集体荣誉感教育。教育每位学生以班为家，积极主动为家作出自己应有的贡献，体现自己在家中的价值。让每位学生意识到，2.2班是一个团结、积极向上的集体，每位同学都是班级一名不可或缺的一分子。只要每位学生都以班为家，一定会爱会自己的家，自然也就会好好表现的。</w:t>
      </w:r>
      <w:r>
        <w:rPr>
          <w:lang w:eastAsia="zh-CN"/>
        </w:rPr>
        <w:br/>
      </w:r>
      <w:r>
        <w:rPr>
          <w:lang w:eastAsia="zh-CN"/>
        </w:rPr>
        <w:t>　　四、珍惜时间，提高效率</w:t>
      </w:r>
      <w:r>
        <w:rPr>
          <w:lang w:eastAsia="zh-CN"/>
        </w:rPr>
        <w:br/>
      </w:r>
      <w:r>
        <w:rPr>
          <w:lang w:eastAsia="zh-CN"/>
        </w:rPr>
        <w:t>　　时间对于每个人都是有限的，但却是公平的。如何在有限的时间里，更好、更多地掌握科学文化知识呢?我想主要就是合理分配时间。因此我要求学生的作业必须当天完成，早自习时间可以背书或为今天要上的内容作准备等，绝不允许抄袭作业;中午十二点半进教室午休或自学;自习课时间要积极研究课堂上遗留的问题，必要时可以和周围邻居探讨并解决问题，如果出现自己的状态不佳或犯困等情况，可以在不影响其他同学学习的基础上，通过闭目养神，甚至到室外呼吸新鲜空气的方法调节，不能只做表面现象。其它课余时间可以放松心情，同时根据自己具体情况，分配这些业余时间，绝不能只顾一味的放松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五、拟定集体与个人的远、近期目标</w:t>
      </w:r>
      <w:r>
        <w:rPr>
          <w:lang w:eastAsia="zh-CN"/>
        </w:rPr>
        <w:br/>
      </w:r>
      <w:r>
        <w:rPr>
          <w:lang w:eastAsia="zh-CN"/>
        </w:rPr>
        <w:t>　　有目标才有动力。这学期我根据学校工作安排和本班实际情况，分别让学生在学期初，期中等时间段拟定班级与个人在学习、德育等方面的远、近期目标，让每一个学生明确自己正在努力奋斗的目标是什么，避免盲目、低效地学习和生活。然后，要求每一个学生认真切实地执行自己的远、近期计划，将集体的目标落实到每个学生身上，帮助和鼓励每一个人进步，使每个人都在明显而又易于承受的压力下自觉要求自己。</w:t>
      </w:r>
      <w:r>
        <w:rPr>
          <w:lang w:eastAsia="zh-CN"/>
        </w:rPr>
        <w:br/>
      </w:r>
      <w:r>
        <w:rPr>
          <w:lang w:eastAsia="zh-CN"/>
        </w:rPr>
        <w:t>　　六、双差生和优生教育</w:t>
      </w:r>
      <w:r>
        <w:rPr>
          <w:lang w:eastAsia="zh-CN"/>
        </w:rPr>
        <w:br/>
      </w:r>
      <w:r>
        <w:rPr>
          <w:lang w:eastAsia="zh-CN"/>
        </w:rPr>
        <w:t>　　对双差生予以特别的关爱，我们班的这类学生，其实或多或少都有自身特长，因此多开展各种形式的文体活动，鼓励他们积极参与其中，并且保证我每次都和学生一起活动，在活动中及时发现他们的闪光点，及时给予表扬鼓励，使他们认识到自己在班级中存在的价值;由于他们基础差，对他们起点要低，只要他们每天都能有所学就可以，另外多从思想和生活上进行沟通;对于优等生，定期找他们谈话，了解生活、学习和思想等方面情况，使他们知道自身身上的担子，认识到优等生竞争的激烈性。针对各类学生，本着成材源于觉醒，心态决定命运，自信走向成功的观念，狠抓理想教育、心态调整和培养自信等工作，培养和增强学生的自学意识。</w:t>
      </w:r>
      <w:r>
        <w:rPr>
          <w:lang w:eastAsia="zh-CN"/>
        </w:rPr>
        <w:br/>
      </w:r>
      <w:r>
        <w:rPr>
          <w:lang w:eastAsia="zh-CN"/>
        </w:rPr>
        <w:t>　　七、班委会建设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俗话说，火车跑的快，还要车头带，因此抓好班干部的培养工作显得尤为重要。通过民主选举确定班委会成员名单，分配各自任务。定期开班委会,及时总结工作,树立典型,表扬好人好事,有问题及时解决,要求班干部以身作则,发挥先锋和模范作用。</w:t>
      </w:r>
      <w:r>
        <w:rPr>
          <w:lang w:eastAsia="zh-CN"/>
        </w:rPr>
        <w:br/>
      </w:r>
      <w:r>
        <w:rPr>
          <w:lang w:eastAsia="zh-CN"/>
        </w:rPr>
        <w:t>　　八、协调好任课教师与学生之间的关系,使任课教师心情舒畅,乐于传授,学生课堂轻松活泼，积极进取，营造平等、和谐、融洽和积极向上的师生关系。</w:t>
      </w:r>
      <w:r>
        <w:rPr>
          <w:lang w:eastAsia="zh-CN"/>
        </w:rPr>
        <w:br/>
      </w:r>
      <w:r>
        <w:rPr>
          <w:lang w:eastAsia="zh-CN"/>
        </w:rPr>
        <w:t>　　九、惩罚教育</w:t>
      </w:r>
      <w:r>
        <w:rPr>
          <w:lang w:eastAsia="zh-CN"/>
        </w:rPr>
        <w:br/>
      </w:r>
      <w:r>
        <w:rPr>
          <w:lang w:eastAsia="zh-CN"/>
        </w:rPr>
        <w:t>　　惩罚是一种常规的教育手段，是对学生问题行为的一种强制性纠正行为，是在学生身心完全能够承受的前提下采取的教育措施，对学生能够起到教育和警示的作用。如果只是一味的说教、鼓励，教育是空而无力的，因此我认为惩罚教育是必须的。体罚是个别教育者对违反纪律的学生所实施的身心上的严重伤害，有背于伦理道德，而惩罚教育是有感情的，它是以爱为基础的，没有爱的惩罚才是体罚。如果孩子能够感觉到惩罚中的爱，他一定会乐意接受，并能正确认识错误，及时改正的。为了孩子能够健康成长，适当的时候，我会采取一些必要的惩罚措施。如罚蹲起、俯卧撑、跑步和站军姿，甚至有时还可能中午不准吃饭，留下背书等，当然这些都是在学生能够接受的基础上，如果超出了个体身体范围，这些惩罚措施也会量力而行的。</w:t>
      </w:r>
      <w:r>
        <w:rPr>
          <w:lang w:eastAsia="zh-CN"/>
        </w:rPr>
        <w:br/>
      </w:r>
      <w:r>
        <w:rPr>
          <w:lang w:eastAsia="zh-CN"/>
        </w:rPr>
        <w:t>　　十、加强安全工作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安全无小事，事事处理人，因此安全工作要放在我工作的首位，时时刻刻放在嘴边，常抓不懈。每次班会课、每周放假甚至每天放学后，都不厌其烦地强调安全问题，如防火、防触电、防食物中毒、交通法规教育等。在班上设立一个安全知识宣传小队，不定时地向同学宣传或与同学交流，必要时可安排一次安全知识竞赛。并呼吁全班同学一旦发现不安全因素，立刻向班主任汇报排除隐患。利用甲流为契机，教育学生掌握一些基本的疾病预防知识，使学生热爱生命，懂得如何珍惜生命。</w:t>
      </w:r>
      <w:r>
        <w:rPr>
          <w:lang w:eastAsia="zh-CN"/>
        </w:rPr>
        <w:br/>
      </w:r>
      <w:r>
        <w:rPr>
          <w:lang w:eastAsia="zh-CN"/>
        </w:rPr>
        <w:t>　　我在工作中肯定存在不足的地方，但是我相信随着实践的深入，不断反思，经验的积累，不断改进，我一定能够做得越来越好，争取当一名优秀的班主任。</w:t>
      </w:r>
      <w:r>
        <w:rPr>
          <w:lang w:eastAsia="zh-CN"/>
        </w:rPr>
        <w:br/>
      </w:r>
      <w:r>
        <w:rPr>
          <w:lang w:eastAsia="zh-CN"/>
        </w:rPr>
        <w:t xml:space="preserve">    中学初二班主任工作计划 篇13 </w:t>
      </w:r>
      <w:r>
        <w:rPr>
          <w:lang w:eastAsia="zh-CN"/>
        </w:rPr>
        <w:br/>
      </w:r>
      <w:r>
        <w:rPr>
          <w:lang w:eastAsia="zh-CN"/>
        </w:rPr>
        <w:t>　　初二年级的学生，从思想还是行为上都已经走向成熟且有所叛逆阶段，抓好这个年龄的德育工作，就必须要有很好的耐心。新的学期，我还将担任初二（5）班班主任，除此之外还将担任英语课程，全班53人。我的班主任德育工作力求从小事入手，从细小处要成绩，从细微处教做人，我的初二班主任德育工作计划有以下几项：</w:t>
      </w:r>
      <w:r>
        <w:rPr>
          <w:lang w:eastAsia="zh-CN"/>
        </w:rPr>
        <w:br/>
      </w:r>
      <w:r>
        <w:rPr>
          <w:lang w:eastAsia="zh-CN"/>
        </w:rPr>
        <w:t>　　一、在班级管理中，充分发挥班级干部的作用，用制度说话，为窗创造良好的学习环境而努力。</w:t>
      </w:r>
      <w:r>
        <w:rPr>
          <w:lang w:eastAsia="zh-CN"/>
        </w:rPr>
        <w:br/>
      </w:r>
      <w:r>
        <w:rPr>
          <w:lang w:eastAsia="zh-CN"/>
        </w:rPr>
        <w:t>　　1、实行奖罚制度，加强纪律约束。</w:t>
      </w:r>
      <w:r>
        <w:rPr>
          <w:lang w:eastAsia="zh-CN"/>
        </w:rPr>
        <w:br/>
      </w:r>
      <w:r>
        <w:rPr>
          <w:lang w:eastAsia="zh-CN"/>
        </w:rPr>
        <w:t>　　对迟到、旷课的学生，因其不能保证正常的上课秩序，实行劳动改造，同时对月全勤，学期全勤同学予以奖励。</w:t>
      </w:r>
      <w:r>
        <w:rPr>
          <w:lang w:eastAsia="zh-CN"/>
        </w:rPr>
        <w:br/>
      </w:r>
      <w:r>
        <w:rPr>
          <w:lang w:eastAsia="zh-CN"/>
        </w:rPr>
        <w:t>　　2、保证提供一个安静舒适的学习环境。</w:t>
      </w:r>
      <w:r>
        <w:rPr>
          <w:lang w:eastAsia="zh-CN"/>
        </w:rPr>
        <w:br/>
      </w:r>
      <w:r>
        <w:rPr>
          <w:lang w:eastAsia="zh-CN"/>
        </w:rPr>
        <w:t>　　由班长到值周班干到普通学生，及时反馈班级纪律情况，保证自习课的正常进行。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3、保证提供一个清洁整齐的生活环境。</w:t>
      </w:r>
      <w:r>
        <w:rPr>
          <w:lang w:eastAsia="zh-CN"/>
        </w:rPr>
        <w:br/>
      </w:r>
      <w:r>
        <w:rPr>
          <w:lang w:eastAsia="zh-CN"/>
        </w:rPr>
        <w:t>　　由值周班干，带领本组值日生，责任到人进行一周值日工作，对不负责的值日生，出现严重扣分的值日生，罚重新值日。</w:t>
      </w:r>
      <w:r>
        <w:rPr>
          <w:lang w:eastAsia="zh-CN"/>
        </w:rPr>
        <w:br/>
      </w:r>
      <w:r>
        <w:rPr>
          <w:lang w:eastAsia="zh-CN"/>
        </w:rPr>
        <w:t>　　二、学习生活中，保持昂扬向上的心态。</w:t>
      </w:r>
      <w:r>
        <w:rPr>
          <w:lang w:eastAsia="zh-CN"/>
        </w:rPr>
        <w:br/>
      </w:r>
      <w:r>
        <w:rPr>
          <w:lang w:eastAsia="zh-CN"/>
        </w:rPr>
        <w:t>　　1、密切关注学生思想动向。</w:t>
      </w:r>
      <w:r>
        <w:rPr>
          <w:lang w:eastAsia="zh-CN"/>
        </w:rPr>
        <w:br/>
      </w:r>
      <w:r>
        <w:rPr>
          <w:lang w:eastAsia="zh-CN"/>
        </w:rPr>
        <w:t>　　人有智力高潮低潮时，情绪也同样，所以要密切关注学生思想，对出现消极悲观的思想学生及时做工作，始终保持乐观进取的心态，对班级整体出现思想波动现象，要及时进行心理疏导，做好心理调整工作。</w:t>
      </w:r>
      <w:r>
        <w:rPr>
          <w:lang w:eastAsia="zh-CN"/>
        </w:rPr>
        <w:br/>
      </w:r>
      <w:r>
        <w:rPr>
          <w:lang w:eastAsia="zh-CN"/>
        </w:rPr>
        <w:t>　　2、引进竞争机制。</w:t>
      </w:r>
      <w:r>
        <w:rPr>
          <w:lang w:eastAsia="zh-CN"/>
        </w:rPr>
        <w:br/>
      </w:r>
      <w:r>
        <w:rPr>
          <w:lang w:eastAsia="zh-CN"/>
        </w:rPr>
        <w:t>　　培养学生的竞争意识也是德育工作中的重点。针对每一次月考成绩，总分名次都通过列榜了解学生的阶段学习情况，同时让学生确立下次的目标，通过实现目标，完成目标情况与未完成情况比较，找差距、找原因、以求得在一次考试中实现突破，超越自我。</w:t>
      </w:r>
      <w:r>
        <w:rPr>
          <w:lang w:eastAsia="zh-CN"/>
        </w:rPr>
        <w:br/>
      </w:r>
      <w:r>
        <w:rPr>
          <w:lang w:eastAsia="zh-CN"/>
        </w:rPr>
        <w:t>　　三、注重养成性教育，尽力帮助解决学生实际困难。</w:t>
      </w:r>
      <w:r>
        <w:rPr>
          <w:lang w:eastAsia="zh-CN"/>
        </w:rPr>
        <w:br/>
      </w:r>
      <w:r>
        <w:rPr>
          <w:lang w:eastAsia="zh-CN"/>
        </w:rPr>
        <w:t>　　1、做到生活有节奏，有规律。</w:t>
      </w:r>
      <w:r>
        <w:rPr>
          <w:lang w:eastAsia="zh-CN"/>
        </w:rPr>
        <w:br/>
      </w:r>
      <w:r>
        <w:rPr>
          <w:lang w:eastAsia="zh-CN"/>
        </w:rPr>
        <w:t>　　督促学生做好计划，合理安排学习时间，处理好闲暇时间，并且形成生活规律，跟上节奏，不要过快，也不要过慢，在一张一弛中调整状态，以最佳的身心投入学习生活。</w:t>
      </w:r>
      <w:r>
        <w:rPr>
          <w:lang w:eastAsia="zh-CN"/>
        </w:rPr>
        <w:br/>
      </w:r>
      <w:r>
        <w:rPr>
          <w:lang w:eastAsia="zh-CN"/>
        </w:rPr>
        <w:t>　　2、加强家庭与学校的沟通，了解学生生活实际。</w:t>
      </w:r>
      <w:r>
        <w:rPr>
          <w:lang w:eastAsia="zh-CN"/>
        </w:rPr>
        <w:br/>
      </w:r>
      <w:r>
        <w:rPr>
          <w:lang w:eastAsia="zh-CN"/>
        </w:rPr>
        <w:t>　　了解学生生活实际，学习环境好坏，有无生活困难，适时帮他们解除后顾之忧，全心投入学习生活当中。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同时，还将在学生处的安排下，有目的地开展有益学生身心健康的活动；有目的地让学生干部主持班会课，提高班干部的工作能力和群众威信；有目的地让团干部主持班会课，提高全体团员的团员意识，提高政治思想觉悟，提高班集体的凝聚力。我会以持久的恒心和毅力用辛勤和汗水浇灌出祖国的花朵。</w:t>
      </w:r>
      <w:r>
        <w:rPr>
          <w:lang w:eastAsia="zh-CN"/>
        </w:rPr>
        <w:br/>
      </w:r>
      <w:r>
        <w:rPr>
          <w:lang w:eastAsia="zh-CN"/>
        </w:rPr>
        <w:t xml:space="preserve">    中学初二班主任工作计划 篇14 </w:t>
      </w:r>
      <w:r>
        <w:rPr>
          <w:lang w:eastAsia="zh-CN"/>
        </w:rPr>
        <w:br/>
      </w:r>
      <w:r>
        <w:rPr>
          <w:lang w:eastAsia="zh-CN"/>
        </w:rPr>
        <w:t>　　新学期开初，做为初二年级班主任，我将努力做好本职工作的同时，热心关注每一个学生的的变化，在他们最需要我的时候给予支持，在他们需要独六的时候，放他们飞翔。下面是本学期工作计划：</w:t>
      </w:r>
      <w:r>
        <w:rPr>
          <w:lang w:eastAsia="zh-CN"/>
        </w:rPr>
        <w:br/>
      </w:r>
      <w:r>
        <w:rPr>
          <w:lang w:eastAsia="zh-CN"/>
        </w:rPr>
        <w:t>　　一、指导思想</w:t>
      </w:r>
      <w:r>
        <w:rPr>
          <w:lang w:eastAsia="zh-CN"/>
        </w:rPr>
        <w:br/>
      </w:r>
      <w:r>
        <w:rPr>
          <w:lang w:eastAsia="zh-CN"/>
        </w:rPr>
        <w:t>　　1.转变教育观念，健全学生人格</w:t>
      </w:r>
      <w:r>
        <w:rPr>
          <w:lang w:eastAsia="zh-CN"/>
        </w:rPr>
        <w:br/>
      </w:r>
      <w:r>
        <w:rPr>
          <w:lang w:eastAsia="zh-CN"/>
        </w:rPr>
        <w:t>　　学生是个有血有肉的人，他们不是机器，不是模具，他们不仅属于学校，他们还属于家庭、社会和将来。我们对孩子的教育不仅要完成升学任务，我们还要塑造学生的人格;不仅要对现在负责，还要对将来负责。我们对待学生不仅要注重成绩，更要注重他们的思想品质;不仅要注重能力的提高，还要注重学生良好个性品质的养成。所以，我们对待学生，尤其是后进生，应该倾注真情，而不能予以歧视或忽视。</w:t>
      </w:r>
      <w:r>
        <w:rPr>
          <w:lang w:eastAsia="zh-CN"/>
        </w:rPr>
        <w:br/>
      </w:r>
      <w:r>
        <w:rPr>
          <w:lang w:eastAsia="zh-CN"/>
        </w:rPr>
        <w:t>　　2.换位思考，正确引导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学生是活生生的人。他们有思想，有感情，有自己的道德标准。我们在处理孩子问题时，不妨经常换位思考一下。孩子犯错时，抚摩一下他的头发;孩子心情沮丧时，拍拍他的肩膀，这些无声的肢体语言有时候可能要比批评的话语更能催人改正，激人奋进。孩子思想出轨时，我们予以正确的引导，可能要比劈头盖脸、不分青红皂白的乱批一通更容易要孩子接受、理解。</w:t>
      </w:r>
      <w:r>
        <w:rPr>
          <w:lang w:eastAsia="zh-CN"/>
        </w:rPr>
        <w:br/>
      </w:r>
      <w:r>
        <w:rPr>
          <w:lang w:eastAsia="zh-CN"/>
        </w:rPr>
        <w:t>　　事实上，每个孩子头脑中都有两个自我，一个好我，一个坏我。学生思想的过程就是好我与坏我做斗争的过程。如果好我胜利的时候多，他们就会进步，就会慢慢的迈向成功;如果坏我占了上风，他们就会退步，就会慢慢的走向失败，最后弄的一事无成。所以，我们班主任作为班级的组织者、管理者、领导者和教育者，应该对他们适时的对他们予以正确的引导，帮助他们克服困难，走向进步。</w:t>
      </w:r>
      <w:r>
        <w:rPr>
          <w:lang w:eastAsia="zh-CN"/>
        </w:rPr>
        <w:br/>
      </w:r>
      <w:r>
        <w:rPr>
          <w:lang w:eastAsia="zh-CN"/>
        </w:rPr>
        <w:t>　　3.拿起表扬的武器</w:t>
      </w:r>
      <w:r>
        <w:rPr>
          <w:lang w:eastAsia="zh-CN"/>
        </w:rPr>
        <w:br/>
      </w:r>
      <w:r>
        <w:rPr>
          <w:lang w:eastAsia="zh-CN"/>
        </w:rPr>
        <w:t>　　哲学家詹姆士说过“人类本质中最殷切的要求就是渴望被肯定，而学生更是如此。”赞美是阳光、空气和水，是学生成长中不可缺少的养料，必要的表扬是成功的阳光、空气和水。我们班主任作为教育者，不妨拿起表扬的武器，让学生多一点自信，少一点自卑，使学生能更好地溶入到班级生活中，使班级管理工作更加轻松、有序地进行。</w:t>
      </w:r>
      <w:r>
        <w:rPr>
          <w:lang w:eastAsia="zh-CN"/>
        </w:rPr>
        <w:br/>
      </w:r>
      <w:r>
        <w:rPr>
          <w:lang w:eastAsia="zh-CN"/>
        </w:rPr>
        <w:t>　　4.注意加强对后进生的教育工作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后进生，常是很多人歧视的对象，老师叹气，同学瞧不起，甚至连有些家长自己也摇头，由于学习成绩差，他们处处低人一等，被置于班级的“阴暗角落”。时间告诉我们：我们应该尊重、热爱、理解学生。我们知道：无论孩子多差，他也一定拥有自己的特长。也许我们无法帮助一个孩子提高成绩，但是我们可以设法帮助一个孩子克服他自己的缺点，帮助他树立人生的自信，让他尽可能多学一点，少浪费一点时间。</w:t>
      </w:r>
      <w:r>
        <w:rPr>
          <w:lang w:eastAsia="zh-CN"/>
        </w:rPr>
        <w:br/>
      </w:r>
      <w:r>
        <w:rPr>
          <w:lang w:eastAsia="zh-CN"/>
        </w:rPr>
        <w:t>　　5.经常与家长联系，建立和学生家长的良好关系</w:t>
      </w:r>
      <w:r>
        <w:rPr>
          <w:lang w:eastAsia="zh-CN"/>
        </w:rPr>
        <w:br/>
      </w:r>
      <w:r>
        <w:rPr>
          <w:lang w:eastAsia="zh-CN"/>
        </w:rPr>
        <w:t>　　家长评论学校从班主任开始，因为班主任与他接触最多。家长的评价认可程度，对学校对班级对教师的影响都很大。他认可你、反感你，他都会到处替你宣传。所以，与学生家长建立良好的关系至关重要。家长信任你，即便有时你的工作有些失误，他也可能谅解你。我们班主任向家长说学生在校做的任何一件事，家长都能感觉到你对他孩子的关注。</w:t>
      </w:r>
      <w:r>
        <w:rPr>
          <w:lang w:eastAsia="zh-CN"/>
        </w:rPr>
        <w:br/>
      </w:r>
      <w:r>
        <w:rPr>
          <w:lang w:eastAsia="zh-CN"/>
        </w:rPr>
        <w:t>　　6.加强班级建设，营造科学文明的班级氛围</w:t>
      </w:r>
      <w:r>
        <w:rPr>
          <w:lang w:eastAsia="zh-CN"/>
        </w:rPr>
        <w:br/>
      </w:r>
      <w:r>
        <w:rPr>
          <w:lang w:eastAsia="zh-CN"/>
        </w:rPr>
        <w:t>　　以班委会为支柱，以《班级量化测评》为形式，以“敬、净、静、劲竞、进、兢、精”为舆论向导，以培养学生“善良、文明、守纪、自律、自主、友爱、理想” 为目标，以班会、黑板报为宣传阵地，加强对学生的思想品德教育和行为习惯的养成教育，营造良好的班风和和谐的氛围，使每个学生都能感受到老师和同学们的爱，使每个学生都能看到自己身上的闪光点，都能找到成功和自信，从而热爱我们的班级，热爱我们的学校。</w:t>
      </w:r>
      <w:r>
        <w:rPr>
          <w:lang w:eastAsia="zh-CN"/>
        </w:rPr>
        <w:br/>
      </w:r>
    </w:p>
    <w:p w:rsidR="001B1F19" w14:textId="27C3F48A">
      <w:pPr>
        <w:rPr>
          <w:rFonts w:hint="eastAsia"/>
          <w:lang w:eastAsia="zh-CN"/>
        </w:rPr>
      </w:pPr>
      <w:r>
        <w:rPr>
          <w:lang w:eastAsia="zh-CN"/>
        </w:rPr>
        <w:t>　　同时，本人作为班主任还要加强理论学习，立足学校的稳定和发展，着眼全局，加强与任课教师的联系，协调各科关系，对学生的情感态度、价值观的教育以及方法与过程的渗透，改变学生被动的学习方式，培养学生自主学习的能力，教育学生“学会吃苦，学会生存，学会做人，学会学习”。</w:t>
      </w:r>
      <w:r>
        <w:rPr>
          <w:lang w:eastAsia="zh-CN"/>
        </w:rPr>
        <w:br/>
      </w:r>
      <w:r>
        <w:rPr>
          <w:lang w:eastAsia="zh-CN"/>
        </w:rPr>
        <w:t>　　二、班级管理的具体措施：</w:t>
      </w:r>
      <w:r>
        <w:rPr>
          <w:lang w:eastAsia="zh-CN"/>
        </w:rPr>
        <w:br/>
      </w:r>
      <w:r>
        <w:rPr>
          <w:lang w:eastAsia="zh-CN"/>
        </w:rPr>
        <w:t>　　1.科学管理：结合《中学生守则》、《中学生一日常规》、《未成年人保护法》等法律法规的精神，结合扬中外国语中学文明班级评比办法，拟定九(2)班班级公约，使班级各项工作有规可依，有规必依，执规必严，违规必究。</w:t>
      </w:r>
      <w:r>
        <w:rPr>
          <w:lang w:eastAsia="zh-CN"/>
        </w:rPr>
        <w:br/>
      </w:r>
      <w:r>
        <w:rPr>
          <w:lang w:eastAsia="zh-CN"/>
        </w:rPr>
        <w:t>　　(1)开学初带领全班同学学习班级和学校的各项规章制度，使学生知规，进而守规。</w:t>
      </w:r>
      <w:r>
        <w:rPr>
          <w:lang w:eastAsia="zh-CN"/>
        </w:rPr>
        <w:br/>
      </w:r>
      <w:r>
        <w:rPr>
          <w:lang w:eastAsia="zh-CN"/>
        </w:rPr>
        <w:t>　　(2)制定值日班委制度，以值日班委为中心，成立纪律、卫生检查、督促小组。</w:t>
      </w:r>
      <w:r>
        <w:rPr>
          <w:lang w:eastAsia="zh-CN"/>
        </w:rPr>
        <w:br/>
      </w:r>
      <w:r>
        <w:rPr>
          <w:lang w:eastAsia="zh-CN"/>
        </w:rPr>
        <w:t>　　(3)加强学生的自我教育。</w:t>
      </w:r>
      <w:r>
        <w:rPr>
          <w:lang w:eastAsia="zh-CN"/>
        </w:rPr>
        <w:br/>
      </w:r>
      <w:r>
        <w:rPr>
          <w:lang w:eastAsia="zh-CN"/>
        </w:rPr>
        <w:t>　　2.民主管理：充分发挥学生的积极性、主动性，把管理权交给学生。</w:t>
      </w:r>
      <w:r>
        <w:rPr>
          <w:lang w:eastAsia="zh-CN"/>
        </w:rPr>
        <w:br/>
      </w:r>
      <w:r>
        <w:rPr>
          <w:lang w:eastAsia="zh-CN"/>
        </w:rPr>
        <w:t>　　(1)班委会召开：由班主任组织召开，班主任与学生班委共同探讨，加深对学生的思想政治教育、行为习惯的养成教育，加强对学习方法的引导和指导，督促他们养成良好的学习习惯。并注意激发学生的内心情感，增强他们的集体意识和集体荣誉感，调动他们学习的积极性和主动性。</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https://d.book118.com/255101033022011113</w:t>
        </w:r>
      </w:hyperlink>
    </w:p>
    <w:p w:rsidR="001B1F19">
      <w:pPr>
        <w:rPr>
          <w:rFonts w:hint="eastAsia"/>
          <w:lang w:eastAsia="zh-CN"/>
        </w:rPr>
      </w:pPr>
    </w:p>
    <w:sectPr>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5510103302201111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56</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