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生活老师的学期工作总结（31篇）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生活老师的学期工作总结（通用31篇）</w:t>
      </w:r>
      <w:r>
        <w:rPr>
          <w:lang w:eastAsia="zh-CN"/>
        </w:rPr>
        <w:br/>
      </w:r>
      <w:r>
        <w:rPr>
          <w:lang w:eastAsia="zh-CN"/>
        </w:rPr>
        <w:t xml:space="preserve">    生活老师的学期工作总结 篇1 </w:t>
      </w:r>
      <w:r>
        <w:rPr>
          <w:lang w:eastAsia="zh-CN"/>
        </w:rPr>
        <w:br/>
      </w:r>
      <w:r>
        <w:rPr>
          <w:lang w:eastAsia="zh-CN"/>
        </w:rPr>
        <w:t>　　“千军万马过独木桥”曾经是人们对高考竞争之激烈的形象描述，然而，现在高考的压力正在逐渐向初中、小学甚至学前教育转移。人们发现，中考已渐渐成为孩子教育生涯中又一座残酷的独木桥。我和孩子们在华茂的后花园———温馨如家的生活区又是如何度过的呢？现将本学期的工作过程归纳总结如下：</w:t>
      </w:r>
      <w:r>
        <w:rPr>
          <w:lang w:eastAsia="zh-CN"/>
        </w:rPr>
        <w:br/>
      </w:r>
      <w:r>
        <w:rPr>
          <w:lang w:eastAsia="zh-CN"/>
        </w:rPr>
        <w:t>　　第一、安全工作。</w:t>
      </w:r>
      <w:r>
        <w:rPr>
          <w:lang w:eastAsia="zh-CN"/>
        </w:rPr>
        <w:br/>
      </w:r>
      <w:r>
        <w:rPr>
          <w:lang w:eastAsia="zh-CN"/>
        </w:rPr>
        <w:t>　　安全工作重于”泰山”。是我们生活老师的首要职责。那么我们毕业班女生的安全工作主要表现在那些方面呢？</w:t>
      </w:r>
      <w:r>
        <w:rPr>
          <w:lang w:eastAsia="zh-CN"/>
        </w:rPr>
        <w:br/>
      </w:r>
      <w:r>
        <w:rPr>
          <w:lang w:eastAsia="zh-CN"/>
        </w:rPr>
        <w:t>　　1、重点在于晚寝晚归的时间概念，九年级相对于初三年级来讲，时间相对来说比较宽松一点，回生活区的时间早一点，一般情况下，9：40分左右大部分学生开始回生活区，10点之后只有少数的个别同学尚未归来，这个时候，生活老师可要开始留意了，是否每天都是这几位学生晚回？有必要时一定要及时电话联系班主任确认。因为根据自己这些年生活老师的经验，此时间段为毕业班回生活区的安全时间的盲点，属于事件高发时段，故应引起我们的高度关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2、天气炎热，毕业班女生已习惯于晚寝前洗头、洗澡、洗衣服，晚寝时间相对来说就要更晚一点。这样一来，洗头后使用吹风机的现象特别普遍，如此所带来的安全隐患更是令我们生活老师必须尤其加强防范。</w:t>
      </w:r>
      <w:r>
        <w:rPr>
          <w:lang w:eastAsia="zh-CN"/>
        </w:rPr>
        <w:br/>
      </w:r>
      <w:r>
        <w:rPr>
          <w:lang w:eastAsia="zh-CN"/>
        </w:rPr>
        <w:t>　　3、晚寝点名，一定要及时准确无误。因为临近中考前夕，学生要求回家住宿的现象也开始多了起来，是否住校每天也不是固定的，这样在一定程度上也增加了我们的管理难度和安全责任的压力。因此，我们一定要仔细点名，认真核实回家住宿的学生，确保不遗漏任何学生，使每个学生都在学校和家长的有效管理范围。</w:t>
      </w:r>
      <w:r>
        <w:rPr>
          <w:lang w:eastAsia="zh-CN"/>
        </w:rPr>
        <w:br/>
      </w:r>
      <w:r>
        <w:rPr>
          <w:lang w:eastAsia="zh-CN"/>
        </w:rPr>
        <w:t>　　第二、沟通交流。</w:t>
      </w:r>
      <w:r>
        <w:rPr>
          <w:lang w:eastAsia="zh-CN"/>
        </w:rPr>
        <w:br/>
      </w:r>
      <w:r>
        <w:rPr>
          <w:lang w:eastAsia="zh-CN"/>
        </w:rPr>
        <w:t>　　缓解学生中考的心理压力是我本学期的工作重点。长时间的学习，学生很容易产生烦闷、压抑等不良情绪。特别是临近中考的前夕，这种不良情绪也在不断加重。适时让学生回生活区进行各种各样的放松活动，有利于学生心理恢复到平和、宁静的状态。比如前一段时间，903班方艳同学跟我聊天时，提到她有一些泄气，感觉到中考前夕，就是再怎么复习也改变不了什么了，同时也觉得没什么好复习的了，心已经飞向了考试结束后。这样的心态不影响最后的冲刺才怪呢！对于这样的考生，帮助她把浮躁心态沉下来是关键。我采取的办法就是利用空余时间，接近她，做一个忠实的听众，尽量让她一吐为快，驱散或缓解她心中的紧张情绪，一心一意备考。功夫不负有心人，张艳同学这次中考，以573分的中考佳绩第一个向我汇报。</w:t>
      </w:r>
      <w:r>
        <w:rPr>
          <w:lang w:eastAsia="zh-CN"/>
        </w:rPr>
        <w:br/>
      </w:r>
      <w:r>
        <w:rPr>
          <w:lang w:eastAsia="zh-CN"/>
        </w:rPr>
        <w:t>　　第三、管理学生人性化。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对学生管理既不能伤失原则，又不能死搬硬套。既要讲究原则，又要有一定的灵活性。这样，学生愿意接受你的管理，不会排斥你，不会形成比较严重的冲突和对立。师生关系比较融洽，比较和谐，学生情绪好，学生在生活区的吃饭就寝内务卫生都能比较到位。我举个例子，就是学生晚上洗头并用电吹风的事，这是非常严重违反学校规章的大问题，不可迁就，不能纵容。但是，学生头已经洗了，要是头发不干又会影响她的睡眠，第二天的学习也会跟着受影响。遇到这样的问题，我通常的做法是，把学生带到自己的办公室用电吹风吹干，电吹风交老师统一管理，实行先暂时扣分，稍后用加做卫生、做好人好事、拣垃圾等方式补回扣分的办法对待。如果不从，很简单，第一，没收电吹风，第二，报班主任和校学生处，第三，报家长。学生一般乖乖就范。这样，管住了电吹风，安全方面的隐患大大降低。自己心理塌实，学生认为不被告到班主任和学生处，觉得很划得来。学生认为我比较通融，做事可以商量，而且能原谅她那样大的错误，很感激我，更愿意服从我的管理。我正是利用这种比较人性化的管理方法，一年来，生活区安静、稳定、平和、和谐，为学生创造了良好的学习和生活环境。</w:t>
      </w:r>
      <w:r>
        <w:rPr>
          <w:lang w:eastAsia="zh-CN"/>
        </w:rPr>
        <w:br/>
      </w:r>
      <w:r>
        <w:rPr>
          <w:lang w:eastAsia="zh-CN"/>
        </w:rPr>
        <w:t>　　至于，生活区日常管理，虽然是毕业班，但自己认为，日常管理仍然是十分到位的。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总之，一年来，自己不管是所负责的二号楼还是自己负责的楼层，工作都是比较出色的，是十分优秀的完成了学校交给我们的任务。当然，工作质量从来就没有尽头的。我将更加努力，力争将工作做得更好。谢谢！</w:t>
      </w:r>
      <w:r>
        <w:rPr>
          <w:lang w:eastAsia="zh-CN"/>
        </w:rPr>
        <w:br/>
      </w:r>
      <w:r>
        <w:rPr>
          <w:lang w:eastAsia="zh-CN"/>
        </w:rPr>
        <w:t xml:space="preserve">    生活老师的学期工作总结 篇2 </w:t>
      </w:r>
      <w:r>
        <w:rPr>
          <w:lang w:eastAsia="zh-CN"/>
        </w:rPr>
        <w:br/>
      </w:r>
      <w:r>
        <w:rPr>
          <w:lang w:eastAsia="zh-CN"/>
        </w:rPr>
        <w:t>　　学生主要是做人的工作，而人是千差万别的，因此这项工作极其复杂，极为艰辛，具有很深的学问。学生管理这项复杂、艰辛的工作，同时也是创造性极强的工作，既是一门学问，又是一种艺术。艺术是和的结晶。我来新纪元已经将近七年的，伴随着学校一天一天的，作为生活指导我所带的是第一届班，可以说了风风雨。现将本的工作总结如下：</w:t>
      </w:r>
      <w:r>
        <w:rPr>
          <w:lang w:eastAsia="zh-CN"/>
        </w:rPr>
        <w:br/>
      </w:r>
      <w:r>
        <w:rPr>
          <w:lang w:eastAsia="zh-CN"/>
        </w:rPr>
        <w:t>　　一：在遵守学校的规章制度方面</w:t>
      </w:r>
      <w:r>
        <w:rPr>
          <w:lang w:eastAsia="zh-CN"/>
        </w:rPr>
        <w:br/>
      </w:r>
      <w:r>
        <w:rPr>
          <w:lang w:eastAsia="zh-CN"/>
        </w:rPr>
        <w:t>　　没有规矩，就不成方圆。国家是这样，现在是法治，学校同样也需要是这样，学校也有他的规章制度，不仅对学生也针对老师，只有这样学校才有起力、才有活力、才能够不断的前进。</w:t>
      </w:r>
      <w:r>
        <w:rPr>
          <w:lang w:eastAsia="zh-CN"/>
        </w:rPr>
        <w:br/>
      </w:r>
      <w:r>
        <w:rPr>
          <w:lang w:eastAsia="zh-CN"/>
        </w:rPr>
        <w:t>　　本年度我能够较好的遵守学校的各项规章制度，认为比上有所进步，学校每次组织的和，都能按时的参加，不管是教工例会、听讲座、本部门会议、升旗仪式还是党组织活动从来没迟到过。</w:t>
      </w:r>
      <w:r>
        <w:rPr>
          <w:lang w:eastAsia="zh-CN"/>
        </w:rPr>
        <w:br/>
      </w:r>
      <w:r>
        <w:rPr>
          <w:lang w:eastAsia="zh-CN"/>
        </w:rPr>
        <w:t>　　二：为人师表方面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自己的形象在教育过程中也起到十分重要的作用。教师形象的外显特征在教师的容貌、体态、穿着、谈吐等方面；教师形象的内在特征，表现在教师的性格、气质、情绪等方面；即容貌仪表因素、语言表达因素、行为举止因素、因素、平因素。这五个教师形象构成因素，彼此之间既有区别又有联系，只有这些因素有机结合在一起，才能构成一个完美的教师形象。教师形象核心是教师的人格，教师的人格对于青少年来说是任何东西都不能代替的有益于发展的。教师的一举一动、一言一行时时呈现在学生面前，给学生一个综合的感觉，给学生潜移默化的影响。正像车尔尼夫斯基所说：教师把学生造就成什么人，自己就应当是这种人。</w:t>
      </w:r>
      <w:r>
        <w:rPr>
          <w:lang w:eastAsia="zh-CN"/>
        </w:rPr>
        <w:br/>
      </w:r>
      <w:r>
        <w:rPr>
          <w:lang w:eastAsia="zh-CN"/>
        </w:rPr>
        <w:t>　　由此可见，教师的形象对学生的身心发展起着重要作用。</w:t>
      </w:r>
      <w:r>
        <w:rPr>
          <w:lang w:eastAsia="zh-CN"/>
        </w:rPr>
        <w:br/>
      </w:r>
      <w:r>
        <w:rPr>
          <w:lang w:eastAsia="zh-CN"/>
        </w:rPr>
        <w:t>　　本学期我一就严格要求自己，注意自己的形象，为人师表。对自己的穿着打扮、衣食住行、谈吐、上都多加注意。</w:t>
      </w:r>
      <w:r>
        <w:rPr>
          <w:lang w:eastAsia="zh-CN"/>
        </w:rPr>
        <w:br/>
      </w:r>
      <w:r>
        <w:rPr>
          <w:lang w:eastAsia="zh-CN"/>
        </w:rPr>
        <w:t>　　三：协作方面</w:t>
      </w:r>
      <w:r>
        <w:rPr>
          <w:lang w:eastAsia="zh-CN"/>
        </w:rPr>
        <w:br/>
      </w:r>
      <w:r>
        <w:rPr>
          <w:lang w:eastAsia="zh-CN"/>
        </w:rPr>
        <w:t>　　学生管理工作不是哪一、哪一方面能够独立完成的事。护学校荣誉，自觉维护集体团结，教师之间相互尊重，相互，协调各方面关系，发挥互补效应，发扬团队，这是对我们教师最基本的要求。严格要求自己，关心他人，乐于助人，这有利于在日常生活中给学生树立榜样，也有利于形成一个相互尊重、紧密配合的教师群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有人把塑造学生的工作比喻为塑造一块大理石，认为有六个雕塑家共同雕着这块大理石，其中主要的两个就是和教师，而第一位则是家长。因为学生除了学校生活外，家庭生活时间是最长的。学生的成长除了学校(特别是)的教育之外，家长的熏陶与潜移默化的影响更为重要。是孩子的第一任老师，老师是暂时的，家长却是终身的。家长在教育理念、教育思想、教育态度上，完全能反映时代的要求。现在，教师、尤其是班主任与家长联手教育学生，已经成为教育学生工作的一个不可缺少的'环节。的联手能调动家长参与教育的积极性，促进学生的学习与品德的进步，使学校教育和家庭教育形成互补关系，保持学校和家庭对学生教育的一致性和协调性。生活老师在教育学生的时候应处理好这几种关系：与级组学校之间的关系、与班主任之间的关系、与学生家长之间的关系，处理好这几种关系是做好学生管理工作的必需条件。以前的教育工作，给我最大的感受就是，没有处理好这三种关系，从而没形成教育的合力，使自己的工作处于被动。在下一步的新生管理工作中，我要加强和班主任、家长的沟通，不仅要了解学生在课室和家庭的，并且及时的将学生在生活区的表现反映给班主任和家长，共同研讨教育学生的方法，形成教育合力，使学生健康成长。</w:t>
      </w:r>
      <w:r>
        <w:rPr>
          <w:lang w:eastAsia="zh-CN"/>
        </w:rPr>
        <w:br/>
      </w:r>
      <w:r>
        <w:rPr>
          <w:lang w:eastAsia="zh-CN"/>
        </w:rPr>
        <w:t xml:space="preserve">    生活老师的学期工作总结 篇3 </w:t>
      </w:r>
      <w:r>
        <w:rPr>
          <w:lang w:eastAsia="zh-CN"/>
        </w:rPr>
        <w:br/>
      </w:r>
      <w:r>
        <w:rPr>
          <w:lang w:eastAsia="zh-CN"/>
        </w:rPr>
        <w:t>　　转眼一学期又结束了，回顾走过的日子，好像很忙碌，但却感到很充实而有意义；有压力的同时也有工作的动力，要求自我努力努力再努力，争取有更多的收获。现将本学期工作总结如下。</w:t>
      </w:r>
      <w:r>
        <w:rPr>
          <w:lang w:eastAsia="zh-CN"/>
        </w:rPr>
        <w:br/>
      </w:r>
      <w:r>
        <w:rPr>
          <w:lang w:eastAsia="zh-CN"/>
        </w:rPr>
        <w:t>　　一、创设一个健康的室内外卫生环境</w:t>
      </w:r>
      <w:r>
        <w:rPr>
          <w:lang w:eastAsia="zh-CN"/>
        </w:rPr>
        <w:br/>
      </w:r>
      <w:r>
        <w:rPr>
          <w:lang w:eastAsia="zh-CN"/>
        </w:rPr>
        <w:t>　　1、严格执行卫生安全消毒制度，每周对孩子的宿舍进行消毒，做到适时开窗换气，保证宿舍既暖和又有新鲜的空气，每月为孩子晒被褥等。</w:t>
      </w:r>
      <w:r>
        <w:rPr>
          <w:lang w:eastAsia="zh-CN"/>
        </w:rPr>
        <w:br/>
      </w:r>
      <w:r>
        <w:rPr>
          <w:lang w:eastAsia="zh-CN"/>
        </w:rPr>
        <w:t>　　2、身心健康指导：帮忙学生克服各种障碍，养成健全人格，帮忙他们获得有关维持和保护身体健康、防止疾病、保障安全、讲究卫生等方面的知识和本事。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3、个人生活指导：包括帮忙学生正确认识人生的意义和价值，培养积极向上的生活态度；尊重和体谅他人，能帮父母分忧，与父母同享欢乐；懂得保护自我。在平时的工作中，我注重关心孩子们的健康成长，一有高度的职责心，二是勤快不怕脏，三是有一套科学有效的管理办法。学校规定的《生活教师职责》要求负责学生有生活时段的安全及卫生工作，在这方面我坚持早、中、晚清点人数，异常是晚上我要查几次，直到学生全部睡熟我才放心离开，夜里还要起来叫年龄小的孩子小便。</w:t>
      </w:r>
      <w:r>
        <w:rPr>
          <w:lang w:eastAsia="zh-CN"/>
        </w:rPr>
        <w:br/>
      </w:r>
      <w:r>
        <w:rPr>
          <w:lang w:eastAsia="zh-CN"/>
        </w:rPr>
        <w:t>　　二、加强安全教育，提高安全意识</w:t>
      </w:r>
      <w:r>
        <w:rPr>
          <w:lang w:eastAsia="zh-CN"/>
        </w:rPr>
        <w:br/>
      </w:r>
      <w:r>
        <w:rPr>
          <w:lang w:eastAsia="zh-CN"/>
        </w:rPr>
        <w:t>　　1、利用生活指导课进行学生卫生安全宣传与教育，努力提高学生的安全意识。对孩子进行卫生安全教育工作者并开展相关的活动，使孩子掌握一些自我保护的技能，提高孩子的保护本事。</w:t>
      </w:r>
      <w:r>
        <w:rPr>
          <w:lang w:eastAsia="zh-CN"/>
        </w:rPr>
        <w:br/>
      </w:r>
      <w:r>
        <w:rPr>
          <w:lang w:eastAsia="zh-CN"/>
        </w:rPr>
        <w:t>　　2、加强孩子在校服用药品管理，根据服用要求，确保服药及时、准确，严禁错服、服现象的发生。建立班级安全职责制，切实做好日常活动，饮食、卫生安全工作。</w:t>
      </w:r>
      <w:r>
        <w:rPr>
          <w:lang w:eastAsia="zh-CN"/>
        </w:rPr>
        <w:br/>
      </w:r>
      <w:r>
        <w:rPr>
          <w:lang w:eastAsia="zh-CN"/>
        </w:rPr>
        <w:t>　　三、勤奋做事，积极进取加强常规建设，培养孩子自我保护意识</w:t>
      </w:r>
      <w:r>
        <w:rPr>
          <w:lang w:eastAsia="zh-CN"/>
        </w:rPr>
        <w:br/>
      </w:r>
      <w:r>
        <w:rPr>
          <w:lang w:eastAsia="zh-CN"/>
        </w:rPr>
        <w:t>　　良好的常规能够使孩子的生活具有合理的节奏，神经系统得到有益的调节。认真做好一日的常规工作，做到手勤、眼勤、腿勤，让孩子们有一个良好的生活环境。同时我为了更好的工作，不断加强自身修养，自觉加强学习，努力提高工作水平。</w:t>
      </w:r>
      <w:r>
        <w:rPr>
          <w:lang w:eastAsia="zh-CN"/>
        </w:rPr>
        <w:br/>
      </w:r>
      <w:r>
        <w:rPr>
          <w:lang w:eastAsia="zh-CN"/>
        </w:rPr>
        <w:t>　　四、爱心负出，无怨无悔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坚持做到对孩子有耐心，有爱心，还要细心。当冬天到来的时候，天气逐渐寒冷，我研究到打饭那么远，打回饭来恐怕馒头就凉了，于是就自我找来材料做了小棉被来盖馒头；看到孩子们推三轮车的手冻得又红又肿，我就买来手套给孩子；我自我生病也从来不耽误上班，还是拖着病痛的身子坚持着给孩子们洗衣服。做一名生活教师很苦很累，但我发现自我喜欢这份工作，能为学校作出自我的一份贡献，就是我最大的满足。作为一名生活教师更要注意自我在行为和习惯上严格要求自我，给学生树立榜样，正确引导学生的自理和独立的生活本事。</w:t>
      </w:r>
      <w:r>
        <w:rPr>
          <w:lang w:eastAsia="zh-CN"/>
        </w:rPr>
        <w:br/>
      </w:r>
      <w:r>
        <w:rPr>
          <w:lang w:eastAsia="zh-CN"/>
        </w:rPr>
        <w:t>　　在今后的工作中，我仍要加强个人修养，努力提高工作水平，以适应新形势下本职工作的需要。扬长避短，发奋工作，为完美的明天奉献自我的力量。</w:t>
      </w:r>
      <w:r>
        <w:rPr>
          <w:lang w:eastAsia="zh-CN"/>
        </w:rPr>
        <w:br/>
      </w:r>
      <w:r>
        <w:rPr>
          <w:lang w:eastAsia="zh-CN"/>
        </w:rPr>
        <w:t xml:space="preserve">    生活老师的学期工作总结 篇4 </w:t>
      </w:r>
      <w:r>
        <w:rPr>
          <w:lang w:eastAsia="zh-CN"/>
        </w:rPr>
        <w:br/>
      </w:r>
      <w:r>
        <w:rPr>
          <w:lang w:eastAsia="zh-CN"/>
        </w:rPr>
        <w:t>　　转眼一学期又结束了，回顾走过的日子，好像很忙碌，但却感到很充实而有意义；有压力的同时也有工作的动力，要求自我努力努力再努力，争取有更多的收获。现将本学期工作总结如下。</w:t>
      </w:r>
      <w:r>
        <w:rPr>
          <w:lang w:eastAsia="zh-CN"/>
        </w:rPr>
        <w:br/>
      </w:r>
      <w:r>
        <w:rPr>
          <w:lang w:eastAsia="zh-CN"/>
        </w:rPr>
        <w:t>　　一、创设一个健康的室内外卫生环境</w:t>
      </w:r>
      <w:r>
        <w:rPr>
          <w:lang w:eastAsia="zh-CN"/>
        </w:rPr>
        <w:br/>
      </w:r>
      <w:r>
        <w:rPr>
          <w:lang w:eastAsia="zh-CN"/>
        </w:rPr>
        <w:t>　　1、严格执行卫生安全消毒制度，每周对孩子的宿舍进行消毒，做到适时开窗换气，保证宿舍既暖和又有新鲜的空气，每月为孩子晒被褥等。</w:t>
      </w:r>
      <w:r>
        <w:rPr>
          <w:lang w:eastAsia="zh-CN"/>
        </w:rPr>
        <w:br/>
      </w:r>
      <w:r>
        <w:rPr>
          <w:lang w:eastAsia="zh-CN"/>
        </w:rPr>
        <w:t>　　2、身心健康指导：帮忙学生克服各种障碍，养成健全人格，帮忙他们获得有关维持和保护身体健康、防止疾病、保障安全、讲究卫生等方面的知识和本事。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个人生活指导：包括帮忙学生正确认识人生的意义和价值，培养向上的生活态度；尊重和体谅他人，能帮父母分忧，与父母同享欢乐；懂得保护自我。在平时的工作中，我注重关心孩子们的健康成长，一有高度的职责心，二是勤快不怕脏，三是有一套科学有效的管理办法。学校规定的《生活教师职责》要求负责学生有生活时段的安全及卫生工作，在这方面我坚持早、中、晚清点人数，异常是晚上我要查几次，直到学生全部睡熟我才放心离开，夜里还要起来叫年龄小的孩子小便。</w:t>
      </w:r>
      <w:r>
        <w:rPr>
          <w:lang w:eastAsia="zh-CN"/>
        </w:rPr>
        <w:br/>
      </w:r>
      <w:r>
        <w:rPr>
          <w:lang w:eastAsia="zh-CN"/>
        </w:rPr>
        <w:t>　　二、加强安全教育，提高安全意识</w:t>
      </w:r>
      <w:r>
        <w:rPr>
          <w:lang w:eastAsia="zh-CN"/>
        </w:rPr>
        <w:br/>
      </w:r>
      <w:r>
        <w:rPr>
          <w:lang w:eastAsia="zh-CN"/>
        </w:rPr>
        <w:t>　　1、利用生活指导课进行学生卫生安全宣传与教育，努力提高学生的安全意识。对孩子进行卫生安全教育工作者并开展相关的活动，使孩子掌握一些自我保护的技能，提高孩子的保护本事。</w:t>
      </w:r>
      <w:r>
        <w:rPr>
          <w:lang w:eastAsia="zh-CN"/>
        </w:rPr>
        <w:br/>
      </w:r>
      <w:r>
        <w:rPr>
          <w:lang w:eastAsia="zh-CN"/>
        </w:rPr>
        <w:t>　　2、加强孩子在校服用药品管理，根据服用要求，确保服药及时、准确，严禁错服、服现象的发生。建立班级安全职责制，切实做好日常活动，饮食、卫生安全工作。</w:t>
      </w:r>
      <w:r>
        <w:rPr>
          <w:lang w:eastAsia="zh-CN"/>
        </w:rPr>
        <w:br/>
      </w:r>
      <w:r>
        <w:rPr>
          <w:lang w:eastAsia="zh-CN"/>
        </w:rPr>
        <w:t>　　三、勤奋做事，进取加强常规建设，培养孩子自我保护意识</w:t>
      </w:r>
      <w:r>
        <w:rPr>
          <w:lang w:eastAsia="zh-CN"/>
        </w:rPr>
        <w:br/>
      </w:r>
      <w:r>
        <w:rPr>
          <w:lang w:eastAsia="zh-CN"/>
        </w:rPr>
        <w:t>　　良好的常规能够使孩子的生活具有合理的节奏，神经系统得到有益的调节。认真做好一日的常规工作，做到手勤、眼勤、腿勤，让孩子们有一个良好的生活环境。同时我为了更好的工作，不断加强自身修养，自觉加强学习，努力提高工作水平。</w:t>
      </w:r>
      <w:r>
        <w:rPr>
          <w:lang w:eastAsia="zh-CN"/>
        </w:rPr>
        <w:br/>
      </w:r>
      <w:r>
        <w:rPr>
          <w:lang w:eastAsia="zh-CN"/>
        </w:rPr>
        <w:t>　　四、爱心负出，无怨无悔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我坚持做到对孩子有耐心，有爱心，还要细心。当冬天到来的时候，天气逐渐寒冷，我研究到打饭那么远，打回饭来恐怕馒头就凉了，于是就自我找来材料做了小棉被来盖馒头；看到孩子们推三轮车的手冻得又红又肿，我就买来手套给孩子；我自我生病也从来不耽误上班，还是拖着病痛的身子坚持着给孩子们洗衣服。做一名生活教师很苦很累，但我发现自我喜欢这份工作，能为学校作出自我的一份贡献，就是我最大的满足。作为一名生活教师更要注意自我在行为和习惯上严格要求自我，给学生树立榜样，正确引导学生的自理和独立的生活本事。</w:t>
      </w:r>
      <w:r>
        <w:rPr>
          <w:lang w:eastAsia="zh-CN"/>
        </w:rPr>
        <w:br/>
      </w:r>
      <w:r>
        <w:rPr>
          <w:lang w:eastAsia="zh-CN"/>
        </w:rPr>
        <w:t>　　在今后的工作中，我仍要加强个人修养，努力提高工作水平，以适应新形势下本职工作的需要。扬长避短，发奋工作，为完美的明天奉献自我的力量。</w:t>
      </w:r>
      <w:r>
        <w:rPr>
          <w:lang w:eastAsia="zh-CN"/>
        </w:rPr>
        <w:br/>
      </w:r>
      <w:r>
        <w:rPr>
          <w:lang w:eastAsia="zh-CN"/>
        </w:rPr>
        <w:t xml:space="preserve">    生活老师的学期工作总结 篇5 </w:t>
      </w:r>
      <w:r>
        <w:rPr>
          <w:lang w:eastAsia="zh-CN"/>
        </w:rPr>
        <w:br/>
      </w:r>
      <w:r>
        <w:rPr>
          <w:lang w:eastAsia="zh-CN"/>
        </w:rPr>
        <w:t>　　时光飞逝，在锦城的第一年就这样很快的过去；回首这一年，可以说紧张忙碌而收获多多。在一个陌生的工作环境中成长，非常感谢系上各位老师的关心和助，使我在各方面都有进步和提高。接下来，我将本年度工作总结如下：</w:t>
      </w:r>
      <w:r>
        <w:rPr>
          <w:lang w:eastAsia="zh-CN"/>
        </w:rPr>
        <w:br/>
      </w:r>
      <w:r>
        <w:rPr>
          <w:lang w:eastAsia="zh-CN"/>
        </w:rPr>
        <w:t>　　一、教学方面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1、认真备课。《中级财务会计》是会计专业学生核心课程，针对学生才学习完“基会”就直接过渡到“中财”且会计准则新修订的实际情况，我在课程准备时力求做到深入浅出；同时，在教学安排中，尽量把准则中新的内容传递给学生。对于《财务分析与会计信息系统》这门课程，为了给学生财务软件的使用一个直观的展示和系统的认识，我参考多所高校相关精品课程礁，自己编制了实训教程并在课件制作上将软件演示的屏幕截图融于课件中，让课件不仅有理论知识介绍还有案例演示，我希望“信息系统”不仅要教会学生怎样使用软件，更要让他们以后在实际工作中能设计出符合企业财务环境和管理要求的信息系统。为了能上好每一堂课，我在背课上下了不少功夫，力争每一课都做到：“有备而去”，每堂课都在课前做好充分的准备，并及时调整和补充课件，课后及时对该课作出总结。</w:t>
      </w:r>
      <w:r>
        <w:rPr>
          <w:lang w:eastAsia="zh-CN"/>
        </w:rPr>
        <w:br/>
      </w:r>
      <w:r>
        <w:rPr>
          <w:lang w:eastAsia="zh-CN"/>
        </w:rPr>
        <w:t>　　2、增强上课技能，提高教学质量。在《财务会计》的教学中，考虑到上课班级人数众多，每次课下课后，我及时与学生沟通，了解同学对这门课程的学习动态并及时调整教学内容和方法，尽可能照顾到多数同学的学习进度。介于《财务分析与会计信息系统》这门课程理论比较枯燥的特点，课堂上注意精讲精练，让学生尽量多动手操作；为此，我将每次三节课的上机操作延长了一节；力争做到每上一次机，学生对用友财务软件的认识就更进一步。</w:t>
      </w:r>
      <w:r>
        <w:rPr>
          <w:lang w:eastAsia="zh-CN"/>
        </w:rPr>
        <w:br/>
      </w:r>
      <w:r>
        <w:rPr>
          <w:lang w:eastAsia="zh-CN"/>
        </w:rPr>
        <w:t>　　3、虚心请教其他老师，找到自己和别人的差距。在教学上，有疑必问，同时多听老师的课，做到边听边讲，学习别人的优点，克服自己的不足。</w:t>
      </w:r>
      <w:r>
        <w:rPr>
          <w:lang w:eastAsia="zh-CN"/>
        </w:rPr>
        <w:br/>
      </w:r>
      <w:r>
        <w:rPr>
          <w:lang w:eastAsia="zh-CN"/>
        </w:rPr>
        <w:t>　　4、认真布置作业，做到精读精练。为了做到习题有针对性、有层次性，我收集各种辅助资料，在“财务会计”的每章课程学习完后编写分章节的习题并配以详细的答案解析，力求每一次练习都起到的效果。在“会计信息系统”的上机课中，我对学生在操作过程中出现的问题及时进行解答和演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5、做好课后辅导工作。在课后，为不同层次的学生进行相应的辅导，以满足不同层次的学生的需求。为了能让学生课后也能练习财务软件的使用，我不仅助学生找软件安装光盘，还多次到学生寝室指导学生安装。</w:t>
      </w:r>
      <w:r>
        <w:rPr>
          <w:lang w:eastAsia="zh-CN"/>
        </w:rPr>
        <w:br/>
      </w:r>
      <w:r>
        <w:rPr>
          <w:lang w:eastAsia="zh-CN"/>
        </w:rPr>
        <w:t>　　二、工作方面</w:t>
      </w:r>
      <w:r>
        <w:rPr>
          <w:lang w:eastAsia="zh-CN"/>
        </w:rPr>
        <w:br/>
      </w:r>
      <w:r>
        <w:rPr>
          <w:lang w:eastAsia="zh-CN"/>
        </w:rPr>
        <w:t>　　我严格遵守学校的各项规章制度，不迟到、不早退、有事主动请假。在工作中，尊敬领导、团结同事，能正圈理好与领导同事之间的关系。此外，对于系上安排下来的其他工作，本人也积极主动地去完成：除了日常的教学工作外，我还承担了06级的立操作实验指导任务，在暑期带领06级会计专业的学生分2批次完成了立操作实验。另外，在这一学期中，我根据系上的安排担任08级会计专业3、4班新生的班主任，为了让他们对会计专业有更好的认识，我还制作了详细地专业介绍课件。在新学期中，我将一如既往的严格遵守学校的各项规章制度、积极完成自己的各项教学任务。</w:t>
      </w:r>
      <w:r>
        <w:rPr>
          <w:lang w:eastAsia="zh-CN"/>
        </w:rPr>
        <w:br/>
      </w:r>
      <w:r>
        <w:rPr>
          <w:lang w:eastAsia="zh-CN"/>
        </w:rPr>
        <w:t>　　三、业务进修方面</w:t>
      </w:r>
      <w:r>
        <w:rPr>
          <w:lang w:eastAsia="zh-CN"/>
        </w:rPr>
        <w:br/>
      </w:r>
      <w:r>
        <w:rPr>
          <w:lang w:eastAsia="zh-CN"/>
        </w:rPr>
        <w:t>　　为了能上好《财务分析与会计信息系统》这门课程；我在教学之余，还挤时间自学计算机数据库语言方面的知识，让自己能及时解决学生在软件使用中所遇到的数据库方面的.问题。在暑假期间，我还积极参加了学院组织的新教师培训，在培训中提升自己。</w:t>
      </w:r>
      <w:r>
        <w:rPr>
          <w:lang w:eastAsia="zh-CN"/>
        </w:rPr>
        <w:br/>
      </w:r>
      <w:r>
        <w:rPr>
          <w:lang w:eastAsia="zh-CN"/>
        </w:rPr>
        <w:t>　　四、今后努力的方向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1、加强自身基本功的训练，针对自己语速较快的特点，尽量控制语速；此外，在课巢排与设计上，力求让自己的教学风格更为简洁明快。</w:t>
      </w:r>
      <w:r>
        <w:rPr>
          <w:lang w:eastAsia="zh-CN"/>
        </w:rPr>
        <w:br/>
      </w:r>
      <w:r>
        <w:rPr>
          <w:lang w:eastAsia="zh-CN"/>
        </w:rPr>
        <w:t>　　2、对吸收能力慢的学生多些关心，多点爱心，再多一些耐心，使他们在各方面有更进步，做好教学个人工作计划。</w:t>
      </w:r>
      <w:r>
        <w:rPr>
          <w:lang w:eastAsia="zh-CN"/>
        </w:rPr>
        <w:br/>
      </w:r>
      <w:r>
        <w:rPr>
          <w:lang w:eastAsia="zh-CN"/>
        </w:rPr>
        <w:t>　　一份春华，一份秋实，在教书育人的道路上我付出的是汗水和泪水，然而我收获的却是那一份份充实。我觉得自己是幸运的，更是欣慰的。欣慰的是我生活在一个团结的充满人情味的教师群体氛围中，尊敬的领导、热情的教师和活泼可爱的学生让我感到了家庭般的温暖，让我把一生矢志教育的心愿化为热爱学生的一团火，将自己最珍贵的爱奉献给孩子们，用满腔热忱去对待自己的工作和生活。</w:t>
      </w:r>
      <w:r>
        <w:rPr>
          <w:lang w:eastAsia="zh-CN"/>
        </w:rPr>
        <w:br/>
      </w:r>
      <w:r>
        <w:rPr>
          <w:lang w:eastAsia="zh-CN"/>
        </w:rPr>
        <w:t xml:space="preserve">    生活老师的学期工作总结 篇6 </w:t>
      </w:r>
      <w:r>
        <w:rPr>
          <w:lang w:eastAsia="zh-CN"/>
        </w:rPr>
        <w:br/>
      </w:r>
      <w:r>
        <w:rPr>
          <w:lang w:eastAsia="zh-CN"/>
        </w:rPr>
        <w:t>　　时间过得很快，回顾这一年，感触颇深。好像很忙碌，却感到很充实而有意义，有压力的同时也有了工作的动力。作为学校学生管理中的一个新主角，之前我并没有太多任职此工作的经验，只能是在探索中慢慢积累。可是在校级领导的指导和自我的不断努力下，觉得自我的工作还是进行得有条不紊。可是在宿舍管理上也出现了许多的不足和漏洞。具体表现如下：</w:t>
      </w:r>
      <w:r>
        <w:rPr>
          <w:lang w:eastAsia="zh-CN"/>
        </w:rPr>
        <w:br/>
      </w:r>
      <w:r>
        <w:rPr>
          <w:lang w:eastAsia="zh-CN"/>
        </w:rPr>
        <w:t>　　1、学生就寝前纪律乱，晚上就寝铃声后仍有说话现象。</w:t>
      </w:r>
      <w:r>
        <w:rPr>
          <w:lang w:eastAsia="zh-CN"/>
        </w:rPr>
        <w:br/>
      </w:r>
      <w:r>
        <w:rPr>
          <w:lang w:eastAsia="zh-CN"/>
        </w:rPr>
        <w:t>　　2、打闹现象存在。</w:t>
      </w:r>
      <w:r>
        <w:rPr>
          <w:lang w:eastAsia="zh-CN"/>
        </w:rPr>
        <w:br/>
      </w:r>
      <w:r>
        <w:rPr>
          <w:lang w:eastAsia="zh-CN"/>
        </w:rPr>
        <w:t>　　3、学生卫生意识有待加强，下课归来后宿舍卫生环境遭到破坏，脏乱差现象严重。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4、学生中午写作业时有抄袭现象，周日返校后也存在写作业和抄袭作业现象。(经严抓整改后周日现象得以消除)。</w:t>
      </w:r>
      <w:r>
        <w:rPr>
          <w:lang w:eastAsia="zh-CN"/>
        </w:rPr>
        <w:br/>
      </w:r>
      <w:r>
        <w:rPr>
          <w:lang w:eastAsia="zh-CN"/>
        </w:rPr>
        <w:t>　　这些现象的发生我有不可推卸的职责，这种现象造成的原因主要有以下几点：</w:t>
      </w:r>
      <w:r>
        <w:rPr>
          <w:lang w:eastAsia="zh-CN"/>
        </w:rPr>
        <w:br/>
      </w:r>
      <w:r>
        <w:rPr>
          <w:lang w:eastAsia="zh-CN"/>
        </w:rPr>
        <w:t>　　1、思想觉悟不高，对重要事项重视严重不足。就算是有认识，也没能在行动上真正实行起来。</w:t>
      </w:r>
      <w:r>
        <w:rPr>
          <w:lang w:eastAsia="zh-CN"/>
        </w:rPr>
        <w:br/>
      </w:r>
      <w:r>
        <w:rPr>
          <w:lang w:eastAsia="zh-CN"/>
        </w:rPr>
        <w:t>　　2、思想觉悟不高的根本原因是因为本人对他人不尊重。对待工作的思想观念不够深刻、不够负责。</w:t>
      </w:r>
      <w:r>
        <w:rPr>
          <w:lang w:eastAsia="zh-CN"/>
        </w:rPr>
        <w:br/>
      </w:r>
      <w:r>
        <w:rPr>
          <w:lang w:eastAsia="zh-CN"/>
        </w:rPr>
        <w:t>　　3、平时生活作风懒散、粗心大意。</w:t>
      </w:r>
      <w:r>
        <w:rPr>
          <w:lang w:eastAsia="zh-CN"/>
        </w:rPr>
        <w:br/>
      </w:r>
      <w:r>
        <w:rPr>
          <w:lang w:eastAsia="zh-CN"/>
        </w:rPr>
        <w:t>　　对此我决定做出如下整改：</w:t>
      </w:r>
      <w:r>
        <w:rPr>
          <w:lang w:eastAsia="zh-CN"/>
        </w:rPr>
        <w:br/>
      </w:r>
      <w:r>
        <w:rPr>
          <w:lang w:eastAsia="zh-CN"/>
        </w:rPr>
        <w:t>　　一、在思想方面：</w:t>
      </w:r>
      <w:r>
        <w:rPr>
          <w:lang w:eastAsia="zh-CN"/>
        </w:rPr>
        <w:br/>
      </w:r>
      <w:r>
        <w:rPr>
          <w:lang w:eastAsia="zh-CN"/>
        </w:rPr>
        <w:t>　　始终坚持以人为本，言传身教的教育理念。经过自身的实际行动和模范带头。强化学生的日常行为教育。并把学校的总体工作思想为工作指导，把学生的全面发展为工作主线。时刻牢记自我的职责，借鉴其他生活教师的管理经验。服从上级的安排，认真工作，不断提高工作思想，深化思想观念。始终坚持着鲜明的工作思想，使在生活管理工作取得了骄人的成绩。</w:t>
      </w:r>
      <w:r>
        <w:rPr>
          <w:lang w:eastAsia="zh-CN"/>
        </w:rPr>
        <w:br/>
      </w:r>
      <w:r>
        <w:rPr>
          <w:lang w:eastAsia="zh-CN"/>
        </w:rPr>
        <w:t>　　二、在工作方面：</w:t>
      </w:r>
      <w:r>
        <w:rPr>
          <w:lang w:eastAsia="zh-CN"/>
        </w:rPr>
        <w:br/>
      </w:r>
      <w:r>
        <w:rPr>
          <w:lang w:eastAsia="zh-CN"/>
        </w:rPr>
        <w:t>　　1、加强常规管理，规范就寝纪律。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没有规矩，不成方圆。学校不仅仅针对学生，还针对教师制订了贴合实际的规章制度，从而规范我们的行为习惯。在下学年我会加强对学生的.监督与教育，早起晚睡检查学生的就寝情景，了解他们的一举一动。发现问题，及时加强教育，问题严重的按时上报学校。经过学校，班主任的共同努力，还有学生自身的发展与完善，使我校住校生的就寝纪律不断提高，不断提高。</w:t>
      </w:r>
      <w:r>
        <w:rPr>
          <w:lang w:eastAsia="zh-CN"/>
        </w:rPr>
        <w:br/>
      </w:r>
      <w:r>
        <w:rPr>
          <w:lang w:eastAsia="zh-CN"/>
        </w:rPr>
        <w:t>　　2、狠抓养成教育，促进卫生行为。</w:t>
      </w:r>
      <w:r>
        <w:rPr>
          <w:lang w:eastAsia="zh-CN"/>
        </w:rPr>
        <w:br/>
      </w:r>
      <w:r>
        <w:rPr>
          <w:lang w:eastAsia="zh-CN"/>
        </w:rPr>
        <w:t>　　养成了良好的行为习惯，等于成功了一半。加强对于学生的内务，用品，宿舍卫生检查与管理。物品摆放不规范的不能过关，床上东西丢三拉四的可是关。卫生达不到要求的可是关，主要目的提高学生的自觉性，职责心。针对部分学生存在着破坏公物，欠缺卫生意识，处事不认真等错误问题，经过谈话、交心、教育、开导等形式来纠正他们的错误。对宿舍，物品，用品的卫生进行严格打分，并且打分情景按时公布，同时在周总结会上总结本周的卫生情景，从而使学生慢慢重视卫生，养成行为习惯。</w:t>
      </w:r>
      <w:r>
        <w:rPr>
          <w:lang w:eastAsia="zh-CN"/>
        </w:rPr>
        <w:br/>
      </w:r>
      <w:r>
        <w:rPr>
          <w:lang w:eastAsia="zh-CN"/>
        </w:rPr>
        <w:t>　　3、爱护公物，保障舒适的生活环境。</w:t>
      </w:r>
      <w:r>
        <w:rPr>
          <w:lang w:eastAsia="zh-CN"/>
        </w:rPr>
        <w:br/>
      </w:r>
      <w:r>
        <w:rPr>
          <w:lang w:eastAsia="zh-CN"/>
        </w:rPr>
        <w:t>　　学校公物财产是学生正常学习，生活的保障，也是必不可少的基本条件。为了住校生爱护公物，珍惜生活设施。能够拥有健康礼貌的生活环境。我会加强爱护身边每一公物的思想教育。首先是从宿舍长开始，让他们认识到爱惜公物的重要性，经过让学生监督学生，从而大大减少公物设施的破坏。同时在管理学生的过程中，若发现公物损坏，如水管、电灯、卫生间冲水箱等…，必须毫无退缩，自我主动去弄去修，经过自我的行为给学生树立榜样，让学生也主动参与到中来，使学生的思想意识也慢慢有了提高，能够爱惜公物。经过不懈的努力，使学生的生活设施，学校的公物财产会得到更好的保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生活教师是寄宿制学校的一类新型教师，他归属于教师类，但他不一样于其他任课教师，要对某一专业、某一学科负责。生活指导教师既有对学生宏观上的教育，同时也有对学生生活细节的指导，担负着学生在校期间的近乎家长的职责。家长把孩子送到学校交给教师，本身就是对学校、对教师的信任，所以，作为生活指导教师，就有义务、有职责照顾好学生的衣食住行，引导学生树立正确的人生观、价值观，养成良好的思想品德及生活习惯，使学生能茁壮健康的成长，所以作为生活教师的我们肩负着教师与家长的双重身份，其职责尤为重要。经过一个学期的磨合，我已经熟悉了那里的工作流程和工作资料;使我得以在那里施展自我的抱负，为我创造了更多的发展空间，我想再没有什么能比这给我带来更多的欢乐，我会尽力去做好我的工作。争取做到鞭敲金蹬响，齐唱凯歌还。</w:t>
      </w:r>
      <w:r>
        <w:rPr>
          <w:lang w:eastAsia="zh-CN"/>
        </w:rPr>
        <w:br/>
      </w:r>
      <w:r>
        <w:rPr>
          <w:lang w:eastAsia="zh-CN"/>
        </w:rPr>
        <w:t xml:space="preserve">    生活老师的学期工作总结 篇7 </w:t>
      </w:r>
      <w:r>
        <w:rPr>
          <w:lang w:eastAsia="zh-CN"/>
        </w:rPr>
        <w:br/>
      </w:r>
      <w:r>
        <w:rPr>
          <w:lang w:eastAsia="zh-CN"/>
        </w:rPr>
        <w:t>　　我是今年9月来到--中学部生活组的，根据学部的安排，我接替的是八年级(5)班，由于这个班比较特殊，会遇到不同的学生，如何抓住学生的特点，提高学生的各方面素质，就成了我首先考虑的问题。学校是德育的重要场所，在生活区这一块，生活教师便是主角，我认为要带好这个班首先要做的是以下几个方面。</w:t>
      </w:r>
      <w:r>
        <w:rPr>
          <w:lang w:eastAsia="zh-CN"/>
        </w:rPr>
        <w:br/>
      </w:r>
      <w:r>
        <w:rPr>
          <w:lang w:eastAsia="zh-CN"/>
        </w:rPr>
        <w:t>　　一、尊重、理解、信任学生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对学生的尊重和期望，我不仅仅表现在口头上，更是注意言行一致，贯穿在整个自我道德教育过程中，比如，在和学生谈心时，我总要选择能与他们的目光平视的方位来进行，这样与人相处的方式态度就总透着待人的诚意;再如，我在学生的面前从不批驳“对于新生事物的敏感性，学生强过老师”自己正在忙着认识一些新事物，学习一些新知识，看一些较经典的书籍刊物，使自己和学生谈心时充满时代气息。</w:t>
      </w:r>
      <w:r>
        <w:rPr>
          <w:lang w:eastAsia="zh-CN"/>
        </w:rPr>
        <w:br/>
      </w:r>
      <w:r>
        <w:rPr>
          <w:lang w:eastAsia="zh-CN"/>
        </w:rPr>
        <w:t>　　二、言教身教要结合</w:t>
      </w:r>
      <w:r>
        <w:rPr>
          <w:lang w:eastAsia="zh-CN"/>
        </w:rPr>
        <w:br/>
      </w:r>
      <w:r>
        <w:rPr>
          <w:lang w:eastAsia="zh-CN"/>
        </w:rPr>
        <w:t>　　作为一位生活指导教师，我的一言一行都会影响到孩子的行为准则规范，对孩子的深刻教育，言语不如行动：“身教最为贵，知行不可少”，如自己的着装、房间、床铺、衣柜整理、勤剪指甲、吃饭不挑食、个人卫生等等，随时加强自身修养。要知道老师的行为不当，学生的举止也好不到哪里去。因此，我不断地完善自身，谨言慎行，时时处处做学生的榜样，用自己的善言善行为学生树立模仿的标本。</w:t>
      </w:r>
      <w:r>
        <w:rPr>
          <w:lang w:eastAsia="zh-CN"/>
        </w:rPr>
        <w:br/>
      </w:r>
      <w:r>
        <w:rPr>
          <w:lang w:eastAsia="zh-CN"/>
        </w:rPr>
        <w:t>　　三、了解、关爱每一位学生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首先熟悉了解学生，掌握学生动态，分析以前学生的情况，找个别学生谈话，从和他们谈话我可以了解和掌握学生的心理和动态，在和他们多次交谈以后，我认为他们都把我当成了朋友，兄长，我感觉他们都是很有上进心的，由于文化基础打得不好，加上脾气比较暴躁，所以经常和同学发生冲突，特别是---，在我刚接这个班的时候，英语老师给我说他上课的时候从来不听课，讲话，打闹，什么都做。在和他谈心的过程中，了解到他的家长对他是非常严格，期望是很高的，所以就帮他制定小目标，逐渐进步，现在他已经和其他同学关系和睦、上课也能认真听讲了，做事也很积极了，当然看到他的改变的心里也很安慰，时而表扬他，慢慢地，学生愿意靠近我，有什么心里话都跟我谈。</w:t>
      </w:r>
      <w:r>
        <w:rPr>
          <w:lang w:eastAsia="zh-CN"/>
        </w:rPr>
        <w:br/>
      </w:r>
      <w:r>
        <w:rPr>
          <w:lang w:eastAsia="zh-CN"/>
        </w:rPr>
        <w:t>　　四、提高学生自理能力、严格要求</w:t>
      </w:r>
      <w:r>
        <w:rPr>
          <w:lang w:eastAsia="zh-CN"/>
        </w:rPr>
        <w:br/>
      </w:r>
      <w:r>
        <w:rPr>
          <w:lang w:eastAsia="zh-CN"/>
        </w:rPr>
        <w:t>　　生活老师，首先必须先从寝室的常规管理做起。所以我每个天都要下寝室很多次，尤其是两休，我都会去寝室值班，希望学生可以休息好。寝室是学生的第二个家，只有抓好寝室的卫生和纪律等常规，才能让学生有一个比安静，整洁的休息的良好环境。所以每天我都会去寝室进行常规检查，为了搞好寝室工作，我决定发展学生实行“传、帮、带”让做得好的同学当“小老师”。如--的军被叠得不错，去向同学传授他叠被子的经验，帮那些叠不好的同学，带动一个班级，同时学校也设立了奖励制度，每月都设有优秀寝室的评比，获奖寝室在每月的德育考核中都能有流动红旗。这样学生的积极性也就被调动起来了。同时，我们还开展了一系列的寝室文化活动。学生发挥自己的聪明才智，自己动手，布置寝室，简单大方，又充满创意，使学生的小家更加融洽，迸发出勃勃生机。</w:t>
      </w:r>
      <w:r>
        <w:rPr>
          <w:lang w:eastAsia="zh-CN"/>
        </w:rPr>
        <w:br/>
      </w:r>
      <w:r>
        <w:rPr>
          <w:lang w:eastAsia="zh-CN"/>
        </w:rPr>
        <w:t>　　五、抓学生的养成教育，促学生健康成长</w:t>
      </w:r>
      <w:r>
        <w:rPr>
          <w:lang w:eastAsia="zh-CN"/>
        </w:rPr>
        <w:br/>
      </w:r>
      <w:r>
        <w:rPr>
          <w:lang w:eastAsia="zh-CN"/>
        </w:rPr>
        <w:t>　　养成了良好的学习习惯，等于成功了一半。对于学生的内务、路队，我都严格要求。做不规范的不能过关，物品摆放丢三拉四的不过关。我班有38个学生，要是老师都亲自检查是不现实的。我培养了几个班干部。这样既提高了检查力度，又减轻了老师的工作量，还能保质保量的完成各项任务。每个同学心里都明白做不好是过不了关的，自然就会自觉的干好自己份内的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经过一个多月的磨合，我已经和老师、学生建立了良好的友谊。生活组老师们都帮助我，使我感受到了亲情般的温暖。使我尽快熟悉了这里的工作流程和工作内容;使我得以在这里施展自己的抱负，使我在部队学到的部分管理方式能融入实际应用，为我创造了更多的发展空间，我想再没有什么能比这给我带来更多的快乐，于是我对--中学更加热爱。</w:t>
      </w:r>
      <w:r>
        <w:rPr>
          <w:lang w:eastAsia="zh-CN"/>
        </w:rPr>
        <w:br/>
      </w:r>
      <w:r>
        <w:rPr>
          <w:lang w:eastAsia="zh-CN"/>
        </w:rPr>
        <w:t>　　对于刚加盟--中学的生活老师，我大部分时间都与学生生活在一起，在工作中，有欢笑、有汗水、有眼泪，但什么时候我都没退缩，我认为部队培养我最大的优点就是不轻言放弃。一件事要么不做，要么就尽力去做好。我用一件一件的小事，一点一滴的行动去履行一名生活老师的职责。</w:t>
      </w:r>
      <w:r>
        <w:rPr>
          <w:lang w:eastAsia="zh-CN"/>
        </w:rPr>
        <w:br/>
      </w:r>
      <w:r>
        <w:rPr>
          <w:lang w:eastAsia="zh-CN"/>
        </w:rPr>
        <w:t xml:space="preserve">    生活老师的学期工作总结 篇8 </w:t>
      </w:r>
      <w:r>
        <w:rPr>
          <w:lang w:eastAsia="zh-CN"/>
        </w:rPr>
        <w:br/>
      </w:r>
      <w:r>
        <w:rPr>
          <w:lang w:eastAsia="zh-CN"/>
        </w:rPr>
        <w:t>　　时光飞逝，在忙碌与充实中，我们生活部度过了一个紧张而又快乐的学期。回首这过去的日子，我们部门的每个成员团结协作、努力共勉、认真进取，不断发扬全心全意为同学服务，服务学校的宗旨。在丰富校园文化，做好部门职责工作等方面取得了优异的成绩，并且积极配合学生会其他部门的工作和活动，得到了学院老师和同学的一致好评。在我们生活部部长及副部的模范带头作用下，我部门励志发愤图强，继续努力，不求，只求更好，在今后的工作、学习以及生活中，再接再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从开学到现在，我们学生会生活部这个温馨的“家庭”已经肩并肩、风风雨雨走过了三个多月，我们部每个新老成员的感情在工作与学习中得到了很好的交流与沟通。总结我们部门这个学期的工作如下：</w:t>
      </w:r>
      <w:r>
        <w:rPr>
          <w:lang w:eastAsia="zh-CN"/>
        </w:rPr>
        <w:br/>
      </w:r>
      <w:r>
        <w:rPr>
          <w:lang w:eastAsia="zh-CN"/>
        </w:rPr>
        <w:t>　　一、部门建设</w:t>
      </w:r>
      <w:r>
        <w:rPr>
          <w:lang w:eastAsia="zh-CN"/>
        </w:rPr>
        <w:br/>
      </w:r>
      <w:r>
        <w:rPr>
          <w:lang w:eastAsia="zh-CN"/>
        </w:rPr>
        <w:t>　　在本学期初，随着量新生的来到，我们艺术学院学生会生活跟随学院学生会一同进行一次面向全院的公开的招新活动，经过了第一轮、第二轮以及一个月的试用期这样的层层选拔，我们生活部吸收了4名各方面表现优秀的新成员，使我们部门注入了新的活力与血液，并对我们部门的新成员进行了一系列的考察与培训。我们这些新成员在这个学期中所接到的工作与平时的学习中都有着深刻的体会，从工作和学习中也看到了每个成员的不断成熟，学到了很多的工作技巧和工作经验，在处理学习、工作、生活以及人与人交往中也得到了很多的经验。使我们生活部包括部长在内的全体新老成员都会以更加饱满的热情与态度投入到学生会的工作中来。经过三个多月的建设，我们生活部中的每个成员的不断磨合，使我们部门在各方面的工作与活动中都取得了令人欣喜的成绩。</w:t>
      </w:r>
      <w:r>
        <w:rPr>
          <w:lang w:eastAsia="zh-CN"/>
        </w:rPr>
        <w:br/>
      </w:r>
      <w:r>
        <w:rPr>
          <w:lang w:eastAsia="zh-CN"/>
        </w:rPr>
        <w:t>　　二、活动组织</w:t>
      </w:r>
      <w:r>
        <w:rPr>
          <w:lang w:eastAsia="zh-CN"/>
        </w:rPr>
        <w:br/>
      </w:r>
      <w:r>
        <w:rPr>
          <w:lang w:eastAsia="zh-CN"/>
        </w:rPr>
        <w:t>　　在这个学期中，我们部门配合学校、学院、学院学生会其他部门以及我们部门自己，开展了多次小型活动，并取得了成功。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在20__届新生入学不久，我们艺术学院就举行了一年一度的“新生杯”辩论赛，在学院学生会的力宣传下，艺术学院10级各班踊跃报名、积极参与，使得我们艺术学院的“新生杯”辩论赛取得了成功。在这次辩论赛即将展开之际，我们生活部把所需的物资已全权的准备齐全，并在比赛开始之前，我们部门的成员积极地配合学生会学习部布置赛场，为此次辩论赛的高效、高质奠定了基础。在部长的带领下，让每位新成员第一次亲身体会到了我们部门的工作，让每个成员对我们部门的工作又多了一份热情。</w:t>
      </w:r>
      <w:r>
        <w:rPr>
          <w:lang w:eastAsia="zh-CN"/>
        </w:rPr>
        <w:br/>
      </w:r>
      <w:r>
        <w:rPr>
          <w:lang w:eastAsia="zh-CN"/>
        </w:rPr>
        <w:t>　　但在艺术学院学生会中，我们生活部的工作远远没有结束，每个星期三晚上的卫生检查一直是我们艺术学院对每个教室卫生的一个要求检查，以督促每名同学对自己周身环境的关注。在这一个学期以来，我们部的每名成员在部长和副部的带领下，从未放松对教室卫生的检查，使得09、10级的教室卫生环境等到了很程度的提高，为我们艺术学院的生活环境有了很的改善。</w:t>
      </w:r>
      <w:r>
        <w:rPr>
          <w:lang w:eastAsia="zh-CN"/>
        </w:rPr>
        <w:br/>
      </w:r>
      <w:r>
        <w:rPr>
          <w:lang w:eastAsia="zh-CN"/>
        </w:rPr>
        <w:t>　　三、成果显著</w:t>
      </w:r>
      <w:r>
        <w:rPr>
          <w:lang w:eastAsia="zh-CN"/>
        </w:rPr>
        <w:br/>
      </w:r>
      <w:r>
        <w:rPr>
          <w:lang w:eastAsia="zh-CN"/>
        </w:rPr>
        <w:t>　　在这一学期的各科活动中，我部成员积极认真工作，不断实践，取得了一定的成绩，总的来说，主要有以下几点：</w:t>
      </w:r>
      <w:r>
        <w:rPr>
          <w:lang w:eastAsia="zh-CN"/>
        </w:rPr>
        <w:br/>
      </w:r>
      <w:r>
        <w:rPr>
          <w:lang w:eastAsia="zh-CN"/>
        </w:rPr>
        <w:t>　　(一)密切配合。院指导员一直以来的悉心指导，学生会兄弟部门不断地关心与支持，以及本部门全体成员的认真负责的精神和共同努力是本学期工作成就取得的必不可少的原因。</w:t>
      </w:r>
      <w:r>
        <w:rPr>
          <w:lang w:eastAsia="zh-CN"/>
        </w:rPr>
        <w:br/>
      </w:r>
      <w:r>
        <w:rPr>
          <w:lang w:eastAsia="zh-CN"/>
        </w:rPr>
        <w:t>　　(二)准备充分。活动、工作过程中详实的考虑、周全的计划和充分的准备，以及合理的安排，不忽视每一处细节工作才有了这一学期活动的成功举办。</w:t>
      </w:r>
      <w:r>
        <w:rPr>
          <w:lang w:eastAsia="zh-CN"/>
        </w:rPr>
        <w:br/>
      </w:r>
      <w:r>
        <w:rPr>
          <w:lang w:eastAsia="zh-CN"/>
        </w:rPr>
        <w:t>　　(三)分工具体安排。在繁忙的工作与学习结合具体情况，合理安排活动时间，合理分配活动任务，效率的利用资源，才使本学期的工作顺利地开展，圆满完成。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(四)部门内部成员相互信任，团结互助，勤奋共勉的精神是各种成就取得的核心动力。</w:t>
      </w:r>
      <w:r>
        <w:rPr>
          <w:lang w:eastAsia="zh-CN"/>
        </w:rPr>
        <w:br/>
      </w:r>
      <w:r>
        <w:rPr>
          <w:lang w:eastAsia="zh-CN"/>
        </w:rPr>
        <w:t>　　四、缺点与不足</w:t>
      </w:r>
      <w:r>
        <w:rPr>
          <w:lang w:eastAsia="zh-CN"/>
        </w:rPr>
        <w:br/>
      </w:r>
      <w:r>
        <w:rPr>
          <w:lang w:eastAsia="zh-CN"/>
        </w:rPr>
        <w:t>　　(一)在这一学期中，虽然我们部门的每名成员都在尽职尽责的做好自己的工作，但缺少沟通与交流，使得许多事情没有在第一时间高效的完成。所以在今后的部门工作中，成员之间要密切联系，多沟通与交流，让我们的工作效率稳步提升。</w:t>
      </w:r>
      <w:r>
        <w:rPr>
          <w:lang w:eastAsia="zh-CN"/>
        </w:rPr>
        <w:br/>
      </w:r>
      <w:r>
        <w:rPr>
          <w:lang w:eastAsia="zh-CN"/>
        </w:rPr>
        <w:t>　　(二)在活动与工作中，如果活动繁多、时间紧张，会造成不必要的时间。</w:t>
      </w:r>
      <w:r>
        <w:rPr>
          <w:lang w:eastAsia="zh-CN"/>
        </w:rPr>
        <w:br/>
      </w:r>
      <w:r>
        <w:rPr>
          <w:lang w:eastAsia="zh-CN"/>
        </w:rPr>
        <w:t>　　(三)我们艺术学院学生会生活部应该多体现艺术学院的特色，打造属于我们自己的特色部门，开展更多的有利于展现我们艺术学院特色、提高同学对艺术热爱的争优、展示活动。</w:t>
      </w:r>
      <w:r>
        <w:rPr>
          <w:lang w:eastAsia="zh-CN"/>
        </w:rPr>
        <w:br/>
      </w:r>
      <w:r>
        <w:rPr>
          <w:lang w:eastAsia="zh-CN"/>
        </w:rPr>
        <w:t>　　(四)虽然这学期生活部取得了很的进步，但胜作中还存在一点不足之处：</w:t>
      </w:r>
      <w:r>
        <w:rPr>
          <w:lang w:eastAsia="zh-CN"/>
        </w:rPr>
        <w:br/>
      </w:r>
      <w:r>
        <w:rPr>
          <w:lang w:eastAsia="zh-CN"/>
        </w:rPr>
        <w:t>　　由于各个部员的课巢排不同，导致工作时间安排和成员调度上存在一些问题。部门在开展活动时还是缺乏一定的积极性与主动性，多是被动的开展活动，致使一些活动没有新鲜感，不具有创新性。我们认识到问题后，家一起齐心协力解决困难，使得问题得到有效的缓解。还有，有时用于课表的问题，一些负责人不能及时到位，导致一些物资不能准时到位。</w:t>
      </w:r>
      <w:r>
        <w:rPr>
          <w:lang w:eastAsia="zh-CN"/>
        </w:rPr>
        <w:br/>
      </w:r>
      <w:r>
        <w:rPr>
          <w:lang w:eastAsia="zh-CN"/>
        </w:rPr>
        <w:t>　　在总结这学期的得与失时，我们不应把眼光停留在过去和现在，我们应该看的更远，看的更高。展望明年，我们生活部要做到：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1、努力把这学期我们部门出现的一些不足改正，以更加饱满的热情来迎接明年的挑战。</w:t>
      </w:r>
      <w:r>
        <w:rPr>
          <w:lang w:eastAsia="zh-CN"/>
        </w:rPr>
        <w:br/>
      </w:r>
      <w:r>
        <w:rPr>
          <w:lang w:eastAsia="zh-CN"/>
        </w:rPr>
        <w:t>　　2、我们生活部在明年一定要不满足现在的状况，努力提升自己部门的综合能力。</w:t>
      </w:r>
      <w:r>
        <w:rPr>
          <w:lang w:eastAsia="zh-CN"/>
        </w:rPr>
        <w:br/>
      </w:r>
      <w:r>
        <w:rPr>
          <w:lang w:eastAsia="zh-CN"/>
        </w:rPr>
        <w:t>　　3、明年的‘画室装饰赛’!我们部门一定要从现在开始就策划明年的‘画室装饰赛’。争取能圆满成功。</w:t>
      </w:r>
      <w:r>
        <w:rPr>
          <w:lang w:eastAsia="zh-CN"/>
        </w:rPr>
        <w:br/>
      </w:r>
      <w:r>
        <w:rPr>
          <w:lang w:eastAsia="zh-CN"/>
        </w:rPr>
        <w:t>　　五、小结</w:t>
      </w:r>
      <w:r>
        <w:rPr>
          <w:lang w:eastAsia="zh-CN"/>
        </w:rPr>
        <w:br/>
      </w:r>
      <w:r>
        <w:rPr>
          <w:lang w:eastAsia="zh-CN"/>
        </w:rPr>
        <w:t>　　总体来说，在学院老师和同学们的力支持下，学院团学生会的认真工作中，在本学期我们艺术学院生活部的成绩是显著地，并积累了一定的工作经验。相信在下个学期的工作中会进一步发扬团结精神，延续优点，改进缺点，努力取得更好的成绩。在接下来的工作中我们会支持配合好学院各部门举办的各项活动，努力做到更好!</w:t>
      </w:r>
      <w:r>
        <w:rPr>
          <w:lang w:eastAsia="zh-CN"/>
        </w:rPr>
        <w:br/>
      </w:r>
      <w:r>
        <w:rPr>
          <w:lang w:eastAsia="zh-CN"/>
        </w:rPr>
        <w:t xml:space="preserve">    生活老师的学期工作总结 篇9 </w:t>
      </w:r>
      <w:r>
        <w:rPr>
          <w:lang w:eastAsia="zh-CN"/>
        </w:rPr>
        <w:br/>
      </w:r>
      <w:r>
        <w:rPr>
          <w:lang w:eastAsia="zh-CN"/>
        </w:rPr>
        <w:t>　　不知不觉，已经和小朋友们一起生活一学期了。从开学的哭哭闹闹，乱跑乱跳，到如今的说说笑笑，孩子们每一点进步都倾注了老师的心血，当然也 离不开家长对我们工作的支持配合。本学期，我们老师在园领导的带领下，根据园的工作计划，结合小班幼儿发展的实际需要，坚持“保教”并重的原则，积极参与 教育改革实践。努力促进幼儿身心健康全面和谐的发展。现将本学期工作总结如下：</w:t>
      </w:r>
      <w:r>
        <w:rPr>
          <w:lang w:eastAsia="zh-CN"/>
        </w:rPr>
        <w:br/>
      </w:r>
      <w:r>
        <w:rPr>
          <w:lang w:eastAsia="zh-CN"/>
        </w:rPr>
        <w:t>　　一.稳定幼儿情绪，帮助幼儿尽快适应幼儿园的生活。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新学期开始了，对于小班的孩子来说，在陌生的环境中生活和学习，与陌生的老师和小伙伴们走到了一起，在生理和心理上一下子难以得心应手。开学的第一天，</w:t>
      </w:r>
      <w:r>
        <w:rPr>
          <w:lang w:eastAsia="zh-CN"/>
        </w:rPr>
        <w:t xml:space="preserve"> 孩子们哭的哭，闹的闹，简直把我们的老师弄的措手不及，为了使幼儿尽快适应集体生活，我们班三位老师团结一致，切实做好每一项保教工作。我们设法转移他们</w:t>
      </w:r>
      <w:r>
        <w:rPr>
          <w:lang w:eastAsia="zh-CN"/>
        </w:rPr>
        <w:t xml:space="preserve"> 的注意力，和他们一起搭积木，做游戏。午睡的时候，我们象妈妈一样在幼儿旁边给予安全感，渐渐地，我们的爱渐渐安抚了情绪不稳定的幼儿。一个月后，幼儿基</w:t>
      </w:r>
      <w:r>
        <w:rPr>
          <w:lang w:eastAsia="zh-CN"/>
        </w:rPr>
        <w:t xml:space="preserve"> 本都愿意来幼儿园了，情绪也稳定了许多，大部分幼儿还能在老师的引导下向老师问好，乐于与同伴相处，给今后的教学生活奠定了有利的基础。</w:t>
      </w:r>
      <w:r>
        <w:rPr>
          <w:lang w:eastAsia="zh-CN"/>
        </w:rPr>
        <w:br/>
      </w:r>
      <w:r>
        <w:rPr>
          <w:lang w:eastAsia="zh-CN"/>
        </w:rPr>
        <w:t>　　二.给予幼儿母亲般的关爱和呵护。</w:t>
      </w:r>
      <w:r>
        <w:rPr>
          <w:lang w:eastAsia="zh-CN"/>
        </w:rPr>
        <w:br/>
      </w:r>
      <w:r>
        <w:rPr>
          <w:lang w:eastAsia="zh-CN"/>
        </w:rPr>
        <w:t>　　我班幼儿年龄较小，大部分幼儿还不能根据天气变化和运动量的大小主动增减衣服，每次早操前尽量做到检查每个幼儿的衣服，帮他们脱掉过多的衣服。年龄较小 的幼儿在午睡或者游戏中有时候会尿裤子，我们及时给予更换，并把衣裤洗净晒干。冬天一到，很多幼儿变成一粒粒“小球”，每次小便后，由于穿太多衣服，裤子 总是穿不好，我们总是要帮每个幼儿把裤子穿好;对于带药来园的孩子，不管是中药、西药、冲剂还是口服液，我们都按时按量给幼儿服用，在日常生活中我们都密 切留意观察幼儿的神态变化，发现异常能及时报告医生，或与家长联系。我班老师认真负责的态度以及对孩子的关爱，得到了家长的肯定和好评。</w:t>
      </w:r>
      <w:r>
        <w:rPr>
          <w:lang w:eastAsia="zh-CN"/>
        </w:rPr>
        <w:br/>
      </w:r>
      <w:r>
        <w:rPr>
          <w:lang w:eastAsia="zh-CN"/>
        </w:rPr>
        <w:t>　　三.重视卫生保健工作，结合本班实际，培养幼儿良好的卫生习惯。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我们严格执行安全卫生制度，每天坚持消毒口杯，毛巾，打扫课室;定时消毒卧室，洗晒枕头套，做好预防疾病工作，防止病菌的传播，为幼儿创造整洁美观的环</w:t>
      </w:r>
      <w:r>
        <w:rPr>
          <w:lang w:eastAsia="zh-CN"/>
        </w:rPr>
        <w:t xml:space="preserve"> 境。由于本班幼儿年龄较小，在家里很多事情都是包办代替，自理能力较差。针对这一情况，我们利用了各种时机进行常规教育，让幼儿在集体中学习基本的生活自</w:t>
      </w:r>
      <w:r>
        <w:rPr>
          <w:lang w:eastAsia="zh-CN"/>
        </w:rPr>
        <w:t xml:space="preserve"> 理能力。另外，我们还对幼儿进行日常常规培养，如上下楼梯手扶扶手，一个跟着一个走;学习排队洗手等。通过这一学期的教育和帮助，现在幼儿基本乐于学习和</w:t>
      </w:r>
      <w:r>
        <w:rPr>
          <w:lang w:eastAsia="zh-CN"/>
        </w:rPr>
        <w:t xml:space="preserve"> 尝试自己的事情自己做，到学期末，大部分孩子学会了自己洗手，自己吃饭，自己擦嘴巴，流鼻涕会请求老师帮助擦鼻涕，分清左右脚穿鞋子等，在生活能力，生活</w:t>
      </w:r>
      <w:r>
        <w:rPr>
          <w:lang w:eastAsia="zh-CN"/>
        </w:rPr>
        <w:t xml:space="preserve"> 习惯和卫生习惯上都有了很大的进步。</w:t>
      </w:r>
      <w:r>
        <w:rPr>
          <w:lang w:eastAsia="zh-CN"/>
        </w:rPr>
        <w:br/>
      </w:r>
      <w:r>
        <w:rPr>
          <w:lang w:eastAsia="zh-CN"/>
        </w:rPr>
        <w:t>　　四.从幼儿的兴趣出发，注重各领域活动的多样化，通过整合课程促进幼儿身心全面发展。</w:t>
      </w:r>
      <w:r>
        <w:rPr>
          <w:lang w:eastAsia="zh-CN"/>
        </w:rPr>
        <w:br/>
      </w:r>
      <w:r>
        <w:rPr>
          <w:lang w:eastAsia="zh-CN"/>
        </w:rPr>
        <w:t>　　根据小班幼儿的年龄特点和本班的实际水平，我们选取了很多生动有趣的主题活动。如“幼儿园是我家”、“超级糖果屋”、“小不点儿”等。以整合的思想为指导，开展多种形式的教育教学活动，促进幼儿多领域的发展，并通过区角活动，在动手操作中学到知识，得到发展。</w:t>
      </w:r>
      <w:r>
        <w:rPr>
          <w:lang w:eastAsia="zh-CN"/>
        </w:rPr>
        <w:br/>
      </w:r>
      <w:r>
        <w:rPr>
          <w:lang w:eastAsia="zh-CN"/>
        </w:rPr>
        <w:t>　　作为“奥尔夫音乐班”，我们开展了丰富多采的音乐教学活动，在学习儿歌或歌曲中，配合乐器拍打出节奏和节拍。经过一学期的培养，幼儿的节奏感有明显的进</w:t>
      </w:r>
      <w:r>
        <w:rPr>
          <w:lang w:eastAsia="zh-CN"/>
        </w:rPr>
        <w:t xml:space="preserve"> 步，初步学会有节奏地用肢体动作来表现音乐。很多家长反映，孩子在家都喜欢听“奥尔夫”配置的碟，跟着音响大声地有节奏地朗读儿歌，手舞足蹈地唱着歌曲。</w:t>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xml:space="preserve"> 家长看到自己孩子对音乐的喜爱，都感到很开心，也对教师的教育教学工作感到肯定。</w:t>
      </w:r>
      <w:r>
        <w:rPr>
          <w:lang w:eastAsia="zh-CN"/>
        </w:rPr>
        <w:br/>
      </w:r>
      <w:r>
        <w:rPr>
          <w:lang w:eastAsia="zh-CN"/>
        </w:rPr>
        <w:t>　　在日常生活中，教师结合“奥尔夫”的英语教育，为幼儿创设一个简单的英语学习环境.利用每日不同时间段，相同的时机，有意识地让幼儿感受用英语表达的方式。</w:t>
      </w:r>
      <w:r>
        <w:rPr>
          <w:lang w:eastAsia="zh-CN"/>
        </w:rPr>
        <w:br/>
      </w:r>
      <w:r>
        <w:rPr>
          <w:lang w:eastAsia="zh-CN"/>
        </w:rPr>
        <w:t>　　五.努力做好家长工作，建起家园友谊之桥。</w:t>
      </w:r>
      <w:r>
        <w:rPr>
          <w:lang w:eastAsia="zh-CN"/>
        </w:rPr>
        <w:br/>
      </w:r>
      <w:r>
        <w:rPr>
          <w:lang w:eastAsia="zh-CN"/>
        </w:rPr>
        <w:t>　　这是小班孩子入园的第一个学期，为了更好地了解他们，顺利地开展今后的工作，家长的配合和帮助，是了解每个幼儿的第一步，也是帮助我们做好教育工作的方 式和渠道。于是，在幼儿入园前，我们开展了第一次家长会，我们初步了解了每个幼儿的性格特点和生活习惯，感受到了家长对我们工作的支持。开学后，我们也通 过各种方式与家长进行交流联系。例如，我们利用家长接送幼儿来园或离园时间与家长交换幼儿近日在园与在家的表现，交流经验，探讨有针对性的有效教育方法， 我们还通过“家园栏”，向家长宣传一些育儿经验，健康知识，或是求得家长配合的活动通知等。</w:t>
      </w:r>
      <w:r>
        <w:rPr>
          <w:lang w:eastAsia="zh-CN"/>
        </w:rPr>
        <w:br/>
      </w:r>
      <w:r>
        <w:rPr>
          <w:lang w:eastAsia="zh-CN"/>
        </w:rPr>
        <w:t>　　六.加强教育力度，解决存在问题。</w:t>
      </w:r>
      <w:r>
        <w:rPr>
          <w:lang w:eastAsia="zh-CN"/>
        </w:rPr>
        <w:br/>
      </w:r>
      <w:r>
        <w:rPr>
          <w:lang w:eastAsia="zh-CN"/>
        </w:rPr>
        <w:t>　　在下学期的工作中，我们将以各种有效的教育手段解决以下存在问题：1.幼儿普通话的听说能力有待提高;2.幼儿在交往过程中，存在争抢玩具、推人的现象;3.部分幼儿的进餐速度较慢;4.幼儿洗手时，有玩水的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回想这一学期来我们付出的艰辛和努力，看到今天孩子们取得的进步，心中感慨不已，更多的是充满甜蜜。在新学期中，我们老师将再接再厉，本着“一切为了孩</w:t>
      </w:r>
      <w:r>
        <w:rPr>
          <w:lang w:eastAsia="zh-CN"/>
        </w:rPr>
        <w:t xml:space="preserve"> 子”的原则，团结合作，不断充实自己，提高自身的教育水平和专业素质，继续搞好“做中学”科学教育，建构具有本园特色的“奥尔夫”活动课程，脚踏实地地做</w:t>
      </w:r>
      <w:r>
        <w:rPr>
          <w:lang w:eastAsia="zh-CN"/>
        </w:rPr>
        <w:t xml:space="preserve"> 好教育教学工作。</w:t>
      </w:r>
      <w:r>
        <w:rPr>
          <w:lang w:eastAsia="zh-CN"/>
        </w:rPr>
        <w:br/>
      </w:r>
      <w:r>
        <w:rPr>
          <w:lang w:eastAsia="zh-CN"/>
        </w:rPr>
        <w:t xml:space="preserve">    生活老师的学期工作总结 篇10 </w:t>
      </w:r>
      <w:r>
        <w:rPr>
          <w:lang w:eastAsia="zh-CN"/>
        </w:rPr>
        <w:br/>
      </w:r>
      <w:r>
        <w:rPr>
          <w:lang w:eastAsia="zh-CN"/>
        </w:rPr>
        <w:t>　　学生主要是做人的工作，而人是千差万别的，因此这项工作极其复杂，极为艰辛，具有很深的学问。学生管理这项复杂、艰辛的工作，同时也是创造性极强的工作，既是一门学问，又是一种艺术。艺术是和的结晶。我来新纪元已经将近七年的，伴随着学校一天一天的，作为生活指导我所带的是第一届班，可以说了风风雨。现将本的工作总结如下：</w:t>
      </w:r>
      <w:r>
        <w:rPr>
          <w:lang w:eastAsia="zh-CN"/>
        </w:rPr>
        <w:br/>
      </w:r>
      <w:r>
        <w:rPr>
          <w:lang w:eastAsia="zh-CN"/>
        </w:rPr>
        <w:t>　　一、在遵守学校的规章制度方面</w:t>
      </w:r>
      <w:r>
        <w:rPr>
          <w:lang w:eastAsia="zh-CN"/>
        </w:rPr>
        <w:br/>
      </w:r>
      <w:r>
        <w:rPr>
          <w:lang w:eastAsia="zh-CN"/>
        </w:rPr>
        <w:t>　　没有规矩，就不成方圆。国家是这样，现在是法治，学校同样也需要是这样，学校也有他的规章制度，不仅对学生也针对老师，只有这样学校才有起力、才有活力、才能够不断的前进。</w:t>
      </w:r>
      <w:r>
        <w:rPr>
          <w:lang w:eastAsia="zh-CN"/>
        </w:rPr>
        <w:br/>
      </w:r>
      <w:r>
        <w:rPr>
          <w:lang w:eastAsia="zh-CN"/>
        </w:rPr>
        <w:t>　　本年度我能够较好的遵守学校的各项规章制度，认为比上有所进步，学校每次组织的和，都能按时的参加，不管是教工例会、听讲座、本部门会议、升旗仪式还是党组织活动从来没迟到过。</w:t>
      </w:r>
      <w:r>
        <w:rPr>
          <w:lang w:eastAsia="zh-CN"/>
        </w:rPr>
        <w:br/>
      </w:r>
      <w:r>
        <w:rPr>
          <w:lang w:eastAsia="zh-CN"/>
        </w:rPr>
        <w:t>　　二、为人师表方面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自己的形象在教育过程中也起到十分重要的作用。教师形象的外显特征在教师的容貌、体态、穿着、谈吐等方面；教师形象的内在特征，表现在教师的性格、气质、情绪等方面；即容貌仪表因素、语言表达因素、行为举止因素、因素、平因素。这五个教师形象构成因素，彼此之间既有区别又有联系，只有这些因素有机结合在一起，才能构成一个完美的教师形象。教师形象核心是教师的人格，教师的人格对于青少年来说是任何东西都不能代替的有益于发展的。教师的一举一动、一言一行时时呈现在学生面前，给学生一个综合的感觉，给学生潜移默化的影响。正像车尔尼夫斯基所说：</w:t>
      </w:r>
      <w:r>
        <w:rPr>
          <w:lang w:eastAsia="zh-CN"/>
        </w:rPr>
        <w:t xml:space="preserve"> 教师把学生造就成什么人，自己就应当是这种人。</w:t>
      </w:r>
      <w:r>
        <w:rPr>
          <w:lang w:eastAsia="zh-CN"/>
        </w:rPr>
        <w:br/>
      </w:r>
      <w:r>
        <w:rPr>
          <w:lang w:eastAsia="zh-CN"/>
        </w:rPr>
        <w:t>　　由此可见，教师的形象对学生的身心发展起着重要作用。</w:t>
      </w:r>
      <w:r>
        <w:rPr>
          <w:lang w:eastAsia="zh-CN"/>
        </w:rPr>
        <w:br/>
      </w:r>
      <w:r>
        <w:rPr>
          <w:lang w:eastAsia="zh-CN"/>
        </w:rPr>
        <w:t>　　本学期我一就严格要求自己，注意自己的形象，为人师表。对自己的穿着打扮、衣食住行、谈吐、上都多加注意。</w:t>
      </w:r>
      <w:r>
        <w:rPr>
          <w:lang w:eastAsia="zh-CN"/>
        </w:rPr>
        <w:br/>
      </w:r>
      <w:r>
        <w:rPr>
          <w:lang w:eastAsia="zh-CN"/>
        </w:rPr>
        <w:t>　　三、协作方面</w:t>
      </w:r>
      <w:r>
        <w:rPr>
          <w:lang w:eastAsia="zh-CN"/>
        </w:rPr>
        <w:br/>
      </w:r>
      <w:r>
        <w:rPr>
          <w:lang w:eastAsia="zh-CN"/>
        </w:rPr>
        <w:t>　　学生管理工作不是哪一、哪一方面能够独立完成的事。护学校荣誉，自觉维护集体团结，教师之间相互尊重，相互，协调各方面关系，发挥互补效应，发扬团队，这是对我们教师最基本的要求。严格要求自己，关心他人，乐于助人，这有利于在日常生活中给学生树立榜样，也有利于形成一个相互尊重、紧密配合的教师群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有人把塑造学生的工作比喻为塑造一块大理石，认为有六个雕塑家共同雕着这块大理石，其中主要的两个就是和教师，而第一位则是家长。因为学生除了学校生活外，家庭生活时间是最长的。学生的成长除了学校(特别是)的教育之外，家长的熏陶与潜移默化的影响更为重要。是孩子的第一任老师，老师是暂时的，家长却是终身的。家长在教育理念、教育思想、教育态度上，完全能反映时代的要求。现在，教师、尤其是班主任与家长</w:t>
      </w:r>
      <w:r>
        <w:rPr>
          <w:lang w:eastAsia="zh-CN"/>
        </w:rPr>
        <w:t xml:space="preserve"> 联手</w:t>
      </w:r>
      <w:r>
        <w:rPr>
          <w:lang w:eastAsia="zh-CN"/>
        </w:rPr>
        <w:t xml:space="preserve"> 教育学生，已经成为教育学生工作的一个不可缺少的环节。的</w:t>
      </w:r>
      <w:r>
        <w:rPr>
          <w:lang w:eastAsia="zh-CN"/>
        </w:rPr>
        <w:t xml:space="preserve"> 联手</w:t>
      </w:r>
      <w:r>
        <w:rPr>
          <w:lang w:eastAsia="zh-CN"/>
        </w:rPr>
        <w:t xml:space="preserve"> 能调动家长参与教育的积极性，促进学生的学习与品德的进步，使学校教育和家庭教育形成互补关系，保持学校和家庭对学生教育的一致性和协调性。生活老师在教育学生的时候应处理好这几种关系：与级组学校之间的关系、与班主任之间的关系、与学生家长之间的关系，处理好这几种关系是做好学生管理工作的必需条件。以前的教育工作，给我最大的感受就是，没有处理好这三种关系，从而没形成教育的合力，使自己的工作处于被动。在下一步的新生管理工作中，我要加强和班主任、家长的沟通，不仅要了解学生在课室和家庭的，并且及时的将学生在生活区的表现反映给班主任和家长，共同研讨教育学生的方法，形成教育合力，使学生健康成长。</w:t>
      </w:r>
      <w:r>
        <w:rPr>
          <w:lang w:eastAsia="zh-CN"/>
        </w:rPr>
        <w:br/>
      </w:r>
      <w:r>
        <w:rPr>
          <w:lang w:eastAsia="zh-CN"/>
        </w:rPr>
        <w:t>　　一年多的学生管理工作中，使我有以下几点感受和：</w:t>
      </w:r>
      <w:r>
        <w:rPr>
          <w:lang w:eastAsia="zh-CN"/>
        </w:rPr>
        <w:br/>
      </w:r>
      <w:r>
        <w:rPr>
          <w:lang w:eastAsia="zh-CN"/>
        </w:rPr>
        <w:t>　　一、积极进取，提高自己是教育学生的关键</w:t>
      </w:r>
      <w:r>
        <w:rPr>
          <w:lang w:eastAsia="zh-CN"/>
        </w:rPr>
        <w:br/>
      </w:r>
      <w:r>
        <w:rPr>
          <w:lang w:eastAsia="zh-CN"/>
        </w:rPr>
        <w:t>　　认真做好一日的常规工作，做到手勤、脚勤，让孩子们有一个良好的生活。做到对孩子有耐心，有，还要细心，用爱感化孩子。做一名生活老师很苦很累，但发现自己很喜欢这份工作，也能为学校做出一份自己的贡献，就是我最大的满足。作为一名生活老师更要注意在行为和生活上要严格要求自己，给学生树立榜样，正确引导学生的自理和独立的生活能力。教师的不仅在于教授学生知识，更在于引导他们生活和的基本技能及做人的基本准则。</w:t>
      </w:r>
      <w:r>
        <w:rPr>
          <w:lang w:eastAsia="zh-CN"/>
        </w:rPr>
        <w:br/>
      </w:r>
      <w:r>
        <w:rPr>
          <w:lang w:eastAsia="zh-CN"/>
        </w:rPr>
        <w:t>　　二、落实规范先做样子后落实。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常行为规范》、《宿舍管理规定》是我校对全体学生日常行为的基本要求。在学生落实过程中，注意引导他们从自身做起，从一点一滴做起。对个别学生中出现的问题，也要有耐心地加以引导。因为：任何事物的发展都是量变和质变的统一，量变是质变的前提，质变是量变的必然结果。因此，在落实过程中，适度原则，注意量的积累，注意认真从、从点滴做起，培养良好行为和生活习惯的养成。</w:t>
      </w:r>
      <w:r>
        <w:rPr>
          <w:lang w:eastAsia="zh-CN"/>
        </w:rPr>
        <w:br/>
      </w:r>
      <w:r>
        <w:rPr>
          <w:lang w:eastAsia="zh-CN"/>
        </w:rPr>
        <w:t>　　三、立足 早 字，未雨绸缪，及时 打预防针</w:t>
      </w:r>
      <w:r>
        <w:rPr>
          <w:lang w:eastAsia="zh-CN"/>
        </w:rPr>
        <w:br/>
      </w:r>
      <w:r>
        <w:rPr>
          <w:lang w:eastAsia="zh-CN"/>
        </w:rPr>
        <w:t>　　做好，提高自己的预见性，对可能发生的问题考虑周全些，认真的总结经验，多看教育心理学和有关理论知识，坚决杜绝事故的发生。</w:t>
      </w:r>
      <w:r>
        <w:rPr>
          <w:lang w:eastAsia="zh-CN"/>
        </w:rPr>
        <w:br/>
      </w:r>
      <w:r>
        <w:rPr>
          <w:lang w:eastAsia="zh-CN"/>
        </w:rPr>
        <w:t>　　要工作开展顺利并收到满意的效果，就要未雨绸缪，及早并预测各个阶段学生的思想动向，行为习惯和有可能出现的事情，及时进行 预防式 的教育。</w:t>
      </w:r>
      <w:r>
        <w:rPr>
          <w:lang w:eastAsia="zh-CN"/>
        </w:rPr>
        <w:br/>
      </w:r>
      <w:r>
        <w:rPr>
          <w:lang w:eastAsia="zh-CN"/>
        </w:rPr>
        <w:t>　　同时，出现问题后，及时处理，及时，及时的和班主任、级组长、学生处、家长沟通，形成教育合力。如果不及时处理或处理不好，就可能引起很多的后患。</w:t>
      </w:r>
      <w:r>
        <w:rPr>
          <w:lang w:eastAsia="zh-CN"/>
        </w:rPr>
        <w:br/>
      </w:r>
      <w:r>
        <w:rPr>
          <w:lang w:eastAsia="zh-CN"/>
        </w:rPr>
        <w:t>　　四、勤于深入学生的生活，勤于，多与学生谈心</w:t>
      </w:r>
      <w:r>
        <w:rPr>
          <w:lang w:eastAsia="zh-CN"/>
        </w:rPr>
        <w:br/>
      </w:r>
      <w:r>
        <w:rPr>
          <w:lang w:eastAsia="zh-CN"/>
        </w:rPr>
        <w:t>　　老师不深入学生的生活中，就不会第一手掌握学生情况，特别是生活老师，不深入宿舍就很难掌握学生的情况，就会出现很多事故隐患。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多巡视是管理学生最简单，也是最有效的方法。认真观察学生的言行举动，了解学生思想行动，才能够从细处做学生的思想工作。</w:t>
      </w:r>
      <w:r>
        <w:rPr>
          <w:lang w:eastAsia="zh-CN"/>
        </w:rPr>
        <w:br/>
      </w:r>
      <w:r>
        <w:rPr>
          <w:lang w:eastAsia="zh-CN"/>
        </w:rPr>
        <w:t>　　同时多与学生谈心，也是学生管理工作的关键，重要部分。</w:t>
      </w:r>
      <w:r>
        <w:rPr>
          <w:lang w:eastAsia="zh-CN"/>
        </w:rPr>
        <w:br/>
      </w:r>
      <w:r>
        <w:rPr>
          <w:lang w:eastAsia="zh-CN"/>
        </w:rPr>
        <w:t>　　总之，要想做好生活指导这个职务，我还有不少的距离，在今后的工作中，我应多学习，多总结，真正不辜负校交代给我的任务，将下年度里的工作做得更出色。</w:t>
      </w:r>
      <w:r>
        <w:rPr>
          <w:lang w:eastAsia="zh-CN"/>
        </w:rPr>
        <w:br/>
      </w:r>
      <w:r>
        <w:rPr>
          <w:lang w:eastAsia="zh-CN"/>
        </w:rPr>
        <w:t xml:space="preserve">    生活老师的学期工作总结 篇11 </w:t>
      </w:r>
      <w:r>
        <w:rPr>
          <w:lang w:eastAsia="zh-CN"/>
        </w:rPr>
        <w:br/>
      </w:r>
      <w:r>
        <w:rPr>
          <w:lang w:eastAsia="zh-CN"/>
        </w:rPr>
        <w:t>　　时间过的可真快，转眼一年的时间过去了，在__幼儿园的园长领导下，各位老师的帮助下，通过自己的努力，在这个大家庭里使我在这一年里学到了很多东西，让我受益匪浅。在这里我总结了以下四点：</w:t>
      </w:r>
      <w:r>
        <w:rPr>
          <w:lang w:eastAsia="zh-CN"/>
        </w:rPr>
        <w:br/>
      </w:r>
      <w:r>
        <w:rPr>
          <w:lang w:eastAsia="zh-CN"/>
        </w:rPr>
        <w:t>　　一、在思想上，重新认识了幼儿教育</w:t>
      </w:r>
      <w:r>
        <w:rPr>
          <w:lang w:eastAsia="zh-CN"/>
        </w:rPr>
        <w:br/>
      </w:r>
      <w:r>
        <w:rPr>
          <w:lang w:eastAsia="zh-CN"/>
        </w:rPr>
        <w:t>　　在踏入__幼儿园之前，我的脑海里的幼儿园，就是老师带领着小朋友一起做游戏，学习的简单的知识的场所。可当我真正踏入这工作当中实践时，我对它有了进一步的了解。</w:t>
      </w:r>
      <w:r>
        <w:rPr>
          <w:lang w:eastAsia="zh-CN"/>
        </w:rPr>
        <w:br/>
      </w:r>
      <w:r>
        <w:rPr>
          <w:lang w:eastAsia="zh-CN"/>
        </w:rPr>
        <w:t>　　幼儿教育是基础教育的有机组成部分，是学校教育的基础阶段，也是人才成长的奠基阶段，幼儿园的工作是：实施保育与教育相结合的原则，对幼儿实施体、智、德、美诸方面的教育，促进其身心和谐发展。这是国家对幼儿园教育工作的要求，也是幼儿园全部的出发点和归宿。通过这个任务在活动中制定不同的目标，大大丰富和满足了幼儿身心的需要，真正使幼儿在活动中得到快乐，得到发展!</w:t>
      </w:r>
      <w:r>
        <w:rPr>
          <w:lang w:eastAsia="zh-CN"/>
        </w:rPr>
        <w:br/>
      </w:r>
      <w:r>
        <w:rPr>
          <w:lang w:eastAsia="zh-CN"/>
        </w:rPr>
        <w:t>　　二、在工作中，我热爱了这一行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工作中，每天面对一群嘴里总有讲不完的话的可爱孩子们，使我爱上了这一行，不仅仅是他们的可爱，还掺杂着一股浓浓的人情味。</w:t>
      </w:r>
      <w:r>
        <w:rPr>
          <w:lang w:eastAsia="zh-CN"/>
        </w:rPr>
        <w:br/>
      </w:r>
      <w:r>
        <w:rPr>
          <w:lang w:eastAsia="zh-CN"/>
        </w:rPr>
        <w:t>　　前几天，因为我的孩子感冒了把他送回了老家，让他奶奶看着，因为很想他，我的心情恨低落，那一天的早晨，我在洗着小手绢默默的掉眼泪，不一会，我们班里的陈杨鑫过来上小便，他笑着叫了我一句：“尚老师好”，然后就说“尚老师你真辛苦啊!”我赶紧把眼泪擦干，不让孩子看见，我笑着说：“只要你们听话，上课认真听讲，老师再辛苦也愿意!”然后，他的小脸贴近我的脸亲了我一下，瞬间我低落的心情变的好起来。其实看上去孩子很平常的一句话，一个动作，但是起到的作用却是意想不到的!</w:t>
      </w:r>
      <w:r>
        <w:rPr>
          <w:lang w:eastAsia="zh-CN"/>
        </w:rPr>
        <w:br/>
      </w:r>
      <w:r>
        <w:rPr>
          <w:lang w:eastAsia="zh-CN"/>
        </w:rPr>
        <w:t>　　我因为不小心割着手了用药包着，我洗茶杯的时候就带塑料手套，正在洗的时候，我们班的李佳怡过去了说：“尚老师，你的手割着了，怎么洗呀，我来给你洗吧!”我笑着说：“没事的，我带着手套啊!”</w:t>
      </w:r>
      <w:r>
        <w:rPr>
          <w:lang w:eastAsia="zh-CN"/>
        </w:rPr>
        <w:br/>
      </w:r>
      <w:r>
        <w:rPr>
          <w:lang w:eastAsia="zh-CN"/>
        </w:rPr>
        <w:t>　　一件件与孩子们发生的小事，孩子们那可爱天真的笑脸带给我的欢乐，让我深深的感受到了孩子们的纯洁的心灵和深情，给我温暖，让我感动，让我在关心别人的同时也被关心着，我感到无比的幸福!</w:t>
      </w:r>
      <w:r>
        <w:rPr>
          <w:lang w:eastAsia="zh-CN"/>
        </w:rPr>
        <w:br/>
      </w:r>
      <w:r>
        <w:rPr>
          <w:lang w:eastAsia="zh-CN"/>
        </w:rPr>
        <w:t>　　三、在老师的教学工作中，让我学会很多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我们班的刘老师经常教孩子背三字经，说句实话，以前我也看过，但是能记住的却很少几句，每次听孩子们背，我自己也记住了很多，现在也能背上很多了。还有折纸，孩子们上折纸课的时候，我也学会了不少，教孩子如何折纸，折小风琴，折大风车，折衣服等等很多。在这个幼儿园里，我学会了很多以前没接触过的活动，让我感到幼儿园里有学不完的东西，我如饥似渴的吸取着各个方面的知识，我要学，我喜欢学，我要努力使自己变成一个德，智，体，美全面发展的好老师。</w:t>
      </w:r>
      <w:r>
        <w:rPr>
          <w:lang w:eastAsia="zh-CN"/>
        </w:rPr>
        <w:br/>
      </w:r>
      <w:r>
        <w:rPr>
          <w:lang w:eastAsia="zh-CN"/>
        </w:rPr>
        <w:t>　　四、现在的成绩</w:t>
      </w:r>
      <w:r>
        <w:rPr>
          <w:lang w:eastAsia="zh-CN"/>
        </w:rPr>
        <w:br/>
      </w:r>
      <w:r>
        <w:rPr>
          <w:lang w:eastAsia="zh-CN"/>
        </w:rPr>
        <w:t>　　经过了一年的磨练，我对生活老师的概念有了一定的理解，有一定的进步，经过园内的培训学习，我在理论方面也增加了许多知识。在教师教学课上，也学到了许多经验，回头想想与自己刚来幼儿园的时候相比，确实提高了许多，在这里要感谢我们班的刘老师和冷老师，从她们的身上，我学到了许多书本上学不到的东西&amp;热情，勤奋，努力。同时也要感谢园长给我到__幼儿园这个团结的大集体中学习的机会，也要感谢园内各位老师的细心帮助，使我很快的“成长”起来。</w:t>
      </w:r>
      <w:r>
        <w:rPr>
          <w:lang w:eastAsia="zh-CN"/>
        </w:rPr>
        <w:br/>
      </w:r>
      <w:r>
        <w:rPr>
          <w:lang w:eastAsia="zh-CN"/>
        </w:rPr>
        <w:t>　　在这里，我要郑重的道一声：谢谢你们了，各位老师!</w:t>
      </w:r>
      <w:r>
        <w:rPr>
          <w:lang w:eastAsia="zh-CN"/>
        </w:rPr>
        <w:br/>
      </w:r>
      <w:r>
        <w:rPr>
          <w:lang w:eastAsia="zh-CN"/>
        </w:rPr>
        <w:t>　　总之，我能成为__幼儿园其中的一员，感到很自豪，我喜欢__幼儿园，我会尽我的努力和热情来做好自己的本职工作!</w:t>
      </w:r>
      <w:r>
        <w:rPr>
          <w:lang w:eastAsia="zh-CN"/>
        </w:rPr>
        <w:br/>
      </w:r>
      <w:r>
        <w:rPr>
          <w:lang w:eastAsia="zh-CN"/>
        </w:rPr>
        <w:t>　　总结三：幼儿园生活老师优秀教育心得总结&amp;&amp;如何培养幼儿自理能力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什么是生活自理能力?简单来说，生活自理能力就是宝宝从依赖到独立的过程，即宝宝从依赖成人到学习认知照顾的衣、食、住、行等历程。对孩子来说，它是踏出家庭保护的第一步，不能马虎，要想自立必须先学会自理。</w:t>
      </w:r>
      <w:r>
        <w:rPr>
          <w:lang w:eastAsia="zh-CN"/>
        </w:rPr>
        <w:br/>
      </w:r>
      <w:r>
        <w:rPr>
          <w:lang w:eastAsia="zh-CN"/>
        </w:rPr>
        <w:t xml:space="preserve">    生活老师的学期工作总结 篇12 </w:t>
      </w:r>
      <w:r>
        <w:rPr>
          <w:lang w:eastAsia="zh-CN"/>
        </w:rPr>
        <w:br/>
      </w:r>
      <w:r>
        <w:rPr>
          <w:lang w:eastAsia="zh-CN"/>
        </w:rPr>
        <w:t>　　转眼间，在某某中学担任生活教师已有两个月了，对本工作的流程和资料已有了充分的理解和掌握；并对所负责管理的楼层学生也有了基本的了解和熟悉；整体感觉可用四个字形容“趣味”“欢乐”，何以解得</w:t>
      </w:r>
      <w:r>
        <w:rPr>
          <w:lang w:eastAsia="zh-CN"/>
        </w:rPr>
        <w:br/>
      </w:r>
      <w:r>
        <w:rPr>
          <w:lang w:eastAsia="zh-CN"/>
        </w:rPr>
        <w:t>　　首先，在相处交流的地理位置上。担任科任教师时，课室、讲台就是我与学生接触交流的平台，基本所有的教育教学都在课室里进行和完成。而担任生活教师，教学交流的地方则转向学生宿舍，主要是经过运用自我过去的生活经验，教会学生如何生活如何学习如何做人。</w:t>
      </w:r>
      <w:r>
        <w:rPr>
          <w:lang w:eastAsia="zh-CN"/>
        </w:rPr>
        <w:br/>
      </w:r>
      <w:r>
        <w:rPr>
          <w:lang w:eastAsia="zh-CN"/>
        </w:rPr>
        <w:t>　　在教育的形式上。担任科任教师，师生的互动交流和教学任务的完成，主要经过上课的形式来实现课堂资料的学习与分享。而生活教师的教育教学方式则是经过与学生之间日常的相互口头交流来实现对学生生活的指导与教育，没有讲台，没有教鞭。</w:t>
      </w:r>
      <w:r>
        <w:rPr>
          <w:lang w:eastAsia="zh-CN"/>
        </w:rPr>
        <w:br/>
      </w:r>
      <w:r>
        <w:rPr>
          <w:lang w:eastAsia="zh-CN"/>
        </w:rPr>
        <w:t>　　能够说，生活教师跳出课堂模式，更真实地接触学生，了解学生，帮忙学生，使他们在以后独立的生活里，能更好地把握生活，享受生活。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在这两个月里，我深深地体会到生活教师是“家长、教师”一身两任，既要付于学生以父母亲人的关爱，又要承担教师解惑答疑的职责，所以，这是一种不仅仅需要高技术含量，更要拥有较高做人艺术的职业。</w:t>
      </w:r>
      <w:r>
        <w:rPr>
          <w:lang w:eastAsia="zh-CN"/>
        </w:rPr>
        <w:br/>
      </w:r>
      <w:r>
        <w:rPr>
          <w:lang w:eastAsia="zh-CN"/>
        </w:rPr>
        <w:t>　　另外，在这两个月的观察里，我得出以下的经验：</w:t>
      </w:r>
      <w:r>
        <w:rPr>
          <w:lang w:eastAsia="zh-CN"/>
        </w:rPr>
        <w:br/>
      </w:r>
      <w:r>
        <w:rPr>
          <w:lang w:eastAsia="zh-CN"/>
        </w:rPr>
        <w:t>　　第一，作为最真实、最了解清楚学生的一线教育人员——生活教师，应当做学生“领袖式”的朋友，而不是“伙伴式”的朋友。这在一开始，彭主任已为我们指出。由于我负责的楼层主要是初二、初三年级，这一时期的孩子正是处于青春期，情绪波动大，性格可塑性较强、自我意识和成人感表现强烈。可是，又由于她们人生阅历经验少，在日常生活中还有很多事情没有注意到或不清楚，所以，这就需要我应当以她们朋友的身份，在生活中多为她们指点、帮忙和教育。与此同时，我也应当用欣赏的目光站在平等的角度和她们坦诚地交流，以心换心、正确引导、帮忙她们解决成长中出现的问题，并使其健康欢乐地成长。</w:t>
      </w:r>
      <w:r>
        <w:rPr>
          <w:lang w:eastAsia="zh-CN"/>
        </w:rPr>
        <w:br/>
      </w:r>
      <w:r>
        <w:rPr>
          <w:lang w:eastAsia="zh-CN"/>
        </w:rPr>
        <w:t>　　第二，要理解学生。孩子在成长过程中难免会出现这样那样的问题，她们也是在发生问题解决问题中学会为人处世，渐渐成熟长大。作为和学生朝夕相处的我，要全面了解学生，是理解学生，教育好学生的前提基础。</w:t>
      </w:r>
      <w:r>
        <w:rPr>
          <w:lang w:eastAsia="zh-CN"/>
        </w:rPr>
        <w:br/>
      </w:r>
      <w:r>
        <w:rPr>
          <w:lang w:eastAsia="zh-CN"/>
        </w:rPr>
        <w:t>　　例如：在刚开学的第一个星期，有一个初一的男新生，不知为什么一向在阳台里哭，又不愿上晚修，我经过与其耐心的交流，才发现由于他妈妈多次答应他的事，但没有一次实现诺言，所以，令他对妈妈感到失望的同时也感到悲痛，认为妈妈欺骗他，不在乎他，不关心他。于是，我们联系他的妈妈，把事情告诉她，并让其把孩子先带回家，安抚好孩子的情绪后再和他慢慢沟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事后，经过观察，我发现这名新生比之前开心了很多，也很快适应新学校的生活。所以，我认为深入到学生中去细心观察，多和学生聊天谈心，听听他们的心声，理解学生的所作所为，同时多和班主任家长沟通交流，走进学生心灵才能更好地实施有效教育。</w:t>
      </w:r>
      <w:r>
        <w:rPr>
          <w:lang w:eastAsia="zh-CN"/>
        </w:rPr>
        <w:br/>
      </w:r>
      <w:r>
        <w:rPr>
          <w:lang w:eastAsia="zh-CN"/>
        </w:rPr>
        <w:t>　　第三，摆正心态，扮好自我的主角。生活教师的工作平凡而琐碎，虽然他们操心的是学生的衣食住行日常琐碎之事，可是重要的是孩子的健康成长都离不开他们的精心照顾和悉心教育。作为是生活教师的我们应从琐碎、循环往复的工作中调整好心态，把生活管理当作自我的职业，而不是当作一种谋生的手段，既然我们选择了做生活教师这份辛苦而又职责重大的职业，就容不得我们工作有半点马虎，就应当无怨无悔，不计较个人得失，用一颗真诚的、火热的心去应对我们的学生，让每一天的工作都充满活力，充满乐趣。态度决定高度，认同自我的职业，扮好自我的主角。</w:t>
      </w:r>
      <w:r>
        <w:rPr>
          <w:lang w:eastAsia="zh-CN"/>
        </w:rPr>
        <w:br/>
      </w:r>
      <w:r>
        <w:rPr>
          <w:lang w:eastAsia="zh-CN"/>
        </w:rPr>
        <w:t>　　在变革创新的教育大潮中，生活教师已是寄宿学校必不可少的一部分，是班主任教师必不可少的后勤帮手，所以，我们身上的担子很重，多积累行之有效的管理经验，多探索行之有效的教育新方法，将是我们不懈追求的目标。生活教师的工作虽是平凡的、琐碎的、辛苦的，但又是欢乐的，充实的。因为和孩子们在一齐大家童心不泯，享受生活的完美，教育好孩子的同时也净化了自我的心灵！欢乐工作，欢乐生活。</w:t>
      </w:r>
      <w:r>
        <w:rPr>
          <w:lang w:eastAsia="zh-CN"/>
        </w:rPr>
        <w:br/>
      </w:r>
      <w:r>
        <w:rPr>
          <w:lang w:eastAsia="zh-CN"/>
        </w:rPr>
        <w:t xml:space="preserve">    生活老师的学期工作总结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生活老师，不少人认为“生活”无非就是：衣、食、住、行；也需要老师吗？其实，我们不仅仅是对学生的衣、食、住、行进行管理，更重要的是我们还配合学校的德育处，对学生进行思想品德的教育，在思想上给学生正确的指导，教育学生懂得做人的道理，使学生未成材之前首先成人。紧跟学校的发展方向—宿舍工作要从管理向教育转型；所以我知道生活老师任务的艰巨，责任的重大。</w:t>
      </w:r>
      <w:r>
        <w:rPr>
          <w:lang w:eastAsia="zh-CN"/>
        </w:rPr>
        <w:br/>
      </w:r>
      <w:r>
        <w:rPr>
          <w:lang w:eastAsia="zh-CN"/>
        </w:rPr>
        <w:t>　　一、爱岗、敬业，树立崇高的师德</w:t>
      </w:r>
      <w:r>
        <w:rPr>
          <w:lang w:eastAsia="zh-CN"/>
        </w:rPr>
        <w:br/>
      </w:r>
    </w:p>
    <w:p w:rsidR="001B1F19" w14:textId="27C3F48A">
      <w:pPr>
        <w:rPr>
          <w:rFonts w:hint="eastAsia"/>
          <w:lang w:eastAsia="zh-CN"/>
        </w:rPr>
      </w:pPr>
      <w:r>
        <w:rPr>
          <w:lang w:eastAsia="zh-CN"/>
        </w:rPr>
        <w:t>　　我非常的热爱自己的工作，因为兴趣是最好的老师，也只有这样才能把自己全部的身心投入到工作中，才能想方设法把工作做得更好。我们生活老师既然能称得上是老师，就应该像个老师的样。一点也不错，我们不仅注重对学生的言教更应注意对学生的身教。因为在学生的心目中，老师是社会的规范，是道德的化身，是人类的楷模，是父母的替身。俗话说：“有一个什么样的将军，就有一支什么样的军队”。教育是人类永恒的事业，教育事业是爱的事业。老师对学生的爱是神圣、高尚、纯洁、无私、搏斗的，它来自崇高的教师职业道德。这种爱可孕育国家的英才、社会的栋梁。也正因为教师这种对学生的爱，人们才把教师誉为“人类灵魂的工程师”，把教师这一行业誉为“太阳底下最光辉的事业”。所以教师职业道德素质的高低直接关系到学生的健康成长，作为人民教师应以事业为重，以学生为重的宽阔胸怀，不断提高以为人民服务为核心的精神追求的境界。正如著名的教育家陈鹤琴的那句名言：“对下一代给以无与伦比的爱，具有着眼未来的宽阔胸怀，以孩子的健康成长为根本出发点与归宿点，将自己的一切言行，所有的时间和空间，都系孩子，用智慧、心血朔造祖国的未来，用满员桃李注释一生。”可见，崇高的师德，是一名教师，特别是作为一名生活老师必须具备的条件。</w:t>
      </w:r>
      <w:r>
        <w:rPr>
          <w:lang w:eastAsia="zh-CN"/>
        </w:rPr>
        <w:br/>
      </w:r>
      <w:r>
        <w:rPr>
          <w:lang w:eastAsia="zh-CN"/>
        </w:rPr>
        <w:t>　　二、赏识、信任和尊重学生</w:t>
      </w:r>
      <w:r>
        <w:rPr>
          <w:lang w:eastAsia="zh-CN"/>
        </w:rPr>
        <w:br/>
      </w:r>
      <w:r>
        <w:rPr>
          <w:lang w:eastAsia="zh-CN"/>
        </w:rPr>
        <w:t>　　当教师的不能用简单粗暴的做法对待学生，而应该信任和尊重学生的人格，发扬民主作风，以客观、平等、公正的态度处理好师生的关系。教师之所以特别要注意尊重学生，从青少年的心理特点来看，这是极其必要的。青少年一般自尊心特别强，他们对别人给予自己的评价极为敏感，往往一言一语都可以使他们激动，所谓“一枝一叶总关情”。而且，这种自尊心又往往是向上的动力。在学校里，如果学生受到老师恰当的评价与真诚的信任，他们会得到精神的满足，产生奋发向上的力量。</w:t>
      </w:r>
      <w:r>
        <w:rPr>
          <w:lang w:eastAsia="zh-CN"/>
        </w:rPr>
        <w:br/>
      </w:r>
      <w:r>
        <w:rPr>
          <w:lang w:eastAsia="zh-CN"/>
        </w:rPr>
        <w:t>　　三、关爱学生</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https://d.book118.com/255202230133011122</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520223013301112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