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2024高三政治第一轮复习计划（34篇）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2024高三政治第一轮复习计划（精选34篇）</w:t>
      </w:r>
      <w:r>
        <w:rPr>
          <w:lang w:eastAsia="zh-CN"/>
        </w:rPr>
        <w:br/>
      </w:r>
      <w:r>
        <w:rPr>
          <w:lang w:eastAsia="zh-CN"/>
        </w:rPr>
        <w:t xml:space="preserve">    2024高三政治第一轮复习计划 篇1 </w:t>
      </w:r>
      <w:r>
        <w:rPr>
          <w:lang w:eastAsia="zh-CN"/>
        </w:rPr>
        <w:br/>
      </w:r>
      <w:r>
        <w:rPr>
          <w:lang w:eastAsia="zh-CN"/>
        </w:rPr>
        <w:t>　　一、教学目标</w:t>
      </w:r>
      <w:r>
        <w:rPr>
          <w:lang w:eastAsia="zh-CN"/>
        </w:rPr>
        <w:br/>
      </w:r>
      <w:r>
        <w:rPr>
          <w:lang w:eastAsia="zh-CN"/>
        </w:rPr>
        <w:t>　　根据学生的知识掌握情况，巩固各知识点，强化知识体系;同时加强综合训练，实行每周一考，全面提高学生的解题能力以及思考能力。计划每周复习一课。每课分为五部分知识网络、考点解析、热点探讨、典型试题、单元过关。</w:t>
      </w:r>
      <w:r>
        <w:rPr>
          <w:lang w:eastAsia="zh-CN"/>
        </w:rPr>
        <w:br/>
      </w:r>
      <w:r>
        <w:rPr>
          <w:lang w:eastAsia="zh-CN"/>
        </w:rPr>
        <w:t>　　二、情况分析：本届学生的情况不容乐观，基础知识很不扎实，理解运用能力较差。如何抓好基础，强化针对性，有的放矢，提高讲与练的方法及效益，成为一轮复习中的一大挑战。</w:t>
      </w:r>
      <w:r>
        <w:rPr>
          <w:lang w:eastAsia="zh-CN"/>
        </w:rPr>
        <w:br/>
      </w:r>
      <w:r>
        <w:rPr>
          <w:lang w:eastAsia="zh-CN"/>
        </w:rPr>
        <w:t>　　三、总体措施</w:t>
      </w:r>
      <w:r>
        <w:rPr>
          <w:lang w:eastAsia="zh-CN"/>
        </w:rPr>
        <w:br/>
      </w:r>
      <w:r>
        <w:rPr>
          <w:lang w:eastAsia="zh-CN"/>
        </w:rPr>
        <w:t>　　第一阶段，即完成各知识点的教学和相关知识的补充，巩固其考点，并进行针对性练习;后阶段加强综合训练，全面提高学生的解题能力以及思维分析能力。</w:t>
      </w:r>
      <w:r>
        <w:rPr>
          <w:lang w:eastAsia="zh-CN"/>
        </w:rPr>
        <w:br/>
      </w:r>
      <w:r>
        <w:rPr>
          <w:lang w:eastAsia="zh-CN"/>
        </w:rPr>
        <w:t>　　四、具体措施</w:t>
      </w:r>
      <w:r>
        <w:rPr>
          <w:lang w:eastAsia="zh-CN"/>
        </w:rPr>
        <w:br/>
      </w:r>
      <w:r>
        <w:rPr>
          <w:lang w:eastAsia="zh-CN"/>
        </w:rPr>
        <w:t>　　第一、深入研究20__年《高考试题评价报告》、20__年《考试说明》和20__年到20__的高考试题。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高考试题评价报告》是对20__年高考命题的总结，它的制订由三类人员组成，他们是高考命题人员、高考评价人员以及大中学老师，因而这份报告对后面的复习有重要的指导作用，对20__年的命题具有一定的导向性。《考试说明》是高考命题最重要的依据，也是指导高三复习工作的纲领性文献。关注与上一年相比发生变化的地方;还要特别关注新旧教材共同拥有的内容以及新增的内容。特别关注新增内容的试题，关注一些创新题，关注命题模式保持不变的试题，三年对比进行研究。</w:t>
      </w:r>
      <w:r>
        <w:rPr>
          <w:lang w:eastAsia="zh-CN"/>
        </w:rPr>
        <w:br/>
      </w:r>
      <w:r>
        <w:rPr>
          <w:lang w:eastAsia="zh-CN"/>
        </w:rPr>
        <w:t>　　第二，针对学情，定位好教学难度与目标。</w:t>
      </w:r>
      <w:r>
        <w:rPr>
          <w:lang w:eastAsia="zh-CN"/>
        </w:rPr>
        <w:br/>
      </w:r>
      <w:r>
        <w:rPr>
          <w:lang w:eastAsia="zh-CN"/>
        </w:rPr>
        <w:t>　　“学之道在于悟，教之道在于度”。课堂教学度的合理把握是提高课堂教学效率的关键。针对学生的实际，合理确立教学目标，精心选择教学内容，恰当定位教学难度。同一个课题，学情不同，内容的深浅度当然不同，即使是高考的重点内容也是这样。</w:t>
      </w:r>
      <w:r>
        <w:rPr>
          <w:lang w:eastAsia="zh-CN"/>
        </w:rPr>
        <w:br/>
      </w:r>
      <w:r>
        <w:rPr>
          <w:lang w:eastAsia="zh-CN"/>
        </w:rPr>
        <w:t>　　第三、夯实基础知识，构建学科知识网络。</w:t>
      </w:r>
      <w:r>
        <w:rPr>
          <w:lang w:eastAsia="zh-CN"/>
        </w:rPr>
        <w:br/>
      </w:r>
      <w:r>
        <w:rPr>
          <w:lang w:eastAsia="zh-CN"/>
        </w:rPr>
        <w:t>　　读书学习有两个飞跃，一是从薄到厚，二是从厚到薄。第二个飞跃更为重要，</w:t>
      </w:r>
      <w:r>
        <w:rPr>
          <w:lang w:eastAsia="zh-CN"/>
        </w:rPr>
        <w:br/>
      </w:r>
      <w:r>
        <w:rPr>
          <w:lang w:eastAsia="zh-CN"/>
        </w:rPr>
        <w:t>　　它代表着知识的升华、能力的提高。高考前的复习，非常重要的一环就是从厚到薄：理线索、清思路、观大势，应重点把握的基础知识主要有两个方面：一是与当年重大热点问题密切相连的学科主干知识;二是可以与其他学科进行交叉渗透的内容。摒弃繁杂，立足核心，突出主线，便于记忆，有利发散，使学生形成科学的知识网络和能力结构。</w:t>
      </w:r>
      <w:r>
        <w:rPr>
          <w:lang w:eastAsia="zh-CN"/>
        </w:rPr>
        <w:br/>
      </w:r>
      <w:r>
        <w:rPr>
          <w:lang w:eastAsia="zh-CN"/>
        </w:rPr>
        <w:t>　　第四，认真研究学科解题方法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高考答题是通过学生的独立笔试而进行的，时间有限制，难度有要求。因此，必须对学科解题方法进行系统研究，要深入研究各类题型的常规解法，并把一些重要题型的关键解法提供给学生。</w:t>
      </w:r>
      <w:r>
        <w:rPr>
          <w:lang w:eastAsia="zh-CN"/>
        </w:rPr>
        <w:br/>
      </w:r>
      <w:r>
        <w:rPr>
          <w:lang w:eastAsia="zh-CN"/>
        </w:rPr>
        <w:t>　　要研究解题方法与规律，必须先动手做题。要求学生做的练习自己必须动手先做，这样做的好处是既可以知道练习的难易度，又可以归纳总结解题方法，有利于练习的讲评，达到事半功倍的效果。</w:t>
      </w:r>
      <w:r>
        <w:rPr>
          <w:lang w:eastAsia="zh-CN"/>
        </w:rPr>
        <w:br/>
      </w:r>
      <w:r>
        <w:rPr>
          <w:lang w:eastAsia="zh-CN"/>
        </w:rPr>
        <w:t>　　第五、加强思想教育，激发学习积极性</w:t>
      </w:r>
      <w:r>
        <w:rPr>
          <w:lang w:eastAsia="zh-CN"/>
        </w:rPr>
        <w:br/>
      </w:r>
      <w:r>
        <w:rPr>
          <w:lang w:eastAsia="zh-CN"/>
        </w:rPr>
        <w:t>　　本学期我们要从人生理想观、价值观等大方面对学生进行爱祖国、爱民族教育;从父母、老师的辛苦劳动以及学校的关怀等方面加强对学生的爱心教育;从升学压力、就业压力等方面对学生进行现实主义教育。总而言之，通过各种形式的思想教育进一步激发学生学习政治的积极性。</w:t>
      </w:r>
      <w:r>
        <w:rPr>
          <w:lang w:eastAsia="zh-CN"/>
        </w:rPr>
        <w:br/>
      </w:r>
      <w:r>
        <w:rPr>
          <w:lang w:eastAsia="zh-CN"/>
        </w:rPr>
        <w:t>　　五、教学安排</w:t>
      </w:r>
      <w:r>
        <w:rPr>
          <w:lang w:eastAsia="zh-CN"/>
        </w:rPr>
        <w:br/>
      </w:r>
      <w:r>
        <w:rPr>
          <w:lang w:eastAsia="zh-CN"/>
        </w:rPr>
        <w:t>　　1.时间安排：20__～20__月底</w:t>
      </w:r>
      <w:r>
        <w:rPr>
          <w:lang w:eastAsia="zh-CN"/>
        </w:rPr>
        <w:br/>
      </w:r>
      <w:r>
        <w:rPr>
          <w:lang w:eastAsia="zh-CN"/>
        </w:rPr>
        <w:t>　　2.完成章节复习，对知识点按章节体系进行系统复习，并注重进行单元测试，巩固学生所掌握的考试要点。</w:t>
      </w:r>
      <w:r>
        <w:rPr>
          <w:lang w:eastAsia="zh-CN"/>
        </w:rPr>
        <w:br/>
      </w:r>
      <w:r>
        <w:rPr>
          <w:lang w:eastAsia="zh-CN"/>
        </w:rPr>
        <w:t>　　3.做好历年的高考试题，让学生熟悉“高考模式”。</w:t>
      </w:r>
      <w:r>
        <w:rPr>
          <w:lang w:eastAsia="zh-CN"/>
        </w:rPr>
        <w:br/>
      </w:r>
      <w:r>
        <w:rPr>
          <w:lang w:eastAsia="zh-CN"/>
        </w:rPr>
        <w:t>　　4.进行个别辅导，提高优秀生的成绩及班级整体实力。</w:t>
      </w:r>
      <w:r>
        <w:rPr>
          <w:lang w:eastAsia="zh-CN"/>
        </w:rPr>
        <w:br/>
      </w:r>
      <w:r>
        <w:rPr>
          <w:lang w:eastAsia="zh-CN"/>
        </w:rPr>
        <w:t xml:space="preserve">    2024高三政治第一轮复习计划 篇2 </w:t>
      </w:r>
      <w:r>
        <w:rPr>
          <w:lang w:eastAsia="zh-CN"/>
        </w:rPr>
        <w:br/>
      </w:r>
      <w:r>
        <w:rPr>
          <w:lang w:eastAsia="zh-CN"/>
        </w:rPr>
        <w:t>　　一、目标：</w:t>
      </w:r>
      <w:r>
        <w:rPr>
          <w:lang w:eastAsia="zh-CN"/>
        </w:rPr>
        <w:br/>
      </w:r>
      <w:r>
        <w:rPr>
          <w:lang w:eastAsia="zh-CN"/>
        </w:rPr>
        <w:t>　　行动目标：争B、保C、灭D。</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根据班级层次不同、学生层次不同，结合语数外和历史学习情况，学生个人的具体目标各有不同(如助力部分学有余力的学生冲A)。总之，要以不因本学科的达标问题而影响学生升学为原则(即提高与语数外总分达本的匹配、在不占用学生的语数外课外时间的前提下尽力提高学生的等级)。</w:t>
      </w:r>
      <w:r>
        <w:rPr>
          <w:lang w:eastAsia="zh-CN"/>
        </w:rPr>
        <w:br/>
      </w:r>
      <w:r>
        <w:rPr>
          <w:lang w:eastAsia="zh-CN"/>
        </w:rPr>
        <w:t>　　复习目标：</w:t>
      </w:r>
      <w:r>
        <w:rPr>
          <w:lang w:eastAsia="zh-CN"/>
        </w:rPr>
        <w:br/>
      </w:r>
      <w:r>
        <w:rPr>
          <w:lang w:eastAsia="zh-CN"/>
        </w:rPr>
        <w:t>　　依据新课程标准和考试说明，适度关注高考改革动态，抓实课本，夯牢基础，着重掌握单元基础知识，巩固各知识点，强化知识体系建构全面精准地把握教材基本概念、基本观点、基本原理，初步形成知识体系，加强理解能力和思维品质的培养，掌握规范答题的基本要求，帮助学生初步形成一定的解题能力以及思考能力。</w:t>
      </w:r>
      <w:r>
        <w:rPr>
          <w:lang w:eastAsia="zh-CN"/>
        </w:rPr>
        <w:br/>
      </w:r>
      <w:r>
        <w:rPr>
          <w:lang w:eastAsia="zh-CN"/>
        </w:rPr>
        <w:t>　　通过一轮复习，要让学生达到下列要求：</w:t>
      </w:r>
      <w:r>
        <w:rPr>
          <w:lang w:eastAsia="zh-CN"/>
        </w:rPr>
        <w:br/>
      </w:r>
      <w:r>
        <w:rPr>
          <w:lang w:eastAsia="zh-CN"/>
        </w:rPr>
        <w:t>　　⑴掌握考试说明规定的基本知识，能够对知识进行基础的归纳总结，能把握教材主干知识。</w:t>
      </w:r>
      <w:r>
        <w:rPr>
          <w:lang w:eastAsia="zh-CN"/>
        </w:rPr>
        <w:br/>
      </w:r>
      <w:r>
        <w:rPr>
          <w:lang w:eastAsia="zh-CN"/>
        </w:rPr>
        <w:t>　　⑵学会辩证的思维方法。</w:t>
      </w:r>
      <w:r>
        <w:rPr>
          <w:lang w:eastAsia="zh-CN"/>
        </w:rPr>
        <w:br/>
      </w:r>
      <w:r>
        <w:rPr>
          <w:lang w:eastAsia="zh-CN"/>
        </w:rPr>
        <w:t>　　⑶答题做到规范化，能形成一定的解题思路，掌握基本的解题方法。</w:t>
      </w:r>
      <w:r>
        <w:rPr>
          <w:lang w:eastAsia="zh-CN"/>
        </w:rPr>
        <w:br/>
      </w:r>
      <w:r>
        <w:rPr>
          <w:lang w:eastAsia="zh-CN"/>
        </w:rPr>
        <w:t>　　⑷能运用所学思想政治知识观察、分析简单的生活实例和一些重大的社会热点问题，做到理论联系实际，活学活用，提高观察、分析、解决实际问题的能力和素质。</w:t>
      </w:r>
      <w:r>
        <w:rPr>
          <w:lang w:eastAsia="zh-CN"/>
        </w:rPr>
        <w:br/>
      </w:r>
      <w:r>
        <w:rPr>
          <w:lang w:eastAsia="zh-CN"/>
        </w:rPr>
        <w:t>　　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坚持集体备课，凝聚集体智慧。立足教材狠抓基础，坚持集体备课，精心谋划复习方法与策略，把集体备课作为落实常规复习教学的重要任务来抓。通过集体备课，形成适合本校学生的二轮复习导学案(含自主知识归纳、整理，典题训练，反思总结等内容)，引领学生自主复习;通过集体备课，凝聚集体智慧，助推复习迎考的有效性。</w:t>
      </w:r>
      <w:r>
        <w:rPr>
          <w:lang w:eastAsia="zh-CN"/>
        </w:rPr>
        <w:br/>
      </w:r>
      <w:r>
        <w:rPr>
          <w:lang w:eastAsia="zh-CN"/>
        </w:rPr>
        <w:t>　　集体备课时坚持做到：</w:t>
      </w:r>
      <w:r>
        <w:rPr>
          <w:lang w:eastAsia="zh-CN"/>
        </w:rPr>
        <w:br/>
      </w:r>
      <w:r>
        <w:rPr>
          <w:lang w:eastAsia="zh-CN"/>
        </w:rPr>
        <w:t>　　⑴备复习教学目标;</w:t>
      </w:r>
      <w:r>
        <w:rPr>
          <w:lang w:eastAsia="zh-CN"/>
        </w:rPr>
        <w:br/>
      </w:r>
      <w:r>
        <w:rPr>
          <w:lang w:eastAsia="zh-CN"/>
        </w:rPr>
        <w:t>　　⑵备知识体系;</w:t>
      </w:r>
      <w:r>
        <w:rPr>
          <w:lang w:eastAsia="zh-CN"/>
        </w:rPr>
        <w:br/>
      </w:r>
      <w:r>
        <w:rPr>
          <w:lang w:eastAsia="zh-CN"/>
        </w:rPr>
        <w:t>　　⑶备知识点定位;</w:t>
      </w:r>
      <w:r>
        <w:rPr>
          <w:lang w:eastAsia="zh-CN"/>
        </w:rPr>
        <w:br/>
      </w:r>
      <w:r>
        <w:rPr>
          <w:lang w:eastAsia="zh-CN"/>
        </w:rPr>
        <w:t>　　⑷精选试题习题;</w:t>
      </w:r>
      <w:r>
        <w:rPr>
          <w:lang w:eastAsia="zh-CN"/>
        </w:rPr>
        <w:br/>
      </w:r>
      <w:r>
        <w:rPr>
          <w:lang w:eastAsia="zh-CN"/>
        </w:rPr>
        <w:t>　　⑸反馈教学得失，发现问题及时处理。</w:t>
      </w:r>
      <w:r>
        <w:rPr>
          <w:lang w:eastAsia="zh-CN"/>
        </w:rPr>
        <w:br/>
      </w:r>
      <w:r>
        <w:rPr>
          <w:lang w:eastAsia="zh-CN"/>
        </w:rPr>
        <w:t>　　2.搞好知识复习，继续狠抓基础知识</w:t>
      </w:r>
      <w:r>
        <w:rPr>
          <w:lang w:eastAsia="zh-CN"/>
        </w:rPr>
        <w:br/>
      </w:r>
      <w:r>
        <w:rPr>
          <w:lang w:eastAsia="zh-CN"/>
        </w:rPr>
        <w:t>　　⑴按高考考点复习。弄清每一考点涉及的基本概念，基本观点或原理，基本问题(是什么、为什么、怎样做等)</w:t>
      </w:r>
      <w:r>
        <w:rPr>
          <w:lang w:eastAsia="zh-CN"/>
        </w:rPr>
        <w:br/>
      </w:r>
      <w:r>
        <w:rPr>
          <w:lang w:eastAsia="zh-CN"/>
        </w:rPr>
        <w:t>　　⑵把握知识间的内在联系，构建或从新的角度整合知识体系等。</w:t>
      </w:r>
      <w:r>
        <w:rPr>
          <w:lang w:eastAsia="zh-CN"/>
        </w:rPr>
        <w:br/>
      </w:r>
      <w:r>
        <w:rPr>
          <w:lang w:eastAsia="zh-CN"/>
        </w:rPr>
        <w:t>　　⑶把握重点知识，包括高考重考点、易错点知识。</w:t>
      </w:r>
      <w:r>
        <w:rPr>
          <w:lang w:eastAsia="zh-CN"/>
        </w:rPr>
        <w:br/>
      </w:r>
      <w:r>
        <w:rPr>
          <w:lang w:eastAsia="zh-CN"/>
        </w:rPr>
        <w:t>　　⑷增添新教材的知识内容，把握知识的变化。</w:t>
      </w:r>
      <w:r>
        <w:rPr>
          <w:lang w:eastAsia="zh-CN"/>
        </w:rPr>
        <w:br/>
      </w:r>
      <w:r>
        <w:rPr>
          <w:lang w:eastAsia="zh-CN"/>
        </w:rPr>
        <w:t>　　3.重视课堂教学，提高复习课的效率</w:t>
      </w:r>
      <w:r>
        <w:rPr>
          <w:lang w:eastAsia="zh-CN"/>
        </w:rPr>
        <w:br/>
      </w:r>
      <w:r>
        <w:rPr>
          <w:lang w:eastAsia="zh-CN"/>
        </w:rPr>
        <w:t>　　⑴复习课要落实到题目，提高学生的应试能力。</w:t>
      </w:r>
      <w:r>
        <w:rPr>
          <w:lang w:eastAsia="zh-CN"/>
        </w:rPr>
        <w:br/>
      </w:r>
      <w:r>
        <w:rPr>
          <w:lang w:eastAsia="zh-CN"/>
        </w:rPr>
        <w:t>　　⑵课堂讲解要精讲，不宜过多过细。</w:t>
      </w:r>
      <w:r>
        <w:rPr>
          <w:lang w:eastAsia="zh-CN"/>
        </w:rPr>
        <w:br/>
      </w:r>
      <w:r>
        <w:rPr>
          <w:lang w:eastAsia="zh-CN"/>
        </w:rPr>
        <w:t>　　⑶课堂上老师要拿出一定的时间，用于检查学生对基础知识的理解和记忆。</w:t>
      </w:r>
      <w:r>
        <w:rPr>
          <w:lang w:eastAsia="zh-CN"/>
        </w:rPr>
        <w:br/>
      </w:r>
      <w:r>
        <w:rPr>
          <w:lang w:eastAsia="zh-CN"/>
        </w:rPr>
        <w:t>　　⑷课堂教学一定要形成师生互动。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4.精讲精练，提高考试做题的能力</w:t>
      </w:r>
      <w:r>
        <w:rPr>
          <w:lang w:eastAsia="zh-CN"/>
        </w:rPr>
        <w:br/>
      </w:r>
      <w:r>
        <w:rPr>
          <w:lang w:eastAsia="zh-CN"/>
        </w:rPr>
        <w:t>　　⑴精选试题。</w:t>
      </w:r>
      <w:r>
        <w:rPr>
          <w:lang w:eastAsia="zh-CN"/>
        </w:rPr>
        <w:br/>
      </w:r>
      <w:r>
        <w:rPr>
          <w:lang w:eastAsia="zh-CN"/>
        </w:rPr>
        <w:t>　　⑵训练要限时、定量。</w:t>
      </w:r>
      <w:r>
        <w:rPr>
          <w:lang w:eastAsia="zh-CN"/>
        </w:rPr>
        <w:br/>
      </w:r>
      <w:r>
        <w:rPr>
          <w:lang w:eastAsia="zh-CN"/>
        </w:rPr>
        <w:t>　　⑶强化对审题规范、答题规范、书写规范的要求和训练。</w:t>
      </w:r>
      <w:r>
        <w:rPr>
          <w:lang w:eastAsia="zh-CN"/>
        </w:rPr>
        <w:br/>
      </w:r>
      <w:r>
        <w:rPr>
          <w:lang w:eastAsia="zh-CN"/>
        </w:rPr>
        <w:t>　　⑷搞好跟踪训练、变式训练。</w:t>
      </w:r>
      <w:r>
        <w:rPr>
          <w:lang w:eastAsia="zh-CN"/>
        </w:rPr>
        <w:br/>
      </w:r>
      <w:r>
        <w:rPr>
          <w:lang w:eastAsia="zh-CN"/>
        </w:rPr>
        <w:t>　　加强高考研究，特别是近几年__高考真题及、等具有探索性、引领性的高考好题，提高复习备考的针对性。</w:t>
      </w:r>
      <w:r>
        <w:rPr>
          <w:lang w:eastAsia="zh-CN"/>
        </w:rPr>
        <w:br/>
      </w:r>
      <w:r>
        <w:rPr>
          <w:lang w:eastAsia="zh-CN"/>
        </w:rPr>
        <w:t xml:space="preserve">    2024高三政治第一轮复习计划 篇3 </w:t>
      </w:r>
      <w:r>
        <w:rPr>
          <w:lang w:eastAsia="zh-CN"/>
        </w:rPr>
        <w:br/>
      </w:r>
      <w:r>
        <w:rPr>
          <w:lang w:eastAsia="zh-CN"/>
        </w:rPr>
        <w:t>　　一、以主干知识为依托，凸显基础性</w:t>
      </w:r>
      <w:r>
        <w:rPr>
          <w:lang w:eastAsia="zh-CN"/>
        </w:rPr>
        <w:br/>
      </w:r>
      <w:r>
        <w:rPr>
          <w:lang w:eastAsia="zh-CN"/>
        </w:rPr>
        <w:t>　　分析20__年高考试题我们可以发现，20__年高考试题注重对考生的基础知识、基本技能、基本方法的考核，突出对学科主干知识的考核。在对基础考核中渗透着各种能力考核要求，实现了基础知识与能力考核的有机统一。</w:t>
      </w:r>
      <w:r>
        <w:rPr>
          <w:lang w:eastAsia="zh-CN"/>
        </w:rPr>
        <w:br/>
      </w:r>
      <w:r>
        <w:rPr>
          <w:lang w:eastAsia="zh-CN"/>
        </w:rPr>
        <w:t>　　因此，一轮复习的目标：系统复习高中政治全部内容，夯实基础知识，构建知识网络，熟稔高考考点。要求：第一轮复习应遵循按章节或单元从知识要点、重难点、例题讲解、练习巩固、单元检测、讲评的程序进行夯实基本知识。以高考考纲考点为主干知识，重点把握最主要的概念和最基本的原理及相互联系与区别。复习中要学会抓住“点、线、面”，建构起考生自己的知识体系，使学习的知识系统化、明晰化、精确化。要求考生吃透概念原理，要做到在脑子里有一张“知识结构图”、一棵“知识树”，做到“点、线、面”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二、以能力培养为主导，突出素质教育要求</w:t>
      </w:r>
      <w:r>
        <w:rPr>
          <w:lang w:eastAsia="zh-CN"/>
        </w:rPr>
        <w:br/>
      </w:r>
      <w:r>
        <w:rPr>
          <w:lang w:eastAsia="zh-CN"/>
        </w:rPr>
        <w:t>　　能力培养是素质教育的出发点和归宿，新课程要求采用恰当方式培养考生的综合能力，帮助他们认同正确的价值标准、把握正确的政治方向。20__年的思想政治高考试题坚持能力立意，在考查考生对基础知识、基本技能掌握程度的基础上，注重考查了考生运用学科知识和方法分析、解决问题的能力。</w:t>
      </w:r>
      <w:r>
        <w:rPr>
          <w:lang w:eastAsia="zh-CN"/>
        </w:rPr>
        <w:br/>
      </w:r>
      <w:r>
        <w:rPr>
          <w:lang w:eastAsia="zh-CN"/>
        </w:rPr>
        <w:t>　　因此，要训练考生科学的解题思维，培养考生基本的解题能力。良好的思维习惯的养成，主要是指导考生解题时能遵循以下思路：阅读题目;分析题意，确定答题方向和范围;根据已有的知识判断问题材料情景有无符合的知识原理;根据题目所给信息，确定应选用什么样的语言和基本知识原理来表达。</w:t>
      </w:r>
      <w:r>
        <w:rPr>
          <w:lang w:eastAsia="zh-CN"/>
        </w:rPr>
        <w:br/>
      </w:r>
      <w:r>
        <w:rPr>
          <w:lang w:eastAsia="zh-CN"/>
        </w:rPr>
        <w:t>　　高考中考生失分的原因包括对考点所涉及的知识点梳理的不够完整清楚，对教材的知识体系把握不够准确，专业术语表述的不够规范，也缺少对题型的强化训练。要加强审题和答题能力的培养，通过典型习题的训练和常见错误的分类分析，提高考生对试题的分析能力和答题要点的构建能力。</w:t>
      </w:r>
      <w:r>
        <w:rPr>
          <w:lang w:eastAsia="zh-CN"/>
        </w:rPr>
        <w:br/>
      </w:r>
      <w:r>
        <w:rPr>
          <w:lang w:eastAsia="zh-CN"/>
        </w:rPr>
        <w:t>　　三、关注社会热点，反映时代主题</w:t>
      </w:r>
      <w:r>
        <w:rPr>
          <w:lang w:eastAsia="zh-CN"/>
        </w:rPr>
        <w:br/>
      </w:r>
      <w:r>
        <w:rPr>
          <w:lang w:eastAsia="zh-CN"/>
        </w:rPr>
        <w:t>　　面对实际问题，运用马克思主义立场、观点和方法，做出正确的价值判断和价值选择，既是高考的一个能力要求，也是新课程改革要达到的一个重要目标。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高考试卷以问题为载体，以人类所面临和关心的现实或重大热点问题为素材，以发展为灵魂，突出科学发展、和谐发展、人文发展理念，通过试题引导考生关注社会、关注人与自然、关注国家经济的繁荣和人民生活水平的提高。</w:t>
      </w:r>
      <w:r>
        <w:rPr>
          <w:lang w:eastAsia="zh-CN"/>
        </w:rPr>
        <w:br/>
      </w:r>
      <w:r>
        <w:rPr>
          <w:lang w:eastAsia="zh-CN"/>
        </w:rPr>
        <w:t>　　一轮复习中要拓展考生的政治眼界，关注“热点问题”。热点问题是理论联系实际的重要内容，是考试题目设置新情景的原材料。在复习课中，我们把教材中的理论知识与反映国内外形势发展中的热点、焦点问题联系起来，设计问题，引导考生思考。引导考生走出课堂，关注国家、关注社会、关注世界，激发考生学习知识、探究问题的兴趣和热情，增强考生的社会责任感，这也体现了素质教育的要求。</w:t>
      </w:r>
      <w:r>
        <w:rPr>
          <w:lang w:eastAsia="zh-CN"/>
        </w:rPr>
        <w:br/>
      </w:r>
      <w:r>
        <w:rPr>
          <w:lang w:eastAsia="zh-CN"/>
        </w:rPr>
        <w:t>　　四、复习中渗透探究性学习理念，体现实践性与开放性</w:t>
      </w:r>
      <w:r>
        <w:rPr>
          <w:lang w:eastAsia="zh-CN"/>
        </w:rPr>
        <w:br/>
      </w:r>
      <w:r>
        <w:rPr>
          <w:lang w:eastAsia="zh-CN"/>
        </w:rPr>
        <w:t>　　“探究”作为一种开放式的研究性实践活动，是学科知识与生活主题相结合，运用所学知识分析与解决问题的探索过程，它同时体现了新课改倡导的研究性学习方式。探究性学习题目，要求考生具有较强的知识迁移能力，鼓励考生独立思考、主动探究，并富有个性地发表自己的见解;要求考生走进生活，体验生活，感悟生活，学会多角度地观察生活，丰富生活阅历和情感体验，对自然、社会和人生有自己的感受和思考，体现开放性、探究性以及在探究和解决问题过程中表现出来的创新意识和实践能力。</w:t>
      </w:r>
      <w:r>
        <w:rPr>
          <w:lang w:eastAsia="zh-CN"/>
        </w:rPr>
        <w:br/>
      </w:r>
      <w:r>
        <w:rPr>
          <w:lang w:eastAsia="zh-CN"/>
        </w:rPr>
        <w:t>　　一轮复习中要正确认识高考与课程改革的关系：高考应渗透普通高中新课程的理念，反映课程标准的整体要求，考查考生初步的科学与人文素养及创新意识，注重能力和素质考查，注重时代性和实践性。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2024高三政治第一轮复习计划 篇4 </w:t>
      </w:r>
      <w:r>
        <w:rPr>
          <w:lang w:eastAsia="zh-CN"/>
        </w:rPr>
        <w:br/>
      </w:r>
      <w:r>
        <w:rPr>
          <w:lang w:eastAsia="zh-CN"/>
        </w:rPr>
        <w:t>　　一、指导思想</w:t>
      </w:r>
      <w:r>
        <w:rPr>
          <w:lang w:eastAsia="zh-CN"/>
        </w:rPr>
        <w:br/>
      </w:r>
      <w:r>
        <w:rPr>
          <w:lang w:eastAsia="zh-CN"/>
        </w:rPr>
        <w:t>　　依据课程标准和考试说明，回归课本、主抓基层，关注知识之间的内在联系，形成主体知识体系;加深理解、提高识记、提高理解和运用知识的水平和能力。</w:t>
      </w:r>
      <w:r>
        <w:rPr>
          <w:lang w:eastAsia="zh-CN"/>
        </w:rPr>
        <w:br/>
      </w:r>
      <w:r>
        <w:rPr>
          <w:lang w:eastAsia="zh-CN"/>
        </w:rPr>
        <w:t>　　二、复习内容</w:t>
      </w:r>
      <w:r>
        <w:rPr>
          <w:lang w:eastAsia="zh-CN"/>
        </w:rPr>
        <w:br/>
      </w:r>
      <w:r>
        <w:rPr>
          <w:lang w:eastAsia="zh-CN"/>
        </w:rPr>
        <w:t>　　必修1《经济生活》 必修2《政治生活》、</w:t>
      </w:r>
      <w:r>
        <w:rPr>
          <w:lang w:eastAsia="zh-CN"/>
        </w:rPr>
        <w:br/>
      </w:r>
      <w:r>
        <w:rPr>
          <w:lang w:eastAsia="zh-CN"/>
        </w:rPr>
        <w:t>　　必修3《生活》 必修4《生活与哲学》</w:t>
      </w:r>
      <w:r>
        <w:rPr>
          <w:lang w:eastAsia="zh-CN"/>
        </w:rPr>
        <w:br/>
      </w:r>
      <w:r>
        <w:rPr>
          <w:lang w:eastAsia="zh-CN"/>
        </w:rPr>
        <w:t>　　(注：关于选修内容根据当年考试说明)</w:t>
      </w:r>
      <w:r>
        <w:rPr>
          <w:lang w:eastAsia="zh-CN"/>
        </w:rPr>
        <w:br/>
      </w:r>
      <w:r>
        <w:rPr>
          <w:lang w:eastAsia="zh-CN"/>
        </w:rPr>
        <w:t>　　三、复习时间及课时安排</w:t>
      </w:r>
      <w:r>
        <w:rPr>
          <w:lang w:eastAsia="zh-CN"/>
        </w:rPr>
        <w:br/>
      </w:r>
      <w:r>
        <w:rPr>
          <w:lang w:eastAsia="zh-CN"/>
        </w:rPr>
        <w:t>　　(上一年年8月——次年年1月)具体如下：</w:t>
      </w:r>
      <w:r>
        <w:rPr>
          <w:lang w:eastAsia="zh-CN"/>
        </w:rPr>
        <w:br/>
      </w:r>
      <w:r>
        <w:rPr>
          <w:lang w:eastAsia="zh-CN"/>
        </w:rPr>
        <w:t>　　(注：一轮复习期间因涉及月考、期中考、期末考和部分假日等，故本计划将根据实际时间与教学需要而适当调整。应届班和复习班的进度也稍有不同)</w:t>
      </w:r>
      <w:r>
        <w:rPr>
          <w:lang w:eastAsia="zh-CN"/>
        </w:rPr>
        <w:br/>
      </w:r>
      <w:r>
        <w:rPr>
          <w:lang w:eastAsia="zh-CN"/>
        </w:rPr>
        <w:t>　　四、复习事项</w:t>
      </w:r>
      <w:r>
        <w:rPr>
          <w:lang w:eastAsia="zh-CN"/>
        </w:rPr>
        <w:br/>
      </w:r>
      <w:r>
        <w:rPr>
          <w:lang w:eastAsia="zh-CN"/>
        </w:rPr>
        <w:t>　　1、目标：着重掌握单元基础知识，巩固各知识点，强化知识体系;同时加强综合训练，全面提高解题能力以及思考能力。通过第一轮复习，要达到：</w:t>
      </w:r>
      <w:r>
        <w:rPr>
          <w:lang w:eastAsia="zh-CN"/>
        </w:rPr>
        <w:br/>
      </w:r>
      <w:r>
        <w:rPr>
          <w:lang w:eastAsia="zh-CN"/>
        </w:rPr>
        <w:t>　　(1)掌握考纲规定的基本知识，能够对知识进行基础的归纳总结，能把握教材主干知识。</w:t>
      </w:r>
      <w:r>
        <w:rPr>
          <w:lang w:eastAsia="zh-CN"/>
        </w:rPr>
        <w:br/>
      </w:r>
      <w:r>
        <w:rPr>
          <w:lang w:eastAsia="zh-CN"/>
        </w:rPr>
        <w:t>　　(2)学会辩证的思维方法。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(3)答题做到规范化，能形成一定的解题思路，掌握基本的解题方法。</w:t>
      </w:r>
      <w:r>
        <w:rPr>
          <w:lang w:eastAsia="zh-CN"/>
        </w:rPr>
        <w:br/>
      </w:r>
      <w:r>
        <w:rPr>
          <w:lang w:eastAsia="zh-CN"/>
        </w:rPr>
        <w:t>　　(4)能运用所学思想政治知识观察、分析简单的生活实例和一些重大的社会问题，做到理论联系实际，活学活用，提高观察、分析、解决实际问题的能力和素质。</w:t>
      </w:r>
      <w:r>
        <w:rPr>
          <w:lang w:eastAsia="zh-CN"/>
        </w:rPr>
        <w:br/>
      </w:r>
      <w:r>
        <w:rPr>
          <w:lang w:eastAsia="zh-CN"/>
        </w:rPr>
        <w:t>　　2、总要求：第一轮复习应遵循按单、节或每课知识点、重、难点例题讲解，练习巩固，单元检测，讲评的程序进行。</w:t>
      </w:r>
      <w:r>
        <w:rPr>
          <w:lang w:eastAsia="zh-CN"/>
        </w:rPr>
        <w:br/>
      </w:r>
      <w:r>
        <w:rPr>
          <w:lang w:eastAsia="zh-CN"/>
        </w:rPr>
        <w:t>　　五、具体要求</w:t>
      </w:r>
      <w:r>
        <w:rPr>
          <w:lang w:eastAsia="zh-CN"/>
        </w:rPr>
        <w:br/>
      </w:r>
      <w:r>
        <w:rPr>
          <w:lang w:eastAsia="zh-CN"/>
        </w:rPr>
        <w:t>　　1、知识复习要求：</w:t>
      </w:r>
      <w:r>
        <w:rPr>
          <w:lang w:eastAsia="zh-CN"/>
        </w:rPr>
        <w:br/>
      </w:r>
      <w:r>
        <w:rPr>
          <w:lang w:eastAsia="zh-CN"/>
        </w:rPr>
        <w:t>　　(1)按高考考点复习。弄清每一考点涉及的基本概念，基本观点或原理，基本问题(是什么、为什么、怎样做等)</w:t>
      </w:r>
      <w:r>
        <w:rPr>
          <w:lang w:eastAsia="zh-CN"/>
        </w:rPr>
        <w:br/>
      </w:r>
      <w:r>
        <w:rPr>
          <w:lang w:eastAsia="zh-CN"/>
        </w:rPr>
        <w:t>　　(2)把握知识间的内在联系，构建或从新的角度整合知识体系等。</w:t>
      </w:r>
      <w:r>
        <w:rPr>
          <w:lang w:eastAsia="zh-CN"/>
        </w:rPr>
        <w:br/>
      </w:r>
      <w:r>
        <w:rPr>
          <w:lang w:eastAsia="zh-CN"/>
        </w:rPr>
        <w:t>　　(3)把握重点知识，包括高考重考点、易错点知识。</w:t>
      </w:r>
      <w:r>
        <w:rPr>
          <w:lang w:eastAsia="zh-CN"/>
        </w:rPr>
        <w:br/>
      </w:r>
      <w:r>
        <w:rPr>
          <w:lang w:eastAsia="zh-CN"/>
        </w:rPr>
        <w:t>　　(4)增添新教材的知识内容，把握知识的变化。</w:t>
      </w:r>
      <w:r>
        <w:rPr>
          <w:lang w:eastAsia="zh-CN"/>
        </w:rPr>
        <w:br/>
      </w:r>
      <w:r>
        <w:rPr>
          <w:lang w:eastAsia="zh-CN"/>
        </w:rPr>
        <w:t>　　2、知识训练要求：</w:t>
      </w:r>
      <w:r>
        <w:rPr>
          <w:lang w:eastAsia="zh-CN"/>
        </w:rPr>
        <w:br/>
      </w:r>
      <w:r>
        <w:rPr>
          <w:lang w:eastAsia="zh-CN"/>
        </w:rPr>
        <w:t>　　(1)加强双基训练，做到每节一练，每课一检测一练习，每单元一检测。</w:t>
      </w:r>
      <w:r>
        <w:rPr>
          <w:lang w:eastAsia="zh-CN"/>
        </w:rPr>
        <w:br/>
      </w:r>
      <w:r>
        <w:rPr>
          <w:lang w:eastAsia="zh-CN"/>
        </w:rPr>
        <w:t xml:space="preserve">    2024高三政治第一轮复习计划 篇5 </w:t>
      </w:r>
      <w:r>
        <w:rPr>
          <w:lang w:eastAsia="zh-CN"/>
        </w:rPr>
        <w:br/>
      </w:r>
      <w:r>
        <w:rPr>
          <w:lang w:eastAsia="zh-CN"/>
        </w:rPr>
        <w:t>　　为了在明年的高考中取得好的成绩，在总结往届高考复习经验和教训的基础上，本着全面、系统、扎实、有效的原则，结合本届学生的实际，特制订本计划</w:t>
      </w:r>
      <w:r>
        <w:rPr>
          <w:lang w:eastAsia="zh-CN"/>
        </w:rPr>
        <w:br/>
      </w:r>
      <w:r>
        <w:rPr>
          <w:lang w:eastAsia="zh-CN"/>
        </w:rPr>
        <w:t>　　一、点面结合，理清脉络，夯实基础。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针对我校学生实际，政治一轮复习，主要强化对基础知识的掌握，夯实基础。对基础知识掌握做到全面不留死角，彻底扫除知识理解上的障碍。首先要引导学生重视知识的全面性，理清教材的知识脉络;重视重复记忆。</w:t>
      </w:r>
      <w:r>
        <w:rPr>
          <w:lang w:eastAsia="zh-CN"/>
        </w:rPr>
        <w:br/>
      </w:r>
      <w:r>
        <w:rPr>
          <w:lang w:eastAsia="zh-CN"/>
        </w:rPr>
        <w:t>　　二、加强集体备课，精心研究两纲，把握高考动向。</w:t>
      </w:r>
      <w:r>
        <w:rPr>
          <w:lang w:eastAsia="zh-CN"/>
        </w:rPr>
        <w:br/>
      </w:r>
      <w:r>
        <w:rPr>
          <w:lang w:eastAsia="zh-CN"/>
        </w:rPr>
        <w:t>　　要想取得好成绩，就必须加强集体备课，坚决落实学校关于集体备课精神，集思广益，充分发挥集体优势，把个人的智慧融入集体，打群体战，决不孤军奋战。我组教师大都是带过几届高三的老教师，在高考试题都有研究，所以，要加强学科内的备课交流。同时，认真研究教材，深入研究考纲，把握高考动向。考纲不仅明确了高考的性质、内容和能力要求，而且规定了试卷的结构、难度系数、考试方法和考查的知识范围等，这为我们的复习指明了方向。老师要加强对《考试说明》《课程标准》的认真研究。复习中深入研究20__年及20__年的高考试题以及考试说明，适当地有针对性地做一些较为规范的、科学的练习题，训练答题的方法，提高解题的技巧，发展思维能力。</w:t>
      </w:r>
      <w:r>
        <w:rPr>
          <w:lang w:eastAsia="zh-CN"/>
        </w:rPr>
        <w:br/>
      </w:r>
      <w:r>
        <w:rPr>
          <w:lang w:eastAsia="zh-CN"/>
        </w:rPr>
        <w:t>　　三、突出课堂，重在落实，追求实效。</w:t>
      </w:r>
      <w:r>
        <w:rPr>
          <w:lang w:eastAsia="zh-CN"/>
        </w:rPr>
        <w:br/>
      </w:r>
      <w:r>
        <w:rPr>
          <w:lang w:eastAsia="zh-CN"/>
        </w:rPr>
        <w:t>　　课堂教学是整个政治课教学的中心环节，尤其素质教育形势下，课时数减少，时间紧，任务重，课堂教学的高效益显得尤为重要。必须科学合理地安排好教学过程，向每一分钟要质量，向每个知识点要分数，向每一道题要技巧。</w:t>
      </w:r>
      <w:r>
        <w:rPr>
          <w:lang w:eastAsia="zh-CN"/>
        </w:rPr>
        <w:br/>
      </w:r>
      <w:r>
        <w:rPr>
          <w:lang w:eastAsia="zh-CN"/>
        </w:rPr>
        <w:t>　　第一，对学生自主学习情况进行落实。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第二，强化合作探究，创设情境，巧妙设疑，培养和提高学生的答题技巧。</w:t>
      </w:r>
      <w:r>
        <w:rPr>
          <w:lang w:eastAsia="zh-CN"/>
        </w:rPr>
        <w:br/>
      </w:r>
      <w:r>
        <w:rPr>
          <w:lang w:eastAsia="zh-CN"/>
        </w:rPr>
        <w:t>　　第三，教师要精讲点拨。抓住主线，突出重点，把握好逻辑关系。</w:t>
      </w:r>
      <w:r>
        <w:rPr>
          <w:lang w:eastAsia="zh-CN"/>
        </w:rPr>
        <w:br/>
      </w:r>
      <w:r>
        <w:rPr>
          <w:lang w:eastAsia="zh-CN"/>
        </w:rPr>
        <w:t>　　第四，随堂练习，有效训练。针对所复习的知识进行训练是对这节课实际效果的检验，也是复习课中非常必要的环节。</w:t>
      </w:r>
      <w:r>
        <w:rPr>
          <w:lang w:eastAsia="zh-CN"/>
        </w:rPr>
        <w:br/>
      </w:r>
      <w:r>
        <w:rPr>
          <w:lang w:eastAsia="zh-CN"/>
        </w:rPr>
        <w:t>　　四、加强有效训练，提高学生审题答题能力。</w:t>
      </w:r>
      <w:r>
        <w:rPr>
          <w:lang w:eastAsia="zh-CN"/>
        </w:rPr>
        <w:br/>
      </w:r>
      <w:r>
        <w:rPr>
          <w:lang w:eastAsia="zh-CN"/>
        </w:rPr>
        <w:t>　　从近两年的高考题来看，题型的设计及难易程度都适中，但学生的得分并不高，主要是学生对考点所涉及的知识点梳理的不够完整清楚，对教材的知识体系把握不够准确，专业术语表述的不够规范，也缺少对题型的强化训练。要加强审题和答题能力的培养，通过典型习题的训练和常见错误的分类分析，提高考生对试题的分析能力和答题要点的构建能力等;要处理好讲和练的关系，要用好每一节课，第一轮训练要专题知识训练和综合训练相结合，以专题训练为主。专题知识训练能反复强化知识点，使学生能拓宽视野，稳扎稳打，综合训练又能让学生有全局意识，并可及时查漏补缺，发现薄弱环节;在训练中还要加强文字书写规范性的训练，下功夫练字，提高书写水平，答案设计要美观、合理;在训练时要特别注意做好基础题，高考试题难度结构为容易题(基础题)、中等难度题和高难度题，比例是：3：5：2，要在高考中获胜,必须把握好基础题目;要全批全改，当天的作业、测验争取当天批阅，第二天讲解。</w:t>
      </w:r>
      <w:r>
        <w:rPr>
          <w:lang w:eastAsia="zh-CN"/>
        </w:rPr>
        <w:br/>
      </w:r>
      <w:r>
        <w:rPr>
          <w:lang w:eastAsia="zh-CN"/>
        </w:rPr>
        <w:t>　　五、总体时间安排：</w:t>
      </w:r>
      <w:r>
        <w:rPr>
          <w:lang w:eastAsia="zh-CN"/>
        </w:rPr>
        <w:br/>
      </w:r>
      <w:r>
        <w:rPr>
          <w:lang w:eastAsia="zh-CN"/>
        </w:rPr>
        <w:t>　　20__年8月27日------9月27日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必修一《经济生活》第一单元(第一课、第二课、第三课)</w:t>
      </w:r>
      <w:r>
        <w:rPr>
          <w:lang w:eastAsia="zh-CN"/>
        </w:rPr>
        <w:br/>
      </w:r>
      <w:r>
        <w:rPr>
          <w:lang w:eastAsia="zh-CN"/>
        </w:rPr>
        <w:t>　　必修一《经济生活》第二单元(第四课、第五课、第六课)</w:t>
      </w:r>
      <w:r>
        <w:rPr>
          <w:lang w:eastAsia="zh-CN"/>
        </w:rPr>
        <w:br/>
      </w:r>
      <w:r>
        <w:rPr>
          <w:lang w:eastAsia="zh-CN"/>
        </w:rPr>
        <w:t>　　必修一《经济生活》前两单元知识检测</w:t>
      </w:r>
      <w:r>
        <w:rPr>
          <w:lang w:eastAsia="zh-CN"/>
        </w:rPr>
        <w:br/>
      </w:r>
      <w:r>
        <w:rPr>
          <w:lang w:eastAsia="zh-CN"/>
        </w:rPr>
        <w:t>　　20__年9月28日-----10月28日</w:t>
      </w:r>
      <w:r>
        <w:rPr>
          <w:lang w:eastAsia="zh-CN"/>
        </w:rPr>
        <w:br/>
      </w:r>
      <w:r>
        <w:rPr>
          <w:lang w:eastAsia="zh-CN"/>
        </w:rPr>
        <w:t>　　必修一《经济生活》第三单元(第七课、第八课)</w:t>
      </w:r>
      <w:r>
        <w:rPr>
          <w:lang w:eastAsia="zh-CN"/>
        </w:rPr>
        <w:br/>
      </w:r>
      <w:r>
        <w:rPr>
          <w:lang w:eastAsia="zh-CN"/>
        </w:rPr>
        <w:t>　　必修一《经济生活》第四单元(第九课、第十课、第十一课)</w:t>
      </w:r>
      <w:r>
        <w:rPr>
          <w:lang w:eastAsia="zh-CN"/>
        </w:rPr>
        <w:br/>
      </w:r>
      <w:r>
        <w:rPr>
          <w:lang w:eastAsia="zh-CN"/>
        </w:rPr>
        <w:t>　　必修一《经济生活》三四单元知识检测</w:t>
      </w:r>
      <w:r>
        <w:rPr>
          <w:lang w:eastAsia="zh-CN"/>
        </w:rPr>
        <w:br/>
      </w:r>
      <w:r>
        <w:rPr>
          <w:lang w:eastAsia="zh-CN"/>
        </w:rPr>
        <w:t>　　必修一《经济生活》全书知识框架构建及高考题强化</w:t>
      </w:r>
      <w:r>
        <w:rPr>
          <w:lang w:eastAsia="zh-CN"/>
        </w:rPr>
        <w:br/>
      </w:r>
      <w:r>
        <w:rPr>
          <w:lang w:eastAsia="zh-CN"/>
        </w:rPr>
        <w:t>　　20__年10月29日----11月8日</w:t>
      </w:r>
      <w:r>
        <w:rPr>
          <w:lang w:eastAsia="zh-CN"/>
        </w:rPr>
        <w:br/>
      </w:r>
      <w:r>
        <w:rPr>
          <w:lang w:eastAsia="zh-CN"/>
        </w:rPr>
        <w:t>　　必修二《政治生活》第一单元(第一课、第二课)</w:t>
      </w:r>
      <w:r>
        <w:rPr>
          <w:lang w:eastAsia="zh-CN"/>
        </w:rPr>
        <w:br/>
      </w:r>
      <w:r>
        <w:rPr>
          <w:lang w:eastAsia="zh-CN"/>
        </w:rPr>
        <w:t>　　必修二《政治生活》第二单元(第三课、第四课)</w:t>
      </w:r>
      <w:r>
        <w:rPr>
          <w:lang w:eastAsia="zh-CN"/>
        </w:rPr>
        <w:br/>
      </w:r>
      <w:r>
        <w:rPr>
          <w:lang w:eastAsia="zh-CN"/>
        </w:rPr>
        <w:t>　　必修二《政治生活》前两单元知识检测</w:t>
      </w:r>
      <w:r>
        <w:rPr>
          <w:lang w:eastAsia="zh-CN"/>
        </w:rPr>
        <w:br/>
      </w:r>
      <w:r>
        <w:rPr>
          <w:lang w:eastAsia="zh-CN"/>
        </w:rPr>
        <w:t>　　20__年11月9日----12月1日</w:t>
      </w:r>
      <w:r>
        <w:rPr>
          <w:lang w:eastAsia="zh-CN"/>
        </w:rPr>
        <w:br/>
      </w:r>
      <w:r>
        <w:rPr>
          <w:lang w:eastAsia="zh-CN"/>
        </w:rPr>
        <w:t>　　必修二《政治生活》第三单元(第五课、第六课、第七课)</w:t>
      </w:r>
      <w:r>
        <w:rPr>
          <w:lang w:eastAsia="zh-CN"/>
        </w:rPr>
        <w:br/>
      </w:r>
      <w:r>
        <w:rPr>
          <w:lang w:eastAsia="zh-CN"/>
        </w:rPr>
        <w:t>　　必修二《政治生活》第四单元(第八课、第九课)</w:t>
      </w:r>
      <w:r>
        <w:rPr>
          <w:lang w:eastAsia="zh-CN"/>
        </w:rPr>
        <w:br/>
      </w:r>
      <w:r>
        <w:rPr>
          <w:lang w:eastAsia="zh-CN"/>
        </w:rPr>
        <w:t>　　必修二《政治生活》三四单元知识检测</w:t>
      </w:r>
      <w:r>
        <w:rPr>
          <w:lang w:eastAsia="zh-CN"/>
        </w:rPr>
        <w:br/>
      </w:r>
      <w:r>
        <w:rPr>
          <w:lang w:eastAsia="zh-CN"/>
        </w:rPr>
        <w:t>　　必修二《政治生活》全书知识框架构建及高考题强化</w:t>
      </w:r>
      <w:r>
        <w:rPr>
          <w:lang w:eastAsia="zh-CN"/>
        </w:rPr>
        <w:br/>
      </w:r>
      <w:r>
        <w:rPr>
          <w:lang w:eastAsia="zh-CN"/>
        </w:rPr>
        <w:t>　　20__年12月2日----2019年1月2日</w:t>
      </w:r>
      <w:r>
        <w:rPr>
          <w:lang w:eastAsia="zh-CN"/>
        </w:rPr>
        <w:br/>
      </w:r>
      <w:r>
        <w:rPr>
          <w:lang w:eastAsia="zh-CN"/>
        </w:rPr>
        <w:t>　　必修四《生活与哲学》第一单元(第一课、第二课、第三课)</w:t>
      </w:r>
      <w:r>
        <w:rPr>
          <w:lang w:eastAsia="zh-CN"/>
        </w:rPr>
        <w:br/>
      </w:r>
      <w:r>
        <w:rPr>
          <w:lang w:eastAsia="zh-CN"/>
        </w:rPr>
        <w:t>　　必修四《生活与哲学》第二单元(第四课、第五课、第六课)</w:t>
      </w:r>
      <w:r>
        <w:rPr>
          <w:lang w:eastAsia="zh-CN"/>
        </w:rPr>
        <w:br/>
      </w:r>
      <w:r>
        <w:rPr>
          <w:lang w:eastAsia="zh-CN"/>
        </w:rPr>
        <w:t>　　必修四《生活与哲学》前两单元知识检测</w:t>
      </w:r>
      <w:r>
        <w:rPr>
          <w:lang w:eastAsia="zh-CN"/>
        </w:rPr>
        <w:br/>
      </w:r>
      <w:r>
        <w:rPr>
          <w:lang w:eastAsia="zh-CN"/>
        </w:rPr>
        <w:t>　　2019年1月3日----寒假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必修四《生活与哲学》第三单元(第七课、第八课、第九课、第十课)</w:t>
      </w:r>
      <w:r>
        <w:rPr>
          <w:lang w:eastAsia="zh-CN"/>
        </w:rPr>
        <w:br/>
      </w:r>
      <w:r>
        <w:rPr>
          <w:lang w:eastAsia="zh-CN"/>
        </w:rPr>
        <w:t>　　必修四《生活与哲学》第四单元(第十一课、第十二课)</w:t>
      </w:r>
      <w:r>
        <w:rPr>
          <w:lang w:eastAsia="zh-CN"/>
        </w:rPr>
        <w:br/>
      </w:r>
      <w:r>
        <w:rPr>
          <w:lang w:eastAsia="zh-CN"/>
        </w:rPr>
        <w:t>　　必修四《生活与哲学》全书知识框架构建及高考题强化</w:t>
      </w:r>
      <w:r>
        <w:rPr>
          <w:lang w:eastAsia="zh-CN"/>
        </w:rPr>
        <w:br/>
      </w:r>
      <w:r>
        <w:rPr>
          <w:lang w:eastAsia="zh-CN"/>
        </w:rPr>
        <w:t>　　2019年春季开学-----2019年3月10日</w:t>
      </w:r>
      <w:r>
        <w:rPr>
          <w:lang w:eastAsia="zh-CN"/>
        </w:rPr>
        <w:br/>
      </w:r>
      <w:r>
        <w:rPr>
          <w:lang w:eastAsia="zh-CN"/>
        </w:rPr>
        <w:t>　　必修三《文化生活》第一单元(第一课、第二课)</w:t>
      </w:r>
      <w:r>
        <w:rPr>
          <w:lang w:eastAsia="zh-CN"/>
        </w:rPr>
        <w:br/>
      </w:r>
      <w:r>
        <w:rPr>
          <w:lang w:eastAsia="zh-CN"/>
        </w:rPr>
        <w:t>　　必修三《文化生活》第二单元(第三课、第四课、第五课)</w:t>
      </w:r>
      <w:r>
        <w:rPr>
          <w:lang w:eastAsia="zh-CN"/>
        </w:rPr>
        <w:br/>
      </w:r>
      <w:r>
        <w:rPr>
          <w:lang w:eastAsia="zh-CN"/>
        </w:rPr>
        <w:t>　　必修三《文化生活》前两单元知识检测</w:t>
      </w:r>
      <w:r>
        <w:rPr>
          <w:lang w:eastAsia="zh-CN"/>
        </w:rPr>
        <w:br/>
      </w:r>
      <w:r>
        <w:rPr>
          <w:lang w:eastAsia="zh-CN"/>
        </w:rPr>
        <w:t>　　必修三《文化生活》第三单元(第六课、第七课)</w:t>
      </w:r>
      <w:r>
        <w:rPr>
          <w:lang w:eastAsia="zh-CN"/>
        </w:rPr>
        <w:br/>
      </w:r>
      <w:r>
        <w:rPr>
          <w:lang w:eastAsia="zh-CN"/>
        </w:rPr>
        <w:t>　　必修三《文化生活》第四单元(第八课、第九课、第十课)</w:t>
      </w:r>
      <w:r>
        <w:rPr>
          <w:lang w:eastAsia="zh-CN"/>
        </w:rPr>
        <w:br/>
      </w:r>
      <w:r>
        <w:rPr>
          <w:lang w:eastAsia="zh-CN"/>
        </w:rPr>
        <w:t>　　必修三《文化生活》三四单元知识检测</w:t>
      </w:r>
      <w:r>
        <w:rPr>
          <w:lang w:eastAsia="zh-CN"/>
        </w:rPr>
        <w:br/>
      </w:r>
      <w:r>
        <w:rPr>
          <w:lang w:eastAsia="zh-CN"/>
        </w:rPr>
        <w:t>　　必修三《文化生活》全书知识框架构建及高考题强化</w:t>
      </w:r>
      <w:r>
        <w:rPr>
          <w:lang w:eastAsia="zh-CN"/>
        </w:rPr>
        <w:br/>
      </w:r>
      <w:r>
        <w:rPr>
          <w:lang w:eastAsia="zh-CN"/>
        </w:rPr>
        <w:t>　　备注</w:t>
      </w:r>
      <w:r>
        <w:rPr>
          <w:lang w:eastAsia="zh-CN"/>
        </w:rPr>
        <w:br/>
      </w:r>
      <w:r>
        <w:rPr>
          <w:lang w:eastAsia="zh-CN"/>
        </w:rPr>
        <w:t>　　(1)必修一《经济生活》和必修四《生活与哲学》是高考的重难点，且分值较多，故时间相对较多，而必修二《政治生活》和必修三《文化生活》内容较简单，相对时间较少。</w:t>
      </w:r>
      <w:r>
        <w:rPr>
          <w:lang w:eastAsia="zh-CN"/>
        </w:rPr>
        <w:br/>
      </w:r>
      <w:r>
        <w:rPr>
          <w:lang w:eastAsia="zh-CN"/>
        </w:rPr>
        <w:t>　　(2)一轮复习过程中，要穿插综合题的训练，加强高考模拟题训练力度。</w:t>
      </w:r>
      <w:r>
        <w:rPr>
          <w:lang w:eastAsia="zh-CN"/>
        </w:rPr>
        <w:br/>
      </w:r>
      <w:r>
        <w:rPr>
          <w:lang w:eastAsia="zh-CN"/>
        </w:rPr>
        <w:t xml:space="preserve">    2024高三政治第一轮复习计划 篇6 </w:t>
      </w:r>
      <w:r>
        <w:rPr>
          <w:lang w:eastAsia="zh-CN"/>
        </w:rPr>
        <w:br/>
      </w:r>
      <w:r>
        <w:rPr>
          <w:lang w:eastAsia="zh-CN"/>
        </w:rPr>
        <w:t>　　一、学生情况分析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高__班是一个应届班，共有__人，从上学期考试情况看，学生学习水平参差不齐，基础知识部分同学掌握不牢，分析问题、解决问题的能力偏低，从材料中获取知识的能力、辩证思维的能力有待于进一步提高。</w:t>
      </w:r>
      <w:r>
        <w:rPr>
          <w:lang w:eastAsia="zh-CN"/>
        </w:rPr>
        <w:br/>
      </w:r>
      <w:r>
        <w:rPr>
          <w:lang w:eastAsia="zh-CN"/>
        </w:rPr>
        <w:t>　　二、教学目标</w:t>
      </w:r>
      <w:r>
        <w:rPr>
          <w:lang w:eastAsia="zh-CN"/>
        </w:rPr>
        <w:br/>
      </w:r>
      <w:r>
        <w:rPr>
          <w:lang w:eastAsia="zh-CN"/>
        </w:rPr>
        <w:t>　　以__届高三年级组的工作计划为指导，严格遵循教育教学规律，紧紧围绕学校的“育人”目标和学校的教学目标，加强教育教学方法的改革，不断构建“自主、合作、高效、优质”课堂，为创建“齐鲁名校”贡献自己的力量。</w:t>
      </w:r>
      <w:r>
        <w:rPr>
          <w:lang w:eastAsia="zh-CN"/>
        </w:rPr>
        <w:br/>
      </w:r>
      <w:r>
        <w:rPr>
          <w:lang w:eastAsia="zh-CN"/>
        </w:rPr>
        <w:t>　　三、教学进程</w:t>
      </w:r>
      <w:r>
        <w:rPr>
          <w:lang w:eastAsia="zh-CN"/>
        </w:rPr>
        <w:br/>
      </w:r>
      <w:r>
        <w:rPr>
          <w:lang w:eastAsia="zh-CN"/>
        </w:rPr>
        <w:t>　　(1)时间：本学期从20__年_月__日--20__年_月__日，共计17周的时间，这也是一轮的复习时间</w:t>
      </w:r>
      <w:r>
        <w:rPr>
          <w:lang w:eastAsia="zh-CN"/>
        </w:rPr>
        <w:br/>
      </w:r>
      <w:r>
        <w:rPr>
          <w:lang w:eastAsia="zh-CN"/>
        </w:rPr>
        <w:t>　　(2)进度：20__年_月__日---_月__日</w:t>
      </w:r>
      <w:r>
        <w:rPr>
          <w:lang w:eastAsia="zh-CN"/>
        </w:rPr>
        <w:br/>
      </w:r>
      <w:r>
        <w:rPr>
          <w:lang w:eastAsia="zh-CN"/>
        </w:rPr>
        <w:t>　　《政治生活》</w:t>
      </w:r>
      <w:r>
        <w:rPr>
          <w:lang w:eastAsia="zh-CN"/>
        </w:rPr>
        <w:br/>
      </w:r>
      <w:r>
        <w:rPr>
          <w:lang w:eastAsia="zh-CN"/>
        </w:rPr>
        <w:t>　　20__年__月_日--_月__日</w:t>
      </w:r>
      <w:r>
        <w:rPr>
          <w:lang w:eastAsia="zh-CN"/>
        </w:rPr>
        <w:br/>
      </w:r>
      <w:r>
        <w:rPr>
          <w:lang w:eastAsia="zh-CN"/>
        </w:rPr>
        <w:t>　　《文化生活》</w:t>
      </w:r>
      <w:r>
        <w:rPr>
          <w:lang w:eastAsia="zh-CN"/>
        </w:rPr>
        <w:br/>
      </w:r>
      <w:r>
        <w:rPr>
          <w:lang w:eastAsia="zh-CN"/>
        </w:rPr>
        <w:t>　　20__年_月__日--_月__日</w:t>
      </w:r>
      <w:r>
        <w:rPr>
          <w:lang w:eastAsia="zh-CN"/>
        </w:rPr>
        <w:br/>
      </w:r>
      <w:r>
        <w:rPr>
          <w:lang w:eastAsia="zh-CN"/>
        </w:rPr>
        <w:t>　　《生活与哲学》</w:t>
      </w:r>
      <w:r>
        <w:rPr>
          <w:lang w:eastAsia="zh-CN"/>
        </w:rPr>
        <w:br/>
      </w:r>
      <w:r>
        <w:rPr>
          <w:lang w:eastAsia="zh-CN"/>
        </w:rPr>
        <w:t>　　20__年_月__日--20__年_月__日</w:t>
      </w:r>
      <w:r>
        <w:rPr>
          <w:lang w:eastAsia="zh-CN"/>
        </w:rPr>
        <w:br/>
      </w:r>
      <w:r>
        <w:rPr>
          <w:lang w:eastAsia="zh-CN"/>
        </w:rPr>
        <w:t>　　《经济生活》</w:t>
      </w:r>
      <w:r>
        <w:rPr>
          <w:lang w:eastAsia="zh-CN"/>
        </w:rPr>
        <w:br/>
      </w:r>
      <w:r>
        <w:rPr>
          <w:lang w:eastAsia="zh-CN"/>
        </w:rPr>
        <w:t>　　四、具体要求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学案的编写要求提前两天发给学生。编写内容要紧扣课程标准和考试大纲，抓住主干知识，突出重点。习题的选择要突出典型性，时效性、时政性;试卷练习重在训练解题方法和培养能力，以高考题形式出现，原则上每学习完一课布置一次。</w:t>
      </w:r>
      <w:r>
        <w:rPr>
          <w:lang w:eastAsia="zh-CN"/>
        </w:rPr>
        <w:br/>
      </w:r>
      <w:r>
        <w:rPr>
          <w:lang w:eastAsia="zh-CN"/>
        </w:rPr>
        <w:t>　　(2)第一轮复习从政治生活开始再到文化、哲学、经济生活。以所订资料为主要教材。上课速度是新课的两倍，一节课完成一课的内容，再另加一节课做练习。因为是复习课，学生又是学习的主体，上课时学生先在教师指导下阅读教材15--20分钟，再由教师对主干知识讲解15分钟，讲解时辅之以典型题例，并注重知识的综合，之后用10分钟对本节课知识系统化。</w:t>
      </w:r>
      <w:r>
        <w:rPr>
          <w:lang w:eastAsia="zh-CN"/>
        </w:rPr>
        <w:br/>
      </w:r>
      <w:r>
        <w:rPr>
          <w:lang w:eastAsia="zh-CN"/>
        </w:rPr>
        <w:t>　　(3)要把社会生活的热点、焦点贯彻在平日课堂教学中</w:t>
      </w:r>
      <w:r>
        <w:rPr>
          <w:lang w:eastAsia="zh-CN"/>
        </w:rPr>
        <w:br/>
      </w:r>
      <w:r>
        <w:rPr>
          <w:lang w:eastAsia="zh-CN"/>
        </w:rPr>
        <w:t>　　(4)一轮复习的重点是夯实基础知识，构建学科知识网络。具体要求是：</w:t>
      </w:r>
      <w:r>
        <w:rPr>
          <w:lang w:eastAsia="zh-CN"/>
        </w:rPr>
        <w:br/>
      </w:r>
      <w:r>
        <w:rPr>
          <w:lang w:eastAsia="zh-CN"/>
        </w:rPr>
        <w:t>　　①理清知识清单，整理重点、难点和主干知识，让学生在课堂完成;</w:t>
      </w:r>
      <w:r>
        <w:rPr>
          <w:lang w:eastAsia="zh-CN"/>
        </w:rPr>
        <w:br/>
      </w:r>
      <w:r>
        <w:rPr>
          <w:lang w:eastAsia="zh-CN"/>
        </w:rPr>
        <w:t>　　②理清知识网络;</w:t>
      </w:r>
      <w:r>
        <w:rPr>
          <w:lang w:eastAsia="zh-CN"/>
        </w:rPr>
        <w:br/>
      </w:r>
      <w:r>
        <w:rPr>
          <w:lang w:eastAsia="zh-CN"/>
        </w:rPr>
        <w:t>　　③精选例题，当堂练习巩固;</w:t>
      </w:r>
      <w:r>
        <w:rPr>
          <w:lang w:eastAsia="zh-CN"/>
        </w:rPr>
        <w:br/>
      </w:r>
      <w:r>
        <w:rPr>
          <w:lang w:eastAsia="zh-CN"/>
        </w:rPr>
        <w:t>　　④一单元一测，以考促学。</w:t>
      </w:r>
      <w:r>
        <w:rPr>
          <w:lang w:eastAsia="zh-CN"/>
        </w:rPr>
        <w:br/>
      </w:r>
      <w:r>
        <w:rPr>
          <w:lang w:eastAsia="zh-CN"/>
        </w:rPr>
        <w:t xml:space="preserve">    2024高三政治第一轮复习计划 篇7 </w:t>
      </w:r>
      <w:r>
        <w:rPr>
          <w:lang w:eastAsia="zh-CN"/>
        </w:rPr>
        <w:br/>
      </w:r>
      <w:r>
        <w:rPr>
          <w:lang w:eastAsia="zh-CN"/>
        </w:rPr>
        <w:t>　　一、对一测的分析和反思</w:t>
      </w:r>
      <w:r>
        <w:rPr>
          <w:lang w:eastAsia="zh-CN"/>
        </w:rPr>
        <w:br/>
      </w:r>
      <w:r>
        <w:rPr>
          <w:lang w:eastAsia="zh-CN"/>
        </w:rPr>
        <w:t>　　第一次质量预测我校政治成绩不是很理想，没有达到预期要求，尤其是平分生这一块，通过分析研究我们认为学生的基础知识和知识迁移能力较差，需要拔高。</w:t>
      </w:r>
      <w:r>
        <w:rPr>
          <w:lang w:eastAsia="zh-CN"/>
        </w:rPr>
        <w:br/>
      </w:r>
      <w:r>
        <w:rPr>
          <w:lang w:eastAsia="zh-CN"/>
        </w:rPr>
        <w:t>　　二、确立工作目标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目标是方向，是奋斗的动力，政治课复习必须立足双基，着力培养能力，既要面向全体学生，又要突出学科尖子生的培养，全面提高学生素质。因此，我们确立的目标是：力争第一。</w:t>
      </w:r>
      <w:r>
        <w:rPr>
          <w:lang w:eastAsia="zh-CN"/>
        </w:rPr>
        <w:br/>
      </w:r>
      <w:r>
        <w:rPr>
          <w:lang w:eastAsia="zh-CN"/>
        </w:rPr>
        <w:t>　　三、理清工作思路</w:t>
      </w:r>
      <w:r>
        <w:rPr>
          <w:lang w:eastAsia="zh-CN"/>
        </w:rPr>
        <w:br/>
      </w:r>
      <w:r>
        <w:rPr>
          <w:lang w:eastAsia="zh-CN"/>
        </w:rPr>
        <w:t>　　1、研究高考，把握教学方向</w:t>
      </w:r>
      <w:r>
        <w:rPr>
          <w:lang w:eastAsia="zh-CN"/>
        </w:rPr>
        <w:br/>
      </w:r>
      <w:r>
        <w:rPr>
          <w:lang w:eastAsia="zh-CN"/>
        </w:rPr>
        <w:t>　　研究高考，把握教学方向是实现成功教学的前提条件。为此，我们要认真学习《考纲》，研究高考试题，广泛收集高考信息，组织学生集中学习，使学生在初步了解政治科高考的题型设计、知识和能力要求以及评分说明的基础上，明确学习的方向和目标，以便更好地提高学习的针对性、有效性。</w:t>
      </w:r>
      <w:r>
        <w:rPr>
          <w:lang w:eastAsia="zh-CN"/>
        </w:rPr>
        <w:br/>
      </w:r>
      <w:r>
        <w:rPr>
          <w:lang w:eastAsia="zh-CN"/>
        </w:rPr>
        <w:t>　　2、规范过程，优化教学环节</w:t>
      </w:r>
      <w:r>
        <w:rPr>
          <w:lang w:eastAsia="zh-CN"/>
        </w:rPr>
        <w:br/>
      </w:r>
      <w:r>
        <w:rPr>
          <w:lang w:eastAsia="zh-CN"/>
        </w:rPr>
        <w:t>　　一测后的专题复习：</w:t>
      </w:r>
      <w:r>
        <w:rPr>
          <w:lang w:eastAsia="zh-CN"/>
        </w:rPr>
        <w:br/>
      </w:r>
      <w:r>
        <w:rPr>
          <w:lang w:eastAsia="zh-CN"/>
        </w:rPr>
        <w:t>　　1、通过这轮复习，使教学内容主题化、综合化，突出主干知识的复习和研究，以专题知识的复习带动基础知识的巩固，最终达到学生学习能力的提升，力争在高考中取得优异成绩。</w:t>
      </w:r>
      <w:r>
        <w:rPr>
          <w:lang w:eastAsia="zh-CN"/>
        </w:rPr>
        <w:br/>
      </w:r>
      <w:r>
        <w:rPr>
          <w:lang w:eastAsia="zh-CN"/>
        </w:rPr>
        <w:t>　　2、专题复习仍实行教学案一体化，并增加一定量的练习，在进一步巩固知识的同时，提升学生的综合解题能力。</w:t>
      </w:r>
      <w:r>
        <w:rPr>
          <w:lang w:eastAsia="zh-CN"/>
        </w:rPr>
        <w:br/>
      </w:r>
      <w:r>
        <w:rPr>
          <w:lang w:eastAsia="zh-CN"/>
        </w:rPr>
        <w:t>　　3、主要通过综合练习的形式整合知识，提升学生解题能力；</w:t>
      </w:r>
      <w:r>
        <w:rPr>
          <w:lang w:eastAsia="zh-CN"/>
        </w:rPr>
        <w:br/>
      </w:r>
      <w:r>
        <w:rPr>
          <w:lang w:eastAsia="zh-CN"/>
        </w:rPr>
        <w:t>　　4、更注重时政热点材料与课本知识的结合，开阔学生的视野，使学生高屋建瓴，通盘考虑课本知识与社会热点之间的联系。</w:t>
      </w:r>
      <w:r>
        <w:rPr>
          <w:lang w:eastAsia="zh-CN"/>
        </w:rPr>
        <w:br/>
      </w:r>
      <w:r>
        <w:rPr>
          <w:lang w:eastAsia="zh-CN"/>
        </w:rPr>
        <w:t>　　5、进一步做好练习后学生的心理疏导工作，增强学生的学生积极性与自信心。</w:t>
      </w:r>
      <w:r>
        <w:rPr>
          <w:lang w:eastAsia="zh-CN"/>
        </w:rPr>
        <w:br/>
      </w:r>
      <w:r>
        <w:rPr>
          <w:lang w:eastAsia="zh-CN"/>
        </w:rPr>
        <w:t>　　二测后的复习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1、二测后，进一步加强综合训练，精心做好试题的`评讲工作，并及时关注有关高考信息，进一步关注社会热、焦点问题；</w:t>
      </w:r>
      <w:r>
        <w:rPr>
          <w:lang w:eastAsia="zh-CN"/>
        </w:rPr>
        <w:br/>
      </w:r>
      <w:r>
        <w:rPr>
          <w:lang w:eastAsia="zh-CN"/>
        </w:rPr>
        <w:t>　　2、做好最后阶段的查漏补缺工作，引导学生回归课本；</w:t>
      </w:r>
      <w:r>
        <w:rPr>
          <w:lang w:eastAsia="zh-CN"/>
        </w:rPr>
        <w:br/>
      </w:r>
      <w:r>
        <w:rPr>
          <w:lang w:eastAsia="zh-CN"/>
        </w:rPr>
        <w:t>　　3、加强与学生的交流与个别辅导，帮助学生增强面对高考的勇气和决心。</w:t>
      </w:r>
      <w:r>
        <w:rPr>
          <w:lang w:eastAsia="zh-CN"/>
        </w:rPr>
        <w:br/>
      </w:r>
      <w:r>
        <w:rPr>
          <w:lang w:eastAsia="zh-CN"/>
        </w:rPr>
        <w:t>　　第三阶段，即第三轮复习（高考之前），查漏补缺，挖掘潜能，深化知识。</w:t>
      </w:r>
      <w:r>
        <w:rPr>
          <w:lang w:eastAsia="zh-CN"/>
        </w:rPr>
        <w:br/>
      </w:r>
      <w:r>
        <w:rPr>
          <w:lang w:eastAsia="zh-CN"/>
        </w:rPr>
        <w:t>　　具体教学安排</w:t>
      </w:r>
      <w:r>
        <w:rPr>
          <w:lang w:eastAsia="zh-CN"/>
        </w:rPr>
        <w:br/>
      </w:r>
      <w:r>
        <w:rPr>
          <w:lang w:eastAsia="zh-CN"/>
        </w:rPr>
        <w:t>　　(一).2.1 3月下旬</w:t>
      </w:r>
      <w:r>
        <w:rPr>
          <w:lang w:eastAsia="zh-CN"/>
        </w:rPr>
        <w:br/>
      </w:r>
      <w:r>
        <w:rPr>
          <w:lang w:eastAsia="zh-CN"/>
        </w:rPr>
        <w:t>　　1.完成教材知识的专题复习。</w:t>
      </w:r>
      <w:r>
        <w:rPr>
          <w:lang w:eastAsia="zh-CN"/>
        </w:rPr>
        <w:br/>
      </w:r>
      <w:r>
        <w:rPr>
          <w:lang w:eastAsia="zh-CN"/>
        </w:rPr>
        <w:t>　　2.做好高考文综练习卷以及历年的高考试题，让学生熟悉"高考模式"。</w:t>
      </w:r>
      <w:r>
        <w:rPr>
          <w:lang w:eastAsia="zh-CN"/>
        </w:rPr>
        <w:br/>
      </w:r>
      <w:r>
        <w:rPr>
          <w:lang w:eastAsia="zh-CN"/>
        </w:rPr>
        <w:t>　　3.进行个别辅导，提高尖子生的成绩及班级整体实力。</w:t>
      </w:r>
      <w:r>
        <w:rPr>
          <w:lang w:eastAsia="zh-CN"/>
        </w:rPr>
        <w:br/>
      </w:r>
      <w:r>
        <w:rPr>
          <w:lang w:eastAsia="zh-CN"/>
        </w:rPr>
        <w:t>　　(二).4.月～5月中旬</w:t>
      </w:r>
      <w:r>
        <w:rPr>
          <w:lang w:eastAsia="zh-CN"/>
        </w:rPr>
        <w:br/>
      </w:r>
      <w:r>
        <w:rPr>
          <w:lang w:eastAsia="zh-CN"/>
        </w:rPr>
        <w:t>　　1、全面复习巩固，完善知识体系，把握高考思路。</w:t>
      </w:r>
      <w:r>
        <w:rPr>
          <w:lang w:eastAsia="zh-CN"/>
        </w:rPr>
        <w:br/>
      </w:r>
      <w:r>
        <w:rPr>
          <w:lang w:eastAsia="zh-CN"/>
        </w:rPr>
        <w:t>　　2、查漏补缺（集中指导与个别辅导相结合），挖掘学生潜能。</w:t>
      </w:r>
      <w:r>
        <w:rPr>
          <w:lang w:eastAsia="zh-CN"/>
        </w:rPr>
        <w:br/>
      </w:r>
      <w:r>
        <w:rPr>
          <w:lang w:eastAsia="zh-CN"/>
        </w:rPr>
        <w:t>　　3、进行各种综合能力测试，加强学生对高考的适应性。</w:t>
      </w:r>
      <w:r>
        <w:rPr>
          <w:lang w:eastAsia="zh-CN"/>
        </w:rPr>
        <w:br/>
      </w:r>
      <w:r>
        <w:rPr>
          <w:lang w:eastAsia="zh-CN"/>
        </w:rPr>
        <w:t>　　（三）.5~6月</w:t>
      </w:r>
      <w:r>
        <w:rPr>
          <w:lang w:eastAsia="zh-CN"/>
        </w:rPr>
        <w:br/>
      </w:r>
      <w:r>
        <w:rPr>
          <w:lang w:eastAsia="zh-CN"/>
        </w:rPr>
        <w:t>　　1、回归课本，整理纠错本。</w:t>
      </w:r>
      <w:r>
        <w:rPr>
          <w:lang w:eastAsia="zh-CN"/>
        </w:rPr>
        <w:br/>
      </w:r>
      <w:r>
        <w:rPr>
          <w:lang w:eastAsia="zh-CN"/>
        </w:rPr>
        <w:t>　　2、心理调适。</w:t>
      </w:r>
      <w:r>
        <w:rPr>
          <w:lang w:eastAsia="zh-CN"/>
        </w:rPr>
        <w:br/>
      </w:r>
      <w:r>
        <w:rPr>
          <w:lang w:eastAsia="zh-CN"/>
        </w:rPr>
        <w:t>　　3.具体教学对策和措施</w:t>
      </w:r>
      <w:r>
        <w:rPr>
          <w:lang w:eastAsia="zh-CN"/>
        </w:rPr>
        <w:br/>
      </w:r>
      <w:r>
        <w:rPr>
          <w:lang w:eastAsia="zh-CN"/>
        </w:rPr>
        <w:t>　　1、对知识和能力方面的掌握</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(1)重视基础知识，学会整理归纳，形成知识结构</w:t>
      </w:r>
      <w:r>
        <w:rPr>
          <w:lang w:eastAsia="zh-CN"/>
        </w:rPr>
        <w:br/>
      </w:r>
      <w:r>
        <w:rPr>
          <w:lang w:eastAsia="zh-CN"/>
        </w:rPr>
        <w:t>　　高考非常强调能力，但能力总是从基础知识切入，运用基础知识进行分析、比较、综合、解决实际问题。没有基础知识，能力提高无从谈起。</w:t>
      </w:r>
      <w:r>
        <w:rPr>
          <w:lang w:eastAsia="zh-CN"/>
        </w:rPr>
        <w:br/>
      </w:r>
      <w:r>
        <w:rPr>
          <w:lang w:eastAsia="zh-CN"/>
        </w:rPr>
        <w:t>　　（2）在复习中要重视知识间的横向联系。对于有些知识点要进行相应的拓展和迁移，学会举一反三，把相似、相近的知识联系起来。</w:t>
      </w:r>
      <w:r>
        <w:rPr>
          <w:lang w:eastAsia="zh-CN"/>
        </w:rPr>
        <w:br/>
      </w:r>
      <w:r>
        <w:rPr>
          <w:lang w:eastAsia="zh-CN"/>
        </w:rPr>
        <w:t>　　(3)关注国内外时事热点并灵活运用于课堂教育。</w:t>
      </w:r>
      <w:r>
        <w:rPr>
          <w:lang w:eastAsia="zh-CN"/>
        </w:rPr>
        <w:br/>
      </w:r>
      <w:r>
        <w:rPr>
          <w:lang w:eastAsia="zh-CN"/>
        </w:rPr>
        <w:t>　　2、实行集体备课制度。首先要求教师充分理解教材，掌握知识重点，把握知识体系，弄清知识的来龙去脉。教师要把好课堂阵地，在备好教材的同时，注重备学生、备教法。</w:t>
      </w:r>
      <w:r>
        <w:rPr>
          <w:lang w:eastAsia="zh-CN"/>
        </w:rPr>
        <w:br/>
      </w:r>
      <w:r>
        <w:rPr>
          <w:lang w:eastAsia="zh-CN"/>
        </w:rPr>
        <w:t>　　3、从阶段特征、知识结构、高考回顾、课堂讨论与思考、巩固练习和质疑与反思等方面加强学生对单元知识体系的把握和能力的提高。</w:t>
      </w:r>
      <w:r>
        <w:rPr>
          <w:lang w:eastAsia="zh-CN"/>
        </w:rPr>
        <w:br/>
      </w:r>
      <w:r>
        <w:rPr>
          <w:lang w:eastAsia="zh-CN"/>
        </w:rPr>
        <w:t>　　4、注重对学生进行审题思路和方法的培养，举一反三，以提高学生审题、解题的能力。</w:t>
      </w:r>
      <w:r>
        <w:rPr>
          <w:lang w:eastAsia="zh-CN"/>
        </w:rPr>
        <w:br/>
      </w:r>
      <w:r>
        <w:rPr>
          <w:lang w:eastAsia="zh-CN"/>
        </w:rPr>
        <w:t>　　（1）审题技巧。审题准确了，思路也就明朗。</w:t>
      </w:r>
      <w:r>
        <w:rPr>
          <w:lang w:eastAsia="zh-CN"/>
        </w:rPr>
        <w:br/>
      </w:r>
      <w:r>
        <w:rPr>
          <w:lang w:eastAsia="zh-CN"/>
        </w:rPr>
        <w:t>　　（2）答题技巧。对待材料解析题，要引导学生先看问题，带着问题读材料，然后将材料分清层次，再获取有效信息，最后将问题、材料与教材的相关知识挂钩，有些问题的答案可能就在教材或材料中。及时、认真做好练习的批改和评讲工作。对每份练习及时批改，及时统计，作好分析，及时评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5、加强与学生的情感交流，让学生明确高考的重要性，帮助学生树立高考目标。</w:t>
      </w:r>
      <w:r>
        <w:rPr>
          <w:lang w:eastAsia="zh-CN"/>
        </w:rPr>
        <w:br/>
      </w:r>
      <w:r>
        <w:rPr>
          <w:lang w:eastAsia="zh-CN"/>
        </w:rPr>
        <w:t>　　6、关注高考信息，洞察高考方向，吸收各方面的信息，及时把握高考的走向，以便指导自己的复习工作。</w:t>
      </w:r>
      <w:r>
        <w:rPr>
          <w:lang w:eastAsia="zh-CN"/>
        </w:rPr>
        <w:br/>
      </w:r>
      <w:r>
        <w:rPr>
          <w:lang w:eastAsia="zh-CN"/>
        </w:rPr>
        <w:t>　　我们相信通过本组同志的努力探索和创新，不断提升我们的教学层次和水平，在明年的高考中，政治学科一定会取得比较好的成绩。</w:t>
      </w:r>
      <w:r>
        <w:rPr>
          <w:lang w:eastAsia="zh-CN"/>
        </w:rPr>
        <w:br/>
      </w:r>
      <w:r>
        <w:rPr>
          <w:lang w:eastAsia="zh-CN"/>
        </w:rPr>
        <w:t xml:space="preserve">    2024高三政治第一轮复习计划 篇8 </w:t>
      </w:r>
      <w:r>
        <w:rPr>
          <w:lang w:eastAsia="zh-CN"/>
        </w:rPr>
        <w:br/>
      </w:r>
      <w:r>
        <w:rPr>
          <w:lang w:eastAsia="zh-CN"/>
        </w:rPr>
        <w:t>　　为了集体备战、冲刺20__届高考，根据学校及教科室、高三年级组的工作安排和要求，我组现制定高三第二学期政治备课组工作计划如下：</w:t>
      </w:r>
      <w:r>
        <w:rPr>
          <w:lang w:eastAsia="zh-CN"/>
        </w:rPr>
        <w:br/>
      </w:r>
      <w:r>
        <w:rPr>
          <w:lang w:eastAsia="zh-CN"/>
        </w:rPr>
        <w:t>　　一、指导思想</w:t>
      </w:r>
      <w:r>
        <w:rPr>
          <w:lang w:eastAsia="zh-CN"/>
        </w:rPr>
        <w:br/>
      </w:r>
      <w:r>
        <w:rPr>
          <w:lang w:eastAsia="zh-CN"/>
        </w:rPr>
        <w:t>　　以新课标为指导，以二中的计划目标为统领，以《高考政治考试说明》为依据，以夯实学生的基础知识和提高知识应用能力为核心，充分发挥备课组的集体智慧与力量，加强学法指导，坚持有效的训练，提升我校高三学生政治学科成绩。</w:t>
      </w:r>
      <w:r>
        <w:rPr>
          <w:lang w:eastAsia="zh-CN"/>
        </w:rPr>
        <w:br/>
      </w:r>
      <w:r>
        <w:rPr>
          <w:lang w:eastAsia="zh-CN"/>
        </w:rPr>
        <w:t>　　二、主要工作内容</w:t>
      </w:r>
      <w:r>
        <w:rPr>
          <w:lang w:eastAsia="zh-CN"/>
        </w:rPr>
        <w:br/>
      </w:r>
      <w:r>
        <w:rPr>
          <w:lang w:eastAsia="zh-CN"/>
        </w:rPr>
        <w:t>　　1.夯实基础知识。督促学生在课堂上多背、多写，熟练掌握教材，理解和灵活运用教材上的理论知识。</w:t>
      </w:r>
      <w:r>
        <w:rPr>
          <w:lang w:eastAsia="zh-CN"/>
        </w:rPr>
        <w:br/>
      </w:r>
      <w:r>
        <w:rPr>
          <w:lang w:eastAsia="zh-CN"/>
        </w:rPr>
        <w:t>　　2.提升分析解决问题能力。着力培养学生理论联系实际的能力，分析解决问题的能力。懂得从经济、哲学、政治、文化等多角度去分析、思考、解决热点问题，着眼于学生能力的提高。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3.精选二轮复习资料和试题，增强二轮复习的实效性、针对性和仿真性。</w:t>
      </w:r>
      <w:r>
        <w:rPr>
          <w:lang w:eastAsia="zh-CN"/>
        </w:rPr>
        <w:br/>
      </w:r>
      <w:r>
        <w:rPr>
          <w:lang w:eastAsia="zh-CN"/>
        </w:rPr>
        <w:t>　　4.归纳总结高考试题题型与解题方法技巧，进行变式演练。强化学生模拟训练，着重题型训练、规范训练、限时训练、变式训练。</w:t>
      </w:r>
      <w:r>
        <w:rPr>
          <w:lang w:eastAsia="zh-CN"/>
        </w:rPr>
        <w:br/>
      </w:r>
      <w:r>
        <w:rPr>
          <w:lang w:eastAsia="zh-CN"/>
        </w:rPr>
        <w:t>　　5.重视每一次综合检测与讲评，做到讲练结合。</w:t>
      </w:r>
      <w:r>
        <w:rPr>
          <w:lang w:eastAsia="zh-CN"/>
        </w:rPr>
        <w:br/>
      </w:r>
      <w:r>
        <w:rPr>
          <w:lang w:eastAsia="zh-CN"/>
        </w:rPr>
        <w:t>　　6.重视艺术班教学的研究。</w:t>
      </w:r>
      <w:r>
        <w:rPr>
          <w:lang w:eastAsia="zh-CN"/>
        </w:rPr>
        <w:br/>
      </w:r>
      <w:r>
        <w:rPr>
          <w:lang w:eastAsia="zh-CN"/>
        </w:rPr>
        <w:t>　　三、主要工作措施</w:t>
      </w:r>
      <w:r>
        <w:rPr>
          <w:lang w:eastAsia="zh-CN"/>
        </w:rPr>
        <w:br/>
      </w:r>
      <w:r>
        <w:rPr>
          <w:lang w:eastAsia="zh-CN"/>
        </w:rPr>
        <w:t>　　1.坚持集体备课，凝聚集体智慧。立足教材狠抓基础，坚持集体备课，精心谋划复习方法与策略，把集体备课作为落实常规复习教学的重要任务来抓。集体备课时坚持做到：一备复习教学目标;二备知识体系;三备知识点定位;四备精选试题习题;五明确各自的分工分职;六反馈一周教学得失，发现问题及时处理。通过集体备课凝聚集体智慧，助推复习迎考的有效性。</w:t>
      </w:r>
      <w:r>
        <w:rPr>
          <w:lang w:eastAsia="zh-CN"/>
        </w:rPr>
        <w:br/>
      </w:r>
      <w:r>
        <w:rPr>
          <w:lang w:eastAsia="zh-CN"/>
        </w:rPr>
        <w:t>　　2.加强学习交流。本学期继续积极走出去，参加教科院组织的高三复习备考交流活动，掌握更多的信息，为复习备考工作奠定良好的基础。</w:t>
      </w:r>
      <w:r>
        <w:rPr>
          <w:lang w:eastAsia="zh-CN"/>
        </w:rPr>
        <w:br/>
      </w:r>
      <w:r>
        <w:rPr>
          <w:lang w:eastAsia="zh-CN"/>
        </w:rPr>
        <w:t>　　3.认真落实教科室和教研组有关课堂教学复习研讨活动、探索适合我校学生的复习教学模式与方法。</w:t>
      </w:r>
      <w:r>
        <w:rPr>
          <w:lang w:eastAsia="zh-CN"/>
        </w:rPr>
        <w:br/>
      </w:r>
      <w:r>
        <w:rPr>
          <w:lang w:eastAsia="zh-CN"/>
        </w:rPr>
        <w:t>　　4. 加强检测，及时发现问题。本学期根据学校及年级组安排实行周周检测练习，同时结合合肥市二模、三模检测，不断扩大学生的知识面，增强应变能力，迁移能力的培养，同时通过练习和考试的评阅，及时反馈信息，进行教学调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四、具体复习安排</w:t>
      </w:r>
      <w:r>
        <w:rPr>
          <w:lang w:eastAsia="zh-CN"/>
        </w:rPr>
        <w:br/>
      </w:r>
      <w:r>
        <w:rPr>
          <w:lang w:eastAsia="zh-CN"/>
        </w:rPr>
        <w:t>　　1.复习时间安排。</w:t>
      </w:r>
      <w:r>
        <w:rPr>
          <w:lang w:eastAsia="zh-CN"/>
        </w:rPr>
        <w:br/>
      </w:r>
      <w:r>
        <w:rPr>
          <w:lang w:eastAsia="zh-CN"/>
        </w:rPr>
        <w:t>　　(1)普通班：20__年_月-20__年3月中旬，第一轮复习全部结束;20__年3月中旬-20__年5月中旬，第二轮复习;20__年5月中旬-201__年6月初，第三轮复习。</w:t>
      </w:r>
      <w:r>
        <w:rPr>
          <w:lang w:eastAsia="zh-CN"/>
        </w:rPr>
        <w:br/>
      </w:r>
      <w:r>
        <w:rPr>
          <w:lang w:eastAsia="zh-CN"/>
        </w:rPr>
        <w:t>　　(2)艺术班： 20__年2月-20__年4月底，第一轮复习; 20__年5月初-20__年6月初，第二、三轮复习整合复习。</w:t>
      </w:r>
      <w:r>
        <w:rPr>
          <w:lang w:eastAsia="zh-CN"/>
        </w:rPr>
        <w:br/>
      </w:r>
      <w:r>
        <w:rPr>
          <w:lang w:eastAsia="zh-CN"/>
        </w:rPr>
        <w:t>　　2.具体对策安排。</w:t>
      </w:r>
      <w:r>
        <w:rPr>
          <w:lang w:eastAsia="zh-CN"/>
        </w:rPr>
        <w:br/>
      </w:r>
      <w:r>
        <w:rPr>
          <w:lang w:eastAsia="zh-CN"/>
        </w:rPr>
        <w:t>　　(1)研究考纲，立足教材，构建知识体系。 一是结合考纲，对反复考的考点，以往没考过的考点，今年新增的考点，要高度注意，务求系统、规范、完整的把握。二是重温知识体系和板块，力求完整系统。与一轮复习对基础知识的复习不同，二轮复习对基础知识的复习更加注重知识结构网络的梳理，强调从宏观上把握知识的结构体系，把握知识的内在联系，通过梳理，把学过的知识条理化、系统化、网络化，切实掌握主干知识和重难点知识。从而提高应试能力和解题技巧，达到举一反三、融会贯通的能力。</w:t>
      </w:r>
      <w:r>
        <w:rPr>
          <w:lang w:eastAsia="zh-CN"/>
        </w:rPr>
        <w:br/>
      </w:r>
      <w:r>
        <w:rPr>
          <w:lang w:eastAsia="zh-CN"/>
        </w:rPr>
        <w:t>　　(2)关注热点和焦点问题。高考政治试题与社会热点、焦点问题紧密结合，重点考查学生能力，我们将结合热点、焦点问题进行教学设计和选择编制习题，将政治教学与时政热点的结合起来。结合本年度热点，认真进行整理、分析，多角度设计习题，培养学生能力。</w:t>
      </w:r>
      <w:r>
        <w:rPr>
          <w:lang w:eastAsia="zh-CN"/>
        </w:rPr>
        <w:br/>
      </w:r>
      <w:r>
        <w:rPr>
          <w:lang w:eastAsia="zh-CN"/>
        </w:rPr>
        <w:t>　　(3)训练必要的答题技巧。</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审好题是答好题的关键，模拟训练要从审题入手，而审好题的诀窍就是多读题。古人说读书千遍，其意自现。审题的关键也是多读。好多同学做错题的主要原因就是读题太少，不舍得在读题上下工夫，而是草草一度就凭印象选择或答题，往往会造成下笔千言，离题万里。提高选择题正确率。选择题的首选解法是排除法。排除法包括排错法和排异法，排错法用来排除错误选项，排异法用来排除与题干无关的选项。经过排除以后还要对剩下的正确选项进行可行性验证，经证明言之成理才为正确选项，这些步骤缺一不可。此外还可以使用因果关系法等。主观题解答要规范简洁。答好主观题的要求是，语言简洁、条理清晰、书写规范、重点突出、切中要点、准确使用学科语言。答好主观题也离不开审题，而且关键在于审题，审题包括审材料(审清材料包括哪些信息)、审设问(审明问题指向)，切忌盲目作答。</w:t>
      </w:r>
      <w:r>
        <w:rPr>
          <w:lang w:eastAsia="zh-CN"/>
        </w:rPr>
        <w:br/>
      </w:r>
      <w:r>
        <w:rPr>
          <w:lang w:eastAsia="zh-CN"/>
        </w:rPr>
        <w:t>　　以上就是高三政治备课组在本学期工作的总体规划和设想。具体每周的集体备课活动安排根据本学期的备课组计划，并结合教研组的统一安排加以具体的协调和最终落实。</w:t>
      </w:r>
      <w:r>
        <w:rPr>
          <w:lang w:eastAsia="zh-CN"/>
        </w:rPr>
        <w:br/>
      </w:r>
      <w:r>
        <w:rPr>
          <w:lang w:eastAsia="zh-CN"/>
        </w:rPr>
        <w:t xml:space="preserve">    2024高三政治第一轮复习计划 篇9 </w:t>
      </w:r>
      <w:r>
        <w:rPr>
          <w:lang w:eastAsia="zh-CN"/>
        </w:rPr>
        <w:br/>
      </w:r>
      <w:r>
        <w:rPr>
          <w:lang w:eastAsia="zh-CN"/>
        </w:rPr>
        <w:t>　　为搞好20__届高三政治的教学和复习工作，全面提高学生的'高考成绩，经高三备课组成员集体讨论商量，特制定如下详细计划:</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以高三年级组的计划目标为统帅，以高考政治考试大纲为依据，以夯实学生的基础知识和提高知识应用能力为核心，充分发挥教研组和备课组的集体智慧与力量，加强学法指导，坚持有效的训练，使学生在20__年的高考中取得优异成绩。</w:t>
      </w:r>
      <w:r>
        <w:rPr>
          <w:lang w:eastAsia="zh-CN"/>
        </w:rPr>
        <w:br/>
      </w:r>
      <w:r>
        <w:rPr>
          <w:lang w:eastAsia="zh-CN"/>
        </w:rPr>
        <w:t>　　二、授课班级:</w:t>
      </w:r>
      <w:r>
        <w:rPr>
          <w:lang w:eastAsia="zh-CN"/>
        </w:rPr>
        <w:br/>
      </w:r>
      <w:r>
        <w:rPr>
          <w:lang w:eastAsia="zh-CN"/>
        </w:rPr>
        <w:t>　　高三(3)班57人高三(5)班55人</w:t>
      </w:r>
      <w:r>
        <w:rPr>
          <w:lang w:eastAsia="zh-CN"/>
        </w:rPr>
        <w:br/>
      </w:r>
      <w:r>
        <w:rPr>
          <w:lang w:eastAsia="zh-CN"/>
        </w:rPr>
        <w:t>　　三、授课内容及课型:</w:t>
      </w:r>
      <w:r>
        <w:rPr>
          <w:lang w:eastAsia="zh-CN"/>
        </w:rPr>
        <w:br/>
      </w:r>
      <w:r>
        <w:rPr>
          <w:lang w:eastAsia="zh-CN"/>
        </w:rPr>
        <w:t>　　本期的主要复习内容:经济生活(必修一)、政治生活(必修二)、</w:t>
      </w:r>
      <w:r>
        <w:rPr>
          <w:lang w:eastAsia="zh-CN"/>
        </w:rPr>
        <w:br/>
      </w:r>
      <w:r>
        <w:rPr>
          <w:lang w:eastAsia="zh-CN"/>
        </w:rPr>
        <w:t>　　哲学生活(必修三)、文化生活(必修四)</w:t>
      </w:r>
      <w:r>
        <w:rPr>
          <w:lang w:eastAsia="zh-CN"/>
        </w:rPr>
        <w:br/>
      </w:r>
      <w:r>
        <w:rPr>
          <w:lang w:eastAsia="zh-CN"/>
        </w:rPr>
        <w:t>　　三、教学任务与总体安排</w:t>
      </w:r>
      <w:r>
        <w:rPr>
          <w:lang w:eastAsia="zh-CN"/>
        </w:rPr>
        <w:br/>
      </w:r>
      <w:r>
        <w:rPr>
          <w:lang w:eastAsia="zh-CN"/>
        </w:rPr>
        <w:t>　　9月份:结束必修一经济生活的复习</w:t>
      </w:r>
      <w:r>
        <w:rPr>
          <w:lang w:eastAsia="zh-CN"/>
        </w:rPr>
        <w:br/>
      </w:r>
      <w:r>
        <w:rPr>
          <w:lang w:eastAsia="zh-CN"/>
        </w:rPr>
        <w:t>　　10月份:结束必修二政治生活的复习</w:t>
      </w:r>
      <w:r>
        <w:rPr>
          <w:lang w:eastAsia="zh-CN"/>
        </w:rPr>
        <w:br/>
      </w:r>
      <w:r>
        <w:rPr>
          <w:lang w:eastAsia="zh-CN"/>
        </w:rPr>
        <w:t>　　11月份:结束必修三哲学生活的复习</w:t>
      </w:r>
      <w:r>
        <w:rPr>
          <w:lang w:eastAsia="zh-CN"/>
        </w:rPr>
        <w:br/>
      </w:r>
      <w:r>
        <w:rPr>
          <w:lang w:eastAsia="zh-CN"/>
        </w:rPr>
        <w:t>　　12月份:结束必修四文化生活的复习</w:t>
      </w:r>
      <w:r>
        <w:rPr>
          <w:lang w:eastAsia="zh-CN"/>
        </w:rPr>
        <w:br/>
      </w:r>
      <w:r>
        <w:rPr>
          <w:lang w:eastAsia="zh-CN"/>
        </w:rPr>
        <w:t>　　元月份:市统考前综合强化训练</w:t>
      </w:r>
      <w:r>
        <w:rPr>
          <w:lang w:eastAsia="zh-CN"/>
        </w:rPr>
        <w:br/>
      </w:r>
      <w:r>
        <w:rPr>
          <w:lang w:eastAsia="zh-CN"/>
        </w:rPr>
        <w:t>　　四、主要措施</w:t>
      </w:r>
      <w:r>
        <w:rPr>
          <w:lang w:eastAsia="zh-CN"/>
        </w:rPr>
        <w:br/>
      </w:r>
      <w:r>
        <w:rPr>
          <w:lang w:eastAsia="zh-CN"/>
        </w:rPr>
        <w:t>　　1、加强教学研究，把准高考方向和要求。</w:t>
      </w:r>
      <w:r>
        <w:rPr>
          <w:lang w:eastAsia="zh-CN"/>
        </w:rPr>
        <w:br/>
      </w:r>
      <w:r>
        <w:rPr>
          <w:lang w:eastAsia="zh-CN"/>
        </w:rPr>
        <w:t>　　首先，研究高考。发挥教研组、备课组的作用，集群智，增群力;落实高考要求，研究《考纲》、《考试说明》、研究近几年的政治高考试题，特别是重点研究20__年江苏政治高考试卷和江苏各市的高考模拟试题，准确把握高考方向。</w:t>
      </w:r>
      <w:r>
        <w:rPr>
          <w:lang w:eastAsia="zh-CN"/>
        </w:rPr>
        <w:br/>
      </w:r>
      <w:r>
        <w:rPr>
          <w:lang w:eastAsia="zh-CN"/>
        </w:rPr>
        <w:t>　　其次，研究学生。依据学生的基本情况，做到因材施教、对症下药。</w:t>
      </w:r>
      <w:r>
        <w:rPr>
          <w:lang w:eastAsia="zh-CN"/>
        </w:rPr>
        <w:br/>
      </w:r>
      <w:r>
        <w:rPr>
          <w:lang w:eastAsia="zh-CN"/>
        </w:rPr>
        <w:t>　　再次，研究教法。要优化教学方法和教学设计，努力提高课堂效率。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2、遵循备考规律，促进教学质量的提高。</w:t>
      </w:r>
      <w:r>
        <w:rPr>
          <w:lang w:eastAsia="zh-CN"/>
        </w:rPr>
        <w:br/>
      </w:r>
      <w:r>
        <w:rPr>
          <w:lang w:eastAsia="zh-CN"/>
        </w:rPr>
        <w:t>　　课本知识点拨到位。梳理知识，形成条理清晰的知识网络，建立知识间的横向和纵向联系。做到“精细备考，精心设计”，“注重基础，深钻教材”，提供、筛选各种资料，点面都能照顾到。“讲练结合，提高能力”。</w:t>
      </w:r>
      <w:r>
        <w:rPr>
          <w:lang w:eastAsia="zh-CN"/>
        </w:rPr>
        <w:br/>
      </w:r>
      <w:r>
        <w:rPr>
          <w:lang w:eastAsia="zh-CN"/>
        </w:rPr>
        <w:t>　　3、加强和落实“培优”:作业单独批改，要求他们准备错题集。生活上给予的帮助，学习上培养乐观的百折不挠的人生态度。</w:t>
      </w:r>
      <w:r>
        <w:rPr>
          <w:lang w:eastAsia="zh-CN"/>
        </w:rPr>
        <w:br/>
      </w:r>
      <w:r>
        <w:rPr>
          <w:lang w:eastAsia="zh-CN"/>
        </w:rPr>
        <w:t>　　4、创造条件，进行校校交流，广泛收集高考信息。</w:t>
      </w:r>
      <w:r>
        <w:rPr>
          <w:lang w:eastAsia="zh-CN"/>
        </w:rPr>
        <w:br/>
      </w:r>
      <w:r>
        <w:rPr>
          <w:lang w:eastAsia="zh-CN"/>
        </w:rPr>
        <w:t>　　五、教学目标与策略:</w:t>
      </w:r>
      <w:r>
        <w:rPr>
          <w:lang w:eastAsia="zh-CN"/>
        </w:rPr>
        <w:br/>
      </w:r>
      <w:r>
        <w:rPr>
          <w:lang w:eastAsia="zh-CN"/>
        </w:rPr>
        <w:t>　　1、明确考点夯实基础，构建知识体系与网络。</w:t>
      </w:r>
      <w:r>
        <w:rPr>
          <w:lang w:eastAsia="zh-CN"/>
        </w:rPr>
        <w:br/>
      </w:r>
      <w:r>
        <w:rPr>
          <w:lang w:eastAsia="zh-CN"/>
        </w:rPr>
        <w:t>　　复习时间:20__年9月初——20__年12月底</w:t>
      </w:r>
      <w:r>
        <w:rPr>
          <w:lang w:eastAsia="zh-CN"/>
        </w:rPr>
        <w:br/>
      </w:r>
      <w:r>
        <w:rPr>
          <w:lang w:eastAsia="zh-CN"/>
        </w:rPr>
        <w:t>　　复习目标:使学生在微观上按照考纲要求的知识条目逐章、逐节、逐个知识点进行复习，夯实基础，厚积薄发;从宏观上梳理知识，建构知识网络，把握知识间的内在联系，形成知识结构。初步提高分析问题和解决问题的能力。</w:t>
      </w:r>
      <w:r>
        <w:rPr>
          <w:lang w:eastAsia="zh-CN"/>
        </w:rPr>
        <w:br/>
      </w:r>
      <w:r>
        <w:rPr>
          <w:lang w:eastAsia="zh-CN"/>
        </w:rPr>
        <w:t>　　复习策略:第一轮复习应按考点从知识要点、重难点、例题讲解、练习巩固、</w:t>
      </w:r>
      <w:r>
        <w:rPr>
          <w:lang w:eastAsia="zh-CN"/>
        </w:rPr>
        <w:br/>
      </w:r>
      <w:r>
        <w:rPr>
          <w:lang w:eastAsia="zh-CN"/>
        </w:rPr>
        <w:t>　　2、单元检测、讲评的程序进行。</w:t>
      </w:r>
      <w:r>
        <w:rPr>
          <w:lang w:eastAsia="zh-CN"/>
        </w:rPr>
        <w:br/>
      </w:r>
      <w:r>
        <w:rPr>
          <w:lang w:eastAsia="zh-CN"/>
        </w:rPr>
        <w:t>　　(1)认真研读考纲，明确考点，把屋考试方向。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认真研究考纲规定考试的性质，内容，形式及试卷结构，考查的知识范围，考试的基本型及要求;分析考点，明确每个考点的本质，了解考点的内涵和外延，明确复习的方向，提高复习的针对性和实效性。</w:t>
      </w:r>
      <w:r>
        <w:rPr>
          <w:lang w:eastAsia="zh-CN"/>
        </w:rPr>
        <w:br/>
      </w:r>
      <w:r>
        <w:rPr>
          <w:lang w:eastAsia="zh-CN"/>
        </w:rPr>
        <w:t>　　(2)以教材为本，夯实基础，构建知识体系与网络。</w:t>
      </w:r>
      <w:r>
        <w:rPr>
          <w:lang w:eastAsia="zh-CN"/>
        </w:rPr>
        <w:br/>
      </w:r>
      <w:r>
        <w:rPr>
          <w:lang w:eastAsia="zh-CN"/>
        </w:rPr>
        <w:t>　　首先，立足教材，认真梳理知识，狠抓基础知识的掌握。以本为本，坚决、踏实地抓好学生对课本基础知识的掌握。要求学生首先自行整理每章节的知识体系，每节课利用10分钟来考查学生对课本基础知识的掌握情况。</w:t>
      </w:r>
      <w:r>
        <w:rPr>
          <w:lang w:eastAsia="zh-CN"/>
        </w:rPr>
        <w:br/>
      </w:r>
      <w:r>
        <w:rPr>
          <w:lang w:eastAsia="zh-CN"/>
        </w:rPr>
        <w:t>　　其次，突出重点和主干知识。主干知识(略)是教学和考试的重点。</w:t>
      </w:r>
      <w:r>
        <w:rPr>
          <w:lang w:eastAsia="zh-CN"/>
        </w:rPr>
        <w:br/>
      </w:r>
      <w:r>
        <w:rPr>
          <w:lang w:eastAsia="zh-CN"/>
        </w:rPr>
        <w:t>　　再次，要构建知识网络。复习时注重知识体系的构建，重视网络化复习，注重学科内经济生活、哲学生活、政治生活和文化生活的联系和综合。</w:t>
      </w:r>
      <w:r>
        <w:rPr>
          <w:lang w:eastAsia="zh-CN"/>
        </w:rPr>
        <w:br/>
      </w:r>
      <w:r>
        <w:rPr>
          <w:lang w:eastAsia="zh-CN"/>
        </w:rPr>
        <w:t>　　(3)精讲多练，实行考点练习。</w:t>
      </w:r>
      <w:r>
        <w:rPr>
          <w:lang w:eastAsia="zh-CN"/>
        </w:rPr>
        <w:br/>
      </w:r>
      <w:r>
        <w:rPr>
          <w:lang w:eastAsia="zh-CN"/>
        </w:rPr>
        <w:t>　　通过考试找出学生的薄弱环节和教师教学中的空档，查缺补漏。</w:t>
      </w:r>
      <w:r>
        <w:rPr>
          <w:lang w:eastAsia="zh-CN"/>
        </w:rPr>
        <w:br/>
      </w:r>
      <w:r>
        <w:rPr>
          <w:lang w:eastAsia="zh-CN"/>
        </w:rPr>
        <w:t>　　(4)加强方法指导，培养良好的思维习惯和学习方法。</w:t>
      </w:r>
      <w:r>
        <w:rPr>
          <w:lang w:eastAsia="zh-CN"/>
        </w:rPr>
        <w:br/>
      </w:r>
      <w:r>
        <w:rPr>
          <w:lang w:eastAsia="zh-CN"/>
        </w:rPr>
        <w:t xml:space="preserve">    2024高三政治第一轮复习计划 篇10 </w:t>
      </w:r>
      <w:r>
        <w:rPr>
          <w:lang w:eastAsia="zh-CN"/>
        </w:rPr>
        <w:br/>
      </w:r>
      <w:r>
        <w:rPr>
          <w:lang w:eastAsia="zh-CN"/>
        </w:rPr>
        <w:t>　　为了更好搞好高三政治的第二轮复习工作，全面提高学生的能力和成绩，高三政治备课组全体成员经过充分的酝酿，特制定以下计划。</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以《考试说明》和教材内容为依据，着重培养学生的整合能力和分析问题解决问题的能力。把握知识的内在联系明析时政热点，联系重大的社会及生活实际，作好专题复习。落实教学环节，提高学生应试的水平和能力</w:t>
      </w:r>
      <w:r>
        <w:rPr>
          <w:lang w:eastAsia="zh-CN"/>
        </w:rPr>
        <w:br/>
      </w:r>
      <w:r>
        <w:rPr>
          <w:lang w:eastAsia="zh-CN"/>
        </w:rPr>
        <w:t>　　二、工作目标：</w:t>
      </w:r>
      <w:r>
        <w:rPr>
          <w:lang w:eastAsia="zh-CN"/>
        </w:rPr>
        <w:br/>
      </w:r>
      <w:r>
        <w:rPr>
          <w:lang w:eastAsia="zh-CN"/>
        </w:rPr>
        <w:t>　　1、认真学习和研究《考试说明》。把握变化点，吃透新增点，还要重视不变点，并且要对《说明》中能力要求、内容和样题要认真研究和思考。以此为指南，从精神实质上去领悟。</w:t>
      </w:r>
      <w:r>
        <w:rPr>
          <w:lang w:eastAsia="zh-CN"/>
        </w:rPr>
        <w:br/>
      </w:r>
      <w:r>
        <w:rPr>
          <w:lang w:eastAsia="zh-CN"/>
        </w:rPr>
        <w:t>　　2、加强对基础知识和主干知识的复习。在理解的基础上加强对概念和基本理论的识记，形成学科的知识网络（知识树），进而形成学科思想。要求基本的概念、原理清楚，教材的宏观结构清晰，知识发展的逻辑思路明确。</w:t>
      </w:r>
      <w:r>
        <w:rPr>
          <w:lang w:eastAsia="zh-CN"/>
        </w:rPr>
        <w:br/>
      </w:r>
      <w:r>
        <w:rPr>
          <w:lang w:eastAsia="zh-CN"/>
        </w:rPr>
        <w:t>　　三、时间安排：</w:t>
      </w:r>
      <w:r>
        <w:rPr>
          <w:lang w:eastAsia="zh-CN"/>
        </w:rPr>
        <w:br/>
      </w:r>
      <w:r>
        <w:rPr>
          <w:lang w:eastAsia="zh-CN"/>
        </w:rPr>
        <w:t>　　3月26日---5月23日四、复习安排：</w:t>
      </w:r>
      <w:r>
        <w:rPr>
          <w:lang w:eastAsia="zh-CN"/>
        </w:rPr>
        <w:br/>
      </w:r>
      <w:r>
        <w:rPr>
          <w:lang w:eastAsia="zh-CN"/>
        </w:rPr>
        <w:t>　　分两段进行，第一段 知识专题复习，时间3月26日---4月29</w:t>
      </w:r>
      <w:r>
        <w:rPr>
          <w:lang w:eastAsia="zh-CN"/>
        </w:rPr>
        <w:br/>
      </w:r>
      <w:r>
        <w:rPr>
          <w:lang w:eastAsia="zh-CN"/>
        </w:rPr>
        <w:t xml:space="preserve">    2024高三政治第一轮复习计划 篇11 </w:t>
      </w:r>
      <w:r>
        <w:rPr>
          <w:lang w:eastAsia="zh-CN"/>
        </w:rPr>
        <w:br/>
      </w:r>
      <w:r>
        <w:rPr>
          <w:lang w:eastAsia="zh-CN"/>
        </w:rPr>
        <w:t>　　__届高三政治第一轮复习要从衙中学生的实际出发，以《普通高中思想政治课程标准》、__年《文科综合考试说明》和《教学指导意见》为依据，遵照学校和年级的工作安排，尊重教育教学规律、学习规律和复习规律，发挥备课组集体协作的力量，有计划有步骤地实施。</w:t>
      </w:r>
      <w:r>
        <w:rPr>
          <w:lang w:eastAsia="zh-CN"/>
        </w:rPr>
        <w:br/>
      </w:r>
      <w:r>
        <w:rPr>
          <w:lang w:eastAsia="zh-CN"/>
        </w:rPr>
        <w:t>　　一、学生现状分析：</w:t>
      </w:r>
      <w:r>
        <w:rPr>
          <w:lang w:eastAsia="zh-CN"/>
        </w:rPr>
        <w:br/>
      </w:r>
      <w:r>
        <w:rPr>
          <w:lang w:eastAsia="zh-CN"/>
        </w:rPr>
        <w:t>　　本届高三文科应届有三个文科班而艺术类学生文化课基础更差，且复习时间较少。同时，根据高一、高二的几次考试情况表明：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1、本届高三绝大部分文科学生对课本非常生疏，基础知识较差，分析和解决问题的综合能力极差。</w:t>
      </w:r>
      <w:r>
        <w:rPr>
          <w:lang w:eastAsia="zh-CN"/>
        </w:rPr>
        <w:br/>
      </w:r>
      <w:r>
        <w:rPr>
          <w:lang w:eastAsia="zh-CN"/>
        </w:rPr>
        <w:t>　　2、部分学生学习信心不足，缺乏学习动力，学习态度消极。</w:t>
      </w:r>
      <w:r>
        <w:rPr>
          <w:lang w:eastAsia="zh-CN"/>
        </w:rPr>
        <w:br/>
      </w:r>
      <w:r>
        <w:rPr>
          <w:lang w:eastAsia="zh-CN"/>
        </w:rPr>
        <w:t>　　3、不少学生对于高三复习缺乏明确规划。</w:t>
      </w:r>
      <w:r>
        <w:rPr>
          <w:lang w:eastAsia="zh-CN"/>
        </w:rPr>
        <w:br/>
      </w:r>
      <w:r>
        <w:rPr>
          <w:lang w:eastAsia="zh-CN"/>
        </w:rPr>
        <w:t>　　二、本学期工作设想</w:t>
      </w:r>
      <w:r>
        <w:rPr>
          <w:lang w:eastAsia="zh-CN"/>
        </w:rPr>
        <w:br/>
      </w:r>
      <w:r>
        <w:rPr>
          <w:lang w:eastAsia="zh-CN"/>
        </w:rPr>
        <w:t>　　本学期以学校的工作计划为指导，以高三年级的复习计划目标为统领，以高考考纲为纲，以教材为本，以社会热点、重大实际问题为素材，根据本学科高考的特点与要求进行复习，以夯实学生的基础知识和提高知识应用能力为核心，充分发挥备课组的集体智慧与力量，加强学法指导，坚持有效的训练，提升我校高三学生政治学科成绩。</w:t>
      </w:r>
      <w:r>
        <w:rPr>
          <w:lang w:eastAsia="zh-CN"/>
        </w:rPr>
        <w:br/>
      </w:r>
      <w:r>
        <w:rPr>
          <w:lang w:eastAsia="zh-CN"/>
        </w:rPr>
        <w:t>　　三、本学期目标及对策</w:t>
      </w:r>
      <w:r>
        <w:rPr>
          <w:lang w:eastAsia="zh-CN"/>
        </w:rPr>
        <w:br/>
      </w:r>
      <w:r>
        <w:rPr>
          <w:lang w:eastAsia="zh-CN"/>
        </w:rPr>
        <w:t>　　1、复习目标：</w:t>
      </w:r>
      <w:r>
        <w:rPr>
          <w:lang w:eastAsia="zh-CN"/>
        </w:rPr>
        <w:br/>
      </w:r>
      <w:r>
        <w:rPr>
          <w:lang w:eastAsia="zh-CN"/>
        </w:rPr>
        <w:t>　　(1)、继续落实“双基”，夯实基础，督促学生在课堂上多看、多做，熟练掌握教材，理解和灵活运用教材上的理论知识。</w:t>
      </w:r>
      <w:r>
        <w:rPr>
          <w:lang w:eastAsia="zh-CN"/>
        </w:rPr>
        <w:br/>
      </w:r>
      <w:r>
        <w:rPr>
          <w:lang w:eastAsia="zh-CN"/>
        </w:rPr>
        <w:t>　　(2)、着力培养学生理论联系实际的能力、分析解决问题的能力。懂得从经济、哲学、政治、文化等多角度去分析、思考、解决热点问题，着眼于学生能力的提高。</w:t>
      </w:r>
      <w:r>
        <w:rPr>
          <w:lang w:eastAsia="zh-CN"/>
        </w:rPr>
        <w:br/>
      </w:r>
      <w:r>
        <w:rPr>
          <w:lang w:eastAsia="zh-CN"/>
        </w:rPr>
        <w:t>　　(3)、强化学生模拟训练，着重题型训练、规范训练、限时训练、变式训练。</w:t>
      </w:r>
      <w:r>
        <w:rPr>
          <w:lang w:eastAsia="zh-CN"/>
        </w:rPr>
        <w:br/>
      </w:r>
      <w:r>
        <w:rPr>
          <w:lang w:eastAsia="zh-CN"/>
        </w:rPr>
        <w:t>　　(4)、全面提高政治教学成绩，特别关注语数外成绩优秀、而政治学科成绩有点欠缺的临界同学，争取辅导取得实效。</w:t>
      </w:r>
      <w:r>
        <w:rPr>
          <w:lang w:eastAsia="zh-CN"/>
        </w:rPr>
        <w:br/>
      </w:r>
      <w:r>
        <w:rPr>
          <w:lang w:eastAsia="zh-CN"/>
        </w:rPr>
        <w:t>　　2、对策思路：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(1)、立足教材，夯实“双基”;立足课堂，提高效率;立足规范，提高能力。</w:t>
      </w:r>
      <w:r>
        <w:rPr>
          <w:lang w:eastAsia="zh-CN"/>
        </w:rPr>
        <w:br/>
      </w:r>
      <w:r>
        <w:rPr>
          <w:lang w:eastAsia="zh-CN"/>
        </w:rPr>
        <w:t>　　(2)、精选复习资料和试题，增强复习的实效性、针对性和仿真性。</w:t>
      </w:r>
      <w:r>
        <w:rPr>
          <w:lang w:eastAsia="zh-CN"/>
        </w:rPr>
        <w:br/>
      </w:r>
      <w:r>
        <w:rPr>
          <w:lang w:eastAsia="zh-CN"/>
        </w:rPr>
        <w:t>　　(3)、归纳总结高考试题题型与解题方法技巧，进行变式演练。</w:t>
      </w:r>
      <w:r>
        <w:rPr>
          <w:lang w:eastAsia="zh-CN"/>
        </w:rPr>
        <w:br/>
      </w:r>
      <w:r>
        <w:rPr>
          <w:lang w:eastAsia="zh-CN"/>
        </w:rPr>
        <w:t>　　(4)、重视每一次综合检测与讲评，做到讲练结合。</w:t>
      </w:r>
      <w:r>
        <w:rPr>
          <w:lang w:eastAsia="zh-CN"/>
        </w:rPr>
        <w:br/>
      </w:r>
      <w:r>
        <w:rPr>
          <w:lang w:eastAsia="zh-CN"/>
        </w:rPr>
        <w:t>　　(5)、加强学科内与学科间的综合，团结协作，共同提高。</w:t>
      </w:r>
      <w:r>
        <w:rPr>
          <w:lang w:eastAsia="zh-CN"/>
        </w:rPr>
        <w:br/>
      </w:r>
      <w:r>
        <w:rPr>
          <w:lang w:eastAsia="zh-CN"/>
        </w:rPr>
        <w:t>　　四、具体措施：</w:t>
      </w:r>
      <w:r>
        <w:rPr>
          <w:lang w:eastAsia="zh-CN"/>
        </w:rPr>
        <w:br/>
      </w:r>
      <w:r>
        <w:rPr>
          <w:lang w:eastAsia="zh-CN"/>
        </w:rPr>
        <w:t>　　1、坚持集体备课：</w:t>
      </w:r>
      <w:r>
        <w:rPr>
          <w:lang w:eastAsia="zh-CN"/>
        </w:rPr>
        <w:br/>
      </w:r>
      <w:r>
        <w:rPr>
          <w:lang w:eastAsia="zh-CN"/>
        </w:rPr>
        <w:t>　　强化集体备课，把集体备课作为落实常规教学的重要任务来抓。立足教材狠抓基础，精心编写教案。充分利用每周正确把握复习教学的针对性和方向性，力避盲目性。</w:t>
      </w:r>
      <w:r>
        <w:rPr>
          <w:lang w:eastAsia="zh-CN"/>
        </w:rPr>
        <w:br/>
      </w:r>
      <w:r>
        <w:rPr>
          <w:lang w:eastAsia="zh-CN"/>
        </w:rPr>
        <w:t>　　2、课堂教学目标突出“精、细、实”：</w:t>
      </w:r>
      <w:r>
        <w:rPr>
          <w:lang w:eastAsia="zh-CN"/>
        </w:rPr>
        <w:br/>
      </w:r>
      <w:r>
        <w:rPr>
          <w:lang w:eastAsia="zh-CN"/>
        </w:rPr>
        <w:t>　　课堂教学是学生高考复习的主阵地，每位老师精心策划，努力提高复习的效率，近年的高考试题充分体现了对学生三基四能的考查，作为高三复习，应该将之贯穿与教学的始终。特别是要加强对近年来新课程改革省份高考试题及模拟题的研究。明确考什么，怎么考。探究有效课堂，规范教学行为，向课堂45分钟要质量。</w:t>
      </w:r>
      <w:r>
        <w:rPr>
          <w:lang w:eastAsia="zh-CN"/>
        </w:rPr>
        <w:br/>
      </w:r>
      <w:r>
        <w:rPr>
          <w:lang w:eastAsia="zh-CN"/>
        </w:rPr>
        <w:t>　　3、精选试题，与高考接轨：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精心组织练习，通过练习及时发现学生存在的问题并及时解决。加大对新课改省份高考政治试题的研习，加强针对性。特别是要通过练习全面提高学生的解题能力。通过练习不断扩大学生的知识面，增强应变能力，迁移能力的培养。通过练习的批改及时反馈信息，进行教学调控。组织好每次的月考，达到复习巩固的作用，促进学生知识应用和技能的提高。</w:t>
      </w:r>
      <w:r>
        <w:rPr>
          <w:lang w:eastAsia="zh-CN"/>
        </w:rPr>
        <w:br/>
      </w:r>
      <w:r>
        <w:rPr>
          <w:lang w:eastAsia="zh-CN"/>
        </w:rPr>
        <w:t>　　5、关注高考信息，洞察高考方向，吸收各方面的资料，及时把握高考的走向，以便指导自己的复习工作。</w:t>
      </w:r>
      <w:r>
        <w:rPr>
          <w:lang w:eastAsia="zh-CN"/>
        </w:rPr>
        <w:br/>
      </w:r>
      <w:r>
        <w:rPr>
          <w:lang w:eastAsia="zh-CN"/>
        </w:rPr>
        <w:t>　　6、培优辅差方面：重点抓好优秀生的学习，提高优秀率，加强学法及解题方法的指导，使学生形成一套适合自己特点的学习方法，提高学习效率。通过作业批改及时获取学生的学习情况，对他们的不足之处及时指导，及时调整。注意辅差方面，落实各班的差生名单和情况，并注意对差生信心的树立，学习的督促和要读要背内容的指导和落实。做好学习困难学生的思想交流工作，加强学习指导，以促进课堂稳定。对政治学科薄弱的学生和临界优生进行认真细致的辅导，提高总分优秀率和合格率，处理好师生间的沟通与合作，实现教学相长。</w:t>
      </w:r>
      <w:r>
        <w:rPr>
          <w:lang w:eastAsia="zh-CN"/>
        </w:rPr>
        <w:br/>
      </w:r>
      <w:r>
        <w:rPr>
          <w:lang w:eastAsia="zh-CN"/>
        </w:rPr>
        <w:t>　　五、本学期进度与方法：</w:t>
      </w:r>
      <w:r>
        <w:rPr>
          <w:lang w:eastAsia="zh-CN"/>
        </w:rPr>
        <w:br/>
      </w:r>
      <w:r>
        <w:rPr>
          <w:lang w:eastAsia="zh-CN"/>
        </w:rPr>
        <w:t>　　根据学生实际及政治高考的能力要求，政治课复习要坚持全面掌握知识，注重能力提高，努力增强素质，而本学期的第一轮复习主要是全面复习，对高考考点逐一落实。</w:t>
      </w:r>
      <w:r>
        <w:rPr>
          <w:lang w:eastAsia="zh-CN"/>
        </w:rPr>
        <w:br/>
      </w:r>
      <w:r>
        <w:rPr>
          <w:lang w:eastAsia="zh-CN"/>
        </w:rPr>
        <w:t>　　(1)、识记、理解、把握全部考点的基本概念与基本原理。全面复习，又突出重点、难点、薄弱环节。根据教材知识的掌握特点和运用特点，复习的顺序为《经济生活》.《生活与哲学》.《政治生活》.《文化生活》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根据分析与综合相结合的原则，将每一个知识点的内容按照其内在联系系统化。内在联系包括单元内知识的联系，单元之间的联系，学科内知识的联系及文综内相关知识的联系。复习知识点以内在联系为线索，而思考内在联系又以知识点为立足点。</w:t>
      </w:r>
      <w:r>
        <w:rPr>
          <w:lang w:eastAsia="zh-CN"/>
        </w:rPr>
        <w:br/>
      </w:r>
      <w:r>
        <w:rPr>
          <w:lang w:eastAsia="zh-CN"/>
        </w:rPr>
        <w:t>　　(3)、对每个知识点可能出现的错误认识与观点进行归纳，启发学生自己指出疑点，解决疑点，只有发现疑点才会深入钻研，才能加深理解，有效堵塞知识上的漏洞。</w:t>
      </w:r>
      <w:r>
        <w:rPr>
          <w:lang w:eastAsia="zh-CN"/>
        </w:rPr>
        <w:br/>
      </w:r>
      <w:r>
        <w:rPr>
          <w:lang w:eastAsia="zh-CN"/>
        </w:rPr>
        <w:t xml:space="preserve">    2024高三政治第一轮复习计划 篇12 </w:t>
      </w:r>
      <w:r>
        <w:rPr>
          <w:lang w:eastAsia="zh-CN"/>
        </w:rPr>
        <w:br/>
      </w:r>
      <w:r>
        <w:rPr>
          <w:lang w:eastAsia="zh-CN"/>
        </w:rPr>
        <w:t>　　一、指导思想：</w:t>
      </w:r>
      <w:r>
        <w:rPr>
          <w:lang w:eastAsia="zh-CN"/>
        </w:rPr>
        <w:br/>
      </w:r>
      <w:r>
        <w:rPr>
          <w:lang w:eastAsia="zh-CN"/>
        </w:rPr>
        <w:t>　　以学校年度工作计划为指导，以高三年级组的复习计划目标为统领，以高考考纲为纲，以教材为本，以社会热点、重大实际问题为素材，根据本学科高考的特点与要求进行复习，以夯实学生的基础知识和提高知识应用能力为核心，充分发挥备课组的集体智慧与力量，加强学法指导，坚持有效的训练，提升我校高三学生政治学科成绩。</w:t>
      </w:r>
      <w:r>
        <w:rPr>
          <w:lang w:eastAsia="zh-CN"/>
        </w:rPr>
        <w:br/>
      </w:r>
      <w:r>
        <w:rPr>
          <w:lang w:eastAsia="zh-CN"/>
        </w:rPr>
        <w:t>　　二、目标及对策</w:t>
      </w:r>
      <w:r>
        <w:rPr>
          <w:lang w:eastAsia="zh-CN"/>
        </w:rPr>
        <w:br/>
      </w:r>
      <w:r>
        <w:rPr>
          <w:lang w:eastAsia="zh-CN"/>
        </w:rPr>
        <w:t>　　(一) 复习目标：</w:t>
      </w:r>
      <w:r>
        <w:rPr>
          <w:lang w:eastAsia="zh-CN"/>
        </w:rPr>
        <w:br/>
      </w:r>
      <w:r>
        <w:rPr>
          <w:lang w:eastAsia="zh-CN"/>
        </w:rPr>
        <w:t>　　1.继续落实双基，夯实基础，督促学生在课堂上多背、多写，熟练掌握教材，理解和灵活运用教材上的理论知识。</w:t>
      </w:r>
      <w:r>
        <w:rPr>
          <w:lang w:eastAsia="zh-CN"/>
        </w:rPr>
        <w:br/>
      </w:r>
      <w:r>
        <w:rPr>
          <w:lang w:eastAsia="zh-CN"/>
        </w:rPr>
        <w:t>　　2.着力培养学生理论联系实际的能力，分析解决问题的能力。懂得从经济、哲学、政治、文化等多角度去分析、思考、解决热点问题，着眼于学生能力的提高。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3.助力学生模拟训练，着重题型训练、规范训练、限时训练、变式训练。</w:t>
      </w:r>
      <w:r>
        <w:rPr>
          <w:lang w:eastAsia="zh-CN"/>
        </w:rPr>
        <w:br/>
      </w:r>
      <w:r>
        <w:rPr>
          <w:lang w:eastAsia="zh-CN"/>
        </w:rPr>
        <w:t>　　4.全面提高政治教学成绩，特别关注语数外成绩优秀、而政治学科成绩有点欠缺的临界同学，争取辅导取得实效。</w:t>
      </w:r>
      <w:r>
        <w:rPr>
          <w:lang w:eastAsia="zh-CN"/>
        </w:rPr>
        <w:br/>
      </w:r>
      <w:r>
        <w:rPr>
          <w:lang w:eastAsia="zh-CN"/>
        </w:rPr>
        <w:t>　　(二)对策思路：</w:t>
      </w:r>
      <w:r>
        <w:rPr>
          <w:lang w:eastAsia="zh-CN"/>
        </w:rPr>
        <w:br/>
      </w:r>
      <w:r>
        <w:rPr>
          <w:lang w:eastAsia="zh-CN"/>
        </w:rPr>
        <w:t>　　1.立足教材，夯实双基;立足课堂，提高效率;立足规范，提高能力。</w:t>
      </w:r>
      <w:r>
        <w:rPr>
          <w:lang w:eastAsia="zh-CN"/>
        </w:rPr>
        <w:br/>
      </w:r>
      <w:r>
        <w:rPr>
          <w:lang w:eastAsia="zh-CN"/>
        </w:rPr>
        <w:t>　　2.精选复习资料和试题，增强复习的实效性、针对性和仿真性。</w:t>
      </w:r>
      <w:r>
        <w:rPr>
          <w:lang w:eastAsia="zh-CN"/>
        </w:rPr>
        <w:br/>
      </w:r>
      <w:r>
        <w:rPr>
          <w:lang w:eastAsia="zh-CN"/>
        </w:rPr>
        <w:t>　　3.归纳总结高考试题题型与解题方法技巧，进行变式演练。</w:t>
      </w:r>
      <w:r>
        <w:rPr>
          <w:lang w:eastAsia="zh-CN"/>
        </w:rPr>
        <w:br/>
      </w:r>
      <w:r>
        <w:rPr>
          <w:lang w:eastAsia="zh-CN"/>
        </w:rPr>
        <w:t>　　4.重视每一次综合检测与讲评，做到讲练结合。</w:t>
      </w:r>
      <w:r>
        <w:rPr>
          <w:lang w:eastAsia="zh-CN"/>
        </w:rPr>
        <w:br/>
      </w:r>
      <w:r>
        <w:rPr>
          <w:lang w:eastAsia="zh-CN"/>
        </w:rPr>
        <w:t>　　5.加强学科内与学科间的综合，团结协作，共同提高。</w:t>
      </w:r>
      <w:r>
        <w:rPr>
          <w:lang w:eastAsia="zh-CN"/>
        </w:rPr>
        <w:br/>
      </w:r>
      <w:r>
        <w:rPr>
          <w:lang w:eastAsia="zh-CN"/>
        </w:rPr>
        <w:t>　　6.做好读、讲(听)、练、评四个环节：</w:t>
      </w:r>
      <w:r>
        <w:rPr>
          <w:lang w:eastAsia="zh-CN"/>
        </w:rPr>
        <w:br/>
      </w:r>
      <w:r>
        <w:rPr>
          <w:lang w:eastAsia="zh-CN"/>
        </w:rPr>
        <w:t>　　第一环节&amp;&amp;读书：利用课前2分钟和上课后3分钟共5分钟时间，明确目的和要求，由学生带着问题有针对性和计划性地读书，在此基础之上理清单元与单元之间、课与课之间的逻辑联系，构建相对严谨的教学知识结构，使掌握的知识系统化、条理化、网络化。</w:t>
      </w:r>
      <w:r>
        <w:rPr>
          <w:lang w:eastAsia="zh-CN"/>
        </w:rPr>
        <w:br/>
      </w:r>
      <w:r>
        <w:rPr>
          <w:lang w:eastAsia="zh-CN"/>
        </w:rPr>
        <w:t>　　第二环节&amp;&amp;讲(析)：在熟知基础知识的基础上，理解基本史实，突出重点、难点，同时，要针对考点进行知识扩展，教师最好做到精讲多练，讲重点，要突破每个考点的核心问题。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第三环节&amp;&amp;训练：在课时复习结束后，要选取典型试题及时进行测试、反馈，可采取一课一小练(当堂训练)的形式，以便及时巩固落实，练习后，必须核对答案，分析总结。每周一周考。通过典型题目逐步培养学生的基本技能，如理解能力、获取信息的能力、表述能力、分析能力、创新能力等。</w:t>
      </w:r>
      <w:r>
        <w:rPr>
          <w:lang w:eastAsia="zh-CN"/>
        </w:rPr>
        <w:br/>
      </w:r>
      <w:r>
        <w:rPr>
          <w:lang w:eastAsia="zh-CN"/>
        </w:rPr>
        <w:t>　　第四环节&amp;&amp;讲评：每一单元测试及模块测试后教师要重点讲评，教师在讲评练习和试卷过程中，要特别留心解题方法的讲评，从而减少解题错误，提高应试能力。</w:t>
      </w:r>
      <w:r>
        <w:rPr>
          <w:lang w:eastAsia="zh-CN"/>
        </w:rPr>
        <w:br/>
      </w:r>
      <w:r>
        <w:rPr>
          <w:lang w:eastAsia="zh-CN"/>
        </w:rPr>
        <w:t>　　三、具体措施</w:t>
      </w:r>
      <w:r>
        <w:rPr>
          <w:lang w:eastAsia="zh-CN"/>
        </w:rPr>
        <w:br/>
      </w:r>
      <w:r>
        <w:rPr>
          <w:lang w:eastAsia="zh-CN"/>
        </w:rPr>
        <w:t>　　(一)瞄准高考，落实课程新理念，转变课堂模式。</w:t>
      </w:r>
      <w:r>
        <w:rPr>
          <w:lang w:eastAsia="zh-CN"/>
        </w:rPr>
        <w:br/>
      </w:r>
      <w:r>
        <w:rPr>
          <w:lang w:eastAsia="zh-CN"/>
        </w:rPr>
        <w:t>　　高考需要学生具有独立的思维能力，独立思维能力单凭老师讲授是培养不出来的，需要在训练中参与和培养。</w:t>
      </w:r>
      <w:r>
        <w:rPr>
          <w:lang w:eastAsia="zh-CN"/>
        </w:rPr>
        <w:br/>
      </w:r>
      <w:r>
        <w:rPr>
          <w:lang w:eastAsia="zh-CN"/>
        </w:rPr>
        <w:t>　　1、改一讲到底，不训练学生能力。</w:t>
      </w:r>
      <w:r>
        <w:rPr>
          <w:lang w:eastAsia="zh-CN"/>
        </w:rPr>
        <w:br/>
      </w:r>
      <w:r>
        <w:rPr>
          <w:lang w:eastAsia="zh-CN"/>
        </w:rPr>
        <w:t>　　调动学生参与，加强对学生的思维训，老师重在帮助学生整理思维层次和指导思维方法;边讲边练，这样才能做到训练及时、训练充分</w:t>
      </w:r>
      <w:r>
        <w:rPr>
          <w:lang w:eastAsia="zh-CN"/>
        </w:rPr>
        <w:br/>
      </w:r>
      <w:r>
        <w:rPr>
          <w:lang w:eastAsia="zh-CN"/>
        </w:rPr>
        <w:t>　　2、改只有知识教学，没有材料教学。</w:t>
      </w:r>
      <w:r>
        <w:rPr>
          <w:lang w:eastAsia="zh-CN"/>
        </w:rPr>
        <w:br/>
      </w:r>
      <w:r>
        <w:rPr>
          <w:lang w:eastAsia="zh-CN"/>
        </w:rPr>
        <w:t>　　高考无题不材料，如果课堂不进行材料教学，学生就不能形成材料处理能力。</w:t>
      </w:r>
      <w:r>
        <w:rPr>
          <w:lang w:eastAsia="zh-CN"/>
        </w:rPr>
        <w:br/>
      </w:r>
      <w:r>
        <w:rPr>
          <w:lang w:eastAsia="zh-CN"/>
        </w:rPr>
        <w:t>　　3、改只有纯知识的梳理、分析，没有解读高考考点及其要求。</w:t>
      </w:r>
      <w:r>
        <w:rPr>
          <w:lang w:eastAsia="zh-CN"/>
        </w:rPr>
        <w:br/>
      </w:r>
      <w:r>
        <w:rPr>
          <w:lang w:eastAsia="zh-CN"/>
        </w:rPr>
        <w:t xml:space="preserve">    2024高三政治第一轮复习计划 篇13 </w:t>
      </w:r>
      <w:r>
        <w:rPr>
          <w:lang w:eastAsia="zh-CN"/>
        </w:rPr>
        <w:br/>
      </w:r>
      <w:r>
        <w:rPr>
          <w:lang w:eastAsia="zh-CN"/>
        </w:rPr>
        <w:t>　　指导思想：研究课程标准，吃透《考试说明》，分析学生状况，特别是一模的考试情况，认真作好试卷分析讲评，及时调整复习思路，提高复习实效，力争在二模中成绩有新的提高。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复习思路：立足教材，强化背诵，整合教材，理清脉络，结合时政，提升能力。</w:t>
      </w:r>
      <w:r>
        <w:rPr>
          <w:lang w:eastAsia="zh-CN"/>
        </w:rPr>
        <w:br/>
      </w:r>
      <w:r>
        <w:rPr>
          <w:lang w:eastAsia="zh-CN"/>
        </w:rPr>
        <w:t>　　复习方法：整合教材主干知识，以关键词形式，形成结构体系，帮助学生从整体上把握知识的脉络、体系；适当结合当前的时政热点引导学生进行分析，总结，提升复习的实效。</w:t>
      </w:r>
      <w:r>
        <w:rPr>
          <w:lang w:eastAsia="zh-CN"/>
        </w:rPr>
        <w:br/>
      </w:r>
      <w:r>
        <w:rPr>
          <w:lang w:eastAsia="zh-CN"/>
        </w:rPr>
        <w:t>　　具体复习安排：必修总共4个模块，原则上安排每模块7节课，加上1~2个热点专题训练，总共30节，一模前已完成必修1，下来将用3周半时间完成3个模块的复习，争取二模前完成。</w:t>
      </w:r>
      <w:r>
        <w:rPr>
          <w:lang w:eastAsia="zh-CN"/>
        </w:rPr>
        <w:br/>
      </w:r>
      <w:r>
        <w:rPr>
          <w:lang w:eastAsia="zh-CN"/>
        </w:rPr>
        <w:t>　　训练安排：本学期开始重点利用早读时间，精选典型题例，加强训练，并及时作好跟踪讲评，提高训练的效果。二轮期间重点对各地模拟题进行分析归类，精选题例，组合周测试题，加强课堂训练，重点进行讲评，侧重方法、技巧的指导，同时，积极对学生进行考试心理的辅导及引导，端正态度，树立明确的目标。</w:t>
      </w:r>
      <w:r>
        <w:rPr>
          <w:lang w:eastAsia="zh-CN"/>
        </w:rPr>
        <w:br/>
      </w:r>
      <w:r>
        <w:rPr>
          <w:lang w:eastAsia="zh-CN"/>
        </w:rPr>
        <w:t>　　目标生：根据一模情况，认真作好目标生的试卷分析，结合二轮复习的思路、方法，引导好目标生制订下阶段的复习计划，并继续作好跟踪指导。</w:t>
      </w:r>
      <w:r>
        <w:rPr>
          <w:lang w:eastAsia="zh-CN"/>
        </w:rPr>
        <w:br/>
      </w:r>
      <w:r>
        <w:rPr>
          <w:lang w:eastAsia="zh-CN"/>
        </w:rPr>
        <w:t>　　术科生：针对术科生的上线情况，立足实际，制订好辅导计划、方法，并作好选题，搞好试卷讲评的实效。平时课堂上加大力度关注术科生，激发学习兴趣，加强学习指导和心理辅导，力争在二模中成绩有较大提高。</w:t>
      </w:r>
      <w:r>
        <w:rPr>
          <w:lang w:eastAsia="zh-CN"/>
        </w:rPr>
        <w:br/>
      </w:r>
      <w:r>
        <w:rPr>
          <w:lang w:eastAsia="zh-CN"/>
        </w:rPr>
        <w:t xml:space="preserve">    2024高三政治第一轮复习计划 篇14 </w:t>
      </w:r>
      <w:r>
        <w:rPr>
          <w:lang w:eastAsia="zh-CN"/>
        </w:rPr>
        <w:br/>
      </w:r>
      <w:r>
        <w:rPr>
          <w:lang w:eastAsia="zh-CN"/>
        </w:rPr>
        <w:t>　　高三政治一轮复习方法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下面我们整理出来高三学生常用的政治学习方法，这些实用的、具体的方法，能够帮助大家在紧张复习中尽快找到方向。</w:t>
      </w:r>
      <w:r>
        <w:rPr>
          <w:lang w:eastAsia="zh-CN"/>
        </w:rPr>
        <w:br/>
      </w:r>
      <w:r>
        <w:rPr>
          <w:lang w:eastAsia="zh-CN"/>
        </w:rPr>
        <w:t>　　下面就重点来说四点，分别为：学习态度、熟悉课本、加强阅读，提升课堂效率，剩余6点，大家可以参考学习方法网关于高中政治的学习方法。</w:t>
      </w:r>
      <w:r>
        <w:rPr>
          <w:lang w:eastAsia="zh-CN"/>
        </w:rPr>
        <w:br/>
      </w:r>
      <w:r>
        <w:rPr>
          <w:lang w:eastAsia="zh-CN"/>
        </w:rPr>
        <w:t>　　1. 端正态度。从“要我学”到“我要学”过渡，如果到了高三还不能主动的去学习，那么，就很难考上一所理想的学府，所以，增加学习的积极主动性是提升政治成绩的第一要素。</w:t>
      </w:r>
      <w:r>
        <w:rPr>
          <w:lang w:eastAsia="zh-CN"/>
        </w:rPr>
        <w:br/>
      </w:r>
      <w:r>
        <w:rPr>
          <w:lang w:eastAsia="zh-CN"/>
        </w:rPr>
        <w:t>　　2、要吃透课本。从历年高考主观试题的参考答案中可以发现：答案=教材语言(约占60%)+时政语言(约占5-10%)+材料语言(约占25-35%)。政治要得高分必须对教材内容很熟。</w:t>
      </w:r>
      <w:r>
        <w:rPr>
          <w:lang w:eastAsia="zh-CN"/>
        </w:rPr>
        <w:br/>
      </w:r>
      <w:r>
        <w:rPr>
          <w:lang w:eastAsia="zh-CN"/>
        </w:rPr>
        <w:t>　　3、加强阅读。阅读是学习之母，通过阅读我么你才能理解政治核心思想、总结政治规律，阅读技能提升学习效率，也能明确学习方向。</w:t>
      </w:r>
      <w:r>
        <w:rPr>
          <w:lang w:eastAsia="zh-CN"/>
        </w:rPr>
        <w:br/>
      </w:r>
      <w:r>
        <w:rPr>
          <w:lang w:eastAsia="zh-CN"/>
        </w:rPr>
        <w:t>　　4、提高课堂效率。在课堂上获取到的知识更具有针对性，而且印象更为深刻。课堂上除了要听老师讲，还要与老师积极互动，同时，要做好课堂笔记，这几点缺一不可，根据艾宾浩斯遗忘曲线，课下第一时间复习，也是提升课堂效率的一种方法。</w:t>
      </w:r>
      <w:r>
        <w:rPr>
          <w:lang w:eastAsia="zh-CN"/>
        </w:rPr>
        <w:br/>
      </w:r>
      <w:r>
        <w:rPr>
          <w:lang w:eastAsia="zh-CN"/>
        </w:rPr>
        <w:t>　　高三政治一轮复习计划</w:t>
      </w:r>
      <w:r>
        <w:rPr>
          <w:lang w:eastAsia="zh-CN"/>
        </w:rPr>
        <w:br/>
      </w:r>
      <w:r>
        <w:rPr>
          <w:lang w:eastAsia="zh-CN"/>
        </w:rPr>
        <w:t>　　一、指导思想</w:t>
      </w:r>
      <w:r>
        <w:rPr>
          <w:lang w:eastAsia="zh-CN"/>
        </w:rPr>
        <w:br/>
      </w:r>
      <w:r>
        <w:rPr>
          <w:lang w:eastAsia="zh-CN"/>
        </w:rPr>
        <w:t>　　依据课程标准和考试说明，回归课本、主抓基层，关注知识之间的内在联系，形成主体知识体系;加深理解、提高识记、提高理解和运用知识的水平和能力。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二、复习内容</w:t>
      </w:r>
      <w:r>
        <w:rPr>
          <w:lang w:eastAsia="zh-CN"/>
        </w:rPr>
        <w:br/>
      </w:r>
      <w:r>
        <w:rPr>
          <w:lang w:eastAsia="zh-CN"/>
        </w:rPr>
        <w:t>　　必修1《经济生活》 必修2《政治生活》、</w:t>
      </w:r>
      <w:r>
        <w:rPr>
          <w:lang w:eastAsia="zh-CN"/>
        </w:rPr>
        <w:br/>
      </w:r>
      <w:r>
        <w:rPr>
          <w:lang w:eastAsia="zh-CN"/>
        </w:rPr>
        <w:t>　　必修3《文化生活》 必修4《生活与哲学》</w:t>
      </w:r>
      <w:r>
        <w:rPr>
          <w:lang w:eastAsia="zh-CN"/>
        </w:rPr>
        <w:br/>
      </w:r>
      <w:r>
        <w:rPr>
          <w:lang w:eastAsia="zh-CN"/>
        </w:rPr>
        <w:t>　　(注：关于选修内容根据当年考试说明)</w:t>
      </w:r>
      <w:r>
        <w:rPr>
          <w:lang w:eastAsia="zh-CN"/>
        </w:rPr>
        <w:br/>
      </w:r>
      <w:r>
        <w:rPr>
          <w:lang w:eastAsia="zh-CN"/>
        </w:rPr>
        <w:t>　　三、复习时间及课时安排</w:t>
      </w:r>
      <w:r>
        <w:rPr>
          <w:lang w:eastAsia="zh-CN"/>
        </w:rPr>
        <w:br/>
      </w:r>
      <w:r>
        <w:rPr>
          <w:lang w:eastAsia="zh-CN"/>
        </w:rPr>
        <w:t>　　(上一年年8月——次年年1月)具体如下：</w:t>
      </w:r>
      <w:r>
        <w:rPr>
          <w:lang w:eastAsia="zh-CN"/>
        </w:rPr>
        <w:br/>
      </w:r>
      <w:r>
        <w:rPr>
          <w:lang w:eastAsia="zh-CN"/>
        </w:rPr>
        <w:t>　　(注：一轮复习期间因涉及月考、期中考、期末考和部分假日等，故本计划将根据实际时间与教学需要而适当调整。应届班和复习班的进度也稍有不同)</w:t>
      </w:r>
      <w:r>
        <w:rPr>
          <w:lang w:eastAsia="zh-CN"/>
        </w:rPr>
        <w:br/>
      </w:r>
      <w:r>
        <w:rPr>
          <w:lang w:eastAsia="zh-CN"/>
        </w:rPr>
        <w:t>　　四、复习事项</w:t>
      </w:r>
      <w:r>
        <w:rPr>
          <w:lang w:eastAsia="zh-CN"/>
        </w:rPr>
        <w:br/>
      </w:r>
      <w:r>
        <w:rPr>
          <w:lang w:eastAsia="zh-CN"/>
        </w:rPr>
        <w:t>　　1、目标：着重掌握单元基础知识，巩固各知识点，强化知识体系;同时加强综合训练，全面提高解题能力以及思考能力。通过第一轮复习，要达到：</w:t>
      </w:r>
      <w:r>
        <w:rPr>
          <w:lang w:eastAsia="zh-CN"/>
        </w:rPr>
        <w:br/>
      </w:r>
      <w:r>
        <w:rPr>
          <w:lang w:eastAsia="zh-CN"/>
        </w:rPr>
        <w:t>　　(1)掌握考纲规定的基本知识，能够对知识进行基础的归纳总结，能把握教材主干知识。</w:t>
      </w:r>
      <w:r>
        <w:rPr>
          <w:lang w:eastAsia="zh-CN"/>
        </w:rPr>
        <w:br/>
      </w:r>
      <w:r>
        <w:rPr>
          <w:lang w:eastAsia="zh-CN"/>
        </w:rPr>
        <w:t>　　(2)学会辩证的思维方法。</w:t>
      </w:r>
      <w:r>
        <w:rPr>
          <w:lang w:eastAsia="zh-CN"/>
        </w:rPr>
        <w:br/>
      </w:r>
      <w:r>
        <w:rPr>
          <w:lang w:eastAsia="zh-CN"/>
        </w:rPr>
        <w:t>　　(3)答题做到规范化，能形成一定的解题思路，掌握基本的解题方法。</w:t>
      </w:r>
      <w:r>
        <w:rPr>
          <w:lang w:eastAsia="zh-CN"/>
        </w:rPr>
        <w:br/>
      </w:r>
      <w:r>
        <w:rPr>
          <w:lang w:eastAsia="zh-CN"/>
        </w:rPr>
        <w:t>　　(4)能运用所学思想政治知识观察、分析简单的生活实例和一些重大的社会热点问题，做到理论联系实际，活学活用，提高观察、分析、解决实际问题的能力和素质。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2、总要求：第一轮复习应遵循按单、节或每课知识点、重、难点例题讲解，练习巩固，单元检测，讲评的程序进行。</w:t>
      </w:r>
      <w:r>
        <w:rPr>
          <w:lang w:eastAsia="zh-CN"/>
        </w:rPr>
        <w:br/>
      </w:r>
      <w:r>
        <w:rPr>
          <w:lang w:eastAsia="zh-CN"/>
        </w:rPr>
        <w:t>　　五、具体要求</w:t>
      </w:r>
      <w:r>
        <w:rPr>
          <w:lang w:eastAsia="zh-CN"/>
        </w:rPr>
        <w:br/>
      </w:r>
      <w:r>
        <w:rPr>
          <w:lang w:eastAsia="zh-CN"/>
        </w:rPr>
        <w:t>　　1、知识复习要求：</w:t>
      </w:r>
      <w:r>
        <w:rPr>
          <w:lang w:eastAsia="zh-CN"/>
        </w:rPr>
        <w:br/>
      </w:r>
      <w:r>
        <w:rPr>
          <w:lang w:eastAsia="zh-CN"/>
        </w:rPr>
        <w:t>　　(1)按高考考点复习。弄清每一考点涉及的基本概念，基本观点或原理，基本问题(是什么、为什么、怎样做等)</w:t>
      </w:r>
      <w:r>
        <w:rPr>
          <w:lang w:eastAsia="zh-CN"/>
        </w:rPr>
        <w:br/>
      </w:r>
      <w:r>
        <w:rPr>
          <w:lang w:eastAsia="zh-CN"/>
        </w:rPr>
        <w:t>　　(2)把握知识间的内在联系，构建或从新的角度整合知识体系等。</w:t>
      </w:r>
      <w:r>
        <w:rPr>
          <w:lang w:eastAsia="zh-CN"/>
        </w:rPr>
        <w:br/>
      </w:r>
      <w:r>
        <w:rPr>
          <w:lang w:eastAsia="zh-CN"/>
        </w:rPr>
        <w:t>　　(3)把握重点知识，包括高考重考点、易错点知识。</w:t>
      </w:r>
      <w:r>
        <w:rPr>
          <w:lang w:eastAsia="zh-CN"/>
        </w:rPr>
        <w:br/>
      </w:r>
      <w:r>
        <w:rPr>
          <w:lang w:eastAsia="zh-CN"/>
        </w:rPr>
        <w:t>　　(4)增添新教材的知识内容，把握知识的变化。</w:t>
      </w:r>
      <w:r>
        <w:rPr>
          <w:lang w:eastAsia="zh-CN"/>
        </w:rPr>
        <w:br/>
      </w:r>
      <w:r>
        <w:rPr>
          <w:lang w:eastAsia="zh-CN"/>
        </w:rPr>
        <w:t>　　2、知识训练要求：</w:t>
      </w:r>
      <w:r>
        <w:rPr>
          <w:lang w:eastAsia="zh-CN"/>
        </w:rPr>
        <w:br/>
      </w:r>
      <w:r>
        <w:rPr>
          <w:lang w:eastAsia="zh-CN"/>
        </w:rPr>
        <w:t>　　(1)加强双基训练，做到每节一练，每课一检测一练习，每单元一检测。</w:t>
      </w:r>
      <w:r>
        <w:rPr>
          <w:lang w:eastAsia="zh-CN"/>
        </w:rPr>
        <w:br/>
      </w:r>
      <w:r>
        <w:rPr>
          <w:lang w:eastAsia="zh-CN"/>
        </w:rPr>
        <w:t>　　高三政治一轮复习面临哪些问题?</w:t>
      </w:r>
      <w:r>
        <w:rPr>
          <w:lang w:eastAsia="zh-CN"/>
        </w:rPr>
        <w:br/>
      </w:r>
      <w:r>
        <w:rPr>
          <w:lang w:eastAsia="zh-CN"/>
        </w:rPr>
        <w:t>　　为了帮助大家能够更清楚自己政治面临的问题，我们整理出一个表格，供大家参考！</w:t>
      </w:r>
      <w:r>
        <w:rPr>
          <w:lang w:eastAsia="zh-CN"/>
        </w:rPr>
        <w:br/>
      </w:r>
      <w:r>
        <w:rPr>
          <w:lang w:eastAsia="zh-CN"/>
        </w:rPr>
        <w:t>　　根据这个表格，我们看出大家的问题集中在不会答主观题或者主观题答不全上面，也有的是知识形不成系统或者基础不牢等方面，那么，我们在制定复习计划时就要把这些问题考虑进去，有针对性的来制定对策。</w:t>
      </w:r>
      <w:r>
        <w:rPr>
          <w:lang w:eastAsia="zh-CN"/>
        </w:rPr>
        <w:br/>
      </w:r>
      <w:r>
        <w:rPr>
          <w:lang w:eastAsia="zh-CN"/>
        </w:rPr>
        <w:t xml:space="preserve">    2024高三政治第一轮复习计划 篇15 </w:t>
      </w:r>
      <w:r>
        <w:rPr>
          <w:lang w:eastAsia="zh-CN"/>
        </w:rPr>
        <w:br/>
      </w:r>
      <w:r>
        <w:rPr>
          <w:lang w:eastAsia="zh-CN"/>
        </w:rPr>
        <w:t>　　一、基本指导思想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要以课本为主。有些考生认为：“课本没什么看的!太简单了!”这种想法是绝对不可取的。“万变不离其宗”，千变万化的试题只是命题角度的变化，高考试题也同样如此，它不会脱离《考试大纲》，不会脱离课本的知识点。所以在第一轮复习中，我们要把主要精力放在课本上。</w:t>
      </w:r>
      <w:r>
        <w:rPr>
          <w:lang w:eastAsia="zh-CN"/>
        </w:rPr>
        <w:br/>
      </w:r>
      <w:r>
        <w:rPr>
          <w:lang w:eastAsia="zh-CN"/>
        </w:rPr>
        <w:t>　　二、要注意复习课本的方法和技巧</w:t>
      </w:r>
      <w:r>
        <w:rPr>
          <w:lang w:eastAsia="zh-CN"/>
        </w:rPr>
        <w:br/>
      </w:r>
      <w:r>
        <w:rPr>
          <w:lang w:eastAsia="zh-CN"/>
        </w:rPr>
        <w:t>　　复习课本不是像刚学习的时候那样的细致，但也不是简单的翻一遍，或是单纯的背诵一遍，必须要注意方法和技巧。虽说是第一轮复习，但实际上它包含两遍：</w:t>
      </w:r>
      <w:r>
        <w:rPr>
          <w:lang w:eastAsia="zh-CN"/>
        </w:rPr>
        <w:br/>
      </w:r>
      <w:r>
        <w:rPr>
          <w:lang w:eastAsia="zh-CN"/>
        </w:rPr>
        <w:t>　　第一，先把课本读“厚”。具体做法是：结合《考试大纲和考试说明》，把每一课的知识点都找出来，逐个消化。需要知识的识记，需要理解运用的知识点，要再通读一下课本上的相关内容，特别是以自己不一理解的重点问题，除了要问老师和同学之外，还要做少量相关的习题。这一遍复习不能留下任何的知识死角。要下苦功夫细致地复习，时间不够要抽时间，把识记、看课本和做题有效地结合起来。另外，每复习一个阶段要做一套检测题，检查一下自己知识点上还有没有漏洞，以便及时查漏补缺。我建议：以每两课为一个阶段，复习完两课后做一套试题，自我检测一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第二，再把课本读“薄”。根据记忆规律，我们过一段时间还要重复复习一个前面我们复习进的内容，但时间有限，我们必须找出可行的方法!我的建议是：每进行完一个阶段(也就是两课)，就要及时地总结一下，用一个专门的本子，列出两课的知识框架结构，并找出里面重点的知识和自己认为比较难的知识点，以备日后快速有效的复习。同时要做一个习题集，记录下那些自己做错的且比较重要的试题，每次考试前都要抽时间翻一下。</w:t>
      </w:r>
      <w:r>
        <w:rPr>
          <w:lang w:eastAsia="zh-CN"/>
        </w:rPr>
        <w:br/>
      </w:r>
      <w:r>
        <w:rPr>
          <w:lang w:eastAsia="zh-CN"/>
        </w:rPr>
        <w:t>　　三、处理好课内和课外的关系</w:t>
      </w:r>
      <w:r>
        <w:rPr>
          <w:lang w:eastAsia="zh-CN"/>
        </w:rPr>
        <w:br/>
      </w:r>
      <w:r>
        <w:rPr>
          <w:lang w:eastAsia="zh-CN"/>
        </w:rPr>
        <w:t>　　如果考生的政治基础比较好，那么只要做好上面的两步，并跟上老师的复习进度，就基本可以了。但是如果考生的基础知识不扎实，那就要投入比较多的时间来做好第一步，除了课内要跟上老师的复习进度，还要安排好课外时间。比如，要抽出时间记忆知识点和知识框架结构;要抽出时间做一定量的习题;要抽出时间理解和消化课本的重点和难点内容。在这个时间的安排上，我认为：前一类学生的课外时间投入是每天50分钟左右，而后一类学生的课外时间投入最少要90分钟，用30分钟时间记忆，30分钟理解，30分钟做题，等到基础知识牢固了，可以适当地减少课外的时间的投入。那种靠考前突击记忆的做法是十分有害的，历次实践证明：如果平时没有时间，那么考前更没有时间，也没有好的心态去记忆，政治虽是文科，但同时要把功夫放在平时。</w:t>
      </w:r>
      <w:r>
        <w:rPr>
          <w:lang w:eastAsia="zh-CN"/>
        </w:rPr>
        <w:br/>
      </w:r>
      <w:r>
        <w:rPr>
          <w:lang w:eastAsia="zh-CN"/>
        </w:rPr>
        <w:t>　　四、注意时事政治的积累</w:t>
      </w:r>
      <w:r>
        <w:rPr>
          <w:lang w:eastAsia="zh-CN"/>
        </w:rPr>
        <w:br/>
      </w:r>
      <w:r>
        <w:rPr>
          <w:lang w:eastAsia="zh-CN"/>
        </w:rPr>
        <w:t>　　政治科考试的特点是和当年的时政结合紧密。因此“两耳不闻天下事，一心只背政治书”的做法无疑也是错误的。所以，我们要在平时注意积累时政。步骤有两个：</w:t>
      </w:r>
      <w:r>
        <w:rPr>
          <w:lang w:eastAsia="zh-CN"/>
        </w:rPr>
        <w:br/>
      </w:r>
      <w:r>
        <w:rPr>
          <w:lang w:eastAsia="zh-CN"/>
        </w:rPr>
        <w:t>　　第一，在平时注意把当月的重点时政记录下来，并作一归类。可以分为政治类、经济类、文化类、科技类、体育类等，特别要注意各个领域内的重大时政。</w:t>
      </w:r>
      <w:r>
        <w:rPr>
          <w:lang w:eastAsia="zh-CN"/>
        </w:rPr>
        <w:br/>
      </w:r>
    </w:p>
    <w:p w:rsidR="001B1F19" w14:textId="27C3F48A">
      <w:pPr>
        <w:rPr>
          <w:rFonts w:hint="eastAsia"/>
          <w:lang w:eastAsia="zh-CN"/>
        </w:rPr>
      </w:pPr>
      <w:r>
        <w:rPr>
          <w:lang w:eastAsia="zh-CN"/>
        </w:rPr>
        <w:t>　　第二，在积累时政的过程中，把其与课本的复习相结合，学会自己命题。这一步要求考生多角度、多方面去分析时政，用所学的知识自己跟自己提问，同时要注意平时考试中知识点和时政的结合角度。</w:t>
      </w:r>
      <w:r>
        <w:rPr>
          <w:lang w:eastAsia="zh-CN"/>
        </w:rPr>
        <w:br/>
      </w:r>
      <w:r>
        <w:rPr>
          <w:lang w:eastAsia="zh-CN"/>
        </w:rPr>
        <w:t>　　时间安排。由于各学校情况不一样，所以考生的时间安排要和本学校的教学进度相吻合。下面仅以我们学校的时间安排为例给出建议，希望考生能举一反三，合理安排自己的课外时间。第一轮复习时间总体控制一般在两个半月，而政治常识相对于高三应届生而言比较陌生，所以用一个月的时间学习。考生要结合自己的实际情况，如果哪一部分相对薄弱，就要投入的时间长一些。可以在跟随老师同步复习的同时加大自己弱势部分的复习。找出每天中自己记忆力比较好的时间段记一些比较难记的东西，找出自己理解力比较强的时间段做一些自己认为比较难的部分的试题。但是要注意量，不可能花所有的课外时间去学习政治，毕竟还有其他功课，所以要合理安排好每一天的时间。比如今天有政治课，那么今天的课外时间就适当少分一点时间给政治，只需把课堂上老师讲的消化一下就可以了;如果今天没有政治课，那就多分一些时间给政治，自己合理安排时间，可以预习下一节要讲的内容，也可以单独找一些试题做一下以巩固自己学过的知识。</w:t>
      </w:r>
      <w:r>
        <w:rPr>
          <w:lang w:eastAsia="zh-CN"/>
        </w:rPr>
        <w:br/>
      </w:r>
      <w:r>
        <w:rPr>
          <w:lang w:eastAsia="zh-CN"/>
        </w:rPr>
        <w:t xml:space="preserve">    2024高三政治第一轮复习计划 篇16 </w:t>
      </w:r>
      <w:r>
        <w:rPr>
          <w:lang w:eastAsia="zh-CN"/>
        </w:rPr>
        <w:br/>
      </w:r>
      <w:r>
        <w:rPr>
          <w:lang w:eastAsia="zh-CN"/>
        </w:rPr>
        <w:t>　　指导思想：研究课程标准，吃透《考试说明》，分析学生状况，特别是一模的考试情况，认真作好试卷分析讲评，及时调整复习思路，提高复习实效，力争在二模中成绩有新的提高。</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https://d.book118.com/255221143234011103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5221143234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