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广告公司总结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广告公司总结1</w:t>
      </w:r>
      <w:r>
        <w:rPr>
          <w:lang w:eastAsia="zh-CN"/>
        </w:rPr>
        <w:br/>
      </w:r>
      <w:r>
        <w:rPr>
          <w:lang w:eastAsia="zh-CN"/>
        </w:rPr>
        <w:t xml:space="preserve">    第一次在广告公司工作，已经有一个星期了，来的第一天就接手做__银行与__电器的合作活动，真的很累，这几天我整个人都晒黑了很多，比以前的销售工作还要累，但是这份工作到目前为止，我还不反感，因为，我可以学会整理资料，可以学到其他的很多事情，很好。 </w:t>
      </w:r>
      <w:r>
        <w:rPr>
          <w:lang w:eastAsia="zh-CN"/>
        </w:rPr>
        <w:br/>
      </w:r>
      <w:r>
        <w:rPr>
          <w:lang w:eastAsia="zh-CN"/>
        </w:rPr>
        <w:t>　　这次的.活动我做的很不好，有很多我这边的工作我都没有做好，很乱。</w:t>
      </w:r>
      <w:r>
        <w:rPr>
          <w:lang w:eastAsia="zh-CN"/>
        </w:rPr>
        <w:br/>
      </w:r>
      <w:r>
        <w:rPr>
          <w:lang w:eastAsia="zh-CN"/>
        </w:rPr>
        <w:t>　　针对这次活动，为了能让我在下一次工作中有一个很好的开始，我做出了一个简单的总结：</w:t>
      </w:r>
      <w:r>
        <w:rPr>
          <w:lang w:eastAsia="zh-CN"/>
        </w:rPr>
        <w:br/>
      </w:r>
      <w:r>
        <w:rPr>
          <w:lang w:eastAsia="zh-CN"/>
        </w:rPr>
        <w:t>　　1、首先应该熟悉这次活动的活动规则，例如刷卡满多少钱送什麼礼品，是分期付款，还是一次性付款等等，都应了解清楚，不然后面出的问题可就是很麻烦的问题了。</w:t>
      </w:r>
      <w:r>
        <w:rPr>
          <w:lang w:eastAsia="zh-CN"/>
        </w:rPr>
        <w:br/>
      </w:r>
      <w:r>
        <w:rPr>
          <w:lang w:eastAsia="zh-CN"/>
        </w:rPr>
        <w:t>　　2、其次就是这次活动礼品怎麼发放，有什麼要求都应了如指掌，不然自己都会觉得头脑一片混乱，而且，对自己在活动结束后结算这块都会有很大的影响，会很麻烦。</w:t>
      </w:r>
      <w:r>
        <w:rPr>
          <w:lang w:eastAsia="zh-CN"/>
        </w:rPr>
        <w:br/>
      </w:r>
    </w:p>
    <w:p w:rsidR="001B1F19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广告公司总结</w:t>
      </w:r>
    </w:p>
    <w:p w:rsidR="001B1F19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广告公司总结1</w:t>
      </w:r>
      <w:r>
        <w:rPr>
          <w:lang w:eastAsia="zh-CN"/>
        </w:rPr>
        <w:br/>
      </w:r>
      <w:r>
        <w:rPr>
          <w:lang w:eastAsia="zh-CN"/>
        </w:rPr>
        <w:t xml:space="preserve">    第一次在广告公司工作，已经有一个星期了，来的第一天就接手做__银行与__电器的合作活动，真的很累，这几天我整个人都晒黑了很多，比以前的销售工作还要累，但是这份工作到目前为止，我还不反感，因为，我可以学会整理资料，可以学到其他的很多事情，很好。 </w:t>
      </w:r>
      <w:r>
        <w:rPr>
          <w:lang w:eastAsia="zh-CN"/>
        </w:rPr>
        <w:br/>
      </w:r>
      <w:r>
        <w:rPr>
          <w:lang w:eastAsia="zh-CN"/>
        </w:rPr>
        <w:t>　　这次的.活动我做的很不好，有很多我这边的工作我都没有做好，很乱。</w:t>
      </w:r>
      <w:r>
        <w:rPr>
          <w:lang w:eastAsia="zh-CN"/>
        </w:rPr>
        <w:br/>
      </w:r>
      <w:r>
        <w:rPr>
          <w:lang w:eastAsia="zh-CN"/>
        </w:rPr>
        <w:t>　　针对这次活动，为了能让我在下一次工作中有一个很好的开始，我做出了一个简单的总结：</w:t>
      </w:r>
      <w:r>
        <w:rPr>
          <w:lang w:eastAsia="zh-CN"/>
        </w:rPr>
        <w:br/>
      </w:r>
      <w:r>
        <w:rPr>
          <w:lang w:eastAsia="zh-CN"/>
        </w:rPr>
        <w:t>　　1、首先应该熟悉这次活动的活动规则，例如刷卡满多少钱送什麼礼品，是分期付款，还是一次性付款等等，都应了解清楚，不然后面出的问题可就是很麻烦的问题了。</w:t>
      </w:r>
      <w:r>
        <w:rPr>
          <w:lang w:eastAsia="zh-CN"/>
        </w:rPr>
        <w:br/>
      </w:r>
      <w:r>
        <w:rPr>
          <w:lang w:eastAsia="zh-CN"/>
        </w:rPr>
        <w:t>　　2、其次就是这次活动礼品怎麼发放，有什麼要求都应了如指掌，不然自己都会觉得头脑一片混乱，而且，对自己在活动结束后结算这块都会有很大的影响，会很麻烦。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3、再接著就是活动结束后，去回收礼品的同时，应带上笔及笔记本，把回收回来的礼品都记录下来，哪个点回收了什麼礼品，多少个，都因详细的记清楚，过后没有人会帮你去对账的。</w:t>
      </w:r>
      <w:r>
        <w:rPr>
          <w:lang w:eastAsia="zh-CN"/>
        </w:rPr>
        <w:br/>
      </w:r>
      <w:r>
        <w:rPr>
          <w:lang w:eastAsia="zh-CN"/>
        </w:rPr>
        <w:t>　　4、对於合作单位给活动单位营业员的奖励礼品应在活动结束后，给拿过去，不然根本没有办法实数回收。</w:t>
      </w:r>
      <w:r>
        <w:rPr>
          <w:lang w:eastAsia="zh-CN"/>
        </w:rPr>
        <w:br/>
      </w:r>
      <w:r>
        <w:rPr>
          <w:lang w:eastAsia="zh-CN"/>
        </w:rPr>
        <w:t>　　以上就是我的工作总结，可以说是我的工作经验吧。</w:t>
      </w:r>
      <w:r>
        <w:rPr>
          <w:lang w:eastAsia="zh-CN"/>
        </w:rPr>
        <w:br/>
      </w:r>
      <w:r>
        <w:rPr>
          <w:lang w:eastAsia="zh-CN"/>
        </w:rPr>
        <w:t>　　后面的工作，我会遇到更多的麻烦事，我还要继续学习，加油!</w:t>
      </w:r>
      <w:r>
        <w:rPr>
          <w:lang w:eastAsia="zh-CN"/>
        </w:rPr>
        <w:br/>
      </w:r>
      <w:r>
        <w:rPr>
          <w:lang w:eastAsia="zh-CN"/>
        </w:rPr>
        <w:t>　　你在做什么的同时，我也在做什麼，你在努力工作，我也在努力工作，我们一起努力，一起加油，我们是最棒的。加油!广告公司总结2</w:t>
      </w:r>
      <w:r>
        <w:rPr>
          <w:lang w:eastAsia="zh-CN"/>
        </w:rPr>
        <w:br/>
      </w:r>
      <w:r>
        <w:rPr>
          <w:lang w:eastAsia="zh-CN"/>
        </w:rPr>
        <w:t xml:space="preserve">    前 言： </w:t>
      </w:r>
      <w:r>
        <w:rPr>
          <w:lang w:eastAsia="zh-CN"/>
        </w:rPr>
        <w:br/>
      </w:r>
      <w:r>
        <w:rPr>
          <w:lang w:eastAsia="zh-CN"/>
        </w:rPr>
        <w:t>　　美国罗斯福总统有句名言：“不当总统就当广告人”。于是，很多激情青年钻入这一行业并为之奋斗着。其中的滋味艰辛外行人是体会不到的，为客户挑灯夜战熬通宵是家常便饭，甚至一天24小时包括睡觉做梦都想着客户的事，得到的是广告活动效果的成功和客户以及社会对自己的认可。有职场人士开玩笑说有两个行业最锻炼人：一个是做广告的，一个是做保险的。</w:t>
      </w:r>
      <w:r>
        <w:rPr>
          <w:lang w:eastAsia="zh-CN"/>
        </w:rPr>
        <w:br/>
      </w:r>
      <w:r>
        <w:rPr>
          <w:lang w:eastAsia="zh-CN"/>
        </w:rPr>
        <w:t>　　广告公司评价一个员工是否优秀的惟一标准就是他的业绩，给公司创造的价值。那么评价一个广告公司行不行的标准不是名声有多大，美誉度有多高，有多么多么专业，关键是看它赚钱了没有，赚了多少钱。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广告公司的运营在于积累。有两类资源很重要：一是公司人力资源，即是否带出一帮专业、敢打硬仗的团队，遵从于公司的文化理念，忠诚于公司；二是客户资源，即有一帮对你认可的客户。有一帮关系稳定、认可相信你的客户是一笔宝贵财富，是一个公司能否成功的核心因素。</w:t>
      </w:r>
      <w:r>
        <w:rPr>
          <w:lang w:eastAsia="zh-CN"/>
        </w:rPr>
        <w:br/>
      </w:r>
      <w:r>
        <w:rPr>
          <w:lang w:eastAsia="zh-CN"/>
        </w:rPr>
        <w:t>　　广告公司管理运营有几大要素：人才、产品、机制、品牌、资金，缺一不可。有一帮专业敬业的人组成的团队，良性运行的激励机制，定位精确、品质过硬的产品，业界内外口碑皆佳的企业品牌，适当的资金支持。最关键的是人，因为所有的东西要靠人来运作。广告公司不仅是在竞争客户，同时也在竞争人才。优秀员工那里都需要都喜欢。关键是要搭建一个好的平台，筑巢引凤，让员工有一个能发挥自己潜能的空间，使自己的价值达到体现，有时比钱更重要。</w:t>
      </w:r>
      <w:r>
        <w:rPr>
          <w:lang w:eastAsia="zh-CN"/>
        </w:rPr>
        <w:br/>
      </w:r>
      <w:r>
        <w:rPr>
          <w:lang w:eastAsia="zh-CN"/>
        </w:rPr>
        <w:t>　　广告公司的老总很重要的一个能力就是如何招到优秀的员工，把他放到合适的位置上，培养他上道，最后是怎么样留人，不能当成给别人培养人才输送人才的基地，培养人的成本是很高的。</w:t>
      </w:r>
      <w:r>
        <w:rPr>
          <w:lang w:eastAsia="zh-CN"/>
        </w:rPr>
        <w:br/>
      </w:r>
      <w:r>
        <w:rPr>
          <w:lang w:eastAsia="zh-CN"/>
        </w:rPr>
        <w:t>　　奥美广告有两个法宝：一个是创意，一个是培训。创意是广告专业方面的，培训是员工管理方面的，两个同等重要。通过培训提高人的专业技能，转变态度，打造成一个无坚不摧的团队。在一起团队作业，相互协调，会创造出许多好的创意。</w:t>
      </w:r>
      <w:r>
        <w:rPr>
          <w:lang w:eastAsia="zh-CN"/>
        </w:rPr>
        <w:br/>
      </w:r>
      <w:r>
        <w:rPr>
          <w:lang w:eastAsia="zh-CN"/>
        </w:rPr>
        <w:t>　　广告公司发展到一定阶段，管理要上道。要法制而不是人治。要制度管人而不是人管人。制度在于约束人的行为，但不要禁锢人。小公司几张纸就够了，精炼，言简意赅，到一定规模可在完善些。</w:t>
      </w:r>
      <w:r>
        <w:rPr>
          <w:lang w:eastAsia="zh-CN"/>
        </w:rPr>
        <w:br/>
      </w:r>
      <w:r>
        <w:rPr>
          <w:lang w:eastAsia="zh-CN"/>
        </w:rPr>
        <w:t>　　制度比人才重要。好的制度人才倍出，不好的制度埋没人才。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广告公司初期要有自己准确的定位，要知道自己的优势、劣势，要培养自己的核心竞争力，“小而精”，而非“大而全”，因地、因人、因时制宜，建议走专业化的道路。在某一领域作成老大、老二，方能良性生存发展。</w:t>
      </w:r>
      <w:r>
        <w:rPr>
          <w:lang w:eastAsia="zh-CN"/>
        </w:rPr>
        <w:br/>
      </w:r>
      <w:r>
        <w:rPr>
          <w:lang w:eastAsia="zh-CN"/>
        </w:rPr>
        <w:t>　　广告公司是个智业，技术密集、人才密集型的企业，因此学习力特别重要，应有个好的学习氛围，打造成一个学习型组织。无论是客户服务、广告创意、营销策划、媒体运作等全方位学习，在专业方面一定要超过客户，引导客户，服务好客户。</w:t>
      </w:r>
      <w:r>
        <w:rPr>
          <w:lang w:eastAsia="zh-CN"/>
        </w:rPr>
        <w:br/>
      </w:r>
      <w:r>
        <w:rPr>
          <w:lang w:eastAsia="zh-CN"/>
        </w:rPr>
        <w:t>　　如何开发和管理客户</w:t>
      </w:r>
      <w:r>
        <w:rPr>
          <w:lang w:eastAsia="zh-CN"/>
        </w:rPr>
        <w:br/>
      </w:r>
      <w:r>
        <w:rPr>
          <w:lang w:eastAsia="zh-CN"/>
        </w:rPr>
        <w:t>　　经常听广告公司的业务员讲的三句话：“我们的价格比别人的低”，“我们的品质比别人的好”，“我们的服务比他们好”。业内称之为“三句半推销法”。</w:t>
      </w:r>
      <w:r>
        <w:rPr>
          <w:lang w:eastAsia="zh-CN"/>
        </w:rPr>
        <w:br/>
      </w:r>
      <w:r>
        <w:rPr>
          <w:lang w:eastAsia="zh-CN"/>
        </w:rPr>
        <w:t>　　广告公司有媒体的出去拉广告：我们的媒体多么多么好，覆盖面有多么多么广，效果怎么怎么样，都称自己媒体最好，别人的不行。很少考虑客户产品所针对的目标消费群体是哪些人，</w:t>
      </w:r>
      <w:r>
        <w:rPr>
          <w:lang w:eastAsia="zh-CN"/>
        </w:rPr>
        <w:br/>
      </w:r>
      <w:r>
        <w:rPr>
          <w:lang w:eastAsia="zh-CN"/>
        </w:rPr>
        <w:t>　　他们经常接触的媒体是什么，更谈不上做科学精确的单位媒体成本分析，广告效果评估。所以说客户的广告费用一半浪费掉了。</w:t>
      </w:r>
      <w:r>
        <w:rPr>
          <w:lang w:eastAsia="zh-CN"/>
        </w:rPr>
        <w:br/>
      </w:r>
      <w:r>
        <w:rPr>
          <w:lang w:eastAsia="zh-CN"/>
        </w:rPr>
        <w:t>　　业务是广告公司运营中的龙头，咽喉环节，占相当重要的位置。没有业务就没有一切，后面的产品再好也不行，有坚强的`后盾，会对前面的业务有好的推进，相辅相成。有广告公司把工作重点放在内部管理和内部学习，是片面的，更重要的应该是业务，即客户的管理与开发，真正实现“全员营销”，从老总到业务员，到设计师。业务始终是核心工作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广告公司更多的是侧重去拉业务，而轻科学的客户管理与开发。往往一拨业务员跑的客户，跳槽后或把客户带走，或和客户断了联系。新一拨业务员过来重新再去跑客户，造成一方面客户资源损失掉了，一方面客户被跳槽员工拉走了。</w:t>
      </w:r>
      <w:r>
        <w:rPr>
          <w:lang w:eastAsia="zh-CN"/>
        </w:rPr>
        <w:br/>
      </w:r>
      <w:r>
        <w:rPr>
          <w:lang w:eastAsia="zh-CN"/>
        </w:rPr>
        <w:t>　　客户的管理特别重要，不仅是客户服务人员（业务员），更多的应是业务经理的职责。一方面业务经理要定期不定期与客户的高层接触沟通。另一方面与客户接触的应是一个团队，包括策划、市调、文案、设计人员，而非单单一个业务员。是一个团队在服务客户，而非一个业务员。</w:t>
      </w:r>
      <w:r>
        <w:rPr>
          <w:lang w:eastAsia="zh-CN"/>
        </w:rPr>
        <w:br/>
      </w:r>
      <w:r>
        <w:rPr>
          <w:lang w:eastAsia="zh-CN"/>
        </w:rPr>
        <w:t>　　公司应将客户进行有效分类，根据业务量、客户潜力等进行评估。80%的精力花在20%创造80%价值的客户上。依重要程度可分A类、B类、C类，即将开发的目标客户成D类。然后A类客户多长时间拜访一次，B类、C类多长时间拜访一次，D类客户每月开发几个指标。最后定期对原有客户进行清理盘点，把那些耗费精力大但赢利少的客户降级或淘汰掉，定期优化你的客户队伍资源。</w:t>
      </w:r>
      <w:r>
        <w:rPr>
          <w:lang w:eastAsia="zh-CN"/>
        </w:rPr>
        <w:br/>
      </w:r>
      <w:r>
        <w:rPr>
          <w:lang w:eastAsia="zh-CN"/>
        </w:rPr>
        <w:t>　　客情关系的处理很重要，可定期打个电话、发个短信，过年过节写张贺卡，让客户知道你没有忘记他。不要拉业务时去找人家，不拉业务的时候不理人家，业务结束后就不管了。什么时候你把客户忘记了，客户也把你忘记了。</w:t>
      </w:r>
      <w:r>
        <w:rPr>
          <w:lang w:eastAsia="zh-CN"/>
        </w:rPr>
        <w:br/>
      </w:r>
      <w:r>
        <w:rPr>
          <w:lang w:eastAsia="zh-CN"/>
        </w:rPr>
        <w:t>　　广告公司是个智业，是应该非常专业的。设计创意人员如此，客户服务人员亦是如此。除有较宽的知识结构和沟通能力外，形象也很重要。专业的形象使人有信赖感，业务成交率会提高。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广告公司是给别人化妆的，应先给自己化化妆。先把自己的形象塑造好，再去给别人做形象传播。</w:t>
      </w:r>
      <w:r>
        <w:rPr>
          <w:lang w:eastAsia="zh-CN"/>
        </w:rPr>
        <w:br/>
      </w:r>
      <w:r>
        <w:rPr>
          <w:lang w:eastAsia="zh-CN"/>
        </w:rPr>
        <w:t>　　广告行业是个朝阳行业，集知识密集、人才密集、技术密集为一体。广告行业又是个投入和回报不成比例的行业，当然4A公司和大的广告公司除外。除做事方法专业、讲究策略之外，,还要“选对池塘钓大鱼”，不同的市场环境用不同的运作方法，否则事倍功半。</w:t>
      </w:r>
      <w:r>
        <w:rPr>
          <w:lang w:eastAsia="zh-CN"/>
        </w:rPr>
        <w:br/>
      </w:r>
      <w:r>
        <w:rPr>
          <w:lang w:eastAsia="zh-CN"/>
        </w:rPr>
        <w:t>　　广告行业又是个锻炼人的行业。“如果你爱一个人，就让他(她)去做广告，那里是天堂；如果恨一个人，就让他（她）去做广告，那里是地狱。”</w:t>
      </w:r>
      <w:r>
        <w:rPr>
          <w:lang w:eastAsia="zh-CN"/>
        </w:rPr>
        <w:br/>
      </w:r>
      <w:r>
        <w:rPr>
          <w:lang w:eastAsia="zh-CN"/>
        </w:rPr>
        <w:t>　　广告人是用特殊材料打造的人。既要有拼命的钻研精神，又要有锲而不舍地执著追求精神。全身心投入，终会有所收获，毕竟天道酬勤，结出果实是迟早的事</w:t>
      </w:r>
      <w:r>
        <w:rPr>
          <w:lang w:eastAsia="zh-CN"/>
        </w:rPr>
        <w:br/>
      </w:r>
      <w:r>
        <w:rPr>
          <w:lang w:eastAsia="zh-CN"/>
        </w:rPr>
        <w:t>　　广告公司的机构设置与职能划分</w:t>
      </w:r>
      <w:r>
        <w:rPr>
          <w:lang w:eastAsia="zh-CN"/>
        </w:rPr>
        <w:br/>
      </w:r>
      <w:r>
        <w:rPr>
          <w:lang w:eastAsia="zh-CN"/>
        </w:rPr>
        <w:t>　　运营总监：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具体负责公司的年度工作计划和经营计划的制定，以及监督执行，并负责制定公司的长远发展规划。负责公司人员的录用解聘。录用人员时应根据部门的需要，进行考核和综合级别评定，对具体部门的人员使用和定级实施监督。对公司金融实施全面的管理，监督广告预算的执行，各种税收的交纳，核发人员工资，核算企业盈亏，并对广告活动费用和公司行政性开支实施监管。对公司的制度执行情况实施监督，防止公司在经营中各部门出现不规范行为或违法行为，实施广告公司经营中的自律约束。并负责协调各部门之间紧密的配合完成全年广告计划。</w:t>
      </w:r>
      <w:r>
        <w:rPr>
          <w:lang w:eastAsia="zh-CN"/>
        </w:rPr>
        <w:br/>
      </w:r>
      <w:r>
        <w:rPr>
          <w:lang w:eastAsia="zh-CN"/>
        </w:rPr>
        <w:t>　　广告公司，除了应该设置业务部、创作部、工程部还应该设置行政办公室，作为公司的管理中枢。广告公司的组织机构设置框图如下：</w:t>
      </w:r>
      <w:r>
        <w:rPr>
          <w:lang w:eastAsia="zh-CN"/>
        </w:rPr>
        <w:br/>
      </w:r>
      <w:r>
        <w:rPr>
          <w:lang w:eastAsia="zh-CN"/>
        </w:rPr>
        <w:t>　　在组织机构设置健全的基础上，还必须对各有关部门进行明确的职能划分，把责、权、利落实到具体部门。这样，才可能在分工明确的基础上实现各负其责、协调运行、相互制约和相互促进。</w:t>
      </w:r>
      <w:r>
        <w:rPr>
          <w:lang w:eastAsia="zh-CN"/>
        </w:rPr>
        <w:br/>
      </w:r>
      <w:r>
        <w:rPr>
          <w:lang w:eastAsia="zh-CN"/>
        </w:rPr>
        <w:t>　　业务部的职能和人员配备</w:t>
      </w:r>
      <w:r>
        <w:rPr>
          <w:lang w:eastAsia="zh-CN"/>
        </w:rPr>
        <w:br/>
      </w:r>
      <w:r>
        <w:rPr>
          <w:lang w:eastAsia="zh-CN"/>
        </w:rPr>
        <w:t>　　业务经理主要是开拓客户并保持联络，与公司内其他各部门保持密切的联系。业务部是直接与客户发生接触的专职部门，负责接洽客户，协调广告客户与广告公司间的关系。在广告公司接触到一位客户时，首先由业务部作初步接洽，向广告客户提取有关必须的资料，如产品知识、市场情况、广告费预算及市场计划等。客户部在对这些资料加以整理后，会同其他有关部门，研究这些资料，制定出初步的广告计划方案和工作日程，分由各部门执行。在广告活动进行过程中，业务部还负责与广告客户的联络工作和信息反馈，通报有关市场调查结果和广告活动进展情况。同时，还代客户负责对广告的设计、制作和实施过程进行监督。因此，广告公司的业务部在职能上扮演双重角色，对外代表广告公司的整体利益，对内则代表广告客户的利益。此外，在广告公司内，业务部还应承担公司的公共关系方面的工作（在无公关部的情况下）。</w:t>
      </w:r>
      <w:r>
        <w:rPr>
          <w:lang w:eastAsia="zh-CN"/>
        </w:rPr>
        <w:br/>
      </w:r>
      <w:r>
        <w:rPr>
          <w:lang w:eastAsia="zh-CN"/>
        </w:rPr>
        <w:t>　　业务经理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全面负责客户部的行政和业务管理工作，负责客户服务管理。对上，直接向总经理或副总经理负责，汇报工作；对下，检查业务组主管业务员的工作；并负责与比较重要的客户保持接触和联系或洽谈、引见。负责选聘、任用和考核培训业务部服务人员。主要负责协调广告工作的进展，与创作人员和制作人员保持联系。督促检查各工作环节的衔接和完成，以保证按广告计划完成工作进程。负责保持与客户的日常事务性联系，代理有关文秘工作。在必要时，有权直接重新安排工作。</w:t>
      </w:r>
      <w:r>
        <w:rPr>
          <w:lang w:eastAsia="zh-CN"/>
        </w:rPr>
        <w:br/>
      </w:r>
      <w:r>
        <w:rPr>
          <w:lang w:eastAsia="zh-CN"/>
        </w:rPr>
        <w:t>　　业务主管</w:t>
      </w:r>
      <w:r>
        <w:rPr>
          <w:lang w:eastAsia="zh-CN"/>
        </w:rPr>
        <w:br/>
      </w:r>
      <w:r>
        <w:rPr>
          <w:lang w:eastAsia="zh-CN"/>
        </w:rPr>
        <w:t>　　全面负责所在经营组或业务组的业务工作和日常行政工作。对上，向业务经理负责，汇报工作；对下，检查业务员的工作。还负责与较高层次和地位的客户企业决策人员、市场销售主管或市场经理保持接触，负责新业务的开发、调查，并发展原有业务。负责按照所代理的客户的广告计划和预算开展业务活动，为公司争取盈利。参与制定客户市场销售政策、发展广告目标和策略，并负责向客户简述广告的创作意图，介绍创作初稿，汇报工作进展。此外，还参与拓展新的业务。</w:t>
      </w:r>
      <w:r>
        <w:rPr>
          <w:lang w:eastAsia="zh-CN"/>
        </w:rPr>
        <w:br/>
      </w:r>
      <w:r>
        <w:rPr>
          <w:lang w:eastAsia="zh-CN"/>
        </w:rPr>
        <w:t>　　业务员</w:t>
      </w:r>
      <w:r>
        <w:rPr>
          <w:lang w:eastAsia="zh-CN"/>
        </w:rPr>
        <w:br/>
      </w:r>
      <w:r>
        <w:rPr>
          <w:lang w:eastAsia="zh-CN"/>
        </w:rPr>
        <w:t>　　负责与客户的业务联络，送稿复审确认和审核制作的校样稿。在出席客户会议时，负责会议记录，并提交会议记要。一般没有决策权，是在其他人员的指导下开展工作。要求对广告制作和媒介等很熟悉。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创作部的职能和人员配备</w:t>
      </w:r>
      <w:r>
        <w:rPr>
          <w:lang w:eastAsia="zh-CN"/>
        </w:rPr>
        <w:br/>
      </w:r>
      <w:r>
        <w:rPr>
          <w:lang w:eastAsia="zh-CN"/>
        </w:rPr>
        <w:t>　　广告创作部门的任务是负责广告的创作、设计和制作。他们对广告客户部和市场调查部提供的有关资料和意见加以分析，依照广告计划的要求，配合消费者的心态，完成创意方案，然后会同业务部门，制定出整套广告方案，供客户审核，并在客户审核同意后进行制作，包括</w:t>
      </w:r>
      <w:r>
        <w:rPr>
          <w:lang w:eastAsia="zh-CN"/>
        </w:rPr>
        <w:br/>
      </w:r>
      <w:r>
        <w:rPr>
          <w:lang w:eastAsia="zh-CN"/>
        </w:rPr>
        <w:t>　　拍片、配音、印刷或摄影、绘画等。这一部门一般又可具体地细分为企划总监、策划、文案、设计师、美工、摄影和制作合成等专职小组或专职人员，各负其责。</w:t>
      </w:r>
      <w:r>
        <w:rPr>
          <w:lang w:eastAsia="zh-CN"/>
        </w:rPr>
        <w:br/>
      </w:r>
      <w:r>
        <w:rPr>
          <w:lang w:eastAsia="zh-CN"/>
        </w:rPr>
        <w:t>　　企划总监</w:t>
      </w:r>
      <w:r>
        <w:rPr>
          <w:lang w:eastAsia="zh-CN"/>
        </w:rPr>
        <w:br/>
      </w:r>
      <w:r>
        <w:rPr>
          <w:lang w:eastAsia="zh-CN"/>
        </w:rPr>
        <w:t>　　全面负责创作部的行政管理和业务管理，控制广告创作水平。监督和保障创作人员按广告计划工作日程和广告预算标准进行工作，负责向创作组和创作人员分配工作任务，重点督促和保证广告策略的实施。有权选聘、任命和考核创作人员。参与新业务的广告创作。对总经理或副总经理负责。</w:t>
      </w:r>
      <w:r>
        <w:rPr>
          <w:lang w:eastAsia="zh-CN"/>
        </w:rPr>
        <w:br/>
      </w:r>
      <w:r>
        <w:rPr>
          <w:lang w:eastAsia="zh-CN"/>
        </w:rPr>
        <w:t>　　策划、文案、设计师、美工、摄影、制作工程部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>　　策划主要负责市场调研，企业形象包装方案，市场营销推广方案的拟写。文案负责广告内容的撰写，负责印刷清样的文字校对工作，修正版面的印刷错误和文字错误。设计师负责于客户沟通了解客户意图，并安客户要求进行广告设计。创意人员搞创作意图，美工负责广告绘画和版式设计，摄影人员负责广告摄影、摄像，而制作合成人员则专门负责广告稿的合成制作，包括校对、印刷、配音制作等。制作工程部负责户外广告的制作喷绘，广告位的设计搭建与安装。</w:t>
      </w:r>
      <w:r>
        <w:rPr>
          <w:lang w:eastAsia="zh-CN"/>
        </w:rPr>
        <w:br/>
      </w:r>
      <w:r>
        <w:rPr>
          <w:lang w:eastAsia="zh-CN"/>
        </w:rPr>
        <w:t>　　行政办公室的工作职责和人员配备</w:t>
      </w:r>
      <w:r>
        <w:rPr>
          <w:lang w:eastAsia="zh-CN"/>
        </w:rPr>
        <w:br/>
      </w:r>
      <w:r>
        <w:rPr>
          <w:lang w:eastAsia="zh-CN"/>
        </w:rPr>
        <w:t>　　广告公司行政办公室的任务，是对公司的日常事务进行全面的管理，并对业务部门进行行政监督，提供后勤服务。负责公司的文件收发、借阅、保管和归档管理，并为企业建立各类业务档案，检查保密情况。协助公司各部门部门的工作，为各业务部门开展广告活动提供物质支援和后勤保障。</w:t>
      </w:r>
      <w:r>
        <w:rPr>
          <w:lang w:eastAsia="zh-CN"/>
        </w:rPr>
        <w:br/>
      </w:r>
      <w:r>
        <w:rPr>
          <w:lang w:eastAsia="zh-CN"/>
        </w:rPr>
        <w:t>　　我公司广告战略发展方案</w:t>
      </w:r>
      <w:r>
        <w:rPr>
          <w:lang w:eastAsia="zh-CN"/>
        </w:rPr>
        <w:br/>
      </w:r>
      <w:r>
        <w:rPr>
          <w:lang w:eastAsia="zh-CN"/>
        </w:rPr>
        <w:t>　　广告公司业务范围的拟定：广告公司业务范围很广泛基本上没有限制，总结出来：能想到就能做到。目前市面上广告公司的业务范围主要有：</w:t>
      </w:r>
      <w:r>
        <w:rPr>
          <w:lang w:eastAsia="zh-CN"/>
        </w:rPr>
        <w:br/>
      </w:r>
      <w:r>
        <w:rPr>
          <w:lang w:eastAsia="zh-CN"/>
        </w:rPr>
        <w:t>　　平面设计、3D动画制作、园林景观设计、环境设计、建筑设计、印刷、喷绘、雕刻、广告灯箱及各类广告需要的灯光制作、各类媒体投放（户外擎天柱、路边广告灯箱、电视媒体、广播媒体、报纸媒体、网络媒体的发布及设计）商业促销活动、室内外装修设计、网页设计、庆典礼仪、大型雕刻吸塑字LED灯发光字展会制作 路牌灯箱旗帜横额 电脑界字 镜框画框 铜钢铁字 局柒字喷绘 写真</w:t>
      </w:r>
      <w:r>
        <w:rPr>
          <w:lang w:eastAsia="zh-CN"/>
        </w:rPr>
        <w:br/>
      </w:r>
      <w:r>
        <w:rPr>
          <w:lang w:eastAsia="zh-CN"/>
        </w:rPr>
        <w:t>　　钛金牌不锈钢牌铜牌蚀刻 丝印有机玻璃有机玻璃水晶字</w:t>
      </w:r>
      <w:r>
        <w:rPr>
          <w:lang w:eastAsia="zh-CN"/>
        </w:rPr>
        <w:br/>
      </w:r>
      <w:r>
        <w:rPr>
          <w:lang w:eastAsia="zh-CN"/>
        </w:rPr>
        <w:t>　　有机玻璃特殊工艺霓虹灯工程</w:t>
      </w:r>
      <w:r>
        <w:rPr>
          <w:lang w:eastAsia="zh-CN"/>
        </w:rPr>
        <w:t xml:space="preserve"> 专业制作灯箱</w:t>
      </w:r>
      <w:r>
        <w:rPr>
          <w:lang w:eastAsia="zh-CN"/>
        </w:rPr>
        <w:t xml:space="preserve"> 招牌广告</w:t>
      </w:r>
      <w:r>
        <w:rPr>
          <w:lang w:eastAsia="zh-CN"/>
        </w:rPr>
        <w:t xml:space="preserve"> 霓虹灯工程</w:t>
      </w:r>
      <w:r>
        <w:rPr>
          <w:lang w:eastAsia="zh-CN"/>
        </w:rPr>
        <w:t xml:space="preserve"> 精造铜字</w:t>
      </w:r>
      <w:r>
        <w:rPr>
          <w:lang w:eastAsia="zh-CN"/>
        </w:rPr>
        <w:t xml:space="preserve"> 不锈钢字</w:t>
      </w:r>
      <w:r>
        <w:rPr>
          <w:lang w:eastAsia="zh-CN"/>
        </w:rPr>
        <w:t xml:space="preserve"> 钛金字烤漆字</w:t>
      </w:r>
      <w:r>
        <w:rPr>
          <w:lang w:eastAsia="zh-CN"/>
        </w:rPr>
        <w:t xml:space="preserve"> 蚀刻铜牌钢牌铝牌铭牌喷砂牌</w:t>
      </w:r>
      <w:r>
        <w:rPr>
          <w:lang w:eastAsia="zh-CN"/>
        </w:rPr>
        <w:t xml:space="preserve"> 印制各类条幅彩旗串旗锦旗</w:t>
      </w:r>
      <w:r>
        <w:rPr>
          <w:lang w:eastAsia="zh-CN"/>
        </w:rPr>
        <w:t xml:space="preserve"> 丝印各类胸牌</w:t>
      </w:r>
      <w:r>
        <w:rPr>
          <w:lang w:eastAsia="zh-CN"/>
        </w:rPr>
        <w:t xml:space="preserve"> 授权牌贵宾卡</w:t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三维雕刻有机工艺吸塑字水晶字</w:t>
      </w:r>
      <w:r>
        <w:rPr>
          <w:lang w:eastAsia="zh-CN"/>
        </w:rPr>
        <w:t xml:space="preserve"> 大型电脑雕刻字制作不干胶字</w:t>
      </w:r>
      <w:r>
        <w:rPr>
          <w:lang w:eastAsia="zh-CN"/>
        </w:rPr>
        <w:t xml:space="preserve"> 电脑喷画扫描</w:t>
      </w:r>
      <w:r>
        <w:rPr>
          <w:lang w:eastAsia="zh-CN"/>
        </w:rPr>
        <w:br/>
      </w:r>
      <w:r>
        <w:rPr>
          <w:lang w:eastAsia="zh-CN"/>
        </w:rPr>
        <w:t>　　展览活动策划终端展柜制作 家居商铺设计装修精致名片印刷品设计制作</w:t>
      </w:r>
      <w:r>
        <w:rPr>
          <w:lang w:eastAsia="zh-CN"/>
        </w:rPr>
        <w:br/>
      </w:r>
      <w:r>
        <w:rPr>
          <w:lang w:eastAsia="zh-CN"/>
        </w:rPr>
        <w:t>　　广告公司的区分：广告公司初期必须以专长占领市场，不能求广，而要做专做大。等发展到一定规模时候可以考虑拓展公司的业务范围。</w:t>
      </w:r>
      <w:r>
        <w:rPr>
          <w:lang w:eastAsia="zh-CN"/>
        </w:rPr>
        <w:br/>
      </w:r>
      <w:r>
        <w:rPr>
          <w:lang w:eastAsia="zh-CN"/>
        </w:rPr>
        <w:t>　　广告公司按代理区分，可分为部分代理和全代理。</w:t>
      </w:r>
      <w:r>
        <w:rPr>
          <w:lang w:eastAsia="zh-CN"/>
        </w:rPr>
        <w:br/>
      </w:r>
      <w:r>
        <w:rPr>
          <w:lang w:eastAsia="zh-CN"/>
        </w:rPr>
        <w:t>　　全代理是指该公司负责所有的广告业务，包括各方面的制作和策划、以及媒介投放（电视、广播、报刊、户外等）收费室按月或按年度结算。</w:t>
      </w:r>
      <w:r>
        <w:rPr>
          <w:lang w:eastAsia="zh-CN"/>
        </w:rPr>
        <w:br/>
      </w:r>
      <w:r>
        <w:rPr>
          <w:lang w:eastAsia="zh-CN"/>
        </w:rPr>
        <w:t>　　部分代理是指只负责制作广告，不负责投放广告；或只负责投放广告。</w:t>
      </w:r>
      <w:r>
        <w:rPr>
          <w:lang w:eastAsia="zh-CN"/>
        </w:rPr>
        <w:br/>
      </w:r>
      <w:r>
        <w:rPr>
          <w:lang w:eastAsia="zh-CN"/>
        </w:rPr>
        <w:t>　　广告制作包括：喷绘、平面制作（海报、宣传单、报刊等）、产品包装设计灯箱制作、舞台制作与设计等等。收费标准时按单次活动收费，或者单项制作收费。</w:t>
      </w:r>
      <w:r>
        <w:rPr>
          <w:lang w:eastAsia="zh-CN"/>
        </w:rPr>
        <w:br/>
      </w:r>
      <w:r>
        <w:rPr>
          <w:lang w:eastAsia="zh-CN"/>
        </w:rPr>
        <w:t>　　广告公司的业务范围是视该公司的能力而区分的，有的善于制作，有的善于投放。制作也要看其哪方面的制作比较专业。</w:t>
      </w:r>
      <w:r>
        <w:rPr>
          <w:lang w:eastAsia="zh-CN"/>
        </w:rPr>
        <w:br/>
      </w:r>
      <w:r>
        <w:rPr>
          <w:lang w:eastAsia="zh-CN"/>
        </w:rPr>
        <w:t>　　最有实力的就是全代理的广告公司。它负责该公司的企业形象包装、与前期广告推广、营销策划、销售代理、大型活动策划是一个智囊、创意、销售、技术领域精英联盟机构。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我公司目前是以房地产策划销售的专长立足市场。做的是广告行业的一个专长及房地产营销策划与代理销售。20__年随着公司的成长与辉煌现拓展公司业务范围。我作为公司策划总监现就公司业务拓展范围初步拟定如下：企业形象包装、与前期广告推广、营销策划、销售代理、大型活动策划、户外广告牌、公交车广告、VI企业形象设计、企业形象画册、产品包装设计、为主。如客户有需求我们可以提供更多方面的服务如（摄影电视广告短片的制作</w:t>
      </w:r>
      <w:r>
        <w:rPr>
          <w:lang w:eastAsia="zh-CN"/>
        </w:rPr>
        <w:t xml:space="preserve"> 印刷</w:t>
      </w:r>
      <w:r>
        <w:rPr>
          <w:lang w:eastAsia="zh-CN"/>
        </w:rPr>
        <w:t xml:space="preserve"> 包装设计室内设计短信群发）等等。</w:t>
      </w:r>
      <w:r>
        <w:rPr>
          <w:lang w:eastAsia="zh-CN"/>
        </w:rPr>
        <w:br/>
      </w:r>
      <w:r>
        <w:rPr>
          <w:lang w:eastAsia="zh-CN"/>
        </w:rPr>
        <w:t>　　广告的繁荣象征着商业的繁荣。目前西安市区能看到的地方都是广告牌。户外广告占市场广告投放量的13.6%，户外广告利润也相当可观。这都是市场经济下发展繁荣象征。</w:t>
      </w:r>
      <w:r>
        <w:rPr>
          <w:lang w:eastAsia="zh-CN"/>
        </w:rPr>
        <w:br/>
      </w:r>
      <w:r>
        <w:rPr>
          <w:lang w:eastAsia="zh-CN"/>
        </w:rPr>
        <w:t>　　西安市区户外运作：西安市政府把户外广告位竞拍给广告公司，由广告公司参与市场运作。首先政府不用花费人力物力去运作户外广告。一样可以收取可观的利润。要运作西安市区所有广告位估计西安市政府啥都不用做了，整天专心搞户外广告。只有在市场经济下，由专业公司来运作户外，广告行业才能可持续繁荣发展下去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目前园区户外广告情况：没有市场而言，也谈不上市场经济。企业要做户外去找政府。估计政府在这方面投入了大量的人力物力。但因为政府不专业所以导致户外广告没有市场，没有价，市区一个广告位一般在25万左右一年（均价）。而园区一块户外价位在1---5万左右。政府劳民伤财还没转上钱，而且广告位的制作质量和精美度和市区有大大差异。市区及时晚上不开路灯，只是广告位的灯也能让城市像白天一样。如果有专业公司介入，园区户外市场价位应该在10万---18万之间。</w:t>
      </w:r>
      <w:r>
        <w:rPr>
          <w:lang w:eastAsia="zh-CN"/>
        </w:rPr>
        <w:br/>
      </w:r>
      <w:r>
        <w:rPr>
          <w:lang w:eastAsia="zh-CN"/>
        </w:rPr>
        <w:t>　　如何来运作户外广告：首先在市场经济下，政府应该竞拍将广告位拍卖给专业广告公司来运作。在这个前提下，我们公司才能介入。这是核心前提。公司一旦介入，首先要摸清园区所有户外广告的位置。制作园区户外地图，另外要增加户外广告位的数量。拿下长庆大道于陕汽大道主干线上的灯杆路牌，在主干线十字增加单立柱大型户外广告位。公交车站应该全部增加公交站广告位。选定繁华地段新增户外广告位。</w:t>
      </w:r>
      <w:r>
        <w:rPr>
          <w:lang w:eastAsia="zh-CN"/>
        </w:rPr>
        <w:br/>
      </w:r>
      <w:r>
        <w:rPr>
          <w:lang w:eastAsia="zh-CN"/>
        </w:rPr>
        <w:t>　　招聘各部门人员到位。购买喷绘写真机器。选定门面和制作广告场地。有门面平时可接喷绘制作小活维持公司日常开销。广告公司总结3</w:t>
      </w:r>
      <w:r>
        <w:rPr>
          <w:lang w:eastAsia="zh-CN"/>
        </w:rPr>
        <w:br/>
      </w:r>
      <w:r>
        <w:rPr>
          <w:lang w:eastAsia="zh-CN"/>
        </w:rPr>
        <w:t xml:space="preserve">    20岁，夏花般绚烂的年纪，20岁，青春放荡不羁的年纪；20岁，过了做梦反思现实的年纪??我的第二十个年头，开始真正认识世界，接触现实，还，煜基陪我走过?? 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lang w:eastAsia="zh-CN"/>
        </w:rPr>
        <w:t>　　20__年1月29日，这是传说世界末日的第42天，也是我来到宁夏煜基集团的第173天，我本可以豪气的说：末日就末日呗，大家一起死。可是，现在的我想说，我想要的活着，我想看这世间繁华，想看细水长流、花开花落、潮起潮落，想看属于我的最浪漫的事，想看煜基集团与我的共同成长。在这里的日子，是最幸福的，我找不到多华丽的词句去形容我的这段时光，只能说我是幸福的、幸运的。幸福的是我在这里学到了太多：人生、工作、生活以及态度；幸运的是我认识了许多生活中重要的人，他们似道风景，又似道彩虹，丰富了我的世界，又绚烂了我的人生。</w:t>
      </w:r>
      <w:r>
        <w:rPr>
          <w:lang w:eastAsia="zh-CN"/>
        </w:rPr>
        <w:br/>
      </w:r>
      <w:r>
        <w:rPr>
          <w:lang w:eastAsia="zh-CN"/>
        </w:rPr>
        <w:t>　　进入煜基集团，是我人生的第一个转折点。仰起头，看着这座五层的建筑，我的心里一片澎湃。我立志，要在这里做出一番成就，实现我的梦想。然而，理想是丰满的，现实是骨感的。进入企业的第一个月，我就犯了一个严重的错误，把本是机密的件给泄露了出去，遭到了领导的训斥。通过这件事，我明白，一个合格的'员工，最基本的就是要严守公司机密，将公司利益放在第一位，才能为企业创造价值；第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lang w:eastAsia="zh-CN"/>
        </w:rPr>
        <w:t>　　二个月，我开始了正式的工作，试着做一些字性的工作，比如：写计划，做总结之类。虽然工作中免不了出错，但失败是成功之母，经过一次的纠正、总结，重头来过，我取得了较大的进步，也初步得到了领导的认可。我体会到，一个优秀的员工，是不怕不会，就怕不学习；第三个月，我真正融入到了这个企业，是煜基广告传媒有限公司的一份子，与我的“战友们”打成一片，同进退、共患难。我接手了维护县内广告牌的工作，每天的生活也就更充实了，同时，工作的信心和热情也就更足了；第四个月，我们我团队正式组建，开始了设计、策划、制作、喷绘的工作，这也代表着我们的团队正式发挥职能了，每个人开始实现工作价值。这段期间，我主要负责的是方案初稿的设计策划，虽然做的还不是很成熟，便终究是自己的劳动成果，我欣喜自己离目标更近了；第五个月，除了日常的字工作外，我又成为了广告传媒的“档案管理员”，这种办公室员的工作锻炼了我工作认真、细心、负责的态度，相信在以后的工作中，我也会贯彻落实这种精神，争取做一个合格的策划人员，一名优质的企业员工；第六个月，我想要给自己本年度一个圆满的答案。本月我的工作计划是完成二期家居建材城前期招商的广告宣传方案，并做出二期家居建材城的策划方案（讨论稿），并对我半年来的工作进行总结。</w:t>
      </w:r>
      <w:r>
        <w:rPr>
          <w:lang w:eastAsia="zh-CN"/>
        </w:rPr>
        <w:br/>
      </w:r>
      <w:r>
        <w:rPr>
          <w:lang w:eastAsia="zh-CN"/>
        </w:rPr>
        <w:t>　　我不知道自己在这里是否还有第七、第八、第九个月，但是，我认为，只要我在这里一天，我都要发挥自己的作用，争取在岗一天、奉献一天、拼搏一天、进取一天、学习一天。在以后的日子里，我都会积极进取，不怕困难，一步一个脚印，踏踏实实，做一名优秀的策划员，一名合格的煜基员工。广告公司总结4</w:t>
      </w:r>
      <w:r>
        <w:rPr>
          <w:lang w:eastAsia="zh-CN"/>
        </w:rPr>
        <w:br/>
      </w:r>
      <w:r>
        <w:rPr>
          <w:lang w:eastAsia="zh-CN"/>
        </w:rPr>
        <w:t xml:space="preserve">    一、个人工作总结 </w:t>
      </w:r>
      <w:r>
        <w:rPr>
          <w:lang w:eastAsia="zh-CN"/>
        </w:rPr>
        <w:br/>
      </w:r>
      <w:r>
        <w:rPr>
          <w:lang w:eastAsia="zh-CN"/>
        </w:rPr>
        <w:t>　　20__年9月18日回到公司至现在3个多月。自己有很多问题，有时似乎过于执着，让同事都感觉很难受！为客户想得太多也许不太好~。有时候自己的情绪波动很大，纯属个人原因，也影响到各位同事，深感抱歉！（每个人都有心情低落的时候）谢谢理解！在工作上，有些时候给同事带去更多的是困惑！最近总结了一下，自己不是专业设计有时给客户的建议可能会出问题，导致最后结果不这么理想~（思澜的形象墙因为真实漆的颜色没有把控好，导致客户的不满意！我需要检讨）</w:t>
      </w:r>
      <w:r>
        <w:rPr>
          <w:lang w:eastAsia="zh-CN"/>
        </w:rPr>
        <w:br/>
      </w:r>
      <w:r>
        <w:rPr>
          <w:lang w:eastAsia="zh-CN"/>
        </w:rPr>
        <w:t>　　在专业知识上，我们都需要提升！不管哪个部门的同事~最近在外面遇到很多问题。服务、专业、细节决定成败！希望我们每天都总结一下自己！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lang w:eastAsia="zh-CN"/>
        </w:rPr>
        <w:t>　　二、部门工作总结</w:t>
      </w:r>
      <w:r>
        <w:rPr>
          <w:lang w:eastAsia="zh-CN"/>
        </w:rPr>
        <w:br/>
      </w:r>
      <w:r>
        <w:rPr>
          <w:lang w:eastAsia="zh-CN"/>
        </w:rPr>
        <w:t>　　在将近3个多月的时间中，每次的业务后期都是下家做的！感觉比去年省心！虽然有问题存在。总体比去年好。如果我们自己人能达到那样，那样的态度！可能我们成功攻下客户的机会更大。下家体系需要完善！我们不要在一颗树上“吊死”。希望各位领导重视~、客户是需要我们为他们做什么，我们的同事需要怎样协助自己的同事为客户服务好！我个人觉得我们没理解到~公司需要理解！同事需要理解！客户更需要理解！公司需要利润~生意嘛！既然利润得到了，反而我们的`服务不知道怎么了！</w:t>
      </w:r>
      <w:r>
        <w:rPr>
          <w:lang w:eastAsia="zh-CN"/>
        </w:rPr>
        <w:br/>
      </w:r>
      <w:r>
        <w:rPr>
          <w:lang w:eastAsia="zh-CN"/>
        </w:rPr>
        <w:t>　　希望每次业务部的同事都分享一下，自己做业务的时候遇到的困难！解决办法！帮助其他同事成长！</w:t>
      </w:r>
      <w:r>
        <w:rPr>
          <w:lang w:eastAsia="zh-CN"/>
        </w:rPr>
        <w:br/>
      </w:r>
      <w:r>
        <w:rPr>
          <w:lang w:eastAsia="zh-CN"/>
        </w:rPr>
        <w:t>　　我们很多业务是接到给下家在做，（因为我们不能很好的把控我们的合作伙伴）我们什么都能做。遇到难题我们却什么都不能做了。有时我很不理解！（似乎有时候我们也太主观了）希望我们业务部的同事不要做让客户对我们失去信心的事情！既然答应客户请想办法解决！你用心了，客户能感觉到！</w:t>
      </w:r>
      <w:r>
        <w:rPr>
          <w:lang w:eastAsia="zh-CN"/>
        </w:rPr>
        <w:br/>
      </w:r>
      <w:r>
        <w:rPr>
          <w:lang w:eastAsia="zh-CN"/>
        </w:rPr>
        <w:t>　　下面是20__年总的销售情况：</w:t>
      </w:r>
      <w:r>
        <w:rPr>
          <w:lang w:eastAsia="zh-CN"/>
        </w:rPr>
        <w:br/>
      </w:r>
      <w:r>
        <w:rPr>
          <w:lang w:eastAsia="zh-CN"/>
        </w:rPr>
        <w:t>　　自20__.9至12月底业绩是51660.00其中11月50730.00,业绩不是很好，三月中10月最淡！淡得让人难受！最主要的情况可能是我们业务很被动。还有10月是每个行业的淡季！希望各位同事淡季的时候，多学习一下，给位领导组织一下培训！（不要只是开一下会）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lang w:eastAsia="zh-CN"/>
        </w:rPr>
        <w:t>　　三、市场分析</w:t>
      </w:r>
      <w:r>
        <w:rPr>
          <w:lang w:eastAsia="zh-CN"/>
        </w:rPr>
        <w:br/>
      </w:r>
      <w:r>
        <w:rPr>
          <w:lang w:eastAsia="zh-CN"/>
        </w:rPr>
        <w:t>　　现在成都的广告制作属于透明状态！而且我们大部分的物料都是找下家制作、安装，在下家的基础上我们还要加一部份利润！大大的降低我们的成功率！（现在公司都核算成本）那我们为什么能吸引客户，能让客户跟我们合作的理由是什么——服务、用心的服务一定是用心的服务！不然我们的市场可能会越做越小，我们没有价格战的优势！服务是每一个企业都能做的！只是有些同行不重视！如果遇到一家有高度的服务意识！有价格优势！我们就是战场上没有任何武器的士兵！</w:t>
      </w:r>
      <w:r>
        <w:rPr>
          <w:lang w:eastAsia="zh-CN"/>
        </w:rPr>
        <w:br/>
      </w:r>
      <w:r>
        <w:rPr>
          <w:lang w:eastAsia="zh-CN"/>
        </w:rPr>
        <w:t>　　明年目标明确，会更加努力！加油！</w:t>
      </w:r>
      <w:r>
        <w:rPr>
          <w:lang w:eastAsia="zh-CN"/>
        </w:rPr>
        <w:br/>
      </w:r>
      <w:r>
        <w:rPr>
          <w:lang w:eastAsia="zh-CN"/>
        </w:rPr>
        <w:t>　　以上是我的一些不成熟的建议和看法，如有不妥之处敬请谅解。广告公司总结5</w:t>
      </w:r>
      <w:r>
        <w:rPr>
          <w:lang w:eastAsia="zh-CN"/>
        </w:rPr>
        <w:br/>
      </w:r>
      <w:r>
        <w:rPr>
          <w:lang w:eastAsia="zh-CN"/>
        </w:rPr>
        <w:t xml:space="preserve">    经过对广告策划学习，使我知道了：现代社会是一个商品经济高度发展的社会，广告作为连接我们与商品社会的纽带，已经渗透到国民经济的各个领域，与人们的日常生活息息相关。随着我国市场经济体制的日益完善，广告的作用也越来越大，已经成为各行各业发展战略中不可缺少的组成部分，成为企业开拓市场、促销产品、树立形象的主要途径。而广告策划与创意又是广告的灵魂，是“广告赋予精神和生命”的活动。书中，详细地讲述了广告策划的基本原则、运作程序、_作方式及实施技巧，广告策划的结构以及广告策划书的编制方法。 </w:t>
      </w:r>
      <w:r>
        <w:rPr>
          <w:lang w:eastAsia="zh-CN"/>
        </w:rPr>
        <w:br/>
      </w:r>
      <w:r>
        <w:rPr>
          <w:lang w:eastAsia="zh-CN"/>
        </w:rPr>
        <w:t>　　一、广告的基本概念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>
        <w:rPr>
          <w:lang w:eastAsia="zh-CN"/>
        </w:rPr>
        <w:t>　　首先须要掌握的是广告的概念。广告有广义和狭义之分，狭义广告指的是商业广告;而广义广告包括赢利性广告和非赢利性广告。广告策划是全课程中较为重要的概念，广告策划是根据广告主要的营销计划和目标，在市场调查、预测的基础上，对广告活动战和策略以及实施等进行系统的、整体的筹划。在广告策划与创意过程中，我们要清楚什么是广告目标、广告对象、广告创意、广告媒介等，这些既是广告策划的基本内容，也是广告学中最基本的概念。在进行广告策划的策略时，我们掌握的有广告战略策划、广告策略策划、广告媒介策划、广告创意策划等基本概念，以及相互之间的联系和区别。</w:t>
      </w:r>
      <w:r>
        <w:rPr>
          <w:lang w:eastAsia="zh-CN"/>
        </w:rPr>
        <w:br/>
      </w:r>
      <w:r>
        <w:rPr>
          <w:lang w:eastAsia="zh-CN"/>
        </w:rPr>
        <w:t>　　二、广告策划是一个完整的策划体系，要对广告活动的内容进行全面策划。</w:t>
      </w:r>
      <w:r>
        <w:rPr>
          <w:lang w:eastAsia="zh-CN"/>
        </w:rPr>
        <w:br/>
      </w:r>
      <w:r>
        <w:rPr>
          <w:lang w:eastAsia="zh-CN"/>
        </w:rPr>
        <w:t>　　它包括广告目标、广告对象、广告主题、广告内策略、广告表现策略、广告预算及效果检验等，只有事先对上述问题进行周密、具体的策划，才能保证广告活动有条不紊地顺利实施。广告策划与创意的基本内容有：</w:t>
      </w:r>
      <w:r>
        <w:rPr>
          <w:lang w:eastAsia="zh-CN"/>
        </w:rPr>
        <w:br/>
      </w:r>
      <w:r>
        <w:rPr>
          <w:lang w:eastAsia="zh-CN"/>
        </w:rPr>
        <w:t>　　1、广告环境分析。广告策划是从广告环境分析开始的，在广告策略制定之前必须对广告环境作出正确判断与分析。广告环境包括自然环境、国际环境、产业环境、企业环境、商品环境以及竞争对手的广告环境。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lang w:eastAsia="zh-CN"/>
        </w:rPr>
        <w:t>　　2、广告目标确定。广告活动的最终目的是为实现营销目标进而实现企业目标服务。广告目标与长期目标、短期目标、广告活动目标和特殊目标之分，通过不同目标的实施，达到促进产品销售、树立良好形象等目的。</w:t>
      </w:r>
      <w:r>
        <w:rPr>
          <w:lang w:eastAsia="zh-CN"/>
        </w:rPr>
        <w:br/>
      </w:r>
      <w:r>
        <w:rPr>
          <w:lang w:eastAsia="zh-CN"/>
        </w:rPr>
        <w:t>　　3、广告对象确定，要明确广告对象的范围、消费水平、心理特征等，这样才能有效地提出广告的诉求重点。</w:t>
      </w:r>
      <w:r>
        <w:rPr>
          <w:lang w:eastAsia="zh-CN"/>
        </w:rPr>
        <w:br/>
      </w:r>
      <w:r>
        <w:rPr>
          <w:lang w:eastAsia="zh-CN"/>
        </w:rPr>
        <w:t>　　4、广告传播区域确定。</w:t>
      </w:r>
      <w:r>
        <w:rPr>
          <w:lang w:eastAsia="zh-CN"/>
        </w:rPr>
        <w:br/>
      </w:r>
      <w:r>
        <w:rPr>
          <w:lang w:eastAsia="zh-CN"/>
        </w:rPr>
        <w:t>　　5、确定广告主题，这是广告所要表达的重点和中心思想，如何选择主题是广告策略的重要表现。</w:t>
      </w:r>
      <w:r>
        <w:rPr>
          <w:lang w:eastAsia="zh-CN"/>
        </w:rPr>
        <w:br/>
      </w:r>
      <w:r>
        <w:rPr>
          <w:lang w:eastAsia="zh-CN"/>
        </w:rPr>
        <w:t>　　6、确保广告创意，把广告主题形象生动地表现出来。</w:t>
      </w:r>
      <w:r>
        <w:rPr>
          <w:lang w:eastAsia="zh-CN"/>
        </w:rPr>
        <w:br/>
      </w:r>
      <w:r>
        <w:rPr>
          <w:lang w:eastAsia="zh-CN"/>
        </w:rPr>
        <w:t>　　7、广告媒介选择，不仅要根据广告目标来定，而且在选择时还要考虑媒介的综合费用。</w:t>
      </w:r>
      <w:r>
        <w:rPr>
          <w:lang w:eastAsia="zh-CN"/>
        </w:rPr>
        <w:br/>
      </w:r>
      <w:r>
        <w:rPr>
          <w:lang w:eastAsia="zh-CN"/>
        </w:rPr>
        <w:t>　　8、广告费预算，它是成功广告策划的前提，支撑着整个广告策划的内容。</w:t>
      </w:r>
      <w:r>
        <w:rPr>
          <w:lang w:eastAsia="zh-CN"/>
        </w:rPr>
        <w:br/>
      </w:r>
      <w:r>
        <w:rPr>
          <w:lang w:eastAsia="zh-CN"/>
        </w:rPr>
        <w:t>　　9、决定广告实施策略，这是为达到广告目标而采取的具体措施和手段。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10、广告效果评估，不仅是对广告计划的实施进行检查和评价，更重要的是随时对广告活动的情况进行反馈与控制，从而保证整个广告活动能够按预订的计划与目标进行。广告活动是广告经营的全过程，广告活动要想达到广告的.目标和要求，必须要有一套完整的规划和程序。其动作程序可分为以下几个阶段：市场调查研究是广告活动的开端，也是广告策划活动的前提和条件，其关键在于广泛收集有关信息，然后根据调查的资料信息，写出分析报告，并在此基础上拟定计划对策。第二阶段为拟定计划阶段，拟定计划的主要内容有确立整体广告战略、广告目标、确定广告中的具体策略及广告策划书的形成，这是广告活动的重要环节，也是决定广告成功与否的关键。</w:t>
      </w:r>
      <w:r>
        <w:rPr>
          <w:lang w:eastAsia="zh-CN"/>
        </w:rPr>
        <w:br/>
      </w:r>
      <w:r>
        <w:rPr>
          <w:lang w:eastAsia="zh-CN"/>
        </w:rPr>
        <w:t>　　第三阶段为执行计划阶段，是在广告策划的基础上，具体设计制作广告，经过审核评估，确定广告的发布实施。最后，在实施过程中，要经常对广告效果进行科学准确分析，及时进行信息反馈，以调整广告整体策划。</w:t>
      </w:r>
      <w:r>
        <w:rPr>
          <w:lang w:eastAsia="zh-CN"/>
        </w:rPr>
        <w:br/>
      </w:r>
      <w:r>
        <w:rPr>
          <w:lang w:eastAsia="zh-CN"/>
        </w:rPr>
        <w:t>　　三、广告策划的主要策略</w:t>
      </w:r>
      <w:r>
        <w:rPr>
          <w:lang w:eastAsia="zh-CN"/>
        </w:rPr>
        <w:br/>
      </w:r>
      <w:r>
        <w:rPr>
          <w:lang w:eastAsia="zh-CN"/>
        </w:rPr>
        <w:t>　　广告对产品的宣传策略，关键是造成同类产品间的差别化，这是广告策划中的灵魂。广告策划的主要策略有：</w:t>
      </w:r>
      <w:r>
        <w:rPr>
          <w:lang w:eastAsia="zh-CN"/>
        </w:rPr>
        <w:br/>
      </w:r>
      <w:r>
        <w:rPr>
          <w:lang w:eastAsia="zh-CN"/>
        </w:rPr>
        <w:t>　　1)广告战略策划，这是全局性、方向性的策划，在一定时期内具有相对的稳定性，一般包括三方面内容：一是整体思想的确立，二是广告战略的目标与重点，三是广告战略方案的设计与实施。</w:t>
      </w:r>
      <w:r>
        <w:rPr>
          <w:lang w:eastAsia="zh-CN"/>
        </w:rPr>
        <w:br/>
      </w:r>
      <w:r>
        <w:rPr>
          <w:lang w:eastAsia="zh-CN"/>
        </w:rPr>
        <w:t>　　2)广告策略策划，是属于广告战略的一个组成部分，是实现广告目标的具体对策和重要手段，有较大的灵活性。从广告策略使用的领域看，常用的有广告产品策略、广告市场策略、广告竞争策略、广告实施策略等。</w:t>
      </w:r>
      <w:r>
        <w:rPr>
          <w:lang w:eastAsia="zh-CN"/>
        </w:rPr>
        <w:br/>
      </w:r>
      <w:r>
        <w:rPr>
          <w:lang w:eastAsia="zh-CN"/>
        </w:rPr>
        <w:t>　　3)广告媒介策划，是广告整体策划中的主要环节，总的来说，广告媒介的选择与组合必须与产品的整体市场战略一起考虑，才能充分发挥它的有效性，并成为整体广告活动中出奇制胜的关键因素之一。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https://d.book118.com/256103014113010054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610301411301005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