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技能大赛心得体会</w:t>
      </w:r>
    </w:p>
    <w:p>
      <w:pPr>
        <w:spacing w:before="100" w:after="200" w:line="360" w:lineRule="auto"/>
        <w:ind w:firstLine="576"/>
        <w:jc w:val="left"/>
      </w:pPr>
      <w:r>
        <w:rPr>
          <w:rFonts w:ascii="宋体" w:eastAsia="宋体" w:hAnsi="宋体"/>
          <w:sz w:val="28"/>
        </w:rPr>
        <w:t>在学校文化艺术节的氛围下，为了丰富大学生校园生活，展示大学生风采，提升大学生的应变能力和讲解能力，同时也为了发扬导游服务精神，树立大学生务实的形象，我们旅游管理系策划举办了江汉大学第七届导游技能大赛暨首届导游词创作大赛。本次大赛得到了校院系领导的大力支持。</w:t>
      </w:r>
    </w:p>
    <w:p>
      <w:pPr>
        <w:spacing w:before="100" w:after="200" w:line="360" w:lineRule="auto"/>
        <w:jc w:val="left"/>
      </w:pPr>
      <w:r>
        <w:rPr>
          <w:rFonts w:ascii="宋体 (中文正文)" w:eastAsia="宋体" w:hAnsi="宋体 (中文正文)"/>
          <w:b/>
          <w:sz w:val="28"/>
        </w:rPr>
        <w:t>一、活动时间：2022年x月13日—2022年x月4日</w:t>
      </w:r>
    </w:p>
    <w:p>
      <w:pPr>
        <w:spacing w:before="100" w:after="200" w:line="360" w:lineRule="auto"/>
        <w:jc w:val="left"/>
      </w:pPr>
      <w:r>
        <w:rPr>
          <w:rFonts w:ascii="宋体 (中文正文)" w:eastAsia="宋体" w:hAnsi="宋体 (中文正文)"/>
          <w:b/>
          <w:sz w:val="28"/>
        </w:rPr>
        <w:t>二、活动地点：海选：J01A201和J01A212教室</w:t>
      </w:r>
    </w:p>
    <w:p>
      <w:pPr>
        <w:spacing w:before="100" w:after="200" w:line="360" w:lineRule="auto"/>
        <w:ind w:firstLine="576"/>
        <w:jc w:val="left"/>
      </w:pPr>
      <w:r>
        <w:rPr>
          <w:rFonts w:ascii="宋体" w:eastAsia="宋体" w:hAnsi="宋体"/>
          <w:sz w:val="28"/>
        </w:rPr>
        <w:t>初赛：J01A201和J01A212教室</w:t>
      </w:r>
    </w:p>
    <w:p>
      <w:pPr>
        <w:spacing w:before="100" w:after="200" w:line="360" w:lineRule="auto"/>
        <w:ind w:firstLine="576"/>
        <w:jc w:val="left"/>
      </w:pPr>
      <w:r>
        <w:rPr>
          <w:rFonts w:ascii="宋体" w:eastAsia="宋体" w:hAnsi="宋体"/>
          <w:sz w:val="28"/>
        </w:rPr>
        <w:t>决赛：江汉大学图书馆报告厅</w:t>
      </w:r>
    </w:p>
    <w:p>
      <w:pPr>
        <w:spacing w:before="100" w:after="200" w:line="360" w:lineRule="auto"/>
        <w:jc w:val="left"/>
      </w:pPr>
      <w:r>
        <w:rPr>
          <w:rFonts w:ascii="宋体 (中文正文)" w:eastAsia="宋体" w:hAnsi="宋体 (中文正文)"/>
          <w:sz w:val="28"/>
        </w:rPr>
        <w:t>三、活动内容：</w:t>
      </w:r>
    </w:p>
    <w:p>
      <w:pPr>
        <w:spacing w:before="100" w:after="200" w:line="360" w:lineRule="auto"/>
        <w:ind w:firstLine="576"/>
        <w:jc w:val="left"/>
      </w:pPr>
      <w:r>
        <w:rPr>
          <w:rFonts w:ascii="宋体" w:eastAsia="宋体" w:hAnsi="宋体"/>
          <w:sz w:val="28"/>
        </w:rPr>
        <w:t>导游技能大赛是我们江汉大学的品牌活动，尤其今年的这次活动是在经费紧张的状况下举办的，更是难上加难。不过在校院领导的关心下，经过大家的努力配合，相互协作，同时各部门各司其职，充分利用各方面的资源和力量，克服了重重困难，终于拉开了比赛的序幕。本次比赛历时将近两个月，分为海选、初赛和决赛三个阶段。吸引了来自全校众多学院的300名选手参赛，其中非专业选手200多名，旅游管理系的学生更是积极参加，展现本专业的风采。这次活动的规模和影响都是历届之最。本次活动同时也非常感谢武汉安康旅行社有限公司和中国国际旅行社武汉分社的鼎力支持，为本次大赛赞助了丰富的奖品。</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海选。海选场分为A、B两组，分别在不同的教室选拔。由商学院旅游管理系的老师担任评委。对各位选手比赛的成绩进行评定。这次比赛分为两个环节，即导游词讲解和个人才艺展示。与以往几届导游技能大赛不同，本次导游技能大赛专家组力求创新，突出武汉特色，因此本次海选限定了导游词讲解范围为“大武汉之滨江滨湖特色、大武汉的桥、大武汉之商圈文化、大武汉之革命历史、大武汉之租借文化、大武汉之民俗特色、大武汉之知音文化、大武汉之特色小吃”共八项。这不仅考察了同学们对武汉市内各景点文化底蕴的了解程度，还考察同学们导游词的创作能力。在比赛过程中，选手们借助自己制作的精美PPT配上柔和的背景音乐，把武汉特色景点介绍得生动有趣，让观众们乐在其中。个人才艺展示除了传统节目唱歌与跳舞外，更值得称道的是许多同学都是带着自己原创的诗歌朗诵和歌曲演唱，充分的展示了当代大学生的多才多艺。还有妙趣横生的小品，也是博得满堂彩。比赛最后有25位选手进入了初赛。</w:t>
      </w:r>
    </w:p>
    <w:p>
      <w:pPr>
        <w:spacing w:before="100" w:after="200" w:line="360" w:lineRule="auto"/>
        <w:ind w:firstLine="576"/>
        <w:jc w:val="left"/>
      </w:pPr>
      <w:r>
        <w:rPr>
          <w:rFonts w:ascii="宋体" w:eastAsia="宋体" w:hAnsi="宋体"/>
          <w:sz w:val="28"/>
        </w:rPr>
        <w:t>初赛。由于在比赛之前我们旅游管理系张金霞老师特别对选手们进行了一次培训，所以选手们在比赛中信心倍增。经过充分准备后的选手们，在本次初赛中给评委和广大观众呈现了一场精彩的视觉盛宴赛场气氛活跃，选手们热情洋溢，生动活泼，语言流畅，表情自然亲切，手势恰当到位。在具体讲解中，选手们还将技巧巧妙运用到了自己的解说中去。选手分别讲解了以上八大主题。武汉特色文化在选手们的精彩讲解下显得异常生动。经过激烈角逐，最终10名选手成功晋级。</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决赛。比起海选和初赛的精彩，决赛可以说更胜一筹。本次决赛共分为三个环节：导游词解说、才艺展示和专业知识问答。在导游词讲解环节中，选手们以其出色的讲解把广大游客们带到武汉各个景点，饱览了武汉特色文化。从中国城中湖东湖，“天堑”长江上第一桥长江大桥，繁华商贸中心江汉路步行街，到辛亥革命博物馆红楼，再到武汉小吃特色街户部巷，一环接一环，环环相扣，引人入胜，让“游客”们仿佛置身其中，流连忘返。才艺展示过程中，精彩纷呈。歌曲、健美操、交谊舞、诗歌朗诵等等，博得现场观众一次次热烈的掌声和欢呼声。在最后一个环节中，选手们充分表现了自己的机敏和睿智。在场的亲友团们更是浑身解数为心目中的选手加油喝彩。此外，在比赛过程中穿插了两轮观众互动问答环节，将现场气氛拉向了另一个层次。在比赛即将结束时，旅游管理专业老师张金霞老师为大家作了精彩点评，她讲到：选手们的优秀表现和啦啦队的热情让她震惊，一些非本专业选手的表现甚至超过了本专业选手，并指出选手们展现出来的亲和力、交际能力及带团技巧与专业导游比起来也毫不逊色。经过激烈的角逐，来自旅管08级的吕竹同学凭借优秀的解说，大方得体的举止，出色的才艺展示和临危不乱的表现夺得了冠军，获得由武汉安康旅行社有限公司赞助的张家界四日游。</w:t>
      </w:r>
    </w:p>
    <w:p>
      <w:pPr>
        <w:spacing w:before="100" w:after="200" w:line="360" w:lineRule="auto"/>
        <w:jc w:val="left"/>
      </w:pPr>
      <w:r>
        <w:rPr>
          <w:rFonts w:ascii="宋体 (中文正文)" w:eastAsia="宋体" w:hAnsi="宋体 (中文正文)"/>
          <w:sz w:val="28"/>
        </w:rPr>
        <w:t>四、活动经验：</w:t>
      </w:r>
    </w:p>
    <w:p>
      <w:pPr>
        <w:spacing w:before="100" w:after="200" w:line="360" w:lineRule="auto"/>
        <w:ind w:firstLine="576"/>
        <w:jc w:val="left"/>
      </w:pPr>
      <w:r>
        <w:rPr>
          <w:rFonts w:ascii="宋体" w:eastAsia="宋体" w:hAnsi="宋体"/>
          <w:sz w:val="28"/>
        </w:rPr>
        <w:t>1、只有注意各个细节，充分考虑到每个环节，仔细检查，才能使比赛尽善尽美；</w:t>
      </w:r>
    </w:p>
    <w:p>
      <w:pPr>
        <w:spacing w:before="100" w:after="200" w:line="360" w:lineRule="auto"/>
        <w:ind w:firstLine="576"/>
        <w:jc w:val="left"/>
      </w:pPr>
      <w:r>
        <w:rPr>
          <w:rFonts w:ascii="宋体" w:eastAsia="宋体" w:hAnsi="宋体"/>
          <w:sz w:val="28"/>
        </w:rPr>
        <w:t>2、只有付出辛勤劳动，认真负责的处理每一件事情，相互协作，相互配合，才能使比赛顺利进行；</w:t>
      </w:r>
    </w:p>
    <w:p>
      <w:pPr>
        <w:spacing w:before="100" w:after="200" w:line="360" w:lineRule="auto"/>
        <w:ind w:firstLine="576"/>
        <w:jc w:val="left"/>
      </w:pPr>
      <w:r>
        <w:rPr>
          <w:rFonts w:ascii="宋体" w:eastAsia="宋体" w:hAnsi="宋体"/>
          <w:sz w:val="28"/>
        </w:rPr>
        <w:t>3、只有加强大家各方面的专业知识，提升素质和能力，才能以备不时之需；</w:t>
      </w:r>
    </w:p>
    <w:p>
      <w:pPr>
        <w:spacing w:before="100" w:after="200" w:line="360" w:lineRule="auto"/>
        <w:ind w:firstLine="576"/>
        <w:jc w:val="left"/>
      </w:pPr>
      <w:r>
        <w:rPr>
          <w:rFonts w:ascii="宋体" w:eastAsia="宋体" w:hAnsi="宋体"/>
          <w:sz w:val="28"/>
        </w:rPr>
        <w:t>4、只有将每个人的特色与工作相结合，提高大家参与活动的积极性，才能使活动开展得更好；</w:t>
      </w:r>
    </w:p>
    <w:p>
      <w:pPr>
        <w:spacing w:before="100" w:after="200" w:line="360" w:lineRule="auto"/>
        <w:ind w:firstLine="576"/>
        <w:jc w:val="left"/>
      </w:pPr>
      <w:r>
        <w:rPr>
          <w:rFonts w:ascii="宋体" w:eastAsia="宋体" w:hAnsi="宋体"/>
          <w:sz w:val="28"/>
        </w:rPr>
        <w:t>5、只有认真总结，借鉴其他活动的经验，创新，才能使活动更具有可观性。</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6、团队协作。这次导游技能大赛是江汉大学的品牌活动，参与的每一个工作人员都认真负责地做好自己的工作，无论是赛前的准备工作，赛中的组织安排工作，还是赛后的总结工作，大家都保质保量的完成，因为所有人都为了一个共同的目标，举办一次成功的、有特色、吸引人的品牌活动。这次活动得到了学校多方面的关系和帮助。</w:t>
      </w:r>
    </w:p>
    <w:p>
      <w:pPr>
        <w:spacing w:before="100" w:after="200" w:line="360" w:lineRule="auto"/>
        <w:jc w:val="left"/>
      </w:pPr>
      <w:r>
        <w:rPr>
          <w:rFonts w:ascii="宋体 (中文正文)" w:eastAsia="宋体" w:hAnsi="宋体 (中文正文)"/>
          <w:sz w:val="28"/>
        </w:rPr>
        <w:t>财务部领导：</w:t>
      </w:r>
    </w:p>
    <w:p>
      <w:pPr>
        <w:spacing w:before="100" w:after="200" w:line="360" w:lineRule="auto"/>
        <w:ind w:firstLine="576"/>
        <w:jc w:val="left"/>
      </w:pPr>
      <w:r>
        <w:rPr>
          <w:rFonts w:ascii="宋体" w:eastAsia="宋体" w:hAnsi="宋体"/>
          <w:sz w:val="28"/>
        </w:rPr>
        <w:t>本人参加了由组织的培训，通过一个月的认真学习，深刻体会，收获很大．现在本人的习得汇报如下：</w:t>
      </w:r>
    </w:p>
    <w:p>
      <w:pPr>
        <w:spacing w:before="100" w:after="200" w:line="360" w:lineRule="auto"/>
        <w:ind w:firstLine="576"/>
        <w:jc w:val="left"/>
      </w:pPr>
      <w:r>
        <w:rPr>
          <w:rFonts w:ascii="宋体" w:eastAsia="宋体" w:hAnsi="宋体"/>
          <w:sz w:val="28"/>
        </w:rPr>
        <w:t>一、业务知识得到拓展和巩固，以往从学校书本上所学的只是理论，实际操作性不强，总公司的会计核算手册，涵盖了我们日常会计业务的所有内容，包括往来账，成本核算等手册中都有详细的说明，使我们在实际工作中更易于操作；</w:t>
      </w:r>
    </w:p>
    <w:p>
      <w:pPr>
        <w:spacing w:before="100" w:after="200" w:line="360" w:lineRule="auto"/>
        <w:ind w:firstLine="576"/>
        <w:jc w:val="left"/>
      </w:pPr>
      <w:r>
        <w:rPr>
          <w:rFonts w:ascii="宋体" w:eastAsia="宋体" w:hAnsi="宋体"/>
          <w:sz w:val="28"/>
        </w:rPr>
        <w:t>二、通过学习公司的财务文件，使我领会到公司财务方面的管理思想，认识到财务不光是算账报账，还要分析和参与企业管理和考核。使我真正认识到“经济越发展，会计越重要”这句话的实质内涵；</w:t>
      </w:r>
    </w:p>
    <w:p>
      <w:pPr>
        <w:spacing w:before="100" w:after="200" w:line="360" w:lineRule="auto"/>
        <w:ind w:firstLine="576"/>
        <w:jc w:val="left"/>
      </w:pPr>
      <w:r>
        <w:rPr>
          <w:rFonts w:ascii="宋体" w:eastAsia="宋体" w:hAnsi="宋体"/>
          <w:sz w:val="28"/>
        </w:rPr>
        <w:t>三、增长了技能，点钞，珠算，计算机盲打字（我瞎编的，你自己根据培训内容看着写），使我看到了咱们公司的高手和差距，使我有了比学赶帮超的动力，并想参加本次财务会计技能大赛</w:t>
      </w:r>
    </w:p>
    <w:p>
      <w:pPr>
        <w:spacing w:before="100" w:after="200" w:line="360" w:lineRule="auto"/>
        <w:jc w:val="left"/>
      </w:pPr>
      <w:r>
        <w:rPr>
          <w:rFonts w:ascii="宋体 (中文正文)" w:eastAsia="宋体" w:hAnsi="宋体 (中文正文)"/>
          <w:sz w:val="28"/>
        </w:rPr>
        <w:t>四、今后的打算：</w:t>
      </w:r>
    </w:p>
    <w:p>
      <w:pPr>
        <w:spacing w:before="100" w:after="200" w:line="360" w:lineRule="auto"/>
        <w:ind w:firstLine="576"/>
        <w:jc w:val="left"/>
      </w:pPr>
      <w:r>
        <w:rPr>
          <w:rFonts w:ascii="宋体" w:eastAsia="宋体" w:hAnsi="宋体"/>
          <w:sz w:val="28"/>
        </w:rPr>
        <w:t>1、加强学习，学无止境。一次不落的参加公司组织的会计学习活动，业余时间到百度上回答财税方面的问题，帮助别人提高自己。</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2、向管理型会计发展，针对公司管理上的问题提些合理化建议，给领导当参谋；以上为本次培训心得体会，望领导及同仁帮助我，共同把咱财务工作做好。</w:t>
      </w:r>
    </w:p>
    <w:p>
      <w:pPr>
        <w:spacing w:before="100" w:after="200" w:line="360" w:lineRule="auto"/>
        <w:ind w:firstLine="576"/>
        <w:jc w:val="left"/>
      </w:pPr>
      <w:r>
        <w:rPr>
          <w:rFonts w:ascii="宋体" w:eastAsia="宋体" w:hAnsi="宋体"/>
          <w:sz w:val="28"/>
        </w:rPr>
        <w:t>为了进一步深化职业教育教学，用心推进校企合作、工学结合、顶岗实习的人才培养模式，促进“普通教育有高考，职业教育有大赛”良好局面的构成，省教育厅、省人力资源和社会保障厅定于20xx年3月联合举办全省中等职业学校技能大赛。</w:t>
      </w:r>
    </w:p>
    <w:p>
      <w:pPr>
        <w:spacing w:before="100" w:after="200" w:line="360" w:lineRule="auto"/>
        <w:ind w:firstLine="576"/>
        <w:jc w:val="left"/>
      </w:pPr>
      <w:r>
        <w:rPr>
          <w:rFonts w:ascii="宋体" w:eastAsia="宋体" w:hAnsi="宋体"/>
          <w:sz w:val="28"/>
        </w:rPr>
        <w:t>我校作为赛点，承办了机电一体化设备组装与调试、电气安装与维修、工业产品设计（CAD）技术三个项目的比赛，共有30个代表队，111名学生报名参赛。我校为承办此项比赛，做出了精心的准备和周密的安排，为参赛代表队创造了良好的竞赛氛围，带给了优质高效的服务，取得了较好的效果。现对本次技能大赛的工作总结如下。</w:t>
      </w:r>
    </w:p>
    <w:p>
      <w:pPr>
        <w:spacing w:before="100" w:after="200" w:line="360" w:lineRule="auto"/>
        <w:jc w:val="left"/>
      </w:pPr>
      <w:r>
        <w:rPr>
          <w:rFonts w:ascii="宋体 (中文正文)" w:eastAsia="宋体" w:hAnsi="宋体 (中文正文)"/>
          <w:b/>
          <w:sz w:val="28"/>
        </w:rPr>
        <w:t>一、领导重视，充分准备，组织周密。</w:t>
      </w:r>
    </w:p>
    <w:p>
      <w:pPr>
        <w:spacing w:before="100" w:after="200" w:line="360" w:lineRule="auto"/>
        <w:ind w:firstLine="576"/>
        <w:jc w:val="left"/>
      </w:pPr>
      <w:r>
        <w:rPr>
          <w:rFonts w:ascii="宋体" w:eastAsia="宋体" w:hAnsi="宋体"/>
          <w:sz w:val="28"/>
        </w:rPr>
        <w:t>我省透过每年举办的技能大赛，进一步激发了学生专业技能学习的兴趣，提高了学生综合素质，以赛促学，以赛促教，以赛促改，营造学生学技能、比潜力的良好氛围，从而全面提高学生的职业素质和技能水平，培养合格的技能型人才。我校对技能大赛工作也相当重视。不仅仅用心组织我校师生进行培训，并且申报赛点、参与比赛。</w:t>
      </w:r>
    </w:p>
    <w:p>
      <w:pPr>
        <w:spacing w:before="100" w:after="200" w:line="360" w:lineRule="auto"/>
        <w:ind w:firstLine="576"/>
        <w:jc w:val="left"/>
      </w:pPr>
      <w:r>
        <w:rPr>
          <w:rFonts w:ascii="宋体" w:eastAsia="宋体" w:hAnsi="宋体"/>
          <w:sz w:val="28"/>
        </w:rPr>
        <w:t>我校赛点得到省教育厅批准后，校领导就组织了教务部、机电工程系、信息工程系、学工办、基础部、后勤服务中心等相关部门，召开了筹备比赛的联席会议，比较赛从报名、代表队报到、参赛过程、开闭幕式、评委点评、颁奖仪式等各项工作做出了周密细致的安排。使各部门做到分工明确、职责落实、相互协作、共同参与。</w:t>
      </w:r>
    </w:p>
    <w:p>
      <w:pPr>
        <w:spacing w:before="100" w:after="200" w:line="360" w:lineRule="auto"/>
        <w:jc w:val="left"/>
      </w:pPr>
      <w:r>
        <w:rPr>
          <w:rFonts w:ascii="宋体 (中文正文)" w:eastAsia="宋体" w:hAnsi="宋体 (中文正文)"/>
          <w:b/>
          <w:sz w:val="28"/>
        </w:rPr>
        <w:t>二、参与面广，公正评判，优质服务。</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本次比赛，我校共承办了电工电子技术、计算机技能两个大类中的三个项目（机电一体化设备组装与调试、电气安装与维修、工业产品设计（CAD）技术）的比赛，共有来自全省30个学校的代表队、111名学生报名参加比赛，具有广泛的参与性。担任本次比赛评委的专家、教授均是由省教育厅从西安部分高职院校聘请的，在评判的过程中公平公正、严肃认真、一丝不苟、任劳任怨，体现出了较高的专业水准和职业素养。</w:t>
      </w:r>
    </w:p>
    <w:p>
      <w:pPr>
        <w:spacing w:before="100" w:after="200" w:line="360" w:lineRule="auto"/>
        <w:jc w:val="left"/>
      </w:pPr>
      <w:r>
        <w:rPr>
          <w:rFonts w:ascii="宋体 (中文正文)" w:eastAsia="宋体" w:hAnsi="宋体 (中文正文)"/>
          <w:b/>
          <w:sz w:val="28"/>
        </w:rPr>
        <w:t>三、今后努力方向。</w:t>
      </w:r>
    </w:p>
    <w:p>
      <w:pPr>
        <w:spacing w:before="100" w:after="200" w:line="360" w:lineRule="auto"/>
        <w:ind w:firstLine="576"/>
        <w:jc w:val="left"/>
      </w:pPr>
      <w:r>
        <w:rPr>
          <w:rFonts w:ascii="宋体" w:eastAsia="宋体" w:hAnsi="宋体"/>
          <w:sz w:val="28"/>
        </w:rPr>
        <w:t>本次比赛，共有65名选手分别获得了一、二、三等奖。其中有来自7所学校的12名选手获得一等奖，有8名教师获得了“优秀辅导教师”称号，我校获得了“优秀组织奖”称号。透过本届大赛的举办，进一步促进了职业学校教育教学水平的不断提高，推进了“理论与实践、教学与管理、学习与工作、技能与素质、就业与创业”相结合的一体化教学，加快了双师型队伍建设，营造学校育人文化。</w:t>
      </w:r>
    </w:p>
    <w:p>
      <w:pPr>
        <w:spacing w:before="100" w:after="200" w:line="360" w:lineRule="auto"/>
        <w:ind w:firstLine="576"/>
        <w:jc w:val="left"/>
      </w:pPr>
      <w:r>
        <w:rPr>
          <w:rFonts w:ascii="宋体" w:eastAsia="宋体" w:hAnsi="宋体"/>
          <w:sz w:val="28"/>
        </w:rPr>
        <w:t>同时，透过技能大赛，还要加快实现技能大赛由阶段性工作向常态性工作的转变，由部分学生参与向全体师生参与的转变，使技能大赛逐步成为师生成长成才的重要平台和重要经历，构成良好的学校学习氛围，为推进陕西省职业教育的发展贡献力量。</w:t>
      </w:r>
    </w:p>
    <w:p>
      <w:pPr>
        <w:spacing w:before="100" w:after="200" w:line="360" w:lineRule="auto"/>
        <w:ind w:firstLine="576"/>
        <w:jc w:val="left"/>
      </w:pPr>
      <w:r>
        <w:rPr>
          <w:rFonts w:ascii="宋体" w:eastAsia="宋体" w:hAnsi="宋体"/>
          <w:sz w:val="28"/>
        </w:rPr>
        <w:t>为了进一步营造“尊重劳动、尊重知识、尊重人才、尊重创造”的舆论氛围，进一步推进技能技术人才队伍的建设工作，逐步提高员工的理论水平和实际操作能力，达到以赛促学、以赛促产的目的，在“五一”劳动节来临之际由公司工会、人力资源部、项目技术部、公司办公室、运行部、采购供应部联合举办了“公司钳、焊、电工职业技能竞赛”，我有幸参与并主持了这次活动。作为一名主持人，我经历了2天比赛的全过程，有很多切实的感受。</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这次活动公司领导给予了高度重视专门成立了竞赛小组，由公司领导彭总亲任组长召开了赛前的小组动员安排分工会，工作安排具体且细致，小组成员各尽其职，加班加点的为这次大赛做准备，为选手们尽可能搭建完善的施展才能的舞台。</w:t>
      </w:r>
    </w:p>
    <w:p>
      <w:pPr>
        <w:spacing w:before="100" w:after="200" w:line="360" w:lineRule="auto"/>
        <w:ind w:firstLine="576"/>
        <w:jc w:val="left"/>
      </w:pPr>
      <w:r>
        <w:rPr>
          <w:rFonts w:ascii="宋体" w:eastAsia="宋体" w:hAnsi="宋体"/>
          <w:sz w:val="28"/>
        </w:rPr>
        <w:t>此次竞赛对每一位参赛选手来说是一次自我展示的机会，也是一次系统学习与提高的机会。参赛前由公司项目技术部结合各工种的实用内容由浅入深由应知到应会汇编了一套复习题库，通过理论知识的学习和竞赛使员工理论知识水平得到了提高。此次竞赛也是一次理论与实践紧密结合的竞赛，大赛充分体现了选拔复合型技术人才的要求，四场竞赛以实际操作为重点，实际操作竞赛从生产的实际出发与实</w:t>
      </w:r>
    </w:p>
    <w:p>
      <w:pPr>
        <w:spacing w:before="100" w:after="200" w:line="360" w:lineRule="auto"/>
        <w:ind w:firstLine="576"/>
        <w:jc w:val="left"/>
      </w:pPr>
      <w:r>
        <w:rPr>
          <w:rFonts w:ascii="宋体" w:eastAsia="宋体" w:hAnsi="宋体"/>
          <w:sz w:val="28"/>
        </w:rPr>
        <w:t>际工作紧密结合，锻炼了技术工人的实战能力。此次竞赛也是一次团结协作、互帮互助的竞赛，在竞赛过程中，选手们“团结作战”，发挥个人水平，取得了优异的团队成绩。通过比赛各队员发现问题互相切磋，赛后交流互谈体会，达到了“互促互帮、共同提高”的目的，提高了员工个人水平促进了企业的发展。</w:t>
      </w:r>
    </w:p>
    <w:p>
      <w:pPr>
        <w:spacing w:before="100" w:after="200" w:line="360" w:lineRule="auto"/>
        <w:ind w:firstLine="576"/>
        <w:jc w:val="left"/>
      </w:pPr>
      <w:r>
        <w:rPr>
          <w:rFonts w:ascii="宋体" w:eastAsia="宋体" w:hAnsi="宋体"/>
          <w:sz w:val="28"/>
        </w:rPr>
        <w:t>自20xx年以来，公司轻装上阵，经营和管理都步入正轨，尤其是对技术工人队伍的培养和技术工人的待遇都给予了高度的重视和提高，选拔优秀年轻的员工进入技工队伍培养锻炼，从制度上给技术人才的成长开辟道路，如建立技术工人初级工、中级工、高级工职业技术体系，建立健全了技术工人的成长和考核道路。此次竞赛为发动员工广泛参与，不断学习，提高员工职业技术水平，是一次系统学习与提高的机会。公司举办这次竞赛，就是要体现技术人才在企业中的重要作用，就是要让我们的技术队伍更快更好的发展。</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在各级领导、部门充分重视，在组织者、协助者、参赛者这三方共同努力下，比赛取得了圆满的成功。通过参与竞赛的全过程我感受到企业的学习、竞争氛围还是很浓厚的，这次技能大赛无论从哪个层面，从哪个角度看，都得到了大家的认可。但是毕竟我们大家是第一次组织参与这样的活动，很多环节上准备和策划的还很稚嫩，有许多细节事后自己都觉得很不满意，但我和大家毕竟勇敢的迈出了第一步，</w:t>
      </w:r>
    </w:p>
    <w:p>
      <w:pPr>
        <w:spacing w:before="100" w:after="200" w:line="360" w:lineRule="auto"/>
        <w:ind w:firstLine="576"/>
        <w:jc w:val="left"/>
      </w:pPr>
      <w:r>
        <w:rPr>
          <w:rFonts w:ascii="宋体" w:eastAsia="宋体" w:hAnsi="宋体"/>
          <w:sz w:val="28"/>
        </w:rPr>
        <w:t>作为一名参与者，我非常感谢公司领导给了我这次锻炼的机会让我有了一次自我提高、学习成长的机会，给了我一次展示自己的机会，感谢关心和支持我的领导，也感谢参加比赛的各位选手和辛勤的工作人员、同事们，是你们的共同努力让这次竞赛取得了圆满的成功。让我们记住这次美好而有意义的活动，并以此为契机爱岗敬业在各自的岗位上不断学习勤奋工作，为企业的发展做出自己的贡献。</w:t>
      </w:r>
    </w:p>
    <w:p>
      <w:pPr>
        <w:spacing w:before="100" w:after="200" w:line="360" w:lineRule="auto"/>
        <w:ind w:firstLine="576"/>
        <w:jc w:val="left"/>
      </w:pPr>
      <w:r>
        <w:rPr>
          <w:rFonts w:ascii="宋体" w:eastAsia="宋体" w:hAnsi="宋体"/>
          <w:sz w:val="28"/>
        </w:rPr>
        <w:t>非常有幸今年能够代表公司参加“交通工匠杯”职工职业技能大赛，这次是我第二次参加大型技能赛事，20xx年我参加了公司举办的“收费工匠杯”技能竞赛，并取得了第二名的成绩，本次又成功闯入集训队前五名。代表公司参赛，对于我来说无疑是更大的挑战，从我参赛的那一刻起，我告诉自己，这是我职业生涯中难得的证明自己，展现风貌，获得职业尊严的机会，我一定要牢牢抓住公司提供的成长机会，全力以赴。</w:t>
      </w:r>
    </w:p>
    <w:p>
      <w:pPr>
        <w:spacing w:before="100" w:after="200" w:line="360" w:lineRule="auto"/>
        <w:ind w:firstLine="576"/>
        <w:jc w:val="left"/>
      </w:pPr>
      <w:r>
        <w:rPr>
          <w:rFonts w:ascii="宋体" w:eastAsia="宋体" w:hAnsi="宋体"/>
          <w:sz w:val="28"/>
        </w:rPr>
        <w:t>在参赛之前我参加了公司的集训，此次集训历时近三个月，很感谢公司给予的平台，也十分感谢所里领导和同事的大力支持和白洋管理所无微不至的照顾，让我能够心无旁骛的全身心投入到训练中。</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这次集训的时间分配较为紧张，上午8：00—11：30背诵8面白皮书的理论知识，下午2：30—5：30为实操练习及测验时间，晚上7：00—9：30为检验理论时间，也会用来考试和讲题。而此次集训的内容也非常多元化，有收费管理部随机拟课题即兴演讲，也有自己拟课题做PPT充当内训师到其他支部交流，自己排练节目到公司表演等。</w:t>
      </w:r>
    </w:p>
    <w:p>
      <w:pPr>
        <w:spacing w:before="100" w:after="200" w:line="360" w:lineRule="auto"/>
        <w:ind w:firstLine="576"/>
        <w:jc w:val="left"/>
      </w:pPr>
      <w:r>
        <w:rPr>
          <w:rFonts w:ascii="宋体" w:eastAsia="宋体" w:hAnsi="宋体"/>
          <w:sz w:val="28"/>
        </w:rPr>
        <w:t>比赛当天分为上午笔试下午实操，在笔试环节中，我觉得最重要的是审题，让我印象最为深刻的是连线题，需要将集卡车通行的港口、收费站、路线编号、路线名称相互连接起来，审题时我没有注意，只将港口与收费站、路线编号与路线名称分别连起来而没有将收费站与相应的路线编号相连，后期是在省厅一位工作人员的提醒下才发现自己漏填了。实操时最重要的就是策略和心态了，前两批选手准确率都保持的很好，但速度略慢，于是最后一批选手选择背水一战，冲刺速度，反而另辟蹊径。实操时操作位置较小，选手之间隔得很近，容易被干扰，此时静得下心来非常重要。</w:t>
      </w:r>
    </w:p>
    <w:p>
      <w:pPr>
        <w:spacing w:before="100" w:after="200" w:line="360" w:lineRule="auto"/>
        <w:ind w:firstLine="576"/>
        <w:jc w:val="left"/>
      </w:pPr>
      <w:r>
        <w:rPr>
          <w:rFonts w:ascii="宋体" w:eastAsia="宋体" w:hAnsi="宋体"/>
          <w:sz w:val="28"/>
        </w:rPr>
        <w:t>回所后我认真思考这次参赛的所得所获，有如下总结：</w:t>
      </w:r>
    </w:p>
    <w:p>
      <w:pPr>
        <w:spacing w:before="100" w:after="200" w:line="360" w:lineRule="auto"/>
        <w:ind w:firstLine="576"/>
        <w:jc w:val="left"/>
      </w:pPr>
      <w:r>
        <w:rPr>
          <w:rFonts w:ascii="宋体" w:eastAsia="宋体" w:hAnsi="宋体"/>
          <w:sz w:val="28"/>
        </w:rPr>
        <w:t>第一个是适时调整。这个调整指的是心态和状态，最开始到白洋参加集训，学习和生活上都非常不适应，特别是心理压力，十一位集训选手坐在一个房间里面，每天的理论和实操成绩排名后在群里公布，每天晚上都要面对其他选手和讲师流利过关理论，心理压力非常大，也曾打过退堂鼓，但后期经过黄所、陈所的谈心及自我纾解，我渐渐开始适应环境甚至去享受训练的过程。特情练到一半进入瓶颈期，长时间没有进步，整个人也开始急躁起来，连正确率都无法保证，但通过调节，静下心来又练了一段时间后，不仅速度有所提升，正确率也保持在一个理想的状态。在比赛中，面对来自全省各条高速上的佼佼者，也能调整好心态，正视压力。</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第二个是善于坚持。这三个月中我深刻体会到两句话，第一句是“万事开头难”，集训的第一个星期是最难熬的，作息时间的改变、繁重的学习任务、沉重的竞争压力都让我难以适应，但熬过一周后，身体与大脑都适应了这种节奏；第二句话是“行百里者半九十”，当新鲜感开始褪去，当疲惫刻上心头，此时的坚持最难能可贵。</w:t>
      </w:r>
    </w:p>
    <w:p>
      <w:pPr>
        <w:spacing w:before="100" w:after="200" w:line="360" w:lineRule="auto"/>
        <w:ind w:firstLine="576"/>
        <w:jc w:val="left"/>
      </w:pPr>
      <w:r>
        <w:rPr>
          <w:rFonts w:ascii="宋体" w:eastAsia="宋体" w:hAnsi="宋体"/>
          <w:sz w:val="28"/>
        </w:rPr>
        <w:t>第三个是勇于挑战。在集训中我的同伴和对手是来自公司各个管理所精心培养的优秀员工，实力都非常强劲，三人行必有我师焉，在这种环境中保持自己技能优势的同时学习他人的强项经验，从而补上短板是一个很有意思的事情，大家互相学习，同时进步，每天你追我赶，在这种良性竞争的气氛中，我们有两位选手刷新了公司点钞点卡技能记录。在比赛当天面对两三百位竞争对手，与他们同场考试时不怯场、不畏缩，能够不受影响发挥出自己的正常水平，这也是一种挑战。勇于挑战不仅仅是挑战对手，更要挑战自己，强大的自己来自强大的内心，第一次参加这么长时间的脱产集训，第一次自己选题做PPT到别的支部充当讲师的角色跟同事交流，第一次代表公司参加大型比赛，这些都需要敢于挑战的勇气，同时也需要对自己的肯定及自信。</w:t>
      </w:r>
    </w:p>
    <w:p>
      <w:pPr>
        <w:spacing w:before="100" w:after="200" w:line="360" w:lineRule="auto"/>
        <w:ind w:firstLine="576"/>
        <w:jc w:val="left"/>
      </w:pPr>
      <w:r>
        <w:rPr>
          <w:rFonts w:ascii="宋体" w:eastAsia="宋体" w:hAnsi="宋体"/>
          <w:sz w:val="28"/>
        </w:rPr>
        <w:t>为了参加这次竞赛，我从去年公司的比赛结束后就一直在准备，前期在所不间断的练习为这个目标的完成奠定了一定的基础，让我能够被选入集训队。公司领导经常探班，对我们关怀备至，这在集训及参赛期间给了我们莫大的支持。各个管理所的收费管理员放下所里的事情，轮流陪着我们学习，提供现场知识解答。收费管理部的精心安排，包括出试卷、后期派专人驻守指导，组织解压小游戏等让我们劳逸结合。白洋管理所的周到服务给我们营造了一个良好的生活环境和学习环境，提高了我们的学习效率。</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此次参赛我学到了很多，不仅在业务能力上得到了提升，在语言表达、组织能力、抗压能力等方面也得到了锻炼，对高速行业的发展前景也有了新的认识。回所后我将我参赛所取得的经验传递给了站所的其他同事，让大家都能以一种新的角度去参与竞赛。虽然这次参赛有很多遗憾，但更多的却是收获，我希望自己和各位同事们都能对业务技能保持一种不断寻求进步、寻求突破的心态，守护自己的初心，向着理想不断前进。也真心希望如果以后再有这样的赛事和机会，我能和更多的同事们并肩同行。</w:t>
      </w:r>
    </w:p>
    <w:p>
      <w:pPr>
        <w:spacing w:before="100" w:after="200" w:line="360" w:lineRule="auto"/>
        <w:ind w:firstLine="576"/>
        <w:jc w:val="left"/>
      </w:pPr>
      <w:r>
        <w:rPr>
          <w:rFonts w:ascii="宋体" w:eastAsia="宋体" w:hAnsi="宋体"/>
          <w:sz w:val="28"/>
        </w:rPr>
        <w:t>20xx年5月18日—20日来自各乡镇以及城区的18位参赛选手聚集在马关县城西小学参加此次小学作文教学竞赛，我非常荣幸作为参赛选手参与竞赛并聆听了其他17位参赛教师不同风格的课，我看到参赛的每一位老师都以自己的特色诠释着小学作文课堂教学中生命的对话，真可谓“八仙过海，各显神通”。置身于会场中，倾听着老师们一堂堂精心准备的课，在这里，我亲身领略着他们对教材的深刻解读，感受着他们对课堂的准确把握，体会着他们对学生的密切关注。他们在开启学生智慧大门的同时，也让我学到了很多很多新的教学方法和新的教学理念，下面谈几点自己的感受。</w:t>
      </w:r>
    </w:p>
    <w:p>
      <w:pPr>
        <w:spacing w:before="100" w:after="200" w:line="360" w:lineRule="auto"/>
        <w:jc w:val="left"/>
      </w:pPr>
      <w:r>
        <w:rPr>
          <w:rFonts w:ascii="宋体 (中文正文)" w:eastAsia="宋体" w:hAnsi="宋体 (中文正文)"/>
          <w:b/>
          <w:sz w:val="28"/>
        </w:rPr>
        <w:t>一、较好的体现了新课程标准的理念</w:t>
      </w:r>
    </w:p>
    <w:p>
      <w:pPr>
        <w:spacing w:before="100" w:after="200" w:line="360" w:lineRule="auto"/>
        <w:ind w:firstLine="576"/>
        <w:jc w:val="left"/>
      </w:pPr>
      <w:r>
        <w:rPr>
          <w:rFonts w:ascii="宋体" w:eastAsia="宋体" w:hAnsi="宋体"/>
          <w:sz w:val="28"/>
        </w:rPr>
        <w:t>老师们的教学目标的设立，重难点的确定，环节的设计，教学方法的选择和运用等，都是以新课标为指导，坚持以“学生为主体”的原则，熟读教材，掌握学情，着眼于课堂教学的有效性，勇于创新，大胆尝试，使自己的教学取得了预期的效果。</w:t>
      </w:r>
    </w:p>
    <w:p>
      <w:pPr>
        <w:spacing w:before="100" w:after="200" w:line="360" w:lineRule="auto"/>
        <w:jc w:val="left"/>
      </w:pPr>
      <w:r>
        <w:rPr>
          <w:rFonts w:ascii="宋体 (中文正文)" w:eastAsia="宋体" w:hAnsi="宋体 (中文正文)"/>
          <w:b/>
          <w:sz w:val="28"/>
        </w:rPr>
        <w:t>二、扎实的教学基本功。</w:t>
      </w:r>
    </w:p>
    <w:p>
      <w:pPr>
        <w:spacing w:before="100" w:after="200" w:line="360" w:lineRule="auto"/>
        <w:ind w:firstLine="576"/>
        <w:jc w:val="left"/>
      </w:pPr>
      <w:r>
        <w:rPr>
          <w:rFonts w:ascii="宋体" w:eastAsia="宋体" w:hAnsi="宋体"/>
          <w:sz w:val="28"/>
        </w:rPr>
        <w:t>一些老师亲切自然、脸上始终洋溢着微笑；幽默风趣，课堂调控应变能力强，语言清晰简练，能根据内容的起伏节奏和学生的情感变化及时调整语音语速，具有一定的启发性和感染力，板书工整规范，富有系统性；一些看似简单的语言，却让学生听了很温馨，很感动；一个鼓励的拥抱，却给了学生无尽的信心，立刻拉近了师生之间的距离。</w:t>
      </w:r>
    </w:p>
    <w:p>
      <w:pPr>
        <w:spacing w:before="100" w:after="200" w:line="360" w:lineRule="auto"/>
        <w:jc w:val="left"/>
        <w:sectPr w:rsidSect="00034616">
          <w:type w:val="nextPage"/>
          <w:pgSz w:w="11906" w:h="16838"/>
          <w:pgMar w:top="1440" w:right="1440" w:bottom="1440" w:left="1440" w:header="720" w:footer="720" w:gutter="0"/>
          <w:pgNumType w:start="11"/>
          <w:cols w:space="720"/>
          <w:titlePg w:val="0"/>
          <w:docGrid w:linePitch="360"/>
        </w:sectPr>
      </w:pPr>
      <w:r>
        <w:rPr>
          <w:rFonts w:ascii="宋体 (中文正文)" w:eastAsia="宋体" w:hAnsi="宋体 (中文正文)"/>
          <w:b/>
          <w:sz w:val="28"/>
        </w:rPr>
        <w:t>三、多种方式激发学生的写作兴趣</w:t>
      </w:r>
    </w:p>
    <w:p>
      <w:pPr>
        <w:spacing w:before="100" w:after="200" w:line="360" w:lineRule="auto"/>
        <w:ind w:firstLine="576"/>
        <w:jc w:val="left"/>
      </w:pPr>
      <w:r>
        <w:rPr>
          <w:rFonts w:ascii="宋体" w:eastAsia="宋体" w:hAnsi="宋体"/>
          <w:sz w:val="28"/>
        </w:rPr>
        <w:t>兴趣是写作做好的老师。孔子说：“知之者不如好之者，好之者不如乐之者。”同样，知文者不如好文者，好文者不如乐文者。乐很大程度上是兴趣。有了兴趣，便会在为文的过程中得到满足。</w:t>
      </w:r>
    </w:p>
    <w:p>
      <w:pPr>
        <w:spacing w:before="100" w:after="200" w:line="360" w:lineRule="auto"/>
        <w:ind w:firstLine="576"/>
        <w:jc w:val="left"/>
      </w:pPr>
      <w:r>
        <w:rPr>
          <w:rFonts w:ascii="宋体" w:eastAsia="宋体" w:hAnsi="宋体"/>
          <w:sz w:val="28"/>
        </w:rPr>
        <w:t>根据学生最喜欢做游戏的特点，我精心设计了吹泡泡的游戏内容，游戏前，告诉学生要留意游戏的过程，注意观察泡泡的颜色、形状以及同学的言行和表情。游戏后组织学生说过程。学生玩得兴高采烈，自然会说得兴致勃勃，写起来就不难了，而且有兴趣了。另外都龙的李莲和一小的牛兴艳等老师应用了课件播放视频作为导入也很好的调动了学生的写作兴趣。</w:t>
      </w:r>
    </w:p>
    <w:p>
      <w:pPr>
        <w:spacing w:before="100" w:after="200" w:line="360" w:lineRule="auto"/>
        <w:jc w:val="left"/>
      </w:pPr>
      <w:r>
        <w:rPr>
          <w:rFonts w:ascii="宋体 (中文正文)" w:eastAsia="宋体" w:hAnsi="宋体 (中文正文)"/>
          <w:b/>
          <w:sz w:val="28"/>
        </w:rPr>
        <w:t>四、以说促写，提高学生书面表达能力</w:t>
      </w:r>
    </w:p>
    <w:p>
      <w:pPr>
        <w:spacing w:before="100" w:after="200" w:line="360" w:lineRule="auto"/>
        <w:ind w:firstLine="576"/>
        <w:jc w:val="left"/>
      </w:pPr>
      <w:r>
        <w:rPr>
          <w:rFonts w:ascii="宋体" w:eastAsia="宋体" w:hAnsi="宋体"/>
          <w:sz w:val="28"/>
        </w:rPr>
        <w:t>叶圣陶先生曾明确提出：“作文与说话本是同一目的，只是所用的工具不同而已。所以在说话的经验里可以得到作文的启示。”就是说，说话用口，写文章用笔，二者都为表达思想情感同一目的；为了表达一个意思，可以用口头说话，也可以用笔写成文章。就是我们平常所说的“用我口说我心，用我手写我口”。</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本次作文教学竞赛绝大部分老师实践了这一点，在写作训练时，强调学生先说后写，即在作文时，引导学生说一些关键词接着连词成句，连句成段，让学生整理思路后要把写的内容先说出来再写。学生说过后，就鼓励他们写下来，怎么说就怎么写，以降低写作的难度。这样学生写起来就比较容易。这样不仅提高了学生的口语表达能力，更重要的是通过说话，将口语转化为书面语，最终提高了学生的作文能力。说话训练方式很多，如马白的罗桂惠、浪桥的张大艳等老师应用了看图说话，篾厂的李显芬老师在教学《说说自己的心里话》时应用了创设情境说话等等。不论运用哪种方式，老师们的示范很重要。</w:t>
      </w:r>
    </w:p>
    <w:p>
      <w:pPr>
        <w:spacing w:before="100" w:after="200" w:line="360" w:lineRule="auto"/>
        <w:jc w:val="left"/>
      </w:pPr>
      <w:r>
        <w:rPr>
          <w:rFonts w:ascii="宋体 (中文正文)" w:eastAsia="宋体" w:hAnsi="宋体 (中文正文)"/>
          <w:b/>
          <w:sz w:val="28"/>
        </w:rPr>
        <w:t>五、锐意创新，亮点频频</w:t>
      </w:r>
    </w:p>
    <w:p>
      <w:pPr>
        <w:spacing w:before="100" w:after="200" w:line="360" w:lineRule="auto"/>
        <w:ind w:firstLine="576"/>
        <w:jc w:val="left"/>
      </w:pPr>
      <w:r>
        <w:rPr>
          <w:rFonts w:ascii="宋体" w:eastAsia="宋体" w:hAnsi="宋体"/>
          <w:sz w:val="28"/>
        </w:rPr>
        <w:t>任何一节成功的课，必定含有教师再创造的成分，我们不能一概地说创造得越多就一定是一节好课，但如果没有创造，肯定上不出一节精彩的课。在这次听课中，回味一些教</w:t>
      </w:r>
    </w:p>
    <w:p>
      <w:pPr>
        <w:spacing w:before="100" w:after="200" w:line="360" w:lineRule="auto"/>
        <w:ind w:firstLine="576"/>
        <w:jc w:val="left"/>
      </w:pPr>
      <w:r>
        <w:rPr>
          <w:rFonts w:ascii="宋体" w:eastAsia="宋体" w:hAnsi="宋体"/>
          <w:sz w:val="28"/>
        </w:rPr>
        <w:t>师的课堂，他们除了具有扎实的教学基本功和课堂驾驭能力外，更让人惊喜的是在他们的课堂上总能发现一些教学“亮点”。如在教学《热爱生命》和《生命》两课时李莲老师和韦树红老师就让学生课前收集关于热爱生命的故事在课堂上互相交流，这样不仅让学生意识到了收集材料对写作的重要性，也使学生们在交流的过程中扩展了视野。何元贵、杨朝凤等老师用典型的例子（赵本山和毕福剑）和生活中的人物原型引导学生在描写人物的时候要抓住人物的特点来写，这样才能让人物跃然于纸上。陈贵英老师在学生习作完成后把作文的修改权交给了学生，学生写好作文后期待着学生、老师的评价，这样他们才有成就感。陈老师把学生们的作文投影后让学生找文章中好的地方和需要修改的地方，让学生有一双寻找美的眼睛，有了美的眼睛后才能写出美的文章。鼓励方式多种多样，除了语言上的表扬之外还有鼓励的笑脸，智慧的星星、偶像的照片以及受到肯定的握手和拥抱。</w:t>
      </w:r>
    </w:p>
    <w:p>
      <w:pPr>
        <w:spacing w:before="100" w:after="200" w:line="360" w:lineRule="auto"/>
        <w:jc w:val="left"/>
      </w:pPr>
      <w:r>
        <w:rPr>
          <w:rFonts w:ascii="宋体 (中文正文)" w:eastAsia="宋体" w:hAnsi="宋体 (中文正文)"/>
          <w:b/>
          <w:sz w:val="28"/>
        </w:rPr>
        <w:t>六、打破思维定势，培养学生作文的创新意识</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本次小学作文竞赛成功之余，我个人觉得有点遗憾，我们的参赛教师包括我在内忽视了学生习作时的求异思维。1997年诺贝尔物理奖获得者朱律文教授在比较中外学生差异时指出：＂中国学生学习很刻苦，书本成绩好，但动手能力差，创新精神明显不足。＂长期以来，我们作文教学运用</w:t>
      </w:r>
    </w:p>
    <w:p>
      <w:pPr>
        <w:spacing w:before="100" w:after="200" w:line="360" w:lineRule="auto"/>
        <w:ind w:firstLine="576"/>
        <w:jc w:val="left"/>
      </w:pPr>
      <w:r>
        <w:rPr>
          <w:rFonts w:ascii="宋体" w:eastAsia="宋体" w:hAnsi="宋体"/>
          <w:sz w:val="28"/>
        </w:rPr>
        <w:t>同向思维（即一种定式）的思维方式，使学生思想僵化，不敢创新，不敢越雷池一步。在本次竞赛中不少老师在学生写作之前就出示了范文，这样很大程度上制约了学生的思维，让学生的思维不能在作文的天空中尽情地翱翔。我想在这一点上能不能放手给学生，让他们突破常规思维的束缚，使思维沿着不同方向、不同的角度扩散，得出不一样的结论。这样才能创造出与众不同的，新颖的文章来。</w:t>
      </w:r>
    </w:p>
    <w:p>
      <w:pPr>
        <w:spacing w:before="100" w:after="200" w:line="360" w:lineRule="auto"/>
        <w:ind w:firstLine="576"/>
        <w:jc w:val="left"/>
      </w:pPr>
      <w:r>
        <w:rPr>
          <w:rFonts w:ascii="宋体" w:eastAsia="宋体" w:hAnsi="宋体"/>
          <w:sz w:val="28"/>
        </w:rPr>
        <w:t>以上就是我本次参赛听课的一点愚见，最后我想引用一位老师对我说过的一句话来总结一下这次学习心得：“听到好课是一种享受，听到不好的课更能促进自己的反思，想想自己课上是否也存在这样的问题，通过这样的对比和反思学习，相信听课教师与参赛教师都一样有新的思考，有利于促进自身专业成长，意义是深远的。”</w:t>
      </w:r>
    </w:p>
    <w:p>
      <w:pPr>
        <w:spacing w:before="100" w:after="200" w:line="360" w:lineRule="auto"/>
        <w:ind w:firstLine="576"/>
        <w:jc w:val="left"/>
      </w:pPr>
      <w:r>
        <w:rPr>
          <w:rFonts w:ascii="宋体" w:eastAsia="宋体" w:hAnsi="宋体"/>
          <w:sz w:val="28"/>
        </w:rPr>
        <w:t>为了提高全体员工的职业素养和技能水平，装备公司刃量具厂量辅分厂于近日举行了技能大赛。此次大赛本着“赛出水平，展现量辅风采”这宗旨，让每一位员工都有一展示自我的平台。作为一名新进员工，我也很荣幸的参加了这次竞赛。对此我很感谢厂部及分厂领导给了我这次锻炼的机会。作为一名新人对于这次竞赛我怀着无比的激动和憧憬。</w:t>
      </w:r>
    </w:p>
    <w:p>
      <w:pPr>
        <w:spacing w:before="100" w:after="200" w:line="360" w:lineRule="auto"/>
        <w:ind w:firstLine="576"/>
        <w:jc w:val="left"/>
      </w:pPr>
      <w:r>
        <w:rPr>
          <w:rFonts w:ascii="宋体" w:eastAsia="宋体" w:hAnsi="宋体"/>
          <w:sz w:val="28"/>
        </w:rPr>
        <w:t>比赛已经过去了，但它留给我的不仅仅是最后的那个结束，更多的是比赛过程赋于我的种种思考，现在平静下来的细想比赛过程中的一些点滴细节，心里更多的是不能用言语所能表达的心情和感慨。但那并不意味着失败。在平时学习操作和比赛中，我们汲取了丰富的经验以及认识到专业素质的重要性，以及团队凝聚力的重要性。</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https://d.book118.com/256141203155010102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256141203155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