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混凝土搅拌站年终总结范文（17篇）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混凝土搅拌站年终总结 1 </w:t>
      </w:r>
      <w:r>
        <w:rPr>
          <w:lang w:eastAsia="zh-CN"/>
        </w:rPr>
        <w:br/>
      </w:r>
      <w:r>
        <w:rPr>
          <w:lang w:eastAsia="zh-CN"/>
        </w:rPr>
        <w:t>　　时间飞逝，转眼间20__年已经过去。这一年里是紧张忙碌的一年，也是充实的一年。公司全面完成里年初制定的生产目标，我个人也有不小的提高。</w:t>
      </w:r>
      <w:r>
        <w:rPr>
          <w:lang w:eastAsia="zh-CN"/>
        </w:rPr>
        <w:br/>
      </w:r>
      <w:r>
        <w:rPr>
          <w:lang w:eastAsia="zh-CN"/>
        </w:rPr>
        <w:t>　　自从我到新达工作这几年中，我感觉到去年一年是我个人提高最多的一年，这一年里公司有几件事对我很有影响，年初的整体搬迁，在搬迁过程中，我作为质检员在工作上遇到了很多困难，也有过抱怨，和一些不满，但是我坚持下来了，克服困难完成本职工作，协调配合部门内部及部门之间工作，完成自己的份内工作并基本保证了不出质量事故的大原则。在之后的几个月里，生产任务不多的情况下，我积极的自我调整，适应新站的工作环境和生活环境，恢复好个人状态。</w:t>
      </w:r>
      <w:r>
        <w:rPr>
          <w:lang w:eastAsia="zh-CN"/>
        </w:rPr>
        <w:br/>
      </w:r>
      <w:r>
        <w:rPr>
          <w:lang w:eastAsia="zh-CN"/>
        </w:rPr>
        <w:t>　　在实验室计量认证的时候，我发现不仅是我自己，身边的同事的工作状态都很好，很精神，通力协作配合，积极回复专家组题注的质疑和各方面技术问题，顺利的完成了认证工作。在从认证的准备到最后顺利的完成认证，这一系列的过程里，我不仅仅是重新学习质量标准和技术规范，还系统的学习到了认证工作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后来，公司人事变动，我认真考虑，自我评价，摆正自己的位置积极参与，学习，争取上进。最后提任我做质检班长，我认识到这是部门以及公司领导对我一直以来工作的肯定，同时也是对我的鞭策。在之后的工作上，我也给自己提出新的目标，努力完成领导交给的各个工作，带动质检员全面完成本职工作，并积极学习提高自身素质。</w:t>
      </w:r>
      <w:r>
        <w:rPr>
          <w:lang w:eastAsia="zh-CN"/>
        </w:rPr>
        <w:br/>
      </w:r>
      <w:r>
        <w:rPr>
          <w:lang w:eastAsia="zh-CN"/>
        </w:rPr>
        <w:t>　　一年来，本人能爱岗敬业、创造性地开展工作，取得了一些成绩，但也存在一些问题和不足，主要表现在：</w:t>
      </w:r>
      <w:r>
        <w:rPr>
          <w:lang w:eastAsia="zh-CN"/>
        </w:rPr>
        <w:br/>
      </w:r>
      <w:r>
        <w:rPr>
          <w:lang w:eastAsia="zh-CN"/>
        </w:rPr>
        <w:t>　　第一，质检部班长对我而言是一个新的岗位，许多工作我都是边干边摸索，以致工作起来不能游刃有余，工作效率有待进一步提高；在与别的部门的`工作沟通与配合是没能积极主动，从而出现了一些误会和错误。</w:t>
      </w:r>
      <w:r>
        <w:rPr>
          <w:lang w:eastAsia="zh-CN"/>
        </w:rPr>
        <w:br/>
      </w:r>
      <w:r>
        <w:rPr>
          <w:lang w:eastAsia="zh-CN"/>
        </w:rPr>
        <w:t>　　第二，在验收原材料时不能够理性去面对突发事件，遇事过于冲动。</w:t>
      </w:r>
      <w:r>
        <w:rPr>
          <w:lang w:eastAsia="zh-CN"/>
        </w:rPr>
        <w:br/>
      </w:r>
      <w:r>
        <w:rPr>
          <w:lang w:eastAsia="zh-CN"/>
        </w:rPr>
        <w:t>　　第三，不能够及时准确的掌握工地施工情况缺乏与工地沟通。</w:t>
      </w:r>
      <w:r>
        <w:rPr>
          <w:lang w:eastAsia="zh-CN"/>
        </w:rPr>
        <w:br/>
      </w:r>
      <w:r>
        <w:rPr>
          <w:lang w:eastAsia="zh-CN"/>
        </w:rPr>
        <w:t>　　在新的一年里，自己决心认真提高工作水平，为公司经济跨越式发展，贡献自己应该贡献的力量。我想我应努力做到：第一，加强学习，拓宽知识面。努力学习混凝土专业知识和相关规范常识。严抓混凝土质量关，保证出厂混凝土合格率达到100%。第二，摆正位置，努力当好领导的参谋和助手，为公司营造一个和谐的工作氛围；在工作中一定多请示、勤汇报，坚持做到不越权、不越位、不错位、不失位；第三，注重本部门的工作作风建设，加强管理，团结一致，勤奋工作，形成良好的部门工作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混凝土搅拌站年终总结 2</w:t>
      </w:r>
      <w:r>
        <w:rPr>
          <w:lang w:eastAsia="zh-CN"/>
        </w:rPr>
        <w:br/>
      </w:r>
      <w:r>
        <w:rPr>
          <w:lang w:eastAsia="zh-CN"/>
        </w:rPr>
        <w:t>　　时光飞逝，水月如梭，一转眼功夫我到公司已经三个多月了，回顾这几个月的工作，有成绩也有教训。</w:t>
      </w:r>
      <w:r>
        <w:rPr>
          <w:lang w:eastAsia="zh-CN"/>
        </w:rPr>
        <w:br/>
      </w:r>
      <w:r>
        <w:rPr>
          <w:lang w:eastAsia="zh-CN"/>
        </w:rPr>
        <w:t>　　一、工作方面</w:t>
      </w:r>
      <w:r>
        <w:rPr>
          <w:lang w:eastAsia="zh-CN"/>
        </w:rPr>
        <w:br/>
      </w:r>
      <w:r>
        <w:rPr>
          <w:lang w:eastAsia="zh-CN"/>
        </w:rPr>
        <w:t>　　在这段时间的工作中，做好每天的取样成型及检测试块的压力值。对每天进厂的原材料(如：水泥、粉煤灰、矿粉，外加剂，粗骨料，细骨料)进行检测，如：检测水泥的净浆流动度及细度，水泥胶砂强度，还有粉煤灰的细度及需水等等。按照标准要求正确规范的进行每一样材料的检测，如有不合格及时通知并要求退货。对于目前的材料检测操作流程和标准要求已经基本掌握，在以后的工作中就是要通过多做实验来累积经验，让自己通过观察和感觉能够比较准确的估计出他们的`真实值。当然，我还有很多需要去学习，比如配合比的设计，各种级配的设计，对于目前学到基本技能远远不够，在今后的工作还要请教老邓师傅，还要继续付出更多的努力，还要花费更多的心思到工作中来。</w:t>
      </w:r>
      <w:r>
        <w:rPr>
          <w:lang w:eastAsia="zh-CN"/>
        </w:rPr>
        <w:br/>
      </w:r>
      <w:r>
        <w:rPr>
          <w:lang w:eastAsia="zh-CN"/>
        </w:rPr>
        <w:t>　　二、学习方面</w:t>
      </w:r>
      <w:r>
        <w:rPr>
          <w:lang w:eastAsia="zh-CN"/>
        </w:rPr>
        <w:br/>
      </w:r>
      <w:r>
        <w:rPr>
          <w:lang w:eastAsia="zh-CN"/>
        </w:rPr>
        <w:t>　　通过工作的空闲时间在实验室里查看各种实验检测标准，学习实验操作步骤等资料。在今后工作还需积极主动去请教老师傅，要用虚心好学的精神去学习，从而把我们所学的知识与实际操作相结合，把我们的理论知识更好的运用到实际中去。</w:t>
      </w:r>
      <w:r>
        <w:rPr>
          <w:lang w:eastAsia="zh-CN"/>
        </w:rPr>
        <w:br/>
      </w:r>
      <w:r>
        <w:rPr>
          <w:lang w:eastAsia="zh-CN"/>
        </w:rPr>
        <w:t>　　三、态度方面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刚刚进入一个新的工作环境，有很多事情还没有完全去适应，但是我会时刻要求我自己，牢记岗位职责，努力做好自己的本职工作。力求在今后工作中做得最好。对于这段时间我的表现，或许在工作中存在不足之处，希望领导和各位同事多多指教，常言道：“别人是帮助自己找出不足的最好镜子”。对于大家指出的缺点，我会去改正，希望大家多多指点。</w:t>
      </w:r>
      <w:r>
        <w:rPr>
          <w:lang w:eastAsia="zh-CN"/>
        </w:rPr>
        <w:br/>
      </w:r>
      <w:r>
        <w:rPr>
          <w:lang w:eastAsia="zh-CN"/>
        </w:rPr>
        <w:t>　　总结：通过这段时间的工作，让我从中不仅学到技能知识，还学会了如何更好的去学会沟通，处好人际关系，能更加积极主动去跟别人学习新技能，在今后工作中得继续付出百倍的努力。</w:t>
      </w:r>
      <w:r>
        <w:rPr>
          <w:lang w:eastAsia="zh-CN"/>
        </w:rPr>
        <w:br/>
      </w:r>
      <w:r>
        <w:rPr>
          <w:lang w:eastAsia="zh-CN"/>
        </w:rPr>
        <w:t>　　混凝土搅拌站年终总结 3</w:t>
      </w:r>
      <w:r>
        <w:rPr>
          <w:lang w:eastAsia="zh-CN"/>
        </w:rPr>
        <w:br/>
      </w:r>
      <w:r>
        <w:rPr>
          <w:lang w:eastAsia="zh-CN"/>
        </w:rPr>
        <w:t>　　毋庸置疑，在过去的工作中，机修班的全体员工在厂里各领导和设备科的带领下，严格遵守厂里的各项规章制度，从各方面严格要求自己。一直以来坚持以厂里的实际情况为出发点，以保障机器的正常运转为前提，最大限度的降低维修成本和缩短维修工时为目标，不断学习，总结工作经验与教训。虽然机修工种工作环境比较复杂，但机修组的每位成员都勤奋肯干，发扬不怕吃苦、团结拼搏的精神，不断提高了自身的职业道德素质和职业技能水平。从而在面临的'一系列挑战中出色的完成了各项任务，为各个车间能按时完成各项生产任务打下了良好的基础。</w:t>
      </w:r>
      <w:r>
        <w:rPr>
          <w:lang w:eastAsia="zh-CN"/>
        </w:rPr>
        <w:br/>
      </w:r>
      <w:r>
        <w:rPr>
          <w:lang w:eastAsia="zh-CN"/>
        </w:rPr>
        <w:t>　　在各位领导和全体机修成员的共同努力下，取得了以下比较突出的成绩：</w:t>
      </w:r>
      <w:r>
        <w:rPr>
          <w:lang w:eastAsia="zh-CN"/>
        </w:rPr>
        <w:br/>
      </w:r>
      <w:r>
        <w:rPr>
          <w:lang w:eastAsia="zh-CN"/>
        </w:rPr>
        <w:t>　　一、完成了锅炉内部进水管及排水管管道结垢的疏通和炉排断裂等修理任务。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二、按时完成了酸洗净化塔底座及叶轮的更换以及底座的改造任务，使抽风系统运转时震动性更小，系统更稳定。</w:t>
      </w:r>
      <w:r>
        <w:rPr>
          <w:lang w:eastAsia="zh-CN"/>
        </w:rPr>
        <w:br/>
      </w:r>
      <w:r>
        <w:rPr>
          <w:lang w:eastAsia="zh-CN"/>
        </w:rPr>
        <w:t>　　三、五月份出色的完成了上海八台螺栓机的气管、油路的清理及部分零部件的更换与安装工作，并且在不足两个月的时间内部顺利调试成功且投入生产，为以后的产量任务的完成提供了保障。</w:t>
      </w:r>
      <w:r>
        <w:rPr>
          <w:lang w:eastAsia="zh-CN"/>
        </w:rPr>
        <w:br/>
      </w:r>
      <w:r>
        <w:rPr>
          <w:lang w:eastAsia="zh-CN"/>
        </w:rPr>
        <w:t>　　四、安全环保意识和安全措施的不断加强和完善，特别是通过了六月份的一系列安全活动，使每个员工意识到安全生产的重要性，安全环保意识深入人心。</w:t>
      </w:r>
      <w:r>
        <w:rPr>
          <w:lang w:eastAsia="zh-CN"/>
        </w:rPr>
        <w:br/>
      </w:r>
      <w:r>
        <w:rPr>
          <w:lang w:eastAsia="zh-CN"/>
        </w:rPr>
        <w:t>　　当然，在工作过程中也存在一些不足之处，主要有：</w:t>
      </w:r>
      <w:r>
        <w:rPr>
          <w:lang w:eastAsia="zh-CN"/>
        </w:rPr>
        <w:br/>
      </w:r>
      <w:r>
        <w:rPr>
          <w:lang w:eastAsia="zh-CN"/>
        </w:rPr>
        <w:t>　　一、维修人员理论水平有待提高，特别是对机械原理，各机构在机械中的作用、公差与配合、液压系统及材料热处理等方面认知较少，相关维修技术比较薄弱。</w:t>
      </w:r>
      <w:r>
        <w:rPr>
          <w:lang w:eastAsia="zh-CN"/>
        </w:rPr>
        <w:br/>
      </w:r>
      <w:r>
        <w:rPr>
          <w:lang w:eastAsia="zh-CN"/>
        </w:rPr>
        <w:t>　　二、零件热处理后的硬度，塑性和疲劳强度等综合力学性能不能满足使用要求，加工后成品的形位误差有时因超过理论产品的极限值而需再加工甚至报废，从而直接影响维修进度和机器的使用性能，又提高了加工成本和维修费用。</w:t>
      </w:r>
      <w:r>
        <w:rPr>
          <w:lang w:eastAsia="zh-CN"/>
        </w:rPr>
        <w:br/>
      </w:r>
      <w:r>
        <w:rPr>
          <w:lang w:eastAsia="zh-CN"/>
        </w:rPr>
        <w:t>　　三、维修人员较少，制作任务偏重、工作环境比较复杂。为了确保一百多台生产设备及行车、锅炉、水处理站、酸洗净化塔及各种管道等辅助设备的正常运转已捉襟见肘，再加上各种制作任务，机器的人为损坏和晚上突发性的维修任务更是力不从心，劳动强度较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四、设备保养力度严重不够，特别体现在行车、管道、各种泵类的检修，人员不足是主要原因之一。</w:t>
      </w:r>
      <w:r>
        <w:rPr>
          <w:lang w:eastAsia="zh-CN"/>
        </w:rPr>
        <w:br/>
      </w:r>
      <w:r>
        <w:rPr>
          <w:lang w:eastAsia="zh-CN"/>
        </w:rPr>
        <w:t>　　五、对维修工时和维修费用的相关考核还不够细化，在以后的工作中将通过各种形式努力做到不断完善和健全，争取不断减少维修工时和降低维修费用，提高机器零部件的回收再利用率。</w:t>
      </w:r>
      <w:r>
        <w:rPr>
          <w:lang w:eastAsia="zh-CN"/>
        </w:rPr>
        <w:br/>
      </w:r>
      <w:r>
        <w:rPr>
          <w:lang w:eastAsia="zh-CN"/>
        </w:rPr>
        <w:t>　　六、车间无固定休息场所。现有的短袖工作服不利于焊接氧割作业。</w:t>
      </w:r>
      <w:r>
        <w:rPr>
          <w:lang w:eastAsia="zh-CN"/>
        </w:rPr>
        <w:br/>
      </w:r>
      <w:r>
        <w:rPr>
          <w:lang w:eastAsia="zh-CN"/>
        </w:rPr>
        <w:t>　　混凝土搅拌站年终总结 4</w:t>
      </w:r>
      <w:r>
        <w:rPr>
          <w:lang w:eastAsia="zh-CN"/>
        </w:rPr>
        <w:br/>
      </w:r>
      <w:r>
        <w:rPr>
          <w:lang w:eastAsia="zh-CN"/>
        </w:rPr>
        <w:t>　　回顾这一年来，襄北车间修配所在段、车间的正确领导下，认真贯彻执行段及车间下达的各项生产经营目标，通过大家的不懈努力，共维修和养护冲击镐200余次、内燃扳手60余次、发电机30余次、锯轨机20余次。其中针对站场设备大整治活动的开展，加工曲尖轨加强板20余套。我们始终以为段、车间做好各项服务后勤为已任，保障了车间机械设备的正常运行。我在此将襄北车间修配所这一年来的主要工作总结如下：</w:t>
      </w:r>
      <w:r>
        <w:rPr>
          <w:lang w:eastAsia="zh-CN"/>
        </w:rPr>
        <w:br/>
      </w:r>
      <w:r>
        <w:rPr>
          <w:lang w:eastAsia="zh-CN"/>
        </w:rPr>
        <w:t>　　（一）强化安全管理，确保安全生产有规可循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安全第一”是企业生产的基础，是我们做好各项工作的前提条件，襄北车间修配所现有专职人员4人，主要担负着车间各类工件制作加工和机械设备的维修和养护工作，同时还要兼顾现场的锯轨、配轨、钻眼工作，安全生产对我们显得尤为重要。为此，我们不断学习各种规章制度，牢固树立“安全第一”的思想理念，让每一名职工深刻认识到安全生产的重要性，时刻提醒和督促自己必须重视安全，使安全警钟长鸣，并结合实际制定了相应的措施和管理办法。今年5月在车间的领导下，车间修配所参加了联合消防演习，我们都积极参与到此次演习中来。通过此次演习进一步加强了我们的消防安全责任意识，同时增强了面对火灾等突发事件同各工区的配合协作及应变能力。车间还多次组织机修工进行安全知识培训和安全事故案例学习。鼓励大家通过学习，积极结合自身的实际情况，仔细查摆找身边的安全隐患，将其扼杀在萌芽状态中，从而杜绝安全事故的发生。把安全生产真正落实到实处。</w:t>
      </w:r>
      <w:r>
        <w:rPr>
          <w:lang w:eastAsia="zh-CN"/>
        </w:rPr>
        <w:br/>
      </w:r>
      <w:r>
        <w:rPr>
          <w:lang w:eastAsia="zh-CN"/>
        </w:rPr>
        <w:t>　　（二）攻克难关，重视科技进步，促进生产任务的全面完成。</w:t>
      </w:r>
      <w:r>
        <w:rPr>
          <w:lang w:eastAsia="zh-CN"/>
        </w:rPr>
        <w:br/>
      </w:r>
      <w:r>
        <w:rPr>
          <w:lang w:eastAsia="zh-CN"/>
        </w:rPr>
        <w:t>　　襄北站场由于车流量大、调车作业频繁，导致线路状态高低不良、路基下沉等线路病害问题。如何利用和发挥好机械设备的作用就显得尤为突出。我们不等不靠，根据实际情况制定相应措施，针对如何延长机械使用寿命狠下功夫。为不耽误车间各项生产任务的顺利开展，我们经常深入到工地上，现场解决问题、处理设备故障，受到了同志们的普遍好评。自11月上旬车间开展站场设备大整治活动以来，如何防止尖轨断裂和错牙成为攻关课题。我们积极开动脑筋，利用手中现有材料，通过加工并安装曲尖轨加强板的方法解决了这一难题。共计加工20余套。为段、车间节约了成本，为确保站场行车安全提供了强有力的保障。</w:t>
      </w:r>
      <w:r>
        <w:rPr>
          <w:lang w:eastAsia="zh-CN"/>
        </w:rPr>
        <w:br/>
      </w:r>
      <w:r>
        <w:rPr>
          <w:lang w:eastAsia="zh-CN"/>
        </w:rPr>
        <w:t>　　（三）以提高职工的素质为目标，抓好职工教育工作。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培养一支德才兼备的机修工队伍一直是机修工作的重点之一。为此，段、车间始终将机修工培训工作放在首位，长抓不懈。为提高机修工的技术水平，增强机修工的实际操作能力，按照段相关要求，车间多次地让我们参加段组织的机修工业务培训。车间结合自身实际，组织管内各工区专（兼）职机修工进行培训。为确保培训质量，不让培训走过场，同时又针对工区日常生产任务繁忙的'实际情况将培训每天分为上、下午两班，即大家轮流培训的方式，让大家生产学习两不误。通过二个星期的理论与实际培训，大家的业务能力及专业水平都得到较大提高。</w:t>
      </w:r>
      <w:r>
        <w:rPr>
          <w:lang w:eastAsia="zh-CN"/>
        </w:rPr>
        <w:br/>
      </w:r>
      <w:r>
        <w:rPr>
          <w:lang w:eastAsia="zh-CN"/>
        </w:rPr>
        <w:t>　　工作规划</w:t>
      </w:r>
      <w:r>
        <w:rPr>
          <w:lang w:eastAsia="zh-CN"/>
        </w:rPr>
        <w:br/>
      </w:r>
      <w:r>
        <w:rPr>
          <w:lang w:eastAsia="zh-CN"/>
        </w:rPr>
        <w:t>　　1、我们将继续围绕安全生产为中心，认真贯彻执行段、车间下达的各项生产经营计划，把安全生产放在首位，保质保量完成上级下达的各项生产计划。</w:t>
      </w:r>
      <w:r>
        <w:rPr>
          <w:lang w:eastAsia="zh-CN"/>
        </w:rPr>
        <w:br/>
      </w:r>
      <w:r>
        <w:rPr>
          <w:lang w:eastAsia="zh-CN"/>
        </w:rPr>
        <w:t>　　2、积极推行“5S”管理，实现清洁生产。加强美化车间修配所内部工作环境，使职工上班有一个整洁的氛围。</w:t>
      </w:r>
      <w:r>
        <w:rPr>
          <w:lang w:eastAsia="zh-CN"/>
        </w:rPr>
        <w:br/>
      </w:r>
      <w:r>
        <w:rPr>
          <w:lang w:eastAsia="zh-CN"/>
        </w:rPr>
        <w:t>　　3、 继续发挥好后勤保障职能，维修和养护好车间的所有机械设备，使它们随时都能保持一种高效的运转能力。</w:t>
      </w:r>
      <w:r>
        <w:rPr>
          <w:lang w:eastAsia="zh-CN"/>
        </w:rPr>
        <w:br/>
      </w:r>
      <w:r>
        <w:rPr>
          <w:lang w:eastAsia="zh-CN"/>
        </w:rPr>
        <w:t>　　4、不断开拓创新，积思广益，增强驾驭新设备的技术能力。</w:t>
      </w:r>
      <w:r>
        <w:rPr>
          <w:lang w:eastAsia="zh-CN"/>
        </w:rPr>
        <w:br/>
      </w:r>
      <w:r>
        <w:rPr>
          <w:lang w:eastAsia="zh-CN"/>
        </w:rPr>
        <w:t>　　混凝土搅拌站年终总结 5</w:t>
      </w:r>
      <w:r>
        <w:rPr>
          <w:lang w:eastAsia="zh-CN"/>
        </w:rPr>
        <w:br/>
      </w:r>
      <w:r>
        <w:rPr>
          <w:lang w:eastAsia="zh-CN"/>
        </w:rPr>
        <w:t>　　混凝土分公司于20__年3月18日成立，一年来，在公司的正确领导及兄弟单位的大力支持下，紧紧围绕公司制定的各项目标任务，全体员工以崭新的面貌以及积极的团队精神，努力在平凡的岗位上做好自己的工作，各项工作都有条不紊的进行，现将工作总结如下：</w:t>
      </w:r>
      <w:r>
        <w:rPr>
          <w:lang w:eastAsia="zh-CN"/>
        </w:rPr>
        <w:br/>
      </w:r>
      <w:r>
        <w:rPr>
          <w:lang w:eastAsia="zh-CN"/>
        </w:rPr>
        <w:t>　　一、全年各项工作完成情况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（一）分公司整体运营良好，完成各项指标。</w:t>
      </w:r>
      <w:r>
        <w:rPr>
          <w:lang w:eastAsia="zh-CN"/>
        </w:rPr>
        <w:br/>
      </w:r>
      <w:r>
        <w:rPr>
          <w:lang w:eastAsia="zh-CN"/>
        </w:rPr>
        <w:t>　　20__年，混凝土分公司主要任务集中在阳安二线项目部混凝土加工运输、临白项目部混凝土加工运输及预制、宁西二线项目部弹性支撑块预制。截止20__年12月30日，宁西二线预制厂工作已基本完成，临白搅拌站。新开麟游搅拌站正在。</w:t>
      </w:r>
      <w:r>
        <w:rPr>
          <w:lang w:eastAsia="zh-CN"/>
        </w:rPr>
        <w:br/>
      </w:r>
      <w:r>
        <w:rPr>
          <w:lang w:eastAsia="zh-CN"/>
        </w:rPr>
        <w:t>　　（二）建章立制，保障各项工作有章可循。</w:t>
      </w:r>
      <w:r>
        <w:rPr>
          <w:lang w:eastAsia="zh-CN"/>
        </w:rPr>
        <w:br/>
      </w:r>
      <w:r>
        <w:rPr>
          <w:lang w:eastAsia="zh-CN"/>
        </w:rPr>
        <w:t>　　依据公司的有关文件规定，结合分公司的实际制定了《混凝土分公司混凝土运输、泵送设备经营管理办法》、《混凝土分公司作业队管理办法实施细则》、《混凝土分公司拌合设备按、拆、维修专业化队伍管理办法》等各项实施细则，并按照文件规定进行了严格执行，把制度落到实处，从而保障了工作有章可循，有据可依，有理可讲，增强和提高了员工按章办事的意识及自我提高的积极性。</w:t>
      </w:r>
      <w:r>
        <w:rPr>
          <w:lang w:eastAsia="zh-CN"/>
        </w:rPr>
        <w:br/>
      </w:r>
      <w:r>
        <w:rPr>
          <w:lang w:eastAsia="zh-CN"/>
        </w:rPr>
        <w:t>　　（三）安全教育工作常抓不懈。</w:t>
      </w:r>
      <w:r>
        <w:rPr>
          <w:lang w:eastAsia="zh-CN"/>
        </w:rPr>
        <w:br/>
      </w:r>
      <w:r>
        <w:rPr>
          <w:lang w:eastAsia="zh-CN"/>
        </w:rPr>
        <w:t>　　1、为加强施工工程中的安全质量管理，有效地预防和减少安全质量事故的发生，结合国家有关安全质量管理法律、法规和集团公司、公司安全质量管理的有关要求，制度了混凝土分公司安全质量管理办法。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分公司成立了以经理为组长，副经理、项目总工程师为副组长，分公司相关职能部门、安全工程师、站、队负责人、技术负责人及安全员为组员的安全领导小组。安检工程师负责日常的安全工作的落实，督促员工按有关规定进行生产，分公司相关职能部门提供安全施工的保障及协助工作，同时在站、队、班组都设兼职安全员。</w:t>
      </w:r>
      <w:r>
        <w:rPr>
          <w:lang w:eastAsia="zh-CN"/>
        </w:rPr>
        <w:br/>
      </w:r>
      <w:r>
        <w:rPr>
          <w:lang w:eastAsia="zh-CN"/>
        </w:rPr>
        <w:t>　　3、明确安全生产教育、培训和安全生产检查制度。坚持强化安全生产教育、培训工作，去年组织临白、阳安二线员工学习搅拌站安全操作，进行全员安全教育闭卷考试，通过不间断的`灌输安全生产知识、安全生产制度和法规等，在员工中树立“安全第一、预防为主”的指导思想，从而增强安全意识。同时，明确规定安全生产检查制度，每周由安全工程师组织站、队施工安全领导小组对各办公室、宿舍及施工现场进行全面的安全检查，查找存在的问题，做好记录，建立登记、整改、消项制度，把安全工作渗透到生产管理的各个环节中去，实实在在的做好安全工作。</w:t>
      </w:r>
      <w:r>
        <w:rPr>
          <w:lang w:eastAsia="zh-CN"/>
        </w:rPr>
        <w:br/>
      </w:r>
      <w:r>
        <w:rPr>
          <w:lang w:eastAsia="zh-CN"/>
        </w:rPr>
        <w:t>　　（四）围绕中心，服务大局，后勤工作卓有成效。</w:t>
      </w:r>
      <w:r>
        <w:rPr>
          <w:lang w:eastAsia="zh-CN"/>
        </w:rPr>
        <w:br/>
      </w:r>
      <w:r>
        <w:rPr>
          <w:lang w:eastAsia="zh-CN"/>
        </w:rPr>
        <w:t>　　制度建设方面，先后制定了《车辆管理制度》、《员工考勤制度》、《混凝土分公司员工管理办法》《混凝土分公司人员培训管理办法》等多项管理制度，使公司的发展建立在有章可循、有法可依的基础上。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了规范分公司人员培训工作，提高分公司人员素质，促进分公司管理水平和经济效益的提高，根据项目生产经营目标需要，结合施工特点、重点、难点，重点对施工技术、安全、质量、物资设备管理等内容进行培训。同时，规范食堂管理，健全各项规章制度，专人管理，保障职工吃饱、吃好，保证晚下班的员工及因工误点人员吃上热饭。“五一”联合租赁、钢结构分公司组织拔河比赛，增进友谊；中秋佳节，给施工一线的员工送月饼、员工聚餐，使员工感受到集体大家庭的温暖，从而鼓舞员工士气、提升员工素质，改善员工工作生活条件，促进项目管理水平。</w:t>
      </w:r>
      <w:r>
        <w:rPr>
          <w:lang w:eastAsia="zh-CN"/>
        </w:rPr>
        <w:br/>
      </w:r>
      <w:r>
        <w:rPr>
          <w:lang w:eastAsia="zh-CN"/>
        </w:rPr>
        <w:t>　　二、20__年的工作计划</w:t>
      </w:r>
      <w:r>
        <w:rPr>
          <w:lang w:eastAsia="zh-CN"/>
        </w:rPr>
        <w:br/>
      </w:r>
      <w:r>
        <w:rPr>
          <w:lang w:eastAsia="zh-CN"/>
        </w:rPr>
        <w:t>　　（一）追求项目管理精细化。</w:t>
      </w:r>
      <w:r>
        <w:rPr>
          <w:lang w:eastAsia="zh-CN"/>
        </w:rPr>
        <w:br/>
      </w:r>
      <w:r>
        <w:rPr>
          <w:lang w:eastAsia="zh-CN"/>
        </w:rPr>
        <w:t>　　依据《中铁七局集团项目精细化管理手册》中工程项目标准化管理体系制度，建立健全“以责任成本为核心”的项目预算管理，进一步规范管理行为、优化管理手段，实现项目管理标准化与信息化的结合，强化全员、全过程的成本管控，堵塞效益流失的漏洞。</w:t>
      </w:r>
      <w:r>
        <w:rPr>
          <w:lang w:eastAsia="zh-CN"/>
        </w:rPr>
        <w:br/>
      </w:r>
      <w:r>
        <w:rPr>
          <w:lang w:eastAsia="zh-CN"/>
        </w:rPr>
        <w:t>　　（二）加强“家”文化建设。</w:t>
      </w:r>
      <w:r>
        <w:rPr>
          <w:lang w:eastAsia="zh-CN"/>
        </w:rPr>
        <w:br/>
      </w:r>
      <w:r>
        <w:rPr>
          <w:lang w:eastAsia="zh-CN"/>
        </w:rPr>
        <w:t>　　将进一步细化、规范分公司各部门业务流程，完善部门制度，继续明确各科室的岗位职责，规范员工行为，加强企业“家”文化宣传力度，明年将继续在原有宣传栏的基础上、增加“家”文化宣传及安全宣传力度，使员工对“家文化”的了解更加深入、让企业精神植根于我们分公司的每一个角落。</w:t>
      </w:r>
      <w:r>
        <w:rPr>
          <w:lang w:eastAsia="zh-CN"/>
        </w:rPr>
        <w:br/>
      </w:r>
      <w:r>
        <w:rPr>
          <w:lang w:eastAsia="zh-CN"/>
        </w:rPr>
        <w:t>　　（三）继续抓安全质量生产。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坚持“四到位”即：安全督导责任到位。站、队、班组的安全员要严格执行“自检、互检、专检”制度，安检工程师要在安全生产中起到监督作用。安全培训责任到位。强化安全生产教育培训，依据管段施工情况结合安全事故案例定期进行安全教育学习，进一步提高全员的安全生产意识，规范安全生产管理行为和施工行为，坚决杜绝“违章指挥、违章作业、违反劳动纪律”的现象，积极营造良好的安全生产氛围。隐患排查整改到位。安全领导小组要定期对下属施工现场进行检查，要将安全生产检查工作做到经常化、制度化、规范化。安全责任追究到位。在强化全员安全生产意识过程中，要求项目部现场技术人员、安全人员与施工队共担责任和风险，严格执行《安全生产奖惩办法》。</w:t>
      </w:r>
      <w:r>
        <w:rPr>
          <w:lang w:eastAsia="zh-CN"/>
        </w:rPr>
        <w:br/>
      </w:r>
      <w:r>
        <w:rPr>
          <w:lang w:eastAsia="zh-CN"/>
        </w:rPr>
        <w:t>　　总之，分公司全体员工明年将继续秉承“发展为本效益领先回馈员工奉献社会”的经营理念，自强不息，凝心聚力，抓近谋远，做好生产、管理等各项工作，奋力完成全年工作任务，切实增强工作的主动性、前瞻性和创造性。</w:t>
      </w:r>
      <w:r>
        <w:rPr>
          <w:lang w:eastAsia="zh-CN"/>
        </w:rPr>
        <w:br/>
      </w:r>
      <w:r>
        <w:rPr>
          <w:lang w:eastAsia="zh-CN"/>
        </w:rPr>
        <w:t>　　20__年，是我们非常期待的一年，我相信在公司的正确决策和领导下，在混凝土分公司全体员工的共同努力下，一定能完成更好的成绩，我们将齐心协力，再创辉煌。</w:t>
      </w:r>
      <w:r>
        <w:rPr>
          <w:lang w:eastAsia="zh-CN"/>
        </w:rPr>
        <w:br/>
      </w:r>
      <w:r>
        <w:rPr>
          <w:lang w:eastAsia="zh-CN"/>
        </w:rPr>
        <w:t>　　混凝土搅拌站年终总结 6</w:t>
      </w:r>
      <w:r>
        <w:rPr>
          <w:lang w:eastAsia="zh-CN"/>
        </w:rPr>
        <w:br/>
      </w:r>
      <w:r>
        <w:rPr>
          <w:lang w:eastAsia="zh-CN"/>
        </w:rPr>
        <w:t>　　一年来本人立足本职工作，深挖潜力，继续深造，在工作中严格要求自己，加大工作力度，主动参与车间快修组管理工作，圆满完成公司交给的各项工作任务。</w:t>
      </w:r>
      <w:r>
        <w:rPr>
          <w:lang w:eastAsia="zh-CN"/>
        </w:rPr>
        <w:br/>
      </w:r>
      <w:r>
        <w:rPr>
          <w:lang w:eastAsia="zh-CN"/>
        </w:rPr>
        <w:t>　　一、立足本职，自取得技师证书后，在工作中更加努力，主动完成公司领导交给的各项任务。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对下达的各项工作任务，仔细研究和审核，出现问题及时和技术人员沟通解决维修中的难题，配合车间经理完善各项管理工作。主动倡导新管理制度和新技术，使所在的车间、班组管理完善，作风严谨、技术力量过硬，能够超额完成公司交给的各项任务，主动配合其他小组的维修工作，并取得较好的经济效益。在管理方面严格执行公司下达的各项文件和管理制度。在维修质量和维修台次方面多下力气，使公司的营业额登上一个新的台阶，为公司的发展做出自己的贡献。</w:t>
      </w:r>
      <w:r>
        <w:rPr>
          <w:lang w:eastAsia="zh-CN"/>
        </w:rPr>
        <w:br/>
      </w:r>
      <w:r>
        <w:rPr>
          <w:lang w:eastAsia="zh-CN"/>
        </w:rPr>
        <w:t>　　二、不断进行各种知识学习，提高业务技术水平。取得技维修师证书后，不仅熟练掌握本工种操作技能和较为先进的`汽车技术，促进公司车间班组内各项技术提高，又能深入生产现场主动和技术人员，班组管理人员探讨技术难题，提出解决办法。平时在工作中遇到的技术难题都主动参与攻关。在20__年解决难题共20多项。还能将所有技术毫无保留的传授给学员，能够做到细致耐心、态度诚恳，并促进学徒学以致用。教学相结合，理论联系实际，互相学习，互相督促。</w:t>
      </w:r>
      <w:r>
        <w:rPr>
          <w:lang w:eastAsia="zh-CN"/>
        </w:rPr>
        <w:br/>
      </w:r>
      <w:r>
        <w:rPr>
          <w:lang w:eastAsia="zh-CN"/>
        </w:rPr>
        <w:t>　　三、安全生产两手抓，在完成任务的同时，更加注重安全工作，能够正确认识安全与生产的关系，带头遵章守纪，做到了安全第一，不安全不生产。</w:t>
      </w:r>
      <w:r>
        <w:rPr>
          <w:lang w:eastAsia="zh-CN"/>
        </w:rPr>
        <w:br/>
      </w:r>
      <w:r>
        <w:rPr>
          <w:lang w:eastAsia="zh-CN"/>
        </w:rPr>
        <w:t>　　每日工作前进行危险源辨识、三位一体、手指口述工作后，进行自检，对安全隐患及时进行排查排除，将安全隐患消失在萌芽状态。自取得技师资格证以来，本人及所在管辖车间没有发生过任何违章指挥、三违事故，有力的支持公司的安全工作。</w:t>
      </w:r>
      <w:r>
        <w:rPr>
          <w:lang w:eastAsia="zh-CN"/>
        </w:rPr>
        <w:br/>
      </w:r>
      <w:r>
        <w:rPr>
          <w:lang w:eastAsia="zh-CN"/>
        </w:rPr>
        <w:t>　　四、端正劳动态度，服从领导安排，工作任劳任怨，安心本职工作，遵守各项管理制度，对组织安排工作，尽心尽力主动完成。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平时工作中团结同志、遵守职业道德、无不良行为。带领职工共同维护文明氛围，形成互劳互助、互相督促、互相监督的优良工作环境。</w:t>
      </w:r>
      <w:r>
        <w:rPr>
          <w:lang w:eastAsia="zh-CN"/>
        </w:rPr>
        <w:br/>
      </w:r>
      <w:r>
        <w:rPr>
          <w:lang w:eastAsia="zh-CN"/>
        </w:rPr>
        <w:t>　　以上是本人取得维修技师资格以来工作总结，在今后的工作中，我将继续不断地学习，从而提高自身业务技能水平，钻研新知识新技术，不断深入现场，在实践中增长才干。了解车间里的生产困难，解决实际问题，创造性的开展工作，充分发挥个人的所长为京宝行的发展多做贡献。</w:t>
      </w:r>
      <w:r>
        <w:rPr>
          <w:lang w:eastAsia="zh-CN"/>
        </w:rPr>
        <w:br/>
      </w:r>
      <w:r>
        <w:rPr>
          <w:lang w:eastAsia="zh-CN"/>
        </w:rPr>
        <w:t>　　混凝土搅拌站年终总结 7</w:t>
      </w:r>
      <w:r>
        <w:rPr>
          <w:lang w:eastAsia="zh-CN"/>
        </w:rPr>
        <w:br/>
      </w:r>
      <w:r>
        <w:rPr>
          <w:lang w:eastAsia="zh-CN"/>
        </w:rPr>
        <w:t>　　紧张忙碌的20__年已成为辉煌，海森公司在马董事长和翟总的领导下，全体同仁、团结一致、同心同德、相互协作，顽强拼搏，为公司的发展凝聚和付出了极大的艰辛和汗水，取得了优异的成绩。20__年工作全面展开，预示着我们今年的工作仍将充满着挑战。为此，我们有必要对过去的工作认真总结，保持清醒认识，并着手准备应对20__年我们将面对的新形势和新问题，下面我对营销部的工作进行总结、汇报并提出20__年工作设想和要求，不妥之处，请大家指正。</w:t>
      </w:r>
      <w:r>
        <w:rPr>
          <w:lang w:eastAsia="zh-CN"/>
        </w:rPr>
        <w:br/>
      </w:r>
      <w:r>
        <w:rPr>
          <w:lang w:eastAsia="zh-CN"/>
        </w:rPr>
        <w:t>　　一、20__年的工作回顾及成绩</w:t>
      </w:r>
      <w:r>
        <w:rPr>
          <w:lang w:eastAsia="zh-CN"/>
        </w:rPr>
        <w:br/>
      </w:r>
      <w:r>
        <w:rPr>
          <w:lang w:eastAsia="zh-CN"/>
        </w:rPr>
        <w:t>　　（一）营销部全面完成了公司下达的各项任务指标，在市场经济危机的情况下稳步实现增长，后两个月时间完成近两万余方，回拢资金100余万元。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（二）客户对我们比较满意，结交了一批忠诚客户，并能和施工项目相关人员保持良好的社会关系，让他们有困难时想到我们，公司的.品牌效应进一步形成。相信有一天我们的品牌效应会达到良好的效果。</w:t>
      </w:r>
      <w:r>
        <w:rPr>
          <w:lang w:eastAsia="zh-CN"/>
        </w:rPr>
        <w:br/>
      </w:r>
      <w:r>
        <w:rPr>
          <w:lang w:eastAsia="zh-CN"/>
        </w:rPr>
        <w:t>　　（三）与各有关部门配合较好，处理问题比较及时，迅速做出反应，绝大多数工作主动积极，营销部人员爱岗敬业，能与其他科室相互沟通、协调合作、对公司怀有深厚感情，希望公司做强做大，以公司为家，在工作中展现才华，体现人生的价值。</w:t>
      </w:r>
      <w:r>
        <w:rPr>
          <w:lang w:eastAsia="zh-CN"/>
        </w:rPr>
        <w:br/>
      </w:r>
      <w:r>
        <w:rPr>
          <w:lang w:eastAsia="zh-CN"/>
        </w:rPr>
        <w:t>　　（四）目前市场竞争特别激烈，利润空局很小，加强成本控制、严格执行规章制度。我们做的比较到位，每一个大小问题及时向公司领导汇报，没有发生任何事故。</w:t>
      </w:r>
      <w:r>
        <w:rPr>
          <w:lang w:eastAsia="zh-CN"/>
        </w:rPr>
        <w:br/>
      </w:r>
      <w:r>
        <w:rPr>
          <w:lang w:eastAsia="zh-CN"/>
        </w:rPr>
        <w:t>　　二、不足之处</w:t>
      </w:r>
      <w:r>
        <w:rPr>
          <w:lang w:eastAsia="zh-CN"/>
        </w:rPr>
        <w:br/>
      </w:r>
      <w:r>
        <w:rPr>
          <w:lang w:eastAsia="zh-CN"/>
        </w:rPr>
        <w:t>　　以上成绩的取得，是基于全体员工共同努力的结果，对个人而言也是有一定的进步，同时在一些方面还是存在许多不足，在今后工作中要加以改进。</w:t>
      </w:r>
      <w:r>
        <w:rPr>
          <w:lang w:eastAsia="zh-CN"/>
        </w:rPr>
        <w:br/>
      </w:r>
      <w:r>
        <w:rPr>
          <w:lang w:eastAsia="zh-CN"/>
        </w:rPr>
        <w:t>　　（一）员工队伍素质跟不上企业发展要求，全面掌控能力不够，创造性工作办法不多，信息渠道不够畅通且滞后，从精细化管理要效益的格局还没有形成。</w:t>
      </w:r>
      <w:r>
        <w:rPr>
          <w:lang w:eastAsia="zh-CN"/>
        </w:rPr>
        <w:br/>
      </w:r>
      <w:r>
        <w:rPr>
          <w:lang w:eastAsia="zh-CN"/>
        </w:rPr>
        <w:t>　　（二）加强员工考核、要做到让员工感受到做错的每一件事情都和自己的切身利益息息相关，做的好要受到奖赏，做错事必受罚，做到奖罚分明。</w:t>
      </w:r>
      <w:r>
        <w:rPr>
          <w:lang w:eastAsia="zh-CN"/>
        </w:rPr>
        <w:br/>
      </w:r>
      <w:r>
        <w:rPr>
          <w:lang w:eastAsia="zh-CN"/>
        </w:rPr>
        <w:t>　　不足之处还有很多，只有发现不足，才能着手改善，在成绩面前不沾沾自喜，同样在面临不足或缺点也不妥协，看到成绩是对自己工作的肯定并满怀信心，认清不足是希望做的更好。</w:t>
      </w:r>
      <w:r>
        <w:rPr>
          <w:lang w:eastAsia="zh-CN"/>
        </w:rPr>
        <w:br/>
      </w:r>
      <w:r>
        <w:rPr>
          <w:lang w:eastAsia="zh-CN"/>
        </w:rPr>
        <w:t>　　三、20__年工作思路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目前，混凝土行业的竞争趋于白热化，面临恶性竞争，市场压力对我们而言是个及其严峻的考验，在市场商砼价格基本一致的情况下，只有挖掘内部管理，提高生产效率，降低成本，才能为企业创造利润，才能使企业立于不败之地。</w:t>
      </w:r>
      <w:r>
        <w:rPr>
          <w:lang w:eastAsia="zh-CN"/>
        </w:rPr>
        <w:br/>
      </w:r>
      <w:r>
        <w:rPr>
          <w:lang w:eastAsia="zh-CN"/>
        </w:rPr>
        <w:t>　　（一）加强生产调度上的安排。</w:t>
      </w:r>
      <w:r>
        <w:rPr>
          <w:lang w:eastAsia="zh-CN"/>
        </w:rPr>
        <w:br/>
      </w:r>
      <w:r>
        <w:rPr>
          <w:lang w:eastAsia="zh-CN"/>
        </w:rPr>
        <w:t>　　（二）继续执行强化部门专业化管理。</w:t>
      </w:r>
      <w:r>
        <w:rPr>
          <w:lang w:eastAsia="zh-CN"/>
        </w:rPr>
        <w:br/>
      </w:r>
      <w:r>
        <w:rPr>
          <w:lang w:eastAsia="zh-CN"/>
        </w:rPr>
        <w:t>　　（三）加强对搅拌生产线的计量管理。</w:t>
      </w:r>
      <w:r>
        <w:rPr>
          <w:lang w:eastAsia="zh-CN"/>
        </w:rPr>
        <w:br/>
      </w:r>
      <w:r>
        <w:rPr>
          <w:lang w:eastAsia="zh-CN"/>
        </w:rPr>
        <w:t>　　（四）严格执行采购制度，加强材料入库管理。</w:t>
      </w:r>
      <w:r>
        <w:rPr>
          <w:lang w:eastAsia="zh-CN"/>
        </w:rPr>
        <w:br/>
      </w:r>
      <w:r>
        <w:rPr>
          <w:lang w:eastAsia="zh-CN"/>
        </w:rPr>
        <w:t>　　（五）加大对现场文明的整治，评价一个企业的优劣，做好的办法是让客户做出客观的评论，客户对我们供应及时满意的同时，会看到我们的混凝土质量，员工的劳动积极性和形象、安全措施落实情况等等都会一一记在心里，这些都要求我们时刻要维护企业的形象。</w:t>
      </w:r>
      <w:r>
        <w:rPr>
          <w:lang w:eastAsia="zh-CN"/>
        </w:rPr>
        <w:br/>
      </w:r>
      <w:r>
        <w:rPr>
          <w:lang w:eastAsia="zh-CN"/>
        </w:rPr>
        <w:t>　　（六）逐步建立员工考核制度，出主意、想办法搞好营销部。</w:t>
      </w:r>
      <w:r>
        <w:rPr>
          <w:lang w:eastAsia="zh-CN"/>
        </w:rPr>
        <w:br/>
      </w:r>
      <w:r>
        <w:rPr>
          <w:lang w:eastAsia="zh-CN"/>
        </w:rPr>
        <w:t>　　（七）根据新的“劳动法“，结合实际情况，重新修订完善各项管理制度。</w:t>
      </w:r>
      <w:r>
        <w:rPr>
          <w:lang w:eastAsia="zh-CN"/>
        </w:rPr>
        <w:br/>
      </w:r>
      <w:r>
        <w:rPr>
          <w:lang w:eastAsia="zh-CN"/>
        </w:rPr>
        <w:t>　　“雄关慢道真如铁，而今迈步从头越“，从公司建立时的起步艰难，我们逐步走向成功，金融危机阻挡不了我们前进的步伐，相信在公司领导的代领下，我们有能力应对市场白热化的竞争，我相信最终胜利将是我们的。</w:t>
      </w:r>
      <w:r>
        <w:rPr>
          <w:lang w:eastAsia="zh-CN"/>
        </w:rPr>
        <w:br/>
      </w:r>
      <w:r>
        <w:rPr>
          <w:lang w:eastAsia="zh-CN"/>
        </w:rPr>
        <w:t>　　混凝土搅拌站年终总结 8</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自20__年初到__项目部工地试验室，任职实验员。在工期紧、任务重的情况下，圆满完成了工作任务，维护了集体荣誉，积极响应公司的号召，认真贯彻执行公司文件及会议精神。工作积极努力，任劳任怨，认真学习相关试验知识，不断充实完善自己。回顾这一年的工作，既是忙碌又是充实三年，在这三年里，有困难也有收获，认真工作的结果，完成了个人职责，也加强了自身能力。现将这一年工作简要总结如下：</w:t>
      </w:r>
      <w:r>
        <w:rPr>
          <w:lang w:eastAsia="zh-CN"/>
        </w:rPr>
        <w:br/>
      </w:r>
      <w:r>
        <w:rPr>
          <w:lang w:eastAsia="zh-CN"/>
        </w:rPr>
        <w:t>　　一、思想方面</w:t>
      </w:r>
      <w:r>
        <w:rPr>
          <w:lang w:eastAsia="zh-CN"/>
        </w:rPr>
        <w:br/>
      </w:r>
      <w:r>
        <w:rPr>
          <w:lang w:eastAsia="zh-CN"/>
        </w:rPr>
        <w:t>　　我从做好本职工作和日常工作入手，从我做起，从现在做起，从身边小事做起并持之以恒，在任职工作中尽心尽力，孜孜不倦地做出成绩，我要不断的提高自己试验本领，努力精通本职的岗位知识，做本职工作的骨干和行家，脚踏实地的做好本职工作。</w:t>
      </w:r>
      <w:r>
        <w:rPr>
          <w:lang w:eastAsia="zh-CN"/>
        </w:rPr>
        <w:br/>
      </w:r>
      <w:r>
        <w:rPr>
          <w:lang w:eastAsia="zh-CN"/>
        </w:rPr>
        <w:t>　　二、学习方面</w:t>
      </w:r>
      <w:r>
        <w:rPr>
          <w:lang w:eastAsia="zh-CN"/>
        </w:rPr>
        <w:br/>
      </w:r>
      <w:r>
        <w:rPr>
          <w:lang w:eastAsia="zh-CN"/>
        </w:rPr>
        <w:t>　　在工作的.同时我积极的学习试验检测规范知识，不断地提高自己的业务水平，通过理论学习与现场实际相结合，一点一滴的积累现场实践经验，全面掌握各项试验检测GB规范、SL规范、DL规范，熟悉检测规程，了解检测过程，踏实认真的做好每一项检测工作，保证工程质量，认真与__师傅、___师傅、___师傅进行试验混凝土试验配比；砂石骨料级配；水泥各项性能；钢筋抗折抗拉；混凝土添加剂等各项学习。</w:t>
      </w:r>
      <w:r>
        <w:rPr>
          <w:lang w:eastAsia="zh-CN"/>
        </w:rPr>
        <w:br/>
      </w:r>
      <w:r>
        <w:rPr>
          <w:lang w:eastAsia="zh-CN"/>
        </w:rPr>
        <w:t>　　三、工作方面</w:t>
      </w:r>
      <w:r>
        <w:rPr>
          <w:lang w:eastAsia="zh-CN"/>
        </w:rPr>
        <w:br/>
      </w:r>
    </w:p>
    <w:p w:rsidR="001B1F19" w14:textId="27C3F48A">
      <w:pPr>
        <w:rPr>
          <w:rFonts w:hint="eastAsia"/>
          <w:lang w:eastAsia="zh-CN"/>
        </w:rPr>
      </w:pPr>
      <w:r>
        <w:rPr>
          <w:lang w:eastAsia="zh-CN"/>
        </w:rPr>
        <w:t>　　在项目部试验室，我的主要职责是做好原材料资料的检验给予__审批，如：水泥、粉煤灰、砂石骨料、工字钢、焊管、钢筋、等；进行对所有原材料取样检测，并对成品进行抽检如：混凝土、砂浆。施工过程中按领导每星期定时并与各部门同事到洞内和洞外施工现场进行检测质量问题，如：钢筋间距根数、钢筋搭接长度、工字钢锁脚、混凝土厚度、锚杆拉拔试验检测、混凝土回弹强度试验检测等洞内检查，现场加工厂；工字钢、焊管、钢筋制作与焊接是否达到质量要求，洞外对砂石骨料含水率检测后对混凝土拌合楼试验配比进行调整与监督。每月定时给监理报送检测报告。并把试验相关的内容及时输入到电脑进行电子存档。</w:t>
      </w:r>
      <w:r>
        <w:rPr>
          <w:lang w:eastAsia="zh-CN"/>
        </w:rPr>
        <w:br/>
      </w:r>
      <w:r>
        <w:rPr>
          <w:lang w:eastAsia="zh-CN"/>
        </w:rPr>
        <w:t>　　在工作过程中，我深深感到加强自身学习、提高自身素质的紧迫性，从规程到规范要求进行深入学习，坚持每天写日记从回忆中把错误记录并反省将不在重犯。端正对错误的态度，改进方法，灵活变通，广泛汲取各种正确的“营养”;向周围的前辈、同事、师傅学习，工作中我始终保持谦虚谨慎、虚心求教的态度，学习他们任劳任怨、求真务实的工作作风和处理问题的方法;向“实践”学习，把所学的知识运用于实际工作中，在实践中检验所学知识，查找不足，提高自己，防止和克服浅尝辄止、一知半解的倾向。陆续的在试验室接触更多的项目检验，明确了工作程序，在具体工作中形成了一个比较清晰的工作思路，能够顺利的开展工作，并熟练圆满的完成本职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https://d.book118.com/256145205105010101</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6145205105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