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企业话务员年终总结范本（33篇）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企业话务员年终总结范本（精选33篇）</w:t>
      </w:r>
      <w:r>
        <w:rPr>
          <w:lang w:eastAsia="zh-CN"/>
        </w:rPr>
        <w:br/>
      </w:r>
      <w:r>
        <w:rPr>
          <w:lang w:eastAsia="zh-CN"/>
        </w:rPr>
        <w:t xml:space="preserve">    企业话务员年终总结范本 篇1 </w:t>
      </w:r>
      <w:r>
        <w:rPr>
          <w:lang w:eastAsia="zh-CN"/>
        </w:rPr>
        <w:br/>
      </w:r>
      <w:r>
        <w:rPr>
          <w:lang w:eastAsia="zh-CN"/>
        </w:rPr>
        <w:t>　　话务员是一个看似轻闲实则很忙碌的工作，如何做好话务员工作总结，是不少话务员头疼的事。以下给大家带给一份话务员工作总结范文，仅供各位参考，期望大家从中领略到工作总结怎样写。</w:t>
      </w:r>
      <w:r>
        <w:rPr>
          <w:lang w:eastAsia="zh-CN"/>
        </w:rPr>
        <w:br/>
      </w:r>
      <w:r>
        <w:rPr>
          <w:lang w:eastAsia="zh-CN"/>
        </w:rPr>
        <w:t>　　有人说时间飞逝如光箭，此刻我最后体会到了。不知不觉中我都来公司半个多月了，为了更好的促进工作，我现将这半个月来我个人工作总结汇报如下：</w:t>
      </w:r>
      <w:r>
        <w:rPr>
          <w:lang w:eastAsia="zh-CN"/>
        </w:rPr>
        <w:br/>
      </w:r>
      <w:r>
        <w:rPr>
          <w:lang w:eastAsia="zh-CN"/>
        </w:rPr>
        <w:t>　　在刚进公司那时，一向都是在紧张的学习服务用语、工作页面的操作和普通话的加强练习。那时，班长说我的“您好的好字说的不正确，之后一向重复加紧练习这个字。到了星期五我们新员工群众考试时，听到班长说“嘿，你的“好”字已经克服了啊！”情绪好是开心。是的，都说细节决定成败，很多人都会不以为然而去忽略它。可其实我们每一天并不需要做多么多么大的事情，只要我们把自己工作上的每一个细节都坚持细心做好了，就是一件很了不起的事了。考试之后，这个星期最后我们新来的几位同事都不负先前的努力，而获得了工作页面实际操作的批准了。对于这个消息，都让我们新来的同事有些迫不及待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但是往往好多事情我们都以为一切只要开始了.只要什么都准备好了.一切就不会有问题了，但是结果....却总不是我们想象中的那么好。平时几个新同事一齐模拟练习的时候，都觉的能够了，不会有问题了。刚开始一坐到电脑前面，一听到电话声响就或多或少的有些许紧张，而一紧张就会有时忘记了及时按下应答主叫，有时候会忘记了及时看下面温馨提示。还好服务用语及操作没什么问题，但是也因为前面的紧张而影响了操作速度。后面跟新来的同事们交流和老同事们请教时才明白，原先多数同事都有过这样的过渡期，或多或少都会有些紧张的。就像我们班长陈超说的那样，凡事只要调整好心态，没什么我们做不好的。是的，我绝对不会允许自己这么简单的事情都不能做好，相信自己必须能行！之后我试着每次坐电脑前面的时候就深呼一口气，然后调整好心态，慢慢的次数多了，就感觉一切都习惯了，工作程序也就自然而然了。</w:t>
      </w:r>
      <w:r>
        <w:rPr>
          <w:lang w:eastAsia="zh-CN"/>
        </w:rPr>
        <w:br/>
      </w:r>
      <w:r>
        <w:rPr>
          <w:lang w:eastAsia="zh-CN"/>
        </w:rPr>
        <w:t>　　_月_号经过紧张的全体话务员的考试后，我们最后能够单独的上班了。虽然因为紧张，考试的结果并不是自己的表现。可这并不会影响我日后的工作，我相信我必须会一向坚持公司的原则在日后的工作里加强学习，并努力做好自己的本份工作。</w:t>
      </w:r>
      <w:r>
        <w:rPr>
          <w:lang w:eastAsia="zh-CN"/>
        </w:rPr>
        <w:br/>
      </w:r>
      <w:r>
        <w:rPr>
          <w:lang w:eastAsia="zh-CN"/>
        </w:rPr>
        <w:t>　　这周开始单独上岗了，工作中因暂未碰到特殊状况，所以还算很平稳的转接好了每一个电话。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俗话说：没有规矩不成方圆。毋庸置疑，我们在日常工作中，首先务必遵守好公司的每一条规章制度，执行好每一个工作流程，牢记好每一个规范用语。除此之外，我认为还就应注意以下几点细节，要自己在实践中不断完善自我。</w:t>
      </w:r>
      <w:r>
        <w:rPr>
          <w:lang w:eastAsia="zh-CN"/>
        </w:rPr>
        <w:br/>
      </w:r>
      <w:r>
        <w:rPr>
          <w:lang w:eastAsia="zh-CN"/>
        </w:rPr>
        <w:t>　　迅速接听电话。在商品经济时代的这天，时间就是金钱，所以我们更就应为客户、为自己节省宝贵的时间。以尽可能的速度完成公司所规定的“每10秒钟一个电话”。</w:t>
      </w:r>
      <w:r>
        <w:rPr>
          <w:lang w:eastAsia="zh-CN"/>
        </w:rPr>
        <w:br/>
      </w:r>
      <w:r>
        <w:rPr>
          <w:lang w:eastAsia="zh-CN"/>
        </w:rPr>
        <w:t>　　表情、语气愉悦。我们工作的一个基本特点就是与来电人互不相见，透过声音来传达讯息，所以我们的面部表情和说话语气、声调就更加重要。虽然我是一名普通的话务员，但我深知，我的一举一动、一言一行，代表着我们公司的形象。因此，在电话中，一个优秀的话务员务必做到面带微笑，语气平和，语调简单，用词规范、得当，给来电人愉悦的感受，让来电人被我们的简单愉悦所感染，让工作更好的开展。从走上岗位的那一刻起，我就下定决心：必须要做一名合格的、优秀的电话域名话务员。说起来，做一名话务员容易，但要做一名优秀的话务员就难了。千里之行，始于足下。我从小事学起，从点滴做起。</w:t>
      </w:r>
      <w:r>
        <w:rPr>
          <w:lang w:eastAsia="zh-CN"/>
        </w:rPr>
        <w:br/>
      </w:r>
      <w:r>
        <w:rPr>
          <w:lang w:eastAsia="zh-CN"/>
        </w:rPr>
        <w:t>　　我接触话务员的时间不长，跟老同事相比，我是一个新手。但这并不能成为我能够比别人差的理由，相反，越是因为这样，我就要付出比别人更多的精力和时间来学习，从而跟上大家的步伐。</w:t>
      </w:r>
      <w:r>
        <w:rPr>
          <w:lang w:eastAsia="zh-CN"/>
        </w:rPr>
        <w:br/>
      </w:r>
      <w:r>
        <w:rPr>
          <w:lang w:eastAsia="zh-CN"/>
        </w:rPr>
        <w:t>　　人人都说，想做好一份工作，必须要做到首先爱这份工作。在这将近一个月的工作中，我发现自己越来越喜欢这份工作了。在今后的工作里，我相信自己必须会遵守好公司的每一条规章制度，做好话务员工作计划，执行好每一个工作流程，牢记好每一个规范用语。严格要求自己：没有，只有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我清楚明白自己离一个优秀话务员还有很大的差距，但我相信我会在以后的日子里不断学习，总结经验教训，取长补短，做得更好！</w:t>
      </w:r>
      <w:r>
        <w:rPr>
          <w:lang w:eastAsia="zh-CN"/>
        </w:rPr>
        <w:br/>
      </w:r>
      <w:r>
        <w:rPr>
          <w:lang w:eastAsia="zh-CN"/>
        </w:rPr>
        <w:t xml:space="preserve">    企业话务员年终总结范本 篇2 </w:t>
      </w:r>
      <w:r>
        <w:rPr>
          <w:lang w:eastAsia="zh-CN"/>
        </w:rPr>
        <w:br/>
      </w:r>
      <w:r>
        <w:rPr>
          <w:lang w:eastAsia="zh-CN"/>
        </w:rPr>
        <w:t>　　不知不觉一年又过去了，__年客服话务员年终个人工作总结格式是站在话务员的角度对过去一年的工作进行总结的，主要从规章制度、服务态度、调整心态等五方面展开介绍：</w:t>
      </w:r>
      <w:r>
        <w:rPr>
          <w:lang w:eastAsia="zh-CN"/>
        </w:rPr>
        <w:br/>
      </w:r>
      <w:r>
        <w:rPr>
          <w:lang w:eastAsia="zh-CN"/>
        </w:rPr>
        <w:t>　　不知不觉中一年又过去了，为了更好的促进工作，我现将一年来我们组的工作总结汇报如下：</w:t>
      </w:r>
      <w:r>
        <w:rPr>
          <w:lang w:eastAsia="zh-CN"/>
        </w:rPr>
        <w:br/>
      </w:r>
      <w:r>
        <w:rPr>
          <w:lang w:eastAsia="zh-CN"/>
        </w:rPr>
        <w:t>　　首先我认为作为一名普通的话务员，除了要懂得一些简单的技术和专业知识外，更重要的是需要与客户进行沟通、交流，解答客户的咨询和疑问，因此，我们更需要具备的是掌握全面的业务知识和良好的服务、沟通技巧。在平时的工作中，对于新下发的各种新业务、新知识、新活动，我都认真学习，充分领会其精神，并且牢记;对于一些基础业务知识，要做到温故而知新，熟能生巧。如果说业务知识是做菜的原料的话，那么良好的服务、沟通技巧、就是技艺高超的厨师，只有具备高超的.厨艺，才做让原料展现出良好的品质和口味，服务也是同样的道理。如果没有良好的语言表达能力和沟通能力，知道的再多，掌握的再全面，也只能是茶壶里煮饺子——肚子里有倒不了来。所以我们要组织各种服务知识培训，通过学习相关服务、沟通技巧，并将其运用到服务工作中去。</w:t>
      </w:r>
      <w:r>
        <w:rPr>
          <w:lang w:eastAsia="zh-CN"/>
        </w:rPr>
        <w:br/>
      </w:r>
      <w:r>
        <w:rPr>
          <w:lang w:eastAsia="zh-CN"/>
        </w:rPr>
        <w:t>　　一、 作为公司职员要遵守公司的规章制度。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俗话说：“没有规矩不成方圆”。毋庸置疑，我们在日常工作中，必须遵守好公司的每一条规章制度，执行好每一个工作流程，牢记好每一个规范用语，上个月我们的工作纪律、工作的积极心和工作心态有所调整，都比前都进步了很多，我相信我们还会做得更好。</w:t>
      </w:r>
      <w:r>
        <w:rPr>
          <w:lang w:eastAsia="zh-CN"/>
        </w:rPr>
        <w:br/>
      </w:r>
      <w:r>
        <w:rPr>
          <w:lang w:eastAsia="zh-CN"/>
        </w:rPr>
        <w:t>　　二、 表情、语气愉悦。</w:t>
      </w:r>
      <w:r>
        <w:rPr>
          <w:lang w:eastAsia="zh-CN"/>
        </w:rPr>
        <w:br/>
      </w:r>
      <w:r>
        <w:rPr>
          <w:lang w:eastAsia="zh-CN"/>
        </w:rPr>
        <w:t>　　话务员工作的一个基本特点就是与客户互不相见，通过声音来传达讯息，所以我们的面部表情和说话语气、声调就更加重要。上个月我们的行为规范有所提升，能够把行为规范的18条综合应用到外呼中，所以我们的总体成绩很不错，一个优秀的话务员必须做到面带微笑，语气平和，语调轻松，用词规范、得当，给客户愉悦的感受，让客户被我们的诚信、愉悦所感染，使服务深入人心。</w:t>
      </w:r>
      <w:r>
        <w:rPr>
          <w:lang w:eastAsia="zh-CN"/>
        </w:rPr>
        <w:br/>
      </w:r>
      <w:r>
        <w:rPr>
          <w:lang w:eastAsia="zh-CN"/>
        </w:rPr>
        <w:t>　　三、 要学会调解心态。</w:t>
      </w:r>
      <w:r>
        <w:rPr>
          <w:lang w:eastAsia="zh-CN"/>
        </w:rPr>
        <w:br/>
      </w:r>
      <w:r>
        <w:rPr>
          <w:lang w:eastAsia="zh-CN"/>
        </w:rPr>
        <w:t>　　有时会因为数据不好打、业务推不出而产生负面情绪，凡事只要调整好心态，没什么我们做不好的。</w:t>
      </w:r>
      <w:r>
        <w:rPr>
          <w:lang w:eastAsia="zh-CN"/>
        </w:rPr>
        <w:br/>
      </w:r>
      <w:r>
        <w:rPr>
          <w:lang w:eastAsia="zh-CN"/>
        </w:rPr>
        <w:t>　　四、节省时间。</w:t>
      </w:r>
      <w:r>
        <w:rPr>
          <w:lang w:eastAsia="zh-CN"/>
        </w:rPr>
        <w:br/>
      </w:r>
      <w:r>
        <w:rPr>
          <w:lang w:eastAsia="zh-CN"/>
        </w:rPr>
        <w:t>　　外呼时间上的控制，现在是商品经济时代，时间就是金钱，所以我们更应该为客户、为自己节省宝贵的时间。现在我们外呼时间就没有得到很好的控制，我们现在外呼成功率提高了，那投诉率也提高了，所以还没有达到我们所外呼的目的。</w:t>
      </w:r>
      <w:r>
        <w:rPr>
          <w:lang w:eastAsia="zh-CN"/>
        </w:rPr>
        <w:br/>
      </w:r>
      <w:r>
        <w:rPr>
          <w:lang w:eastAsia="zh-CN"/>
        </w:rPr>
        <w:t>　　五、 团结就是力量。</w:t>
      </w:r>
      <w:r>
        <w:rPr>
          <w:lang w:eastAsia="zh-CN"/>
        </w:rPr>
        <w:br/>
      </w:r>
      <w:r>
        <w:rPr>
          <w:lang w:eastAsia="zh-CN"/>
        </w:rPr>
        <w:t>　　团结就是力量，这句话至今是许多企业里的座右铭。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企业话务员年终总结范本 篇3 </w:t>
      </w:r>
      <w:r>
        <w:rPr>
          <w:lang w:eastAsia="zh-CN"/>
        </w:rPr>
        <w:br/>
      </w:r>
      <w:r>
        <w:rPr>
          <w:lang w:eastAsia="zh-CN"/>
        </w:rPr>
        <w:t>　　时光如白驹过隙，不知不觉中作为话务员已经一年多了。从起初对工作的一无所知到现在的得心应手，其间经历了从好奇到熟知，从热情到迷茫，从烦躁到平静不同的心路历程。经过一年多的工作，对话务员工作颇有感触。现对一年来的情况总结如下：</w:t>
      </w:r>
      <w:r>
        <w:rPr>
          <w:lang w:eastAsia="zh-CN"/>
        </w:rPr>
        <w:br/>
      </w:r>
      <w:r>
        <w:rPr>
          <w:lang w:eastAsia="zh-CN"/>
        </w:rPr>
        <w:t>　　刚踏上话务员这个岗位，就坚信我能做好这份工作，也是我把这个工作想得太简单，以为我能轻松胜任这份工作，可真正干了才知道我所做的工作虽然简单，但要做好却真的很难。可以说，从上班的第一天开始我就从没有一天准时下过班。虽说从电话的这一端把另一端用户要的信息通过电话传送过去，心里充满了成就感。</w:t>
      </w:r>
      <w:r>
        <w:rPr>
          <w:lang w:eastAsia="zh-CN"/>
        </w:rPr>
        <w:br/>
      </w:r>
      <w:r>
        <w:rPr>
          <w:lang w:eastAsia="zh-CN"/>
        </w:rPr>
        <w:t>　　但是随着时间的推移，日积月累的业务，每天重复好几百遍的“您好”“对不起”“谢谢”，那份激情已经平淡，新鲜感不复存在。这样平平淡淡地过了一段时间，看到经常得到表扬的话务员，看到身边的优秀话务员们，心中有所触动，想要有所改变，于是我就加强自身的学习和虚心向同事请教，终于在同事的帮助和自己的努力下，服务有了提高，付出有了回报。</w:t>
      </w:r>
      <w:r>
        <w:rPr>
          <w:lang w:eastAsia="zh-CN"/>
        </w:rPr>
        <w:br/>
      </w:r>
      <w:r>
        <w:rPr>
          <w:lang w:eastAsia="zh-CN"/>
        </w:rPr>
        <w:t>　　通过一年来的工作，我认为要做好话务员工作，必须要做好以下几点：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首先，要调整好自己的心态，秉着用户至上的原则，用和蔼，周到的服务理念用心对待每位客户。让用户带着疑惑而来，获得解释而归。这时客户发自内心的一声声“谢谢”，就能让我们得到无比的快乐，这份快乐也是接待好每一位用户的原动力，这样的良性循环才能让我们真正做好工作。</w:t>
      </w:r>
      <w:r>
        <w:rPr>
          <w:lang w:eastAsia="zh-CN"/>
        </w:rPr>
        <w:br/>
      </w:r>
      <w:r>
        <w:rPr>
          <w:lang w:eastAsia="zh-CN"/>
        </w:rPr>
        <w:t>　　其次，要有足够的耐性和足够好的脾气。因为有些客户比较难以沟通，有时因为客户的表述能力不强，无形中给交流带来了困难，甚至有的客户电话一接通对方就是一顿吼，所以我们要有足够好的耐性和脾气，用心服务，带着微笑通话，相信对方感觉得到你是用心在服务的，这样就能促进问题的解决。</w:t>
      </w:r>
      <w:r>
        <w:rPr>
          <w:lang w:eastAsia="zh-CN"/>
        </w:rPr>
        <w:br/>
      </w:r>
      <w:r>
        <w:rPr>
          <w:lang w:eastAsia="zh-CN"/>
        </w:rPr>
        <w:t>　　再次，要有12分的细心。因为如果粗心，将会给别人给自己带来不少麻烦。</w:t>
      </w:r>
      <w:r>
        <w:rPr>
          <w:lang w:eastAsia="zh-CN"/>
        </w:rPr>
        <w:br/>
      </w:r>
      <w:r>
        <w:rPr>
          <w:lang w:eastAsia="zh-CN"/>
        </w:rPr>
        <w:t>　　第四，服务用语要规范。不能像我们平常讲话那样随便，也许，刚开始很难把那些服务用语讲得很自然，但是，时间长了，自然就能讲出那种语境。</w:t>
      </w:r>
      <w:r>
        <w:rPr>
          <w:lang w:eastAsia="zh-CN"/>
        </w:rPr>
        <w:br/>
      </w:r>
      <w:r>
        <w:rPr>
          <w:lang w:eastAsia="zh-CN"/>
        </w:rPr>
        <w:t>　　第五，要刻苦钻研业务技术，增强自己的沟通能力和技巧，熟练掌握接转范围内的各项业务及有关规定，不断加强自身的学习。</w:t>
      </w:r>
      <w:r>
        <w:rPr>
          <w:lang w:eastAsia="zh-CN"/>
        </w:rPr>
        <w:br/>
      </w:r>
      <w:r>
        <w:rPr>
          <w:lang w:eastAsia="zh-CN"/>
        </w:rPr>
        <w:t>　　第六，要主动与同事搞好配合，谦虚礼让，顾全大局，分清主次，保证重点。</w:t>
      </w:r>
      <w:r>
        <w:rPr>
          <w:lang w:eastAsia="zh-CN"/>
        </w:rPr>
        <w:br/>
      </w:r>
      <w:r>
        <w:rPr>
          <w:lang w:eastAsia="zh-CN"/>
        </w:rPr>
        <w:t>　　最后，要做好工作反思。每天工作结束后，总结一下当天的工作有哪些地方疏忽了，提醒自己明天一定不能犯同样的错误。</w:t>
      </w:r>
      <w:r>
        <w:rPr>
          <w:lang w:eastAsia="zh-CN"/>
        </w:rPr>
        <w:br/>
      </w:r>
      <w:r>
        <w:rPr>
          <w:lang w:eastAsia="zh-CN"/>
        </w:rPr>
        <w:t>　　话务员工作虽然辛苦，但我认为，只要在工作中，我们能经常做到如上几点，就能让话务员工作得心应手，我们就能真正成为一个快乐而又合格的话务员。</w:t>
      </w:r>
      <w:r>
        <w:rPr>
          <w:lang w:eastAsia="zh-CN"/>
        </w:rPr>
        <w:br/>
      </w:r>
      <w:r>
        <w:rPr>
          <w:lang w:eastAsia="zh-CN"/>
        </w:rPr>
        <w:t xml:space="preserve">    企业话务员年终总结范本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话务员是一个看似轻闲实则很忙碌的工作，如何做好话务员工作总结，是不少话务员头疼的事。以下给大家提供一份话务员工作总结范文，仅供各位参考，希望大家从中领略到工作总结怎么写。</w:t>
      </w:r>
      <w:r>
        <w:rPr>
          <w:lang w:eastAsia="zh-CN"/>
        </w:rPr>
        <w:br/>
      </w:r>
      <w:r>
        <w:rPr>
          <w:lang w:eastAsia="zh-CN"/>
        </w:rPr>
        <w:t>　　有人说时间飞逝如光箭，现在我终于体会到了。不知不觉中我都来公司半个多月了，为了更好的促进工作，我现将这半个月来我个人工作总结汇报如下：</w:t>
      </w:r>
      <w:r>
        <w:rPr>
          <w:lang w:eastAsia="zh-CN"/>
        </w:rPr>
        <w:br/>
      </w:r>
      <w:r>
        <w:rPr>
          <w:lang w:eastAsia="zh-CN"/>
        </w:rPr>
        <w:t>　　在刚进公司那时，一直都是在紧张的学习服务用语、工作页面的操作和普通话的加强练习。那时，班长说我的“您好的好字说的不正确，后来一直重复加紧练习这个字。到了星期五我们新员工集体考试时，听到班长说“嘿，你的“好”字已经克服了啊!”心情好是开心。是的，都说细节决定成败，很多人都会不以为然而去忽略它。可其实我们每天并不需要做多么多么大的事情，只要我们把自己工作上的每一个细节都坚持细心做好了，就是一件很了不起的事了。考试之后，这个星期终于我们新来的几位同事都不负先前的努力，而获得了工作页面实际操作的批准了。对于这个消息，都让我们新来的同事有些迫不及待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可是往往好多事情我们都以为一切只要开始了.只要什么都准备好了.一切就不会有问题了，可是结果....却总不是我们想象中的那么好。平时几个新同事一起模拟练习的时候，都觉的可以了，不会有问题了。刚开始一坐到电脑前面，一听到电话声响就或多或少的有些许紧张，而一紧张就会有时忘记了及时按下应答主叫，有时候会忘记了及时看下面温馨提示。还好服务用语及操作没什么问题，不过也因为前面的紧张而影响了操作速度。后面跟新来的同事们交流和老同事们请教时才知道，原来多数同事都有过这样的过渡期，或多或少都会有些紧张的。就像我们班长陈超说的那样，凡事只要调整好心态，没什么我们做不好的。是的，我绝对不会允许自己这么简单的事情都不能做好，相信自己一定能行!后来我试着每次坐电脑前面的时候就深呼一口气，然后调整好心态，慢慢的次数多了，就感觉一切都习惯了，工作程序也就自然而然了。</w:t>
      </w:r>
      <w:r>
        <w:rPr>
          <w:lang w:eastAsia="zh-CN"/>
        </w:rPr>
        <w:br/>
      </w:r>
      <w:r>
        <w:rPr>
          <w:lang w:eastAsia="zh-CN"/>
        </w:rPr>
        <w:t>　　8月1号经过紧张的全体话务员的考试后，我们终于可以单独的上班了。虽然因为紧张，考试的结果并不是自己最好的表现。可这并不会影响我日后的工作，我相信我一定会一直坚持公司的原则在日后的工作里加强学习，并努力做好自己的本份工作。</w:t>
      </w:r>
      <w:r>
        <w:rPr>
          <w:lang w:eastAsia="zh-CN"/>
        </w:rPr>
        <w:br/>
      </w:r>
      <w:r>
        <w:rPr>
          <w:lang w:eastAsia="zh-CN"/>
        </w:rPr>
        <w:t>　　这周开始单独上岗了，工作中因暂未碰到特殊情况，所以还算很平稳的转接好了每一个电话。</w:t>
      </w:r>
      <w:r>
        <w:rPr>
          <w:lang w:eastAsia="zh-CN"/>
        </w:rPr>
        <w:br/>
      </w:r>
      <w:r>
        <w:rPr>
          <w:lang w:eastAsia="zh-CN"/>
        </w:rPr>
        <w:t>　　俗话说：没有规矩不成方圆。毋庸置疑，我们在日常工作中，首先必须遵守好公司的每一条规章制度，执行好每一个工作流程，牢记好每一个规范用语。除此之外，我认为还应该注意以下几点细节，要自己在实践中不断完善自我。</w:t>
      </w:r>
      <w:r>
        <w:rPr>
          <w:lang w:eastAsia="zh-CN"/>
        </w:rPr>
        <w:br/>
      </w:r>
      <w:r>
        <w:rPr>
          <w:lang w:eastAsia="zh-CN"/>
        </w:rPr>
        <w:t>　　迅速接听电话。在商品经济时代的今天，时间就是金钱，所以我们更应该为客户、为自己节省宝贵的时间。以尽可能的速度完成公司所规定的“每10秒钟一个电话”。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表情、语气愉悦。我们工作的一个基本特点就是与来电人互不相见，通过声音来传达讯息，所以我们的面部表情和说话语气、声调就更加重要。虽然我是一名普通的话务员，但我深知，我的一举一动、一言一行，代表着我们公司的形象。因此，在电话中，一个优秀的话务员必须做到面带微笑，语气平和，语调轻松，用词规范、得当，给来电人愉悦的感受，让来电人被我们的轻松愉悦所感染，让工作更好的开展。从走上岗位的那一刻起，我就下定决心：一定要做一名合格的、优秀的电话域名话务员。说起来，做一名话务员容易，但要做一名优秀的话务员就难了。千里之行，始于足下。我从小事学起，从点滴做起。</w:t>
      </w:r>
      <w:r>
        <w:rPr>
          <w:lang w:eastAsia="zh-CN"/>
        </w:rPr>
        <w:br/>
      </w:r>
      <w:r>
        <w:rPr>
          <w:lang w:eastAsia="zh-CN"/>
        </w:rPr>
        <w:t>　　我接触话务员的时间不长，跟老同事相比，我是一个新手。但这并不能成为我可以比别人差的理由，相反，越是因为这样，我就要付出比别人更多的精力和时间来学习，从而跟上大家的步伐。</w:t>
      </w:r>
      <w:r>
        <w:rPr>
          <w:lang w:eastAsia="zh-CN"/>
        </w:rPr>
        <w:br/>
      </w:r>
      <w:r>
        <w:rPr>
          <w:lang w:eastAsia="zh-CN"/>
        </w:rPr>
        <w:t>　　人人都说，想做好一份工作，一定要做到首先爱这份工作。在这将近一个月的工作中，我发现自己越来越喜欢这份工作了。在今后的工作里，我相信自己一定会遵守好公司的每一条规章制度，做好话务员工作计划，执行好每一个工作流程，牢记好每一个规范用语。严格要求自己：没有最好，只有更好。</w:t>
      </w:r>
      <w:r>
        <w:rPr>
          <w:lang w:eastAsia="zh-CN"/>
        </w:rPr>
        <w:br/>
      </w:r>
      <w:r>
        <w:rPr>
          <w:lang w:eastAsia="zh-CN"/>
        </w:rPr>
        <w:t>　　我清楚知道自己离一个优秀话务员还有很大的差距，但我相信我会在以后的日子里不断学习，总结经验教训，取长补短，做得更好!</w:t>
      </w:r>
      <w:r>
        <w:rPr>
          <w:lang w:eastAsia="zh-CN"/>
        </w:rPr>
        <w:br/>
      </w:r>
      <w:r>
        <w:rPr>
          <w:lang w:eastAsia="zh-CN"/>
        </w:rPr>
        <w:t xml:space="preserve">    企业话务员年终总结范本 篇5 </w:t>
      </w:r>
      <w:r>
        <w:rPr>
          <w:lang w:eastAsia="zh-CN"/>
        </w:rPr>
        <w:br/>
      </w:r>
      <w:r>
        <w:rPr>
          <w:lang w:eastAsia="zh-CN"/>
        </w:rPr>
        <w:t>　　今年上半年，我在__公司任职客服话务员。半年的工作，使我对客服工作有了一定的了解和认识。现就将我的上半年工作作如下总结：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一、客服人员所需的基本技能及素质要求</w:t>
      </w:r>
      <w:r>
        <w:rPr>
          <w:lang w:eastAsia="zh-CN"/>
        </w:rPr>
        <w:br/>
      </w:r>
      <w:r>
        <w:rPr>
          <w:lang w:eastAsia="zh-CN"/>
        </w:rPr>
        <w:t>　　客服人员所需的基本技能需要有良好的服务精神、具有良好的沟通能力、普通话流利、工作认真细致、需要有良好的团队精神和工作协作意识，纪律意识强及良好的有良好的心态。</w:t>
      </w:r>
      <w:r>
        <w:rPr>
          <w:lang w:eastAsia="zh-CN"/>
        </w:rPr>
        <w:br/>
      </w:r>
      <w:r>
        <w:rPr>
          <w:lang w:eastAsia="zh-CN"/>
        </w:rPr>
        <w:t>　　二、作为客服人员，需要一定的技能技巧</w:t>
      </w:r>
      <w:r>
        <w:rPr>
          <w:lang w:eastAsia="zh-CN"/>
        </w:rPr>
        <w:br/>
      </w:r>
      <w:r>
        <w:rPr>
          <w:lang w:eastAsia="zh-CN"/>
        </w:rPr>
        <w:t>　　忍耐与宽容是面对无理客户的法宝，是一种美德，需要包容和理解客户。客户的性格不同，人生观、世界观、价值观也不同，因此客户服务是根据客户本人的喜好使他满意。客户服务人员不要轻易地承诺，随便答应客户做什么，这样会给工作造成被动。但是客户服务人员必须要注重自己的诺言，一旦答应客户，就要尽心尽力去做到。在电信公司作为话务员期间，公司规定在接到客户投诉问题后，要在48小时之内必须做出处理，这是一种信誉的体现，也是对作为客服的基本要求。</w:t>
      </w:r>
      <w:r>
        <w:rPr>
          <w:lang w:eastAsia="zh-CN"/>
        </w:rPr>
        <w:br/>
      </w:r>
      <w:r>
        <w:rPr>
          <w:lang w:eastAsia="zh-CN"/>
        </w:rPr>
        <w:t>　　客户服务人员需要经常承担各种各样的责任和失误。出现问题的时候，同事之间往往会相互推卸责任。客户服务是一个企业的服务窗口，应该去包容整个企业对客户带来的所有损失。因此，在客户服务部门，不能说这是那个部门的责任，一切的责任都需要通过客服人员化解，需要勇于承担责任。</w:t>
      </w:r>
      <w:r>
        <w:rPr>
          <w:lang w:eastAsia="zh-CN"/>
        </w:rPr>
        <w:br/>
      </w:r>
      <w:r>
        <w:rPr>
          <w:lang w:eastAsia="zh-CN"/>
        </w:rPr>
        <w:t>　　三、作为客服，需要一定的技能素质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与客户沟通过程中，普通话流利，语速适中，用词恰当，谦恭自信。丰富的行业知识及经验是解决客户问题的必备武器。不管做那个行业都需要具备扎实的专业知识和经验。不仅能跟客户沟通、赔礼道歉，而且要成为此项服务的专家，能够解释客户提出的问题。如果客户服务人员不能成为业内人士，不是专业人才，有些问题可能就解决不了。作为客户，最希望得到的就是服务人员的帮助。因此，客户服务人员要有很丰富的行业知识和经验。我们在考虑自已利益的同时也要会客户着想，这样是维护客户、留住客户最好且最有力的办法，在遇到客户投诉时如能换位思考可以平衡工作情绪，提升自身素质。</w:t>
      </w:r>
      <w:r>
        <w:rPr>
          <w:lang w:eastAsia="zh-CN"/>
        </w:rPr>
        <w:br/>
      </w:r>
      <w:r>
        <w:rPr>
          <w:lang w:eastAsia="zh-CN"/>
        </w:rPr>
        <w:t xml:space="preserve">    企业话务员年终总结范本 篇6 </w:t>
      </w:r>
      <w:r>
        <w:rPr>
          <w:lang w:eastAsia="zh-CN"/>
        </w:rPr>
        <w:br/>
      </w:r>
      <w:r>
        <w:rPr>
          <w:lang w:eastAsia="zh-CN"/>
        </w:rPr>
        <w:t>　　__年，我分局在市维护中心的正确领导下，以、五中全会精神为指导，紧紧围绕省公司“13555”的工作目标和省维护中心“12446”的工作思路，毫不动摇地坚持“以线路维护工作为主线”的指导思想以及“线路靠我维护，我_线路生存”的理念，精心组织维护力量，认真落实维护措施，稳步提高维护质量，圆满地完成了市维护中心交给我们的各项工作任务。</w:t>
      </w:r>
      <w:r>
        <w:rPr>
          <w:lang w:eastAsia="zh-CN"/>
        </w:rPr>
        <w:br/>
      </w:r>
      <w:r>
        <w:rPr>
          <w:lang w:eastAsia="zh-CN"/>
        </w:rPr>
        <w:t>　　一、坚持以线路维护为主线，认真贯彻落实“预防为主、防抢结合”的八字方针，“保一、平二、提高三”，取得了一、二级光缆无障碍、无事故的好成绩。</w:t>
      </w:r>
      <w:r>
        <w:rPr>
          <w:lang w:eastAsia="zh-CN"/>
        </w:rPr>
        <w:br/>
      </w:r>
      <w:r>
        <w:rPr>
          <w:lang w:eastAsia="zh-CN"/>
        </w:rPr>
        <w:t>　　首先，我们以市维护中心的“星级文明考核办法”为依据，通过广泛的民主讨论，制订了严格的考核办法，激发员工的主人翁责任感，提高按章办事、合规操作的主动性和自觉性，有效地激活了员工的工作积极性和创造性，使员工能够摆正自己的位置，进一步转变观念，提高认识，按照自己的岗位职责全面进入角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同时，在绩效考核分配方面，设置a、b、c三个档次，按照员工的工作业绩、规章制度执行情况、考勤等多方面指标进行综合考核，创建了员工“比、学、赶、帮、超”的大环境，员工有了展示自己聪明才智的广阔平台。以人为本是做好各项工作的重要前提，员工的工作积极性提高了，思想进步了，爱岗敬业、努力工作，没有什么做不好的工作，只要思想不滑坡，办法总比困难多。</w:t>
      </w:r>
      <w:r>
        <w:rPr>
          <w:lang w:eastAsia="zh-CN"/>
        </w:rPr>
        <w:br/>
      </w:r>
      <w:r>
        <w:rPr>
          <w:lang w:eastAsia="zh-CN"/>
        </w:rPr>
        <w:t>　　其次，我们在全民互动、共同维护上下功夫，积极营造全社会共同关注长线工作的平台，上到县委、县政府，下到乡村普通人，都有义务为长线事业做贡献。今年，我们共回访县级护线领导组15次，积极与县级城镇改造领导组联系沟通，会同当地城建局、自来水公司就__年度有关施工计划及安排进行商谈，确保一、二级光缆在施工前有标识，施工中有保障，并且加大标识密度，有效预防外力障碍的突发。</w:t>
      </w:r>
      <w:r>
        <w:rPr>
          <w:lang w:eastAsia="zh-CN"/>
        </w:rPr>
        <w:br/>
      </w:r>
      <w:r>
        <w:rPr>
          <w:lang w:eastAsia="zh-CN"/>
        </w:rPr>
        <w:t>　　今年以来，分局一、二级光缆巡护员，他们不辞辛劳，利用农闲时间，不失时机进行随线到户回访以及大型机械信息的跟踪采集，回访采集率达到100%，调查、跟踪、宣传、联系、签约一步到位，按照“织网式”办法，使护线宣传的覆盖面日趋扩大，同时，适时奖励义务护线有功人员，激发他们的护线热情，为延伸护线网络，保证线路畅通做出更大的贡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第三、高度重视，预防为主，确保一、二级干线安全畅通。一级干线安全与否，既关系着年度考核指标的完成，又检验着我们的维护水平，是整个维护工作的重心所在。为此，我们牢固树立一、二级干线无小事意识，加强一、二级干线的线路维护、巡回、随线到户和外力影响监控工作，高度重视一、二级干线的重点线位，多次组织人员集体对一、二级干线线路进行了预检预修，全年共检修一、二级干线(除草培土)5942块、宣传牌608块、新增标石650块、明显化线路50公里，为线路的畅通奠定了基础。</w:t>
      </w:r>
      <w:r>
        <w:rPr>
          <w:lang w:eastAsia="zh-CN"/>
        </w:rPr>
        <w:br/>
      </w:r>
      <w:r>
        <w:rPr>
          <w:lang w:eastAsia="zh-CN"/>
        </w:rPr>
        <w:t>　　第四、加强线路整治，提高本地网维护质量。牢固树立“维护就是服务”的理念，充分发挥专业化维护的优势和水平，预防和杜绝障碍的发生。利用巡检系统监控本地网巡线员，克服他们以前那种无所谓的麻痹思想。由于本地网多处于煤运道路旁，给线路的安全造成很大的影响，隐患无处不有，为此，我们加大维护整治力度，本地网达标整治389公里、更换电杆75根、做吊线689处根，从而提高了本地网杆路的机械强度。另外，我们开展了“保安全、防阻断”的.专项整治工作，完善了本地网的技术资料管理，加强了本地网线路的抢修及抢修人员的技术培养，确保了线路障碍恢复及时率考核指标的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第五、开展岗位大练兵，不断提高员工技术素质。实践证明，只有娴熟的技能和过硬的本领才能做好一切工作，要想适应企业改革发展的要求，逐步提高线务员的技术素质，首当其冲的是“练兵”，目的就是造就一支具有较高的线路技术维护技能队伍。使他们能够熟悉掌握辖区内光缆线路情况，能够熟练使用光缆接续测试仪表、机具，能够出色完成光缆抢修、割接任务，为此，我分局在年内进行了两次业务技能大练兵验收工作，员工门认真作业，精心钻研，在练兵中，不断总结和吸取经验教训，改进工作方法，充分发扬团队精神，互相帮助，互相促进，员工的技术素质得到进一步提高。</w:t>
      </w:r>
      <w:r>
        <w:rPr>
          <w:lang w:eastAsia="zh-CN"/>
        </w:rPr>
        <w:br/>
      </w:r>
      <w:r>
        <w:rPr>
          <w:lang w:eastAsia="zh-CN"/>
        </w:rPr>
        <w:t>　　第六、落实应急调度预案，提高抢修速度。线路故障业务电路恢复及时率，是对线路维护质量的一项主要考核指标，能否在规定的时限内将线路故障业务电路恢复，也是反映我们维护水平高低的一个主要标志。</w:t>
      </w:r>
      <w:r>
        <w:rPr>
          <w:lang w:eastAsia="zh-CN"/>
        </w:rPr>
        <w:br/>
      </w:r>
      <w:r>
        <w:rPr>
          <w:lang w:eastAsia="zh-CN"/>
        </w:rPr>
        <w:t>　　为此，我们一方面强化对应急调度预案的熟悉和掌握，加强与机务部门的配合，确立每一个光系统电路调度方案和操作步骤。另一方面，增强对线路阻断的快速响应能力，年内我们组织了三次大的组织障碍抢修实战演练，着力于队伍受命出击、机线协调配合、电路应急调度、障碍测试、光缆应急抢通与现场割接、仪表机具使用等实际操作能力和速度的训练，提高障碍快速抢修水平，提高了素质，培养了能力。</w:t>
      </w:r>
      <w:r>
        <w:rPr>
          <w:lang w:eastAsia="zh-CN"/>
        </w:rPr>
        <w:br/>
      </w:r>
      <w:r>
        <w:rPr>
          <w:lang w:eastAsia="zh-CN"/>
        </w:rPr>
        <w:t>　　二、加强外力盯守，确保线路畅通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线路畅通是我们各项工作的重中之重，随着县城改造、道路拓宽工程的增多，外力盯守工作量越来越大，巡线员的巡回频次也随之增大，今年以来，怀仁的道路建设、农田水利基本建设以及天然气管道的铺设、应县供热管道的更换先后施工，针对这种情况。我们的盯守人员及时与当地政府及施工单位联系协调，怀仁县政府王副县长、天然气老总到现场与我们查看了施工地与光缆交越的地方，亲自叮咛施工人员，一定要确保京太西、原大光缆的安全。并要求他们凡涉及线路问题一切听从长线部门的安排。</w:t>
      </w:r>
      <w:r>
        <w:rPr>
          <w:lang w:eastAsia="zh-CN"/>
        </w:rPr>
        <w:br/>
      </w:r>
      <w:r>
        <w:rPr>
          <w:lang w:eastAsia="zh-CN"/>
        </w:rPr>
        <w:t>　　在此后的施工中，双方都相互配合，施工与护线同时顺利进行。山阴县城的规划改造规模大、范围广，对我们护线而言，是战线长、隐患多，为此，我们重点加大了对县城的护线、盯守力度，精心组织巡线、盯守力量，积极与各施工点取得联系，宣传光缆的重要性，达成共同维护光缆的共识，确保不折不扣地贯彻“三盯、五有、四不离”的方针，严格执行市维护中心的外力监控传报制度。</w:t>
      </w:r>
      <w:r>
        <w:rPr>
          <w:lang w:eastAsia="zh-CN"/>
        </w:rPr>
        <w:br/>
      </w:r>
      <w:r>
        <w:rPr>
          <w:lang w:eastAsia="zh-CN"/>
        </w:rPr>
        <w:t>　　特别是在6-7月份丰宗喜、张玉喜二位同志顶着火一般的烈日，在35度以上的高温天气中，频繁穿梭于县城两公里长的战线上，插旗子、划白线、增加标志、详细记录盯守日志，及时与分局联系，汇报当日工地人员、机械的流动情况，并保持与施工单位的密切联系，及时掌握新情况，做到早发现、早制止，保证了线路的安全畅通。</w:t>
      </w:r>
      <w:r>
        <w:rPr>
          <w:lang w:eastAsia="zh-CN"/>
        </w:rPr>
        <w:br/>
      </w:r>
      <w:r>
        <w:rPr>
          <w:lang w:eastAsia="zh-CN"/>
        </w:rPr>
        <w:t xml:space="preserve">    企业话务员年终总结范本 篇7 </w:t>
      </w:r>
      <w:r>
        <w:rPr>
          <w:lang w:eastAsia="zh-CN"/>
        </w:rPr>
        <w:br/>
      </w:r>
      <w:r>
        <w:rPr>
          <w:lang w:eastAsia="zh-CN"/>
        </w:rPr>
        <w:t>　　20__年我将进一步发扬优点，改善不足，拓宽思路，求真务实，全力做好本职工作。为此我将明年工作计划如下：</w:t>
      </w:r>
      <w:r>
        <w:rPr>
          <w:lang w:eastAsia="zh-CN"/>
        </w:rPr>
        <w:br/>
      </w:r>
      <w:r>
        <w:rPr>
          <w:lang w:eastAsia="zh-CN"/>
        </w:rPr>
        <w:t>　　一是加强工作统筹。根据公司领导的年度工作要求，对下半年工作进行具体谋划，明确资料、时限和需要到达的目标，加强部门与部门之间的协同配合，把各项工作有机地结合起来，理清工作思路，提高办事效率，增强工作实效。</w:t>
      </w:r>
      <w:r>
        <w:rPr>
          <w:lang w:eastAsia="zh-CN"/>
        </w:rPr>
        <w:br/>
      </w:r>
      <w:r>
        <w:rPr>
          <w:lang w:eastAsia="zh-CN"/>
        </w:rPr>
        <w:t>　　二是加强工作作风培养。始终持续良好的精神状态，发扬吃苦耐劳、知难而进、精益求精、严谨细致、用心进取的工作作风。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人人都说，想做好一份工作，一定要做到首先爱这份工作。在这将近一个月的工作中，我发现自己越来越喜欢这份工作了。在今后的工作里，我相信自己一定会遵守好公司的每一条规章制度，做好话务员工作计划，执行好每一个工作流程，牢记好每一个规范用语。严格要求自己：没有，只有更好。</w:t>
      </w:r>
      <w:r>
        <w:rPr>
          <w:lang w:eastAsia="zh-CN"/>
        </w:rPr>
        <w:br/>
      </w:r>
      <w:r>
        <w:rPr>
          <w:lang w:eastAsia="zh-CN"/>
        </w:rPr>
        <w:t>　　我清楚知道自己离一个优秀话务员还有很大的差距，但我相信我会在以后的日子里不断学习，总结经验教训，取长补短，做得更好!</w:t>
      </w:r>
      <w:r>
        <w:rPr>
          <w:lang w:eastAsia="zh-CN"/>
        </w:rPr>
        <w:br/>
      </w:r>
      <w:r>
        <w:rPr>
          <w:lang w:eastAsia="zh-CN"/>
        </w:rPr>
        <w:t>　　在过去的工作中，我认为自己做得还很不够，在很多方面还存在欠缺，因此，很多地方都需要不断改进。在今后的工作中，我将不断努力学习，不断进取，总结经验教训，取长补短，让自己成为一名合格的话务员。</w:t>
      </w:r>
      <w:r>
        <w:rPr>
          <w:lang w:eastAsia="zh-CN"/>
        </w:rPr>
        <w:br/>
      </w:r>
      <w:r>
        <w:rPr>
          <w:lang w:eastAsia="zh-CN"/>
        </w:rPr>
        <w:t xml:space="preserve">    企业话务员年终总结范本 篇8 </w:t>
      </w:r>
      <w:r>
        <w:rPr>
          <w:lang w:eastAsia="zh-CN"/>
        </w:rPr>
        <w:br/>
      </w:r>
      <w:r>
        <w:rPr>
          <w:lang w:eastAsia="zh-CN"/>
        </w:rPr>
        <w:t>　　斗转星移，进入桂龙堂已四个多月，我一直从事客服咨询专员工作，在这段时间里目睹了也参与了公司的发展和制度的日臻完善，作为一名桂龙人，由衷的感到自豪。四个月的工作经历，自己对客服的工作多少积累了一些认识和体会。现总结如下：</w:t>
      </w:r>
      <w:r>
        <w:rPr>
          <w:lang w:eastAsia="zh-CN"/>
        </w:rPr>
        <w:br/>
      </w:r>
      <w:r>
        <w:rPr>
          <w:lang w:eastAsia="zh-CN"/>
        </w:rPr>
        <w:t>　　一、树立全局观念，做好本职工作。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做好本职工作，树立全局意识是首要的问题，客服工作也不例外。我认为客服工作的全局就是，“树立企业形象，使客户对公司产品的满意度和忠诚度最大化的同时传达企业的文化形象。”七月份来到公司以后，我首先接受了大约一星期的培训，培训内容包括药品的基础知识、中医的基础知识、产品复方柴胡安神颗粒的基础知识、客户常见问题及解答、销售技巧。</w:t>
      </w:r>
      <w:r>
        <w:rPr>
          <w:lang w:eastAsia="zh-CN"/>
        </w:rPr>
        <w:br/>
      </w:r>
      <w:r>
        <w:rPr>
          <w:lang w:eastAsia="zh-CN"/>
        </w:rPr>
        <w:t>　　通过培训不仅使我对公司的产品有了深度了解，也对自己的个人能力有了很大提高，同时对公司完善的培训制度及公司的文化氛围有了充分了解。之后我开始进入客服工作，客服工作的主要任务：</w:t>
      </w:r>
      <w:r>
        <w:rPr>
          <w:lang w:eastAsia="zh-CN"/>
        </w:rPr>
        <w:br/>
      </w:r>
      <w:r>
        <w:rPr>
          <w:lang w:eastAsia="zh-CN"/>
        </w:rPr>
        <w:t>　　一是接听客户的呼入电话，对客户想要了解的问题进行专业并热情的回答。</w:t>
      </w:r>
      <w:r>
        <w:rPr>
          <w:lang w:eastAsia="zh-CN"/>
        </w:rPr>
        <w:br/>
      </w:r>
      <w:r>
        <w:rPr>
          <w:lang w:eastAsia="zh-CN"/>
        </w:rPr>
        <w:t>　　二是对已购买的客户进行回访，对用药效果进行了解、对用药方法进行专业的指导。</w:t>
      </w:r>
      <w:r>
        <w:rPr>
          <w:lang w:eastAsia="zh-CN"/>
        </w:rPr>
        <w:br/>
      </w:r>
      <w:r>
        <w:rPr>
          <w:lang w:eastAsia="zh-CN"/>
        </w:rPr>
        <w:t>　　客服工作的这两点看似简单，但是作为直接和客户进行沟通的部门，这关系到企业形象的传达和客户对公司产品满意度和忠诚度的情况，并对公司产品的后续市场推广有很大影响。</w:t>
      </w:r>
      <w:r>
        <w:rPr>
          <w:lang w:eastAsia="zh-CN"/>
        </w:rPr>
        <w:br/>
      </w:r>
      <w:r>
        <w:rPr>
          <w:lang w:eastAsia="zh-CN"/>
        </w:rPr>
        <w:t>　　二、精于专业技能，勤于思考应变。</w:t>
      </w:r>
      <w:r>
        <w:rPr>
          <w:lang w:eastAsia="zh-CN"/>
        </w:rPr>
        <w:br/>
      </w:r>
      <w:r>
        <w:rPr>
          <w:lang w:eastAsia="zh-CN"/>
        </w:rPr>
        <w:t>　　随着销售行业的不断发展，药品销售也要适应新形势下的销售思路。作为一个客服人员，在做与客户的直接沟通工作时，要勤于思考善于应变。对于客户提出的药品问题，给予专业的回答，对于客户反映的投诉及其它问题，第一时间做出正确的应变，使客户满意的同时，保持客户对公司产品的满意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客服工作是一个直接面对不同失眠客户的工作，需要的是专业的知识水平，及灵活的应变能力，并且需要及时对所遇到的问题进行总结。在管理好手头现有失眠资料的同时，我根据大部分失眠患者具有糖尿病的情况，总结了糖尿病的相关知识。根据不同时失眠患者具有不同的服药史，我总结出了失眠常用药物的相关资料。还有就是失眠与抑郁的相关资料，并把这些资料和同事间进行了分享，来增加和客户之间的有效沟通。能否做好一个客户的有效沟通，是衡量客服人员专业水准的标尺，同时也是服务人员尽快掌握应用知识的有效手段。</w:t>
      </w:r>
      <w:r>
        <w:rPr>
          <w:lang w:eastAsia="zh-CN"/>
        </w:rPr>
        <w:br/>
      </w:r>
      <w:r>
        <w:rPr>
          <w:lang w:eastAsia="zh-CN"/>
        </w:rPr>
        <w:t>　　三、善于沟通交流，提高工作质量。</w:t>
      </w:r>
      <w:r>
        <w:rPr>
          <w:lang w:eastAsia="zh-CN"/>
        </w:rPr>
        <w:br/>
      </w:r>
      <w:r>
        <w:rPr>
          <w:lang w:eastAsia="zh-CN"/>
        </w:rPr>
        <w:t>　　客服人员不仅要有较强的专业技术知识，还应该具备良好的沟通交流能力，当今社会一种产品很多时候是由于使用操作不当才出现了问题，而往往不是如客户反映的质量不行，中药药品尤其如此，如果不连续按疗程用药，很难体现出药品的效果。</w:t>
      </w:r>
      <w:r>
        <w:rPr>
          <w:lang w:eastAsia="zh-CN"/>
        </w:rPr>
        <w:br/>
      </w:r>
      <w:r>
        <w:rPr>
          <w:lang w:eastAsia="zh-CN"/>
        </w:rPr>
        <w:t>　　所以这个时候就需要我们找出症结所在，和客户进行交流，规范使用方法的同时向客户传达优质的服务态度，从而避免客户对产品的不信任乃至对企业形象的损害，客服工作主要体现在交流二字，和客户的交流，能够更好的了解客户对产品的需求，和同事之间的交流，能够增加工作经验，分享心得，能够整体提高团队的水平，提高工作的质量。</w:t>
      </w:r>
      <w:r>
        <w:rPr>
          <w:lang w:eastAsia="zh-CN"/>
        </w:rPr>
        <w:br/>
      </w:r>
      <w:r>
        <w:rPr>
          <w:lang w:eastAsia="zh-CN"/>
        </w:rPr>
        <w:t xml:space="preserve">    企业话务员年终总结范本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有人说时间飞逝就如光箭，现在我终于算是体会到了这句话其真正含义。不知不觉的我都来到这公司一年有余了，在__年里，本人在公司上级领导和主管的正确领导下，在同事们的团结合作与关心帮助下，较好得完成了这一年的各项工作任务，在业务水平素质和思想政治方面等都有了更进一步的提升。为了更好的促进本职位工作，我现将这一年多来我个人工作总结汇报如下：</w:t>
      </w:r>
      <w:r>
        <w:rPr>
          <w:lang w:eastAsia="zh-CN"/>
        </w:rPr>
        <w:br/>
      </w:r>
      <w:r>
        <w:rPr>
          <w:lang w:eastAsia="zh-CN"/>
        </w:rPr>
        <w:t>　　在刚进公司那时，一直都是在紧张的学习服务用语和普通话的加强练习。都说细节决定成败，很多人都会不以为然而去忽略它。可其实我们每天并不需要做多么多么大的事情，只要我们把自己工作上的每一个细节都坚持细心做好了，就是一件很了不起的事了。作为新来的我，我首先感谢我的同事对我的关心和照顾，使我对我的工作越来越有信心。</w:t>
      </w:r>
      <w:r>
        <w:rPr>
          <w:lang w:eastAsia="zh-CN"/>
        </w:rPr>
        <w:br/>
      </w:r>
      <w:r>
        <w:rPr>
          <w:lang w:eastAsia="zh-CN"/>
        </w:rPr>
        <w:t>　　可是，往往好多事情我们都以为一切只要开始了，只要什么都准备好了，一切就不会有问题了，可是结果却总不是我们想象中的那么好。平时几个同事一起工作的时候，都觉得可以了，不会有问题了。刚开始的时候，或多或少的有些紧张，而一紧张就会有时忘记了导语。还好自己及时调整过来。后面跟新来的同事们交流和老同事们请教时才知道，原来多数同事都有过这样的过渡期，或多或少都会有些紧张的。所以，我觉得，凡事只要调整好心态，没什么我们做不好的。我也绝对不会允许自己这么简单的事情都不能做好，相信自己一定能行！后来，我每次坐在电话前面的时候就深呼一口气，然后调整好心态，慢慢的次数多了，就感觉一切都习惯了，工作程序也就自然而然了。我相信这并不会影响我日后的工作，我相信我一定会一直坚持公司的原则在日后的工作里加强学习，并努力做好自己的本份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俗话说：没有规矩不成方圆。毋庸置疑，我们在日常工作中，首先必须遵守好公司的每一条规章制度，执行好每一个工作流程，牢记好每一个规范用语。除此之外，我认为还应该注意以下几点细节，要自己在实践中不断完善自我。</w:t>
      </w:r>
      <w:r>
        <w:rPr>
          <w:lang w:eastAsia="zh-CN"/>
        </w:rPr>
        <w:br/>
      </w:r>
      <w:r>
        <w:rPr>
          <w:lang w:eastAsia="zh-CN"/>
        </w:rPr>
        <w:t>　　一、积极打电话。在商品经济时代的今天，时间就是金钱，所以我们更应该为客户、为自己节省宝贵的时间。以尽可能的速度完成公司所规定的任务。</w:t>
      </w:r>
      <w:r>
        <w:rPr>
          <w:lang w:eastAsia="zh-CN"/>
        </w:rPr>
        <w:br/>
      </w:r>
      <w:r>
        <w:rPr>
          <w:lang w:eastAsia="zh-CN"/>
        </w:rPr>
        <w:t>　　二、表情、语气愉悦。我们工作的一个基本特点就是与客户互不相见，通过声音来传达讯息，所以我们的面部表情和说话语气、声调就更加重要。虽然我是一名普通的话务员，但我深知，我的一举一动、一言一行，代表着我们公司的形象。因此，在电话中，一个优秀的话务员必须做到面带微笑，语气平和，语调轻松，用词规范、得当，给客户愉悦的感受，让客户被我们的轻松愉悦所感染，让工作更好的开展。从走上岗位的那一刻起，我就下定决心：一定要做一名合格的、优秀的公司员工。说起来，做一名话务员容易，但要做一名优秀的话务员就难了。千里之行，始于足下。我会从小事学起，从点滴做起。</w:t>
      </w:r>
      <w:r>
        <w:rPr>
          <w:lang w:eastAsia="zh-CN"/>
        </w:rPr>
        <w:br/>
      </w:r>
      <w:r>
        <w:rPr>
          <w:lang w:eastAsia="zh-CN"/>
        </w:rPr>
        <w:t>　　我接触话务员的时间不长，跟老同事相比，我是一个新手。但这并不能成为我可以比别人差的理由，相反，越是因为这样，我就要付出比别人更多的精力和时间来学习，从而跟上大家的步伐，为公司创造更好的业绩。</w:t>
      </w:r>
      <w:r>
        <w:rPr>
          <w:lang w:eastAsia="zh-CN"/>
        </w:rPr>
        <w:br/>
      </w:r>
      <w:r>
        <w:rPr>
          <w:lang w:eastAsia="zh-CN"/>
        </w:rPr>
        <w:t>　　20__年上半年我将进一步发扬优点，改进不足，拓宽思路，求真务实，全力做好本职工作。为此我将上半年工作计划如下：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一、是加强工作统筹。根据公司领导的年度工作要求，对下半年工作进行具体谋划，明确内容、时限和需要达到的目标，加强部门与部门之间的协同配合，把各项工作有机地结合起来，理清工作思路，提高办事效率，增强工作实效。</w:t>
      </w:r>
      <w:r>
        <w:rPr>
          <w:lang w:eastAsia="zh-CN"/>
        </w:rPr>
        <w:br/>
      </w:r>
      <w:r>
        <w:rPr>
          <w:lang w:eastAsia="zh-CN"/>
        </w:rPr>
        <w:t>　　二、是加强工作作风培养。始终保持良好的精神状态，发扬吃苦耐劳、知难而进、精益求精、严谨细致、积极进取的工作作风。</w:t>
      </w:r>
      <w:r>
        <w:rPr>
          <w:lang w:eastAsia="zh-CN"/>
        </w:rPr>
        <w:br/>
      </w:r>
      <w:r>
        <w:rPr>
          <w:lang w:eastAsia="zh-CN"/>
        </w:rPr>
        <w:t>　　人人都说，想做好一份工作，一定要做到首先爱这份工作。在这一年半时间的工作中，我发现自己越来越喜欢这份工作了。在今后的工作里，我相信自己一定会遵守好公司的每一条规章制度，做好话务员工作计划，执行好每一个工作流程，牢记好每一个规范用语。严格要求自己：没有，只有更好。</w:t>
      </w:r>
      <w:r>
        <w:rPr>
          <w:lang w:eastAsia="zh-CN"/>
        </w:rPr>
        <w:br/>
      </w:r>
      <w:r>
        <w:rPr>
          <w:lang w:eastAsia="zh-CN"/>
        </w:rPr>
        <w:t>　　我清楚知道自己离一个优秀话务员还有很大的差距，但我相信我会在以后的日子里不断学习，总结经验教训，取长补短，做得更好！</w:t>
      </w:r>
      <w:r>
        <w:rPr>
          <w:lang w:eastAsia="zh-CN"/>
        </w:rPr>
        <w:br/>
      </w:r>
      <w:r>
        <w:rPr>
          <w:lang w:eastAsia="zh-CN"/>
        </w:rPr>
        <w:t xml:space="preserve">    企业话务员年终总结范本 篇10 </w:t>
      </w:r>
      <w:r>
        <w:rPr>
          <w:lang w:eastAsia="zh-CN"/>
        </w:rPr>
        <w:br/>
      </w:r>
      <w:r>
        <w:rPr>
          <w:lang w:eastAsia="zh-CN"/>
        </w:rPr>
        <w:t>　　作为银行话务员，我始终坚持把简单的事做好就是不简单。工作中认真对待每一件事，每当遇到繁杂琐事，总是积极、努力的去做。</w:t>
      </w:r>
      <w:r>
        <w:rPr>
          <w:lang w:eastAsia="zh-CN"/>
        </w:rPr>
        <w:br/>
      </w:r>
      <w:r>
        <w:rPr>
          <w:lang w:eastAsia="zh-CN"/>
        </w:rPr>
        <w:t>　　勤奋学习，与时俱进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记得石主任给我们新员工上过的一堂课的上有讲过这样一句话：选择了建行就是选择了不断学习。作为电话银行中心的客服人员，我深刻体会到业务的学习不仅是任务，而且是一种责任，更是一种境界。这几个月以来我坚持勤奋学习，努力提高业务知识，强化思维能力，注重用理论联系实际，用实践来锻炼自己。</w:t>
      </w:r>
      <w:r>
        <w:rPr>
          <w:lang w:eastAsia="zh-CN"/>
        </w:rPr>
        <w:br/>
      </w:r>
      <w:r>
        <w:rPr>
          <w:lang w:eastAsia="zh-CN"/>
        </w:rPr>
        <w:t>　　1、注重理论联系实际。在工作中用理论来指导解决实践，学习目的在于应用，以理论的指导，不断提高了分析问题和解决问题的能力，增强了工作中的原则性、系统性、预见性和创造性;</w:t>
      </w:r>
      <w:r>
        <w:rPr>
          <w:lang w:eastAsia="zh-CN"/>
        </w:rPr>
        <w:br/>
      </w:r>
      <w:r>
        <w:rPr>
          <w:lang w:eastAsia="zh-CN"/>
        </w:rPr>
        <w:t>　　2、注重克服思想上的惰性。坚持按制度，按计划进行业务知识的学习。首先不将业务知识的学习视为额外负担，自觉学习更新的业务知识和建行的企业文化;其次是按自己的学习计划，坚持个人自学，发扬钉子精神，挤时间学，正确处理工作与学习的矛盾，不因工作忙而忽视学习，不因任务重而放松学习。</w:t>
      </w:r>
      <w:r>
        <w:rPr>
          <w:lang w:eastAsia="zh-CN"/>
        </w:rPr>
        <w:br/>
      </w:r>
      <w:r>
        <w:rPr>
          <w:lang w:eastAsia="zh-CN"/>
        </w:rPr>
        <w:t>　　在今后的工作中，我会努力的继续工作，在工作中保持好和客户之间的关系，用最好的服务来解决客户的困难，让我用最好的服务来化解客户的难题。</w:t>
      </w:r>
      <w:r>
        <w:rPr>
          <w:lang w:eastAsia="zh-CN"/>
        </w:rPr>
        <w:br/>
      </w:r>
      <w:r>
        <w:rPr>
          <w:lang w:eastAsia="zh-CN"/>
        </w:rPr>
        <w:t>　　制定如下计划：</w:t>
      </w:r>
      <w:r>
        <w:rPr>
          <w:lang w:eastAsia="zh-CN"/>
        </w:rPr>
        <w:br/>
      </w:r>
      <w:r>
        <w:rPr>
          <w:lang w:eastAsia="zh-CN"/>
        </w:rPr>
        <w:t>　　效完成外呼任务。在进行每天的外，学会总结各地方的特点，善于发现各地区客户的生活习惯和性格特征，高效的外呼。例如在进行__地区的个贷催收时，一般在下午的时间拨打接触率比较高，所以对于客户我们要多进行预约回拨;再例如行的客户他们理解能力和反映能力偏慢，我们在进行外呼时需要放慢语速，做到与客户匹配。做到数量、质量、效率三者结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加强自身学习，提高业务水平。熟练掌握一口清，在解决客户问题时能够脱口而出;加强知识库搜索的练习，熟悉知识库的树形结构，帮助我们高效的利用知识库;不断巩固所学的业务知识，做到准确完整的答复客户的问题;</w:t>
      </w:r>
      <w:r>
        <w:rPr>
          <w:lang w:eastAsia="zh-CN"/>
        </w:rPr>
        <w:br/>
      </w:r>
      <w:r>
        <w:rPr>
          <w:lang w:eastAsia="zh-CN"/>
        </w:rPr>
        <w:t>　　当同事遇到困难需要替班时，能毫无怨言地放弃休息时间，做好工作计划，坚决服从公司的安排，全身心的投入工作。</w:t>
      </w:r>
      <w:r>
        <w:rPr>
          <w:lang w:eastAsia="zh-CN"/>
        </w:rPr>
        <w:br/>
      </w:r>
      <w:r>
        <w:rPr>
          <w:lang w:eastAsia="zh-CN"/>
        </w:rPr>
        <w:t>　　嘟。嘟。您好，号为您服务，请问您要咨询些什么?、您好，请说诚信、热情的接电话是我们每个话务员的职责。每个电话对我们来说都是咨询、投诉、报修和意见。事情与条件各不同，所以每个客户我们都要认真的对待，由此可看出公司的形象、文化与尊严;也可看出工作人员的工作态度与认真否?</w:t>
      </w:r>
      <w:r>
        <w:rPr>
          <w:lang w:eastAsia="zh-CN"/>
        </w:rPr>
        <w:br/>
      </w:r>
      <w:r>
        <w:rPr>
          <w:lang w:eastAsia="zh-CN"/>
        </w:rPr>
        <w:t>　　我为创建作什么，我在创建中作什么，我该怎么作?</w:t>
      </w:r>
      <w:r>
        <w:rPr>
          <w:lang w:eastAsia="zh-CN"/>
        </w:rPr>
        <w:br/>
      </w:r>
      <w:r>
        <w:rPr>
          <w:lang w:eastAsia="zh-CN"/>
        </w:rPr>
        <w:t>　　我作话务员的时间不长，跟许多老手相比，我是一个新手。但这并不能成为我可以比别人差的理由，相反，越是因为这样，我就更要付出比别人更多的精力和时间来学习，从而跟上大家的步伐。在刚上平台的时候，凭借着自己努力、刻苦、任劳任怨的工作态度，我除熟悉了语音平台的操作和处理流程外，还更深一步地了解到设备的整个运作流程，让我在工作时更能得心应手。</w:t>
      </w:r>
      <w:r>
        <w:rPr>
          <w:lang w:eastAsia="zh-CN"/>
        </w:rPr>
        <w:br/>
      </w:r>
      <w:r>
        <w:rPr>
          <w:lang w:eastAsia="zh-CN"/>
        </w:rPr>
        <w:t>　　然而95598号作为一个群众服务窗口，我作为一名普通的客户服务代表，除了要懂得一些简单的技术和专业知识外，更重要的是需要与客户进行沟通、交流，解答客户的咨询和疑问。因此，我更需要具备的是掌握全面的业务知识和良好的服务、沟通技巧。在平时的工作中，对于新下发的各种新业务、新知识、新活动，我都认真学习，充分领会其精神，并且牢记;对于一些基础业务知识，我经常会翻出来看看，做到温故而知新，熟能生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如果说业务知识是做菜的原料的话，那么良好的服务、沟通技巧、就是技艺高超的厨师，只有具备高超的厨艺，才做让原料展现出良好的品质和口味，服务也是同样的道理。如果没有良好的语言表达能力和沟通能力，知道的再多，掌握的再全面，也只能是茶壶里煮饺子&amp;&amp;肚子里有倒不了来。所以我积极参与组织的各种服务知识培训，通过网上学习相关服务、沟通技巧，并将其运用到服务工作中去。</w:t>
      </w:r>
      <w:r>
        <w:rPr>
          <w:lang w:eastAsia="zh-CN"/>
        </w:rPr>
        <w:br/>
      </w:r>
      <w:r>
        <w:rPr>
          <w:lang w:eastAsia="zh-CN"/>
        </w:rPr>
        <w:t>　　新系客服.诚信服务，海尔总裁张瑞敏有句名言：在同样的条件下，服务得好可以赢得顾客或创造顾客;服务得不好可以失去或消灭顾客。诚信是一种资源，一种资本，是优质服务的灵魂。我作为客服中心的一名普通员工会更加的做到认真查找差距，同时学习、借鉴其他满意窗口的先进经验，取他人之所长补己之短，使在客服中心的我不断茁壮成长。以树群众满意窗口号为旗帜，您的满意，是我的追求为行动口号，坚持贯彻以群众为中心，以市场为导向，以群众满意为目的，把优质服务工作做得有声有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自我管理、严格落实树立服务大众、奉献社会的思想，为人民群众办实事、做好事;以客户为中心，不断提高服务质量;保证把请、您好、请问有什么可以帮助你、请问办什么业务、请稍候、等十九个文明服务日常用语得以运用，严禁使用服务禁语;以微笑服务，给客户留下亲切、热情、口气柔和的好印象。同时，注重各项规章制度的贯彻落实，除抓好学习做到人人知晓熟记在心上，把重点放在落实上。内强素质，外塑形象，抓好业务技能培训。为自己适应服务大格局的要求，坚持经常性地利用下班后时间组织业务知识学习，开展岗位大练兵活动，不断提高自己业务技能水平。同时，做好对新同志的传、帮、带工作，力求大家共同进步。自身素质不断提高的同时，也以大家优质的服务树立了优秀的服务品牌。</w:t>
      </w:r>
      <w:r>
        <w:rPr>
          <w:lang w:eastAsia="zh-CN"/>
        </w:rPr>
        <w:br/>
      </w:r>
      <w:r>
        <w:rPr>
          <w:lang w:eastAsia="zh-CN"/>
        </w:rPr>
        <w:t>　　在与来电人的开始几分钟交谈中，我聚精会神倾听来电人的信息，保持礼貌态度，提高工作质量。遇到投诉反馈意见，要清楚来电人的全部要求，准确理解来电人的意思，要抓住问题中心，尽可能避免多讲无关紧要的事并做好相关记录工作方便日后和用户联系，为正常的工作状态保驾护航。还要做好事后的回访工作，当用户反映表示不满意时，应悉心认真的用户述说，尽可能的替用户排除问题，作到急客户之所急，想客户之所想。</w:t>
      </w:r>
      <w:r>
        <w:rPr>
          <w:lang w:eastAsia="zh-CN"/>
        </w:rPr>
        <w:br/>
      </w:r>
      <w:r>
        <w:rPr>
          <w:lang w:eastAsia="zh-CN"/>
        </w:rPr>
        <w:t>　　在不断的学习中，我发现自己的生活充实了许多，也精彩了许多，原来那个默默无语的我也变得叽叽喳喳了，以前总被遗忘的我也得到了大家的认同。但是由于自己性格方面的缺陷，也使我错过了许多机会。所以在新一天，我要再接再厉，作得更好。</w:t>
      </w:r>
      <w:r>
        <w:rPr>
          <w:lang w:eastAsia="zh-CN"/>
        </w:rPr>
        <w:br/>
      </w:r>
      <w:r>
        <w:rPr>
          <w:lang w:eastAsia="zh-CN"/>
        </w:rPr>
        <w:t>　　日子过得真快，一眨眼的工夫，我不知不觉已在客户服务中心忙忙碌碌的工作了一年多。回首过去，展望未来，回顾这一年来的点点滴滴，取他山之石，对于我而言，没有最好，只有更好。</w:t>
      </w:r>
      <w:r>
        <w:rPr>
          <w:lang w:eastAsia="zh-CN"/>
        </w:rPr>
        <w:br/>
      </w:r>
      <w:r>
        <w:rPr>
          <w:lang w:eastAsia="zh-CN"/>
        </w:rPr>
        <w:t>　　总经理语重心长地说：开展这次教育活动的目的是让你们清楚地看到自己所处的位置，你们是一线员工，河企业接触最频繁，一定要始终保持廉洁自律的工作作风，更好的服务企业!，以下是银行话务员年终工作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会议节结束前，总经理和副总经理都做了重要讲话。王涤总经理也被我们活跃的气氛所感染，用最真诚的话语鼓励着我们每一位客户经理，他说：你们是农发行未来，是最有活力、最有希望的团队，希望你们在今后的工作中从分发挥你们的聪才智，取得一流的业绩!。</w:t>
      </w:r>
      <w:r>
        <w:rPr>
          <w:lang w:eastAsia="zh-CN"/>
        </w:rPr>
        <w:br/>
      </w:r>
      <w:r>
        <w:rPr>
          <w:lang w:eastAsia="zh-CN"/>
        </w:rPr>
        <w:t>　　认真整改、抓好落实</w:t>
      </w:r>
      <w:r>
        <w:rPr>
          <w:lang w:eastAsia="zh-CN"/>
        </w:rPr>
        <w:br/>
      </w:r>
      <w:r>
        <w:rPr>
          <w:lang w:eastAsia="zh-CN"/>
        </w:rPr>
        <w:t>　　1、增强服务理念，拓展新企业</w:t>
      </w:r>
      <w:r>
        <w:rPr>
          <w:lang w:eastAsia="zh-CN"/>
        </w:rPr>
        <w:br/>
      </w:r>
      <w:r>
        <w:rPr>
          <w:lang w:eastAsia="zh-CN"/>
        </w:rPr>
        <w:t>　　随着发行的改革，业务范围在不断推展，业务种类有所增加，近期在部室领导的安排部署下，我部对三海保鲜库、农垦乳业等7家新企业进行了调查并建立了项目库。</w:t>
      </w:r>
      <w:r>
        <w:rPr>
          <w:lang w:eastAsia="zh-CN"/>
        </w:rPr>
        <w:br/>
      </w:r>
      <w:r>
        <w:rPr>
          <w:lang w:eastAsia="zh-CN"/>
        </w:rPr>
        <w:t>　　2、适应业务发展，增加业务知识</w:t>
      </w:r>
      <w:r>
        <w:rPr>
          <w:lang w:eastAsia="zh-CN"/>
        </w:rPr>
        <w:br/>
      </w:r>
      <w:r>
        <w:rPr>
          <w:lang w:eastAsia="zh-CN"/>
        </w:rPr>
        <w:t>　　随着新企业的拓展和增加，大家面临许多新业务，新知识。近期我部室组织大家对新下发的管理办法及银行承兑汇票、贴现、国际业务等相关知识进行了学习。</w:t>
      </w:r>
      <w:r>
        <w:rPr>
          <w:lang w:eastAsia="zh-CN"/>
        </w:rPr>
        <w:br/>
      </w:r>
      <w:r>
        <w:rPr>
          <w:lang w:eastAsia="zh-CN"/>
        </w:rPr>
        <w:t>　　3、制定措施，保证各项工作全面落实</w:t>
      </w:r>
      <w:r>
        <w:rPr>
          <w:lang w:eastAsia="zh-CN"/>
        </w:rPr>
        <w:br/>
      </w:r>
      <w:r>
        <w:rPr>
          <w:lang w:eastAsia="zh-CN"/>
        </w:rPr>
        <w:t>　　我部作为服务部门，只有制定健全切合实际的制度措施，才能保证各项工作的全面落实。围绕作风方面查摆出来的突出问题。部室领导对整改的指导思想、整改目标、整改内容，整改的时限都做了明确规定，对存在的问题要求按个人的整改措施认真整改，抓好落实。</w:t>
      </w:r>
      <w:r>
        <w:rPr>
          <w:lang w:eastAsia="zh-CN"/>
        </w:rPr>
        <w:br/>
      </w:r>
      <w:r>
        <w:rPr>
          <w:lang w:eastAsia="zh-CN"/>
        </w:rPr>
        <w:t>　　20__年我们会从这几点上去落实，去实践。争取20__公司和我们都可以更上一层楼。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xml:space="preserve">    企业话务员年终总结范本 篇11 </w:t>
      </w:r>
      <w:r>
        <w:rPr>
          <w:lang w:eastAsia="zh-CN"/>
        </w:rPr>
        <w:br/>
      </w:r>
      <w:r>
        <w:rPr>
          <w:lang w:eastAsia="zh-CN"/>
        </w:rPr>
        <w:t>　　1、_月至_月，我在联通公司10010任职客服话务员。两个月的工作，使我对客服工作有了一定的了解和认识。现就将我的感想及对客服工作的认识作如下总结：</w:t>
      </w:r>
      <w:r>
        <w:rPr>
          <w:lang w:eastAsia="zh-CN"/>
        </w:rPr>
        <w:br/>
      </w:r>
      <w:r>
        <w:rPr>
          <w:lang w:eastAsia="zh-CN"/>
        </w:rPr>
        <w:t>　　2、有人说时间飞逝如光箭，现在我终于体会到了。不知不觉中我都来公司一年多了，在20__年里，本人在公司各级领导的正确领导下，在同事们的团结合作和关心帮助下，较好地完成了这一年的各项工作任务，在业务素质和思想政治方面都有了更进一步的提高。为了更好的促进工作，我现将这一年多来我个人工作总结汇报如下：</w:t>
      </w:r>
      <w:r>
        <w:rPr>
          <w:lang w:eastAsia="zh-CN"/>
        </w:rPr>
        <w:br/>
      </w:r>
      <w:r>
        <w:rPr>
          <w:lang w:eastAsia="zh-CN"/>
        </w:rPr>
        <w:t>　　3、静心回顾这一年的工作生活，我热爱我的工作。我能在职场这条路上找到自己心仪的工作，跟我从工作历程中找到自己的特质，有着很大的关系。我挺喜欢这个工作，它让我发现自己的特质：很有亲和力，不怕与人接触，抗压性高。我在工作中，彷佛在做一份不同的工作，秘诀在于我保持对公司与工作的兴趣。一年来，在工作中通过学习和领导同事的帮助，我在工作中取得了长足的进步，同时也暴露出很多的不足之处；现在在此总结不足之处请领导和同事们批评指正。</w:t>
      </w:r>
      <w:r>
        <w:rPr>
          <w:lang w:eastAsia="zh-CN"/>
        </w:rPr>
        <w:br/>
      </w:r>
      <w:r>
        <w:rPr>
          <w:lang w:eastAsia="zh-CN"/>
        </w:rPr>
        <w:t>　　4、在这辞旧迎新的时刻里，我们即将有了新的开始。在新的一年里我将围绕公司总部的大方针方向在领导王主管的领导下努力工作克服缺点，改进方法，根据现场实际情况改进服务，加强管理，使我们客服部在新的一年里再上一个新台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5、站在新年的开端，透视过去的20__年，工作的点点滴滴时时在眼前隐现，我从一名114话务员到10000号话务员的'成功转变，要感谢领导及其同事们对我的信任和培养，回顾过去的一年，我发现自己改变了许多，也成熟了许多。</w:t>
      </w:r>
      <w:r>
        <w:rPr>
          <w:lang w:eastAsia="zh-CN"/>
        </w:rPr>
        <w:br/>
      </w:r>
      <w:r>
        <w:rPr>
          <w:lang w:eastAsia="zh-CN"/>
        </w:rPr>
        <w:t>　　6、时光飞逝，我在后勤服务10086办公室工作已半年。忆起初来时的懵懂，对话务员工作仅有简单粗浅的认知——接听电话，随着培训的不断深入、技能的日益熟练，我发现看似简单的接听电话过程中竟然包含着沟通技巧、礼仪、工作态度、责任心以及客户的一声“谢谢”，这让我对这份工作从认知向深知转变。</w:t>
      </w:r>
      <w:r>
        <w:rPr>
          <w:lang w:eastAsia="zh-CN"/>
        </w:rPr>
        <w:br/>
      </w:r>
      <w:r>
        <w:rPr>
          <w:lang w:eastAsia="zh-CN"/>
        </w:rPr>
        <w:t>　　7、俗话说：没有规矩不成方圆。毋庸置疑，我们在日常工作中，首先必须遵守好公司的每一条规章制度，执行好每一个工作流程，牢记好每一个规范用语，下面把今年总结一下：</w:t>
      </w:r>
      <w:r>
        <w:rPr>
          <w:lang w:eastAsia="zh-CN"/>
        </w:rPr>
        <w:br/>
      </w:r>
      <w:r>
        <w:rPr>
          <w:lang w:eastAsia="zh-CN"/>
        </w:rPr>
        <w:t xml:space="preserve">    企业话务员年终总结范本 篇12 </w:t>
      </w:r>
      <w:r>
        <w:rPr>
          <w:lang w:eastAsia="zh-CN"/>
        </w:rPr>
        <w:br/>
      </w:r>
      <w:r>
        <w:rPr>
          <w:lang w:eastAsia="zh-CN"/>
        </w:rPr>
        <w:t>　　尊敬的各位领导：</w:t>
      </w:r>
      <w:r>
        <w:rPr>
          <w:lang w:eastAsia="zh-CN"/>
        </w:rPr>
        <w:br/>
      </w:r>
      <w:r>
        <w:rPr>
          <w:lang w:eastAsia="zh-CN"/>
        </w:rPr>
        <w:t>　　你们好！</w:t>
      </w:r>
      <w:r>
        <w:rPr>
          <w:lang w:eastAsia="zh-CN"/>
        </w:rPr>
        <w:br/>
      </w:r>
      <w:r>
        <w:rPr>
          <w:lang w:eastAsia="zh-CN"/>
        </w:rPr>
        <w:t>　　我叫关慧，于_年7月14日进入公司工作，光阴似箭，一晃一年多的外运生活快过去了，工作以来，在单位领导的精心培育和教导下，通过自身的不断努力，无论是思想上、学习上还是工作上，都取得了长足的发展和巨大的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思想上，自觉遵守我司的规章制度，坚持参加公司的每次的培训。以严谨的态度和积极的热情投身于学习和工作中，曾为自己的平凡而失落过，也曾为日子的日复一日而迷惘过，然而日益激烈的社会竟争也使我充分地认识到成为一名德智体全面发展的优秀工作者的重要性，同时也积极的向党组织进行靠拢，于__年的7月1日像党递交了申请书，并时时刻刻接受党的考查，希望早日加入中国共产党。</w:t>
      </w:r>
      <w:r>
        <w:rPr>
          <w:lang w:eastAsia="zh-CN"/>
        </w:rPr>
        <w:br/>
      </w:r>
      <w:r>
        <w:rPr>
          <w:lang w:eastAsia="zh-CN"/>
        </w:rPr>
        <w:t>　　学习上，严格要求自己，凭着对专业知识和技能的强烈追求，端正工作态度，作到了理论联系实际；除了专业知识的学习外，还注意各方面知识的扩展，广泛的涉猎其他部门、学科的知识，从而提高了自身的一专多能的长处及思想文化素质，包括生活中也学到了养成良好的生活习惯，生活充实而有条理，有严谨的生活态度和良好的生活作风，为人热情大方，诚实守信，乐于助人，拥有自己的良好做事原则，能与同事们和睦相处。由于我所学专业离物流行业不相关，从没有放弃学习理论知识和业务知识学习理论的同时，把工作中的实战联系到理论知识上，使理论水平变得更简单。</w:t>
      </w:r>
      <w:r>
        <w:rPr>
          <w:lang w:eastAsia="zh-CN"/>
        </w:rPr>
        <w:br/>
      </w:r>
      <w:r>
        <w:rPr>
          <w:lang w:eastAsia="zh-CN"/>
        </w:rPr>
        <w:t>　　记得，刚进物流行，为了尽快掌握物流行业务，我每天都提前一个多小时到岗，除了在工作态度我尽心尽力，在公司组织的各项活动中我也积极响应，经常参加单位组织的各类活动以及同事聚会。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单证客服员主要负责接收客户递交的报关资料并完成报关资料的初审或填制工作，审核报关资料符合报关单的基本填制要求后，参照业务系统数据，对比无误后进行跟踪，再将单证交付审单员审核；对于报关中出现的任何问题，第一时间与客户进行沟通，迅速解决。在客服工作中，为了能更好的服务客户，针对不同层次、不同需求的客户，我给予不同的帮助和服务，这就要求着我不仅要有全面的专业知识和广泛的信息来源，与各部门也要保持紧密的联系。更重要的是传达信息的急时性、准确性。这些从前所学到的也就让我在客服的工作得心应手。于此同时加强与同事间的密切配合、团结协作、彼此之间相互体谅，形成一个团体力量，这样更能提高工作的效率和进度。由于刚到客服工作还有许多业务不够熟悉，从刚开始不敢接客户电话和不能够快速的独立操作，别人急自己更急。现在还在慢慢的熟悉、争取早日的在不用师傅带的情况下独立更好的完成一个优秀客服员的职责。</w:t>
      </w:r>
      <w:r>
        <w:rPr>
          <w:lang w:eastAsia="zh-CN"/>
        </w:rPr>
        <w:br/>
      </w:r>
      <w:r>
        <w:rPr>
          <w:lang w:eastAsia="zh-CN"/>
        </w:rPr>
        <w:t xml:space="preserve">    企业话务员年终总结范本 篇13 </w:t>
      </w:r>
      <w:r>
        <w:rPr>
          <w:lang w:eastAsia="zh-CN"/>
        </w:rPr>
        <w:br/>
      </w:r>
      <w:r>
        <w:rPr>
          <w:lang w:eastAsia="zh-CN"/>
        </w:rPr>
        <w:t>　　时光如白驹过隙，不知不觉中拥有话务员的身份已经__年多了。从起初对工作的一无所知到此刻的得心应手，其间经历了从好奇到熟知，从热情到迷茫，从烦躁到平静不一样的心路历程。经过__年多的工作，对话务员工作颇有感触，</w:t>
      </w:r>
      <w:r>
        <w:rPr>
          <w:lang w:eastAsia="zh-CN"/>
        </w:rPr>
        <w:br/>
      </w:r>
      <w:r>
        <w:rPr>
          <w:lang w:eastAsia="zh-CN"/>
        </w:rPr>
        <w:t>　　刚踏上话务员这个岗位，就坚信我能做好这份工作，也是我把这个工作想得太简单，以为我能简便胜任这份工作，可真正干了才明白我所做的工作虽然简单，但要做好却真的很难。能够说，从上班的第一天开始我就从没有一天准时下过班。虽说从电话的这一端把另一端用户要的信息经过电话传送过去，心里充满了成就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可是随着时间的推移，日积月累的业务，每一天重复好几百遍的“您好”、“对不起”、“多谢”，那份活力已经平淡，新鲜感不复存在。这样平平淡淡地过了一段时间，看到经常得到表扬的话务员，看到身边的优秀话务员们，心中有所触动，想要有所改变，于是我就加强自身的学习和虚心向同事请教，最终在同事的帮忙和自我的努力下，服务有了提高，付出有了回报。</w:t>
      </w:r>
      <w:r>
        <w:rPr>
          <w:lang w:eastAsia="zh-CN"/>
        </w:rPr>
        <w:br/>
      </w:r>
      <w:r>
        <w:rPr>
          <w:lang w:eastAsia="zh-CN"/>
        </w:rPr>
        <w:t>　　经过__年来的工作，我认为要做好话务员工作，必须要做好以下几点：</w:t>
      </w:r>
      <w:r>
        <w:rPr>
          <w:lang w:eastAsia="zh-CN"/>
        </w:rPr>
        <w:br/>
      </w:r>
      <w:r>
        <w:rPr>
          <w:lang w:eastAsia="zh-CN"/>
        </w:rPr>
        <w:t>　　首先，要调整好自我的心态，秉着用户至上的原则，用和蔼，周到的服务理念用心对待每位客户。让用户带着疑惑而来，获得解释而归。这时客户发自内心的一声声“多谢”，就能让我们得到无比的欢乐，这份欢乐也是接待好每一位用户的原动力，这样的良性循环才能让我们真正做好工作。</w:t>
      </w:r>
      <w:r>
        <w:rPr>
          <w:lang w:eastAsia="zh-CN"/>
        </w:rPr>
        <w:br/>
      </w:r>
      <w:r>
        <w:rPr>
          <w:lang w:eastAsia="zh-CN"/>
        </w:rPr>
        <w:t>　　其次，要有足够的耐性和足够好的脾气。因为有些客户比较难以沟通，有时因为客户的表述本事不强，无形中给交流带来了困难，甚至有的客户电话一接通对方就是一顿吼，所以我们要有足够好的耐性和脾气，用心服务，带着微笑通话，相信对方感觉得到你是用心在服务的，这样就能促进问题的解决。</w:t>
      </w:r>
      <w:r>
        <w:rPr>
          <w:lang w:eastAsia="zh-CN"/>
        </w:rPr>
        <w:br/>
      </w:r>
      <w:r>
        <w:rPr>
          <w:lang w:eastAsia="zh-CN"/>
        </w:rPr>
        <w:t>　　再次，要有12分的细心。因为如果粗心，将会给别人给自我带来不少麻烦。</w:t>
      </w:r>
      <w:r>
        <w:rPr>
          <w:lang w:eastAsia="zh-CN"/>
        </w:rPr>
        <w:br/>
      </w:r>
      <w:r>
        <w:rPr>
          <w:lang w:eastAsia="zh-CN"/>
        </w:rPr>
        <w:t>　　第四，服务用语要规范。不能像我们平常讲话那样随便，也许，刚开始很难把那些服务用语讲得很自然，可是，时间长了，自然就能讲出那种语境。</w:t>
      </w:r>
      <w:r>
        <w:rPr>
          <w:lang w:eastAsia="zh-CN"/>
        </w:rPr>
        <w:br/>
      </w:r>
      <w:r>
        <w:rPr>
          <w:lang w:eastAsia="zh-CN"/>
        </w:rPr>
        <w:t>　　第五，要刻苦钻研业务技术，增强自我的沟通本事和技巧，熟练掌握接转范围内的各项业务及有关规定，不断加强自身的学习。</w:t>
      </w:r>
      <w:r>
        <w:rPr>
          <w:lang w:eastAsia="zh-CN"/>
        </w:rPr>
        <w:br/>
      </w:r>
      <w:r>
        <w:rPr>
          <w:lang w:eastAsia="zh-CN"/>
        </w:rPr>
        <w:t>　　第六，要主动与同事搞好配合，谦虚礼让，顾全大局，分清主次，保证重点。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最终，要做好工作反思。每一天工作结束后，总结一下当天的工作有哪些地方疏忽了，提醒自我明天必须不能犯同样的错误。</w:t>
      </w:r>
      <w:r>
        <w:rPr>
          <w:lang w:eastAsia="zh-CN"/>
        </w:rPr>
        <w:br/>
      </w:r>
      <w:r>
        <w:rPr>
          <w:lang w:eastAsia="zh-CN"/>
        </w:rPr>
        <w:t>　　话务员工作虽然辛苦，但我认为，只要在工作中，我们能经常做到如上几点，就能让话务员工作得心应手，我们就能真正成为一个欢乐而又合格的话务员。</w:t>
      </w:r>
      <w:r>
        <w:rPr>
          <w:lang w:eastAsia="zh-CN"/>
        </w:rPr>
        <w:br/>
      </w:r>
      <w:r>
        <w:rPr>
          <w:lang w:eastAsia="zh-CN"/>
        </w:rPr>
        <w:t xml:space="preserve">    企业话务员年终总结范本 篇14 </w:t>
      </w:r>
      <w:r>
        <w:rPr>
          <w:lang w:eastAsia="zh-CN"/>
        </w:rPr>
        <w:br/>
      </w:r>
      <w:r>
        <w:rPr>
          <w:lang w:eastAsia="zh-CN"/>
        </w:rPr>
        <w:t>　　一、个人客户管理与服务</w:t>
      </w:r>
      <w:r>
        <w:rPr>
          <w:lang w:eastAsia="zh-CN"/>
        </w:rPr>
        <w:br/>
      </w:r>
      <w:r>
        <w:rPr>
          <w:lang w:eastAsia="zh-CN"/>
        </w:rPr>
        <w:t>　　为彰显vip会员尊崇倍至、享我所想的尊贵体验。20__年度我中心本着沟通从心开始的服务理念，我们的每一位服务人员都从客户的利益出发，想客户所想，急客户所急，为客户提供各类通信服务以及慎重停机、免费补卡，免费更换stk大容量卡，帮助客户积分兑奖等业务我们尽心尽力为客户做到最好。</w:t>
      </w:r>
      <w:r>
        <w:rPr>
          <w:lang w:eastAsia="zh-CN"/>
        </w:rPr>
        <w:br/>
      </w:r>
      <w:r>
        <w:rPr>
          <w:lang w:eastAsia="zh-CN"/>
        </w:rPr>
        <w:t>　　结合我们__公司的各项工作指标，本着服务“以人为本”的宗旨从年初的数据分割到年末的客户满意度，实行了针对大客户、重要客户的上门服务、亲情化服务等差异化服务我们要求每一位客户经理耐心解答客户关于通信方面的疑问、圆满解决客户在使用电话方面的问题、提供形式多样的信息服务。</w:t>
      </w:r>
      <w:r>
        <w:rPr>
          <w:lang w:eastAsia="zh-CN"/>
        </w:rPr>
        <w:br/>
      </w:r>
      <w:r>
        <w:rPr>
          <w:lang w:eastAsia="zh-CN"/>
        </w:rPr>
        <w:t>　　客户经理会定期与客户联络，同时，客户也可以通过电话、短信、上门等方式与客户经理保持联系。客户还可以向提供服务的大客户经理预约时间，要求上门服务。上门服务内容包括：业务受理、设置新业务功能、进行新业务演示、解决投诉问题、代收电话费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另外，结合“服务与业务领先”的战略目标，始终坚持“创无限通信世界做信息社会栋梁”的企业使命，不断增强员工的“危机感、紧迫感、使命感、责任感”在全面提高服务质量外，使我们中心在公司的文明建设上都取得了长足的进步。</w:t>
      </w:r>
      <w:r>
        <w:rPr>
          <w:lang w:eastAsia="zh-CN"/>
        </w:rPr>
        <w:br/>
      </w:r>
      <w:r>
        <w:rPr>
          <w:lang w:eastAsia="zh-CN"/>
        </w:rPr>
        <w:t>　　二、中高端客户保有率</w:t>
      </w:r>
      <w:r>
        <w:rPr>
          <w:lang w:eastAsia="zh-CN"/>
        </w:rPr>
        <w:br/>
      </w:r>
      <w:r>
        <w:rPr>
          <w:lang w:eastAsia="zh-CN"/>
        </w:rPr>
        <w:t>　　在当前激烈的市场竞争中，中高端客户将成为我们通信行业下一步争夺的市场目标。在中高端客户市场保有率“战争”中，只有不断深化人性化、亲情般的的优质服务，不断提高的业务技术的水平才能，被众多中高端客户所信赖。去年的中高端保有率我们中心圆满的完成公司下达的任务。</w:t>
      </w:r>
      <w:r>
        <w:rPr>
          <w:lang w:eastAsia="zh-CN"/>
        </w:rPr>
        <w:br/>
      </w:r>
      <w:r>
        <w:rPr>
          <w:lang w:eastAsia="zh-CN"/>
        </w:rPr>
        <w:t>　　三、外呼人员的管理</w:t>
      </w:r>
      <w:r>
        <w:rPr>
          <w:lang w:eastAsia="zh-CN"/>
        </w:rPr>
        <w:br/>
      </w:r>
      <w:r>
        <w:rPr>
          <w:lang w:eastAsia="zh-CN"/>
        </w:rPr>
        <w:t>　　外呼人员在我中心完成的指标中占有一定的比率。电话营销的目标客户群选取针对性强，以及服务口径设计妥当和全体外呼人员的共同努力，20__年外呼人员在新业务的推广，全面推动新业务的增量增收中起到了很大的作用。外呼队伍人员在做市场调查。社会调查、服务关怀、挖掘潜力客户时，她们的服务质量就代表着我们公司的服务形象，所以我们培训外呼人员：熟练掌握公司个指标及各项业务，规范服务用语，应答技巧专业灵活，团队之间密切配合协作。使他们能在第一时间内将信息清楚明确的传递给目标客户。</w:t>
      </w:r>
      <w:r>
        <w:rPr>
          <w:lang w:eastAsia="zh-CN"/>
        </w:rPr>
        <w:br/>
      </w:r>
      <w:r>
        <w:rPr>
          <w:lang w:eastAsia="zh-CN"/>
        </w:rPr>
        <w:t>　　为进一步提高客户满意度、保持服务持续领先，大客户中心在20__年里以客户价值为尺度，从加强投诉管理入手，建立起客户投诉快速响应机制。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首先，优化投诉处理流程，加强后台管理人员对前台客户经理投诉处理的支撑，设立投诉热线，建立管理层直接介入处理的应急响应机制，缩短投诉处理时限。其次，严格控制集团客户短信群发。再次，重要和重复投诉直接向公司专业部门或公司有关领导派单，管理人员及时支撑，处理解决方案。最后，完善客户跟进服务制度，提高__公司的服务水平，从而达到投诉满意度100%</w:t>
      </w:r>
      <w:r>
        <w:rPr>
          <w:lang w:eastAsia="zh-CN"/>
        </w:rPr>
        <w:br/>
      </w:r>
      <w:r>
        <w:rPr>
          <w:lang w:eastAsia="zh-CN"/>
        </w:rPr>
        <w:t>　　话务员是集团客户和个人大客户服务的主要提供者，也是__公司对外展示员工形象和工作风貌的重要载体，客户经理的职业形象和职业素质一直是公司领导和客户关注的焦点。在20__年的日常工作中，我们着重系统培训客户经理的服务与业务双领先全面优化营销体系，实现客户经理规模最优化。大力推进新业务的规模发展，加快改进服务的步伐，全面优化营销体系，推动中心完成全年的营销指标。</w:t>
      </w:r>
      <w:r>
        <w:rPr>
          <w:lang w:eastAsia="zh-CN"/>
        </w:rPr>
        <w:br/>
      </w:r>
      <w:r>
        <w:rPr>
          <w:lang w:eastAsia="zh-CN"/>
        </w:rPr>
        <w:t>　　20__年我准备在工作中协助领导全面创新服务模式，提高新业务的市场占有率。协助领导全面提升客户服务，促进服务价值最优化。继续大力宣贯“正德厚生，臻于至善”的核心价值。</w:t>
      </w:r>
      <w:r>
        <w:rPr>
          <w:lang w:eastAsia="zh-CN"/>
        </w:rPr>
        <w:br/>
      </w:r>
      <w:r>
        <w:rPr>
          <w:lang w:eastAsia="zh-CN"/>
        </w:rPr>
        <w:t>　　不知不觉中一个多月又过去了，为了更好的促进工作，我现将一年来我们组的工作总结汇报如下：</w:t>
      </w:r>
      <w:r>
        <w:rPr>
          <w:lang w:eastAsia="zh-CN"/>
        </w:rPr>
        <w:br/>
      </w:r>
      <w:r>
        <w:rPr>
          <w:lang w:eastAsia="zh-CN"/>
        </w:rPr>
        <w:t>　　首先我认为作为一名普通的话务员，除了要懂得一些简单的技术和专业知识外，更重要的是需要与客户进行沟通、交流，解答客户的咨询和疑问。因此，我们更需要具备的是掌握全面的业务知识和良好的服务、沟通技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在平时的工作中，对于新下发的各种新业务、新知识、新活动，我都认真学习，充分领会其精神，并且牢记；对于一些基础业务知识，要做到温故而知新，熟能生巧。如果说业务知识是做菜的原料的话，那么良好的服务、沟通技巧、就是技艺高超的厨师，只有具备高超的厨艺，才做让原料展现出良好的品质和口味，服务也是同样的道理。</w:t>
      </w:r>
      <w:r>
        <w:rPr>
          <w:lang w:eastAsia="zh-CN"/>
        </w:rPr>
        <w:br/>
      </w:r>
      <w:r>
        <w:rPr>
          <w:lang w:eastAsia="zh-CN"/>
        </w:rPr>
        <w:t>　　如果没有良好的语言表达能力和沟通能力，知道的再多，掌握的再全面，也只能是茶壶里煮饺子——肚子里有倒不了来。所以我们要组织各种服务知识培训，通过学习相关服务、沟通技巧，并将其运用到服务工作中去。</w:t>
      </w:r>
      <w:r>
        <w:rPr>
          <w:lang w:eastAsia="zh-CN"/>
        </w:rPr>
        <w:br/>
      </w:r>
      <w:r>
        <w:rPr>
          <w:lang w:eastAsia="zh-CN"/>
        </w:rPr>
        <w:t>　　一、 作为公司职员要遵守公司的规章制度</w:t>
      </w:r>
      <w:r>
        <w:rPr>
          <w:lang w:eastAsia="zh-CN"/>
        </w:rPr>
        <w:br/>
      </w:r>
      <w:r>
        <w:rPr>
          <w:lang w:eastAsia="zh-CN"/>
        </w:rPr>
        <w:t>　　俗话说：“没有规矩不成方圆”。毋庸置疑，我们在日常工作中，必须遵守好公司的每一条规章制度，执行好每一个工作流程，牢记好每一个规范用语。上个月我们的工作纪律、工作的积极心和工作心态有所调整，都比前都进步了很多，我相信我们还会做得更好。</w:t>
      </w:r>
      <w:r>
        <w:rPr>
          <w:lang w:eastAsia="zh-CN"/>
        </w:rPr>
        <w:br/>
      </w:r>
      <w:r>
        <w:rPr>
          <w:lang w:eastAsia="zh-CN"/>
        </w:rPr>
        <w:t>　　二、 表情、语气愉悦</w:t>
      </w:r>
      <w:r>
        <w:rPr>
          <w:lang w:eastAsia="zh-CN"/>
        </w:rPr>
        <w:br/>
      </w:r>
      <w:r>
        <w:rPr>
          <w:lang w:eastAsia="zh-CN"/>
        </w:rPr>
        <w:t>　　话务员工作的一个基本特点就是与客户互不相见，通过声音来传达讯息，所以我们的面部表情和说话语气、声调就更加重要。上个月我们的行为规范有所提升，能够把行为规范的18条综合应用到外呼中，所以我们的总体成绩很不错，一个优秀的话务员必须做到面带微笑，语气平和，语调轻松，用词规范、得当，给客户愉悦的感受，让客户被我们的诚信、愉悦所感染，使服务深入人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三、 要学会调解心态</w:t>
      </w:r>
      <w:r>
        <w:rPr>
          <w:lang w:eastAsia="zh-CN"/>
        </w:rPr>
        <w:br/>
      </w:r>
      <w:r>
        <w:rPr>
          <w:lang w:eastAsia="zh-CN"/>
        </w:rPr>
        <w:t>　　会因为数据不好打、业务推不出而产生负面情绪，凡事只要调整好心态，没什么我们做不好的。</w:t>
      </w:r>
      <w:r>
        <w:rPr>
          <w:lang w:eastAsia="zh-CN"/>
        </w:rPr>
        <w:br/>
      </w:r>
      <w:r>
        <w:rPr>
          <w:lang w:eastAsia="zh-CN"/>
        </w:rPr>
        <w:t>　　四、 外呼时间上的控制</w:t>
      </w:r>
      <w:r>
        <w:rPr>
          <w:lang w:eastAsia="zh-CN"/>
        </w:rPr>
        <w:br/>
      </w:r>
      <w:r>
        <w:rPr>
          <w:lang w:eastAsia="zh-CN"/>
        </w:rPr>
        <w:t>　　现在是商品经济时代，时间就是金钱，所以我们更应该为客户、为自己节省宝贵的时间。现在我们外呼时间就没有得到很好的控制，我们现在外呼成功率提高了，那投诉率也提高了，所以还没有达到我们所外呼的目的。</w:t>
      </w:r>
      <w:r>
        <w:rPr>
          <w:lang w:eastAsia="zh-CN"/>
        </w:rPr>
        <w:br/>
      </w:r>
      <w:r>
        <w:rPr>
          <w:lang w:eastAsia="zh-CN"/>
        </w:rPr>
        <w:t>　　五、 团结就是力量</w:t>
      </w:r>
      <w:r>
        <w:rPr>
          <w:lang w:eastAsia="zh-CN"/>
        </w:rPr>
        <w:br/>
      </w:r>
      <w:r>
        <w:rPr>
          <w:lang w:eastAsia="zh-CN"/>
        </w:rPr>
        <w:t>　　团结就是力量，这句话至今是许多企业里的座右铭。团结就是力量，这力量是铁，这力量是钢，比铁还硬，比钢还强团结，一切困难都可以迎刃而解；团结，任何敌人都可以战胜；一个集体如果不团结就是一盘散沙。我们所取得的一切成绩要归功于同事们的共同努力。</w:t>
      </w:r>
      <w:r>
        <w:rPr>
          <w:lang w:eastAsia="zh-CN"/>
        </w:rPr>
        <w:br/>
      </w:r>
      <w:r>
        <w:rPr>
          <w:lang w:eastAsia="zh-CN"/>
        </w:rPr>
        <w:t xml:space="preserve">    企业话务员年终总结范本 篇15 </w:t>
      </w:r>
      <w:r>
        <w:rPr>
          <w:lang w:eastAsia="zh-CN"/>
        </w:rPr>
        <w:br/>
      </w:r>
      <w:r>
        <w:rPr>
          <w:lang w:eastAsia="zh-CN"/>
        </w:rPr>
        <w:t>　　在刚进公司那时，一向都是在紧张的学习服务用语和普通话的加强练习。都说细节决定成败，很多人都会不以为然而去忽略它。可其实我们每一天并不需要做多么多么大的事情，只要我们把自我工作上的每一个细节都坚持细心做好了，就是一件很了不起的事了。作为新来的我，我首先感激我的同事对我的关心和照顾，使我对我的工作越来越有信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可是，往往好多事情我们都以为一切只要开始了，只要什么都准备好了，一切就不会有问题了，可是结果···却总不是我们想象中的那么好。平时几个同事一齐工作的时候，都觉得能够了，不会有问题了。刚开始的时候，或多或少的有些紧张，而一紧张就会有时忘记了导语。还好自我及时调整过来。后面跟新来的同事们交流和老同事们请教时才明白，原先多数同事都有过这样的过渡期，或多或少都会有些紧张的。所以，我觉得，凡事只要调整好心态，没什么我们做不好的。我也绝对不会允许自我这么简单的事情都不能做好，相信自我必须能行！之后，我每次坐在电话前面的时候就深呼一口气，然后调整好心态，慢慢的次数多了，就感觉一切都习惯了，工作程序也就自然而然了。我相信这并不会影响我日后的工作，我相信我必须会一向坚持公司的原则在日后的工作里加强学习，并努力做好自我的本份工作。佛山人才网</w:t>
      </w:r>
      <w:r>
        <w:rPr>
          <w:lang w:eastAsia="zh-CN"/>
        </w:rPr>
        <w:br/>
      </w:r>
      <w:r>
        <w:rPr>
          <w:lang w:eastAsia="zh-CN"/>
        </w:rPr>
        <w:t>　　俗话说：没有规矩不成方圆。毋庸置疑，我们在日常工作中，首先必须遵守好公司的每一条规章制度，执行好每一个工作流程，牢记好每一个规范用语，除此之外，我认为还应当注意以下几点细节，要自我在实践中不断完善自我。</w:t>
      </w:r>
      <w:r>
        <w:rPr>
          <w:lang w:eastAsia="zh-CN"/>
        </w:rPr>
        <w:br/>
      </w:r>
      <w:r>
        <w:rPr>
          <w:lang w:eastAsia="zh-CN"/>
        </w:rPr>
        <w:t>　　一、进取打电话。在商品经济时代的今日，时间就是金钱，所以我们更应当为客户、为自我节省宝贵的时间。以尽可能的速度完成公司所规定的任务。</w:t>
      </w:r>
      <w:r>
        <w:rPr>
          <w:lang w:eastAsia="zh-CN"/>
        </w:rPr>
        <w:br/>
      </w:r>
    </w:p>
    <w:p w:rsidR="001B1F19" w14:textId="27C3F48A">
      <w:pPr>
        <w:rPr>
          <w:rFonts w:hint="eastAsia"/>
          <w:lang w:eastAsia="zh-CN"/>
        </w:rPr>
      </w:pPr>
      <w:r>
        <w:rPr>
          <w:lang w:eastAsia="zh-CN"/>
        </w:rPr>
        <w:t>　　二、表情、语气愉悦。我们工作的一个基本特点就是与客户互不相见，经过声音来传达讯息，所以我们的面部表情和说话语气、声调就更加重要。虽然我是一名普通的话务员，但我深知，我的一举一动、一言一行，代表着我们公司的形象。所以，在电话中，一个优秀的话务员必须做到面带微笑，语气平和，语调简便，用词规范、得当，给客户愉悦的感受，让客户被我们的简便愉悦所感染，让工作更好的开展。从走上岗位的那一刻起，我就下定决心：必须要做一名合格的、优秀的公司员工。说起来，做一名话务员容易，但要做一名优秀的话务员就难了。千里之行，始于足下。我会从小事学起，从点滴做起。</w:t>
      </w:r>
      <w:r>
        <w:rPr>
          <w:lang w:eastAsia="zh-CN"/>
        </w:rPr>
        <w:br/>
      </w:r>
      <w:r>
        <w:rPr>
          <w:lang w:eastAsia="zh-CN"/>
        </w:rPr>
        <w:t>　　我接触话务员的时间不长，跟老同事相比，我是一个新手。但这并不能成为我能够比别人差的理由，相反，越是因为这样，我就要付出比别人更多的精力和时间来学习，从而跟上大家的步伐，为公司创造更好的业绩。</w:t>
      </w:r>
      <w:r>
        <w:rPr>
          <w:lang w:eastAsia="zh-CN"/>
        </w:rPr>
        <w:br/>
      </w:r>
      <w:r>
        <w:rPr>
          <w:lang w:eastAsia="zh-CN"/>
        </w:rPr>
        <w:t>　　20__年上半年我将进一步发扬优点，改善不足，拓宽思路，求真务实，全力做好本职工作。为此我将上半年工作计划如下：</w:t>
      </w:r>
      <w:r>
        <w:rPr>
          <w:lang w:eastAsia="zh-CN"/>
        </w:rPr>
        <w:br/>
      </w:r>
      <w:r>
        <w:rPr>
          <w:lang w:eastAsia="zh-CN"/>
        </w:rPr>
        <w:t>　　一、是加强工作统筹。根据公司领导的年度工作要求，对下半年工作进行具体谋划，明确资料、时限和需要到达的目标，加强部门与部门之间的协同配合，把各项工作有机地结合起来，理清工作思路，提高办事效率，增强工作实效。</w:t>
      </w:r>
      <w:r>
        <w:rPr>
          <w:lang w:eastAsia="zh-CN"/>
        </w:rPr>
        <w:br/>
      </w:r>
      <w:r>
        <w:rPr>
          <w:lang w:eastAsia="zh-CN"/>
        </w:rPr>
        <w:t>　　二、是加强工作作风培养。始终坚持良好的精神状态，发扬吃苦耐劳、知难而进、精益求精、严谨细致、进取进取的工作作风。</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https://d.book118.com/257016156061006050</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5701615606100605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