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英语一年级下册教学计划（31篇）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英语一年级下册教学计划（通用31篇）</w:t>
      </w:r>
      <w:r>
        <w:rPr>
          <w:lang w:eastAsia="zh-CN"/>
        </w:rPr>
        <w:br/>
      </w:r>
      <w:r>
        <w:rPr>
          <w:lang w:eastAsia="zh-CN"/>
        </w:rPr>
        <w:t xml:space="preserve">    英语一年级下册教学计划 篇1 </w:t>
      </w:r>
      <w:r>
        <w:rPr>
          <w:lang w:eastAsia="zh-CN"/>
        </w:rPr>
        <w:br/>
      </w:r>
      <w:r>
        <w:rPr>
          <w:lang w:eastAsia="zh-CN"/>
        </w:rPr>
        <w:t>　　一、学生现状分析</w:t>
      </w:r>
      <w:r>
        <w:rPr>
          <w:lang w:eastAsia="zh-CN"/>
        </w:rPr>
        <w:br/>
      </w:r>
      <w:r>
        <w:rPr>
          <w:lang w:eastAsia="zh-CN"/>
        </w:rPr>
        <w:t>　　一年级现有6个班，共有学生约290人，从年龄层次上来看，这个年龄是学习外语的最佳年龄段，此时的儿童大脑有较大的可塑性，如果能加之以正确的引导，学生自身的优势会得以充分发挥。但由于学生年龄较小，自控能力不强，在教学过程中要注意他们的生理、心理特点，充分发挥其表现欲、模仿力强等特点，重点激发学生的学习兴趣，培养良好的英语学习习惯。</w:t>
      </w:r>
      <w:r>
        <w:rPr>
          <w:lang w:eastAsia="zh-CN"/>
        </w:rPr>
        <w:br/>
      </w:r>
      <w:r>
        <w:rPr>
          <w:lang w:eastAsia="zh-CN"/>
        </w:rPr>
        <w:t>　　二、教材体系分析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们所使用的清华大学出版社的《小学英语》一条龙教材体现了新的教育思想、新的语言观和外语学习观。以发展语言实践能力为主线，突出语言的交际功能及其工具性特点;以培养学生用英语进行交际的能力为最终目的，同时注意学习兴趣的培养。教学内容系统性强，以主题为单元，由浅入深，循序渐进，重点突出，难点分散。生词分布适当，合理重复，并根据学生的身心特点、认知水平和语言能力，选择、编排句型、课文、歌曲等语言材料。教材体系还注意体现对听、说、读、写的严格训练和综合运用语言能力的培养。</w:t>
      </w:r>
      <w:r>
        <w:rPr>
          <w:lang w:eastAsia="zh-CN"/>
        </w:rPr>
        <w:br/>
      </w:r>
      <w:r>
        <w:rPr>
          <w:lang w:eastAsia="zh-CN"/>
        </w:rPr>
        <w:t>　　本学期学习的是《小学英语》 1A，教材采用限定结构和情景教学相结合的编排体系，选择词频、与儿童生活密切的词汇和句型，把话题、语言结构和语言情景有机结合起来，并分成三个阶段，1A属于纯语音、语调输入阶段，教学完结是“听说为主”，着重培养语感，激发学习兴趣。</w:t>
      </w:r>
      <w:r>
        <w:rPr>
          <w:lang w:eastAsia="zh-CN"/>
        </w:rPr>
        <w:br/>
      </w:r>
      <w:r>
        <w:rPr>
          <w:lang w:eastAsia="zh-CN"/>
        </w:rPr>
        <w:t>　　本册教材( 1A )共分5个单元，每单元7课，全书共35课。其中每个单元第7课为复习课，以有趣的教学活动复习巩固本单元所学主要内容。每课后都有所学词汇和句型编写的歌曲辅助教学，旨在使小学生在轻松愉快、生动活泼的教学活动中，学会用英语说自己想说的话。</w:t>
      </w:r>
      <w:r>
        <w:rPr>
          <w:lang w:eastAsia="zh-CN"/>
        </w:rPr>
        <w:br/>
      </w:r>
      <w:r>
        <w:rPr>
          <w:lang w:eastAsia="zh-CN"/>
        </w:rPr>
        <w:t>　　三、本册教材总的教学目的及重、难点。</w:t>
      </w:r>
      <w:r>
        <w:rPr>
          <w:lang w:eastAsia="zh-CN"/>
        </w:rPr>
        <w:br/>
      </w:r>
      <w:r>
        <w:rPr>
          <w:lang w:eastAsia="zh-CN"/>
        </w:rPr>
        <w:t>　　(一)教学目的</w:t>
      </w:r>
      <w:r>
        <w:rPr>
          <w:lang w:eastAsia="zh-CN"/>
        </w:rPr>
        <w:br/>
      </w:r>
      <w:r>
        <w:rPr>
          <w:lang w:eastAsia="zh-CN"/>
        </w:rPr>
        <w:t>　　1、课堂上，借助实物、图片、老师的动作、表情，能对教师用英语提出的要求做出基本正确的反应。</w:t>
      </w:r>
      <w:r>
        <w:rPr>
          <w:lang w:eastAsia="zh-CN"/>
        </w:rPr>
        <w:br/>
      </w:r>
      <w:r>
        <w:rPr>
          <w:lang w:eastAsia="zh-CN"/>
        </w:rPr>
        <w:t>　　2、能听懂、并根据实物、图片、动作等，用正确的语音语调说出所学单词100个左右。</w:t>
      </w:r>
      <w:r>
        <w:rPr>
          <w:lang w:eastAsia="zh-CN"/>
        </w:rPr>
        <w:br/>
      </w:r>
      <w:r>
        <w:rPr>
          <w:lang w:eastAsia="zh-CN"/>
        </w:rPr>
        <w:t>　　3、会唱所学的英文歌曲。</w:t>
      </w:r>
      <w:r>
        <w:rPr>
          <w:lang w:eastAsia="zh-CN"/>
        </w:rPr>
        <w:br/>
      </w:r>
      <w:r>
        <w:rPr>
          <w:lang w:eastAsia="zh-CN"/>
        </w:rPr>
        <w:t>　　(二)重、难点</w:t>
      </w:r>
      <w:r>
        <w:rPr>
          <w:lang w:eastAsia="zh-CN"/>
        </w:rPr>
        <w:br/>
      </w:r>
      <w:r>
        <w:rPr>
          <w:lang w:eastAsia="zh-CN"/>
        </w:rPr>
        <w:t>　　-重点单词和句型。</w:t>
      </w:r>
      <w:r>
        <w:rPr>
          <w:lang w:eastAsia="zh-CN"/>
        </w:rPr>
        <w:br/>
      </w:r>
      <w:r>
        <w:rPr>
          <w:lang w:eastAsia="zh-CN"/>
        </w:rPr>
        <w:t>　　四、主要教学措施</w:t>
      </w:r>
      <w:r>
        <w:rPr>
          <w:lang w:eastAsia="zh-CN"/>
        </w:rPr>
        <w:br/>
      </w:r>
      <w:r>
        <w:rPr>
          <w:lang w:eastAsia="zh-CN"/>
        </w:rPr>
        <w:t>　　1 、习得入手，一日一读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英语学习是一种语言学习，需要的是习得的过程。只有大量的输入才回有少量的输出，但我们一周三课时并不能达到这种习得效果，因此我们要求学生每日必读英语，除了在校周一、周四早读，周二晚读的时间，还要培养学生在家中也能够每天坚持学习英语的习惯。但是学生回家是否能坚持听磁带、说英语、唱儿歌，教师又该如何反馈?我想我们可以通过多元化评价为载体，采用多种方法，加强家校联系，及时评价学生在校、在家的英语学习情况。如及时通过短信平台反馈给家长学生课堂上的基本情况，让家长了解学生的课堂习惯。学生回家听磁带、读英语、唱歌谣都可以让家长签字，老师可以通过家长反馈的信息发给学生“小标志”，当“小</w:t>
      </w:r>
      <w:r>
        <w:rPr>
          <w:lang w:eastAsia="zh-CN"/>
        </w:rPr>
        <w:br/>
      </w:r>
      <w:r>
        <w:rPr>
          <w:lang w:eastAsia="zh-CN"/>
        </w:rPr>
        <w:t>　　标志”积攒到了10个就可以换一张写有：You’re a super star in English class.的小喜报。</w:t>
      </w:r>
      <w:r>
        <w:rPr>
          <w:lang w:eastAsia="zh-CN"/>
        </w:rPr>
        <w:br/>
      </w:r>
      <w:r>
        <w:rPr>
          <w:lang w:eastAsia="zh-CN"/>
        </w:rPr>
        <w:t>　　2 、目标导航，一月一查</w:t>
      </w:r>
      <w:r>
        <w:rPr>
          <w:lang w:eastAsia="zh-CN"/>
        </w:rPr>
        <w:br/>
      </w:r>
      <w:r>
        <w:rPr>
          <w:lang w:eastAsia="zh-CN"/>
        </w:rPr>
        <w:t>　　我校英语教学总的目标是培养学生初步地运用英语进行交流的能力，一年级的英语教材具有词汇量大、内容主题化等特点，让学生在低年级阶段掌握大量单词的听和说，再辅之以儿歌教学，激发并保持学生的兴趣。同时为了更好地督促学生的学习积极性，每月对学生所学的内容随堂进行全面抽查并记录，同时把总结结果以短信的形式发给家长，起到共同督促的作用。</w:t>
      </w:r>
      <w:r>
        <w:rPr>
          <w:lang w:eastAsia="zh-CN"/>
        </w:rPr>
        <w:br/>
      </w:r>
      <w:r>
        <w:rPr>
          <w:lang w:eastAsia="zh-CN"/>
        </w:rPr>
        <w:t>　　3 .搭建活动平台，拓宽发展空间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一年级的同学主要开展“口语小明星”和“歌唱小百灵”的评选。在11月我们还要开展“英语演唱秀”活动。(详见：“英语演唱秀”活动方案。)</w:t>
      </w:r>
      <w:r>
        <w:rPr>
          <w:lang w:eastAsia="zh-CN"/>
        </w:rPr>
        <w:br/>
      </w:r>
      <w:r>
        <w:rPr>
          <w:lang w:eastAsia="zh-CN"/>
        </w:rPr>
        <w:t xml:space="preserve">    英语一年级下册教学计划 篇2 </w:t>
      </w:r>
      <w:r>
        <w:rPr>
          <w:lang w:eastAsia="zh-CN"/>
        </w:rPr>
        <w:br/>
      </w:r>
      <w:r>
        <w:rPr>
          <w:lang w:eastAsia="zh-CN"/>
        </w:rPr>
        <w:t>　　一年级的学生大多为初次接触英语学习，对英语学习具有强烈的新鲜感与好奇心，这是一个优势。但是，一年级的学生刚进入小学，对小学阶段的学习需要一个适应过程，特别是对一些课堂常规的学习适应也需要不少的时间。另外低段学生的学习注意力不能长时间的集中，自控能力比较弱，常常表现出听课的耐心不够，忍不住要开小差，对新知识的掌握与运用能力也比较弱。</w:t>
      </w:r>
      <w:r>
        <w:rPr>
          <w:lang w:eastAsia="zh-CN"/>
        </w:rPr>
        <w:br/>
      </w:r>
      <w:r>
        <w:rPr>
          <w:lang w:eastAsia="zh-CN"/>
        </w:rPr>
        <w:t>　　一、教学内容与教材分析</w:t>
      </w:r>
      <w:r>
        <w:rPr>
          <w:lang w:eastAsia="zh-CN"/>
        </w:rPr>
        <w:br/>
      </w:r>
      <w:r>
        <w:rPr>
          <w:lang w:eastAsia="zh-CN"/>
        </w:rPr>
        <w:t>　　英语一年级第一学期共包括六个单元，其中的每一单元又分别包括了Let’sact,Let’stalk,Let’slearn,Let’splay,Let’senjoy等几个部分。重要包括一些对话，日常有交际用语，再加上一些相对比较简单的指令性语言、单词，其中也穿插一些寓教于乐形式的小游戏、韵律、故事、歌曲和绕口令等，具体每个单元包括如下一些内容。</w:t>
      </w:r>
      <w:r>
        <w:rPr>
          <w:lang w:eastAsia="zh-CN"/>
        </w:rPr>
        <w:br/>
      </w:r>
      <w:r>
        <w:rPr>
          <w:lang w:eastAsia="zh-CN"/>
        </w:rPr>
        <w:t>　　二、教学目标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进入一年级，是小学生们真正开始接触英语，开始逐渐有了ABCD的认知，开始表现出对英语学习的的好奇，小学生初学英语更加要注意其多方面能力的发展，教学中着重要对学生的听说能力进行培养。通过本学期本册教材的学习；能够说并执行一些简单的指令性语言，熟知课本中出现的简单对话和日常生活中常见事物的名称，如apple,pencil,rubber,book,bag；能够通过游戏、韵律、故事、歌曲和绕口令等学生喜闻乐见的形式巩固学生的`听说能力，跟着磁带多读多听多说，进行一定的巩固有练习。在学习过程中培养学生的自主学习及合作学习的能力，逐渐培养学生学习英语的兴趣，并为以后的进一步学习打下坚实的基础。</w:t>
      </w:r>
      <w:r>
        <w:rPr>
          <w:lang w:eastAsia="zh-CN"/>
        </w:rPr>
        <w:br/>
      </w:r>
      <w:r>
        <w:rPr>
          <w:lang w:eastAsia="zh-CN"/>
        </w:rPr>
        <w:t>　　1、能听懂并发出Let’sact中一些简单的指令性语言并能对此做出正确的行为反应。</w:t>
      </w:r>
      <w:r>
        <w:rPr>
          <w:lang w:eastAsia="zh-CN"/>
        </w:rPr>
        <w:br/>
      </w:r>
      <w:r>
        <w:rPr>
          <w:lang w:eastAsia="zh-CN"/>
        </w:rPr>
        <w:t>　　2、能运用Let’stalk中的交际语句比较熟练地进行对话；并且能够认读这些句子。</w:t>
      </w:r>
      <w:r>
        <w:rPr>
          <w:lang w:eastAsia="zh-CN"/>
        </w:rPr>
        <w:br/>
      </w:r>
      <w:r>
        <w:rPr>
          <w:lang w:eastAsia="zh-CN"/>
        </w:rPr>
        <w:t>　　3、能听、说、认读Let’slearn中的单词。</w:t>
      </w:r>
      <w:r>
        <w:rPr>
          <w:lang w:eastAsia="zh-CN"/>
        </w:rPr>
        <w:br/>
      </w:r>
      <w:r>
        <w:rPr>
          <w:lang w:eastAsia="zh-CN"/>
        </w:rPr>
        <w:t>　　三、教学重点</w:t>
      </w:r>
      <w:r>
        <w:rPr>
          <w:lang w:eastAsia="zh-CN"/>
        </w:rPr>
        <w:br/>
      </w:r>
      <w:r>
        <w:rPr>
          <w:lang w:eastAsia="zh-CN"/>
        </w:rPr>
        <w:t>　　1、Let’stalk中对话的听、说、理解与简单运用。</w:t>
      </w:r>
      <w:r>
        <w:rPr>
          <w:lang w:eastAsia="zh-CN"/>
        </w:rPr>
        <w:br/>
      </w:r>
      <w:r>
        <w:rPr>
          <w:lang w:eastAsia="zh-CN"/>
        </w:rPr>
        <w:t>　　2、Let’slearn中单词的听、说、认读；Let’slearn中字母的听、说、读、写。</w:t>
      </w:r>
      <w:r>
        <w:rPr>
          <w:lang w:eastAsia="zh-CN"/>
        </w:rPr>
        <w:br/>
      </w:r>
      <w:r>
        <w:rPr>
          <w:lang w:eastAsia="zh-CN"/>
        </w:rPr>
        <w:t>　　四、教学难点</w:t>
      </w:r>
      <w:r>
        <w:rPr>
          <w:lang w:eastAsia="zh-CN"/>
        </w:rPr>
        <w:br/>
      </w:r>
      <w:r>
        <w:rPr>
          <w:lang w:eastAsia="zh-CN"/>
        </w:rPr>
        <w:t>　　1、各首歌曲、韵律和绕口令熟练吟唱。</w:t>
      </w:r>
      <w:r>
        <w:rPr>
          <w:lang w:eastAsia="zh-CN"/>
        </w:rPr>
        <w:br/>
      </w:r>
      <w:r>
        <w:rPr>
          <w:lang w:eastAsia="zh-CN"/>
        </w:rPr>
        <w:t>　　2、Let’stalk中的交际语句在实际情景中进行交流、运用。</w:t>
      </w:r>
      <w:r>
        <w:rPr>
          <w:lang w:eastAsia="zh-CN"/>
        </w:rPr>
        <w:br/>
      </w:r>
      <w:r>
        <w:rPr>
          <w:lang w:eastAsia="zh-CN"/>
        </w:rPr>
        <w:t>　　3、单词的听、说、认读。</w:t>
      </w:r>
      <w:r>
        <w:rPr>
          <w:lang w:eastAsia="zh-CN"/>
        </w:rPr>
        <w:br/>
      </w:r>
      <w:r>
        <w:rPr>
          <w:lang w:eastAsia="zh-CN"/>
        </w:rPr>
        <w:t>　　六、教学措施</w:t>
      </w:r>
      <w:r>
        <w:rPr>
          <w:lang w:eastAsia="zh-CN"/>
        </w:rPr>
        <w:br/>
      </w:r>
      <w:r>
        <w:rPr>
          <w:lang w:eastAsia="zh-CN"/>
        </w:rPr>
        <w:t>　　1、合理制定教学计划，根据教学计划合理安排课时。</w:t>
      </w:r>
      <w:r>
        <w:rPr>
          <w:lang w:eastAsia="zh-CN"/>
        </w:rPr>
        <w:br/>
      </w:r>
      <w:r>
        <w:rPr>
          <w:lang w:eastAsia="zh-CN"/>
        </w:rPr>
        <w:t>　　2、课堂生动有趣，形式多样，激发学生的学习兴趣。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3、注意课堂用语英语化，为学生创造良好语言环境，也为学生的后续学习打下基础。</w:t>
      </w:r>
      <w:r>
        <w:rPr>
          <w:lang w:eastAsia="zh-CN"/>
        </w:rPr>
        <w:br/>
      </w:r>
      <w:r>
        <w:rPr>
          <w:lang w:eastAsia="zh-CN"/>
        </w:rPr>
        <w:t>　　4、提优补差，注意对个别后进生的辅导。</w:t>
      </w:r>
      <w:r>
        <w:rPr>
          <w:lang w:eastAsia="zh-CN"/>
        </w:rPr>
        <w:br/>
      </w:r>
      <w:r>
        <w:rPr>
          <w:lang w:eastAsia="zh-CN"/>
        </w:rPr>
        <w:t>　　5、根据学生的总体情况制定实际可行的评价。</w:t>
      </w:r>
      <w:r>
        <w:rPr>
          <w:lang w:eastAsia="zh-CN"/>
        </w:rPr>
        <w:br/>
      </w:r>
      <w:r>
        <w:rPr>
          <w:lang w:eastAsia="zh-CN"/>
        </w:rPr>
        <w:t>　　6、根据学生的学习特点，以词为基础，以句子为重点的开展教学。</w:t>
      </w:r>
      <w:r>
        <w:rPr>
          <w:lang w:eastAsia="zh-CN"/>
        </w:rPr>
        <w:br/>
      </w:r>
      <w:r>
        <w:rPr>
          <w:lang w:eastAsia="zh-CN"/>
        </w:rPr>
        <w:t xml:space="preserve">    英语一年级下册教学计划 篇3 </w:t>
      </w:r>
      <w:r>
        <w:rPr>
          <w:lang w:eastAsia="zh-CN"/>
        </w:rPr>
        <w:br/>
      </w:r>
      <w:r>
        <w:rPr>
          <w:lang w:eastAsia="zh-CN"/>
        </w:rPr>
        <w:t>　　一、学生的认知能力、习惯态度分析：</w:t>
      </w:r>
      <w:r>
        <w:rPr>
          <w:lang w:eastAsia="zh-CN"/>
        </w:rPr>
        <w:br/>
      </w:r>
      <w:r>
        <w:rPr>
          <w:lang w:eastAsia="zh-CN"/>
        </w:rPr>
        <w:t>　　一年级小朋友刚接触英语，学习兴趣很浓，接受能力、模仿能力很强，学习习惯初步养成，但由于年龄的特点，注意力容易分散，所以在本学期，还有待培养学生的良好的学习习惯，训练学生的听说能力。</w:t>
      </w:r>
      <w:r>
        <w:rPr>
          <w:lang w:eastAsia="zh-CN"/>
        </w:rPr>
        <w:br/>
      </w:r>
      <w:r>
        <w:rPr>
          <w:lang w:eastAsia="zh-CN"/>
        </w:rPr>
        <w:t>　　二、教学目的、任务：</w:t>
      </w:r>
      <w:r>
        <w:rPr>
          <w:lang w:eastAsia="zh-CN"/>
        </w:rPr>
        <w:br/>
      </w:r>
      <w:r>
        <w:rPr>
          <w:lang w:eastAsia="zh-CN"/>
        </w:rPr>
        <w:t>　　1、培养良好的学习习惯，激发学生学习英语的兴趣;</w:t>
      </w:r>
      <w:r>
        <w:rPr>
          <w:lang w:eastAsia="zh-CN"/>
        </w:rPr>
        <w:br/>
      </w:r>
      <w:r>
        <w:rPr>
          <w:lang w:eastAsia="zh-CN"/>
        </w:rPr>
        <w:t>　　2、培养学生纯正的语音、语调;</w:t>
      </w:r>
      <w:r>
        <w:rPr>
          <w:lang w:eastAsia="zh-CN"/>
        </w:rPr>
        <w:br/>
      </w:r>
      <w:r>
        <w:rPr>
          <w:lang w:eastAsia="zh-CN"/>
        </w:rPr>
        <w:t>　　3、能根据教师的简单指令做事情，自己也能发号简单的指令;</w:t>
      </w:r>
      <w:r>
        <w:rPr>
          <w:lang w:eastAsia="zh-CN"/>
        </w:rPr>
        <w:br/>
      </w:r>
      <w:r>
        <w:rPr>
          <w:lang w:eastAsia="zh-CN"/>
        </w:rPr>
        <w:t>　　4、能运用所学的知识进行简单的交流;</w:t>
      </w:r>
      <w:r>
        <w:rPr>
          <w:lang w:eastAsia="zh-CN"/>
        </w:rPr>
        <w:br/>
      </w:r>
      <w:r>
        <w:rPr>
          <w:lang w:eastAsia="zh-CN"/>
        </w:rPr>
        <w:t>　　5、能唱简单的英文歌曲，能说简单的英文歌谣;</w:t>
      </w:r>
      <w:r>
        <w:rPr>
          <w:lang w:eastAsia="zh-CN"/>
        </w:rPr>
        <w:br/>
      </w:r>
      <w:r>
        <w:rPr>
          <w:lang w:eastAsia="zh-CN"/>
        </w:rPr>
        <w:t>　　6、能看图说出单词，听到单词说出物品;</w:t>
      </w:r>
      <w:r>
        <w:rPr>
          <w:lang w:eastAsia="zh-CN"/>
        </w:rPr>
        <w:br/>
      </w:r>
      <w:r>
        <w:rPr>
          <w:lang w:eastAsia="zh-CN"/>
        </w:rPr>
        <w:t>　　7、初步了解外国文化习俗。</w:t>
      </w:r>
      <w:r>
        <w:rPr>
          <w:lang w:eastAsia="zh-CN"/>
        </w:rPr>
        <w:br/>
      </w:r>
      <w:r>
        <w:rPr>
          <w:lang w:eastAsia="zh-CN"/>
        </w:rPr>
        <w:t>　　三、教材重点、难点：</w:t>
      </w:r>
      <w:r>
        <w:rPr>
          <w:lang w:eastAsia="zh-CN"/>
        </w:rPr>
        <w:br/>
      </w:r>
      <w:r>
        <w:rPr>
          <w:lang w:eastAsia="zh-CN"/>
        </w:rPr>
        <w:t>　　1、能根据教师的简单指令做事情，自己也能发号简单的指令;</w:t>
      </w:r>
      <w:r>
        <w:rPr>
          <w:lang w:eastAsia="zh-CN"/>
        </w:rPr>
        <w:br/>
      </w:r>
      <w:r>
        <w:rPr>
          <w:lang w:eastAsia="zh-CN"/>
        </w:rPr>
        <w:t>　　2、能运用所学的知识进行简单的交流;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3、能唱简单的英文歌曲，能说简单的英文歌谣;</w:t>
      </w:r>
      <w:r>
        <w:rPr>
          <w:lang w:eastAsia="zh-CN"/>
        </w:rPr>
        <w:br/>
      </w:r>
      <w:r>
        <w:rPr>
          <w:lang w:eastAsia="zh-CN"/>
        </w:rPr>
        <w:t>　　4、能看图说出单词，听到单词说出物品。</w:t>
      </w:r>
      <w:r>
        <w:rPr>
          <w:lang w:eastAsia="zh-CN"/>
        </w:rPr>
        <w:br/>
      </w:r>
      <w:r>
        <w:rPr>
          <w:lang w:eastAsia="zh-CN"/>
        </w:rPr>
        <w:t>　　四、主要措施：</w:t>
      </w:r>
      <w:r>
        <w:rPr>
          <w:lang w:eastAsia="zh-CN"/>
        </w:rPr>
        <w:br/>
      </w:r>
      <w:r>
        <w:rPr>
          <w:lang w:eastAsia="zh-CN"/>
        </w:rPr>
        <w:t>　　1、深钻教材，挖掘教材的内在联系，认真备好每节课，精心设计教案。</w:t>
      </w:r>
      <w:r>
        <w:rPr>
          <w:lang w:eastAsia="zh-CN"/>
        </w:rPr>
        <w:br/>
      </w:r>
      <w:r>
        <w:rPr>
          <w:lang w:eastAsia="zh-CN"/>
        </w:rPr>
        <w:t>　　2、更新教育观念，明确教师角色，建立以人为本的学生主体观，建立民主、平等、和谐、合作的教育观，让学生在轻松的氛围中学到知识。</w:t>
      </w:r>
      <w:r>
        <w:rPr>
          <w:lang w:eastAsia="zh-CN"/>
        </w:rPr>
        <w:br/>
      </w:r>
      <w:r>
        <w:rPr>
          <w:lang w:eastAsia="zh-CN"/>
        </w:rPr>
        <w:t>　　3、改进教学方法，提高教学效率，改变过去“满堂灌”的方式，让课堂焕发出生命的活力，在课堂上，有讲有练，精讲精练，有动有静，让学生说起来，动起来。</w:t>
      </w:r>
      <w:r>
        <w:rPr>
          <w:lang w:eastAsia="zh-CN"/>
        </w:rPr>
        <w:br/>
      </w:r>
      <w:r>
        <w:rPr>
          <w:lang w:eastAsia="zh-CN"/>
        </w:rPr>
        <w:t>　　4、实行开放式教学方式，让每个学生在参与交流中提高英语交际水平，同时提高学习兴趣和合作能力。</w:t>
      </w:r>
      <w:r>
        <w:rPr>
          <w:lang w:eastAsia="zh-CN"/>
        </w:rPr>
        <w:br/>
      </w:r>
      <w:r>
        <w:rPr>
          <w:lang w:eastAsia="zh-CN"/>
        </w:rPr>
        <w:t>　　5、训练和提高学生能听懂一些日常生活对话，能用英语进行简单交流。</w:t>
      </w:r>
      <w:r>
        <w:rPr>
          <w:lang w:eastAsia="zh-CN"/>
        </w:rPr>
        <w:br/>
      </w:r>
      <w:r>
        <w:rPr>
          <w:lang w:eastAsia="zh-CN"/>
        </w:rPr>
        <w:t>　　作为一名小学英语教师，我们要应用英语教学活动研究英语教学模式，研究探讨英语教学最佳教学方案，培养学生学习积极性。发挥学生的主体作用和教师主导作用，调动学生学习兴趣，以全面提高教学质量。</w:t>
      </w:r>
      <w:r>
        <w:rPr>
          <w:lang w:eastAsia="zh-CN"/>
        </w:rPr>
        <w:br/>
      </w:r>
      <w:r>
        <w:rPr>
          <w:lang w:eastAsia="zh-CN"/>
        </w:rPr>
        <w:t xml:space="preserve">    英语一年级下册教学计划 篇4 </w:t>
      </w:r>
      <w:r>
        <w:rPr>
          <w:lang w:eastAsia="zh-CN"/>
        </w:rPr>
        <w:br/>
      </w:r>
      <w:r>
        <w:rPr>
          <w:lang w:eastAsia="zh-CN"/>
        </w:rPr>
        <w:t>　　一、学生现状分析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年级现有6个班，共有学生约290人，从年龄层次上来看，这个年龄是学习外语的最佳年龄段，此时的儿童大脑有较大的可塑性，如果能加之以正确的引导，学生自身的优势会得以充分发挥。但由于学生年龄较小，自控能力不强，在教学过程中要注意他们的生理、心理特点，充分发挥其表现欲、模仿力强等特点，重点激发学生的学习兴趣，培养良好的英语学习习惯。</w:t>
      </w:r>
      <w:r>
        <w:rPr>
          <w:lang w:eastAsia="zh-CN"/>
        </w:rPr>
        <w:br/>
      </w:r>
      <w:r>
        <w:rPr>
          <w:lang w:eastAsia="zh-CN"/>
        </w:rPr>
        <w:t>　　二、教材体系分析</w:t>
      </w:r>
      <w:r>
        <w:rPr>
          <w:lang w:eastAsia="zh-CN"/>
        </w:rPr>
        <w:br/>
      </w:r>
      <w:r>
        <w:rPr>
          <w:lang w:eastAsia="zh-CN"/>
        </w:rPr>
        <w:t>　　我们所使用的清华大学出版社的《小学英语》一条龙教材体现了新的教育思想、新的语言观和外语学习观。以发展语言实践能力为主线，突出语言的交际功能及其工具性特点;以培养学生用英语进行交际的能力为最终目的，同时注意学习兴趣的'培养。教学内容系统性强，以主题为单元，由浅入深，循序渐进，重点突出，难点分散。生词分布适当，合理重复，并根据学生的身心特点、认知水平和语言能力，选择、编排句型、课文、歌曲等语言材料。教材体系还注意体现对听、说、读、写的严格训练和综合运用语言能力的培养。</w:t>
      </w:r>
      <w:r>
        <w:rPr>
          <w:lang w:eastAsia="zh-CN"/>
        </w:rPr>
        <w:br/>
      </w:r>
      <w:r>
        <w:rPr>
          <w:lang w:eastAsia="zh-CN"/>
        </w:rPr>
        <w:t>　　本学期学习的是《小学英语》 1A，教材采用限定结构和情景教学相结合的编排体系，选择词频、与儿童生活密切的词汇和句型，把话题、语言结构和语言情景有机结合起来，并分成三个阶段，1A属于纯语音、语调输入阶段，教学完结是“听说为主”，着重培养语感，激发学习兴趣。</w:t>
      </w:r>
      <w:r>
        <w:rPr>
          <w:lang w:eastAsia="zh-CN"/>
        </w:rPr>
        <w:br/>
      </w:r>
      <w:r>
        <w:rPr>
          <w:lang w:eastAsia="zh-CN"/>
        </w:rPr>
        <w:t>　　本册教材(</w:t>
      </w:r>
      <w:r>
        <w:rPr>
          <w:lang w:eastAsia="zh-CN"/>
        </w:rPr>
        <w:t xml:space="preserve"> 1A</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共分5个单元，每单元7课，全书共35课。其中每个单元第7课为复习课，以有趣的教学活动复习巩固本单元所学主要内容。每课后都有所学词汇和句型编写的歌曲辅助教学，旨在使小学生在轻松愉快、生动活泼的教学活动中，学会用英语说自己想说的话。</w:t>
      </w:r>
      <w:r>
        <w:rPr>
          <w:lang w:eastAsia="zh-CN"/>
        </w:rPr>
        <w:br/>
      </w:r>
      <w:r>
        <w:rPr>
          <w:lang w:eastAsia="zh-CN"/>
        </w:rPr>
        <w:t>　　三、本册教材总的教学目的及重、难点。</w:t>
      </w:r>
      <w:r>
        <w:rPr>
          <w:lang w:eastAsia="zh-CN"/>
        </w:rPr>
        <w:br/>
      </w:r>
      <w:r>
        <w:rPr>
          <w:lang w:eastAsia="zh-CN"/>
        </w:rPr>
        <w:t>　　(一)教学目的</w:t>
      </w:r>
      <w:r>
        <w:rPr>
          <w:lang w:eastAsia="zh-CN"/>
        </w:rPr>
        <w:br/>
      </w:r>
      <w:r>
        <w:rPr>
          <w:lang w:eastAsia="zh-CN"/>
        </w:rPr>
        <w:t>　　1、课堂上，借助实物、图片、老师的动作、表情，能对教师用英语提出的要求做出基本正确的反应。</w:t>
      </w:r>
      <w:r>
        <w:rPr>
          <w:lang w:eastAsia="zh-CN"/>
        </w:rPr>
        <w:br/>
      </w:r>
      <w:r>
        <w:rPr>
          <w:lang w:eastAsia="zh-CN"/>
        </w:rPr>
        <w:t>　　2、能听懂、并根据实物、图片、动作等，用正确的语音语调说出所学单词100个左右。</w:t>
      </w:r>
      <w:r>
        <w:rPr>
          <w:lang w:eastAsia="zh-CN"/>
        </w:rPr>
        <w:br/>
      </w:r>
      <w:r>
        <w:rPr>
          <w:lang w:eastAsia="zh-CN"/>
        </w:rPr>
        <w:t>　　3、会唱所学的英文歌曲。</w:t>
      </w:r>
      <w:r>
        <w:rPr>
          <w:lang w:eastAsia="zh-CN"/>
        </w:rPr>
        <w:br/>
      </w:r>
      <w:r>
        <w:rPr>
          <w:lang w:eastAsia="zh-CN"/>
        </w:rPr>
        <w:t>　　(二)重、难点</w:t>
      </w:r>
      <w:r>
        <w:rPr>
          <w:lang w:eastAsia="zh-CN"/>
        </w:rPr>
        <w:br/>
      </w:r>
      <w:r>
        <w:rPr>
          <w:lang w:eastAsia="zh-CN"/>
        </w:rPr>
        <w:t>　　-重点单词和句型。</w:t>
      </w:r>
      <w:r>
        <w:rPr>
          <w:lang w:eastAsia="zh-CN"/>
        </w:rPr>
        <w:br/>
      </w:r>
      <w:r>
        <w:rPr>
          <w:lang w:eastAsia="zh-CN"/>
        </w:rPr>
        <w:t>　　四、主要教学措施</w:t>
      </w:r>
      <w:r>
        <w:rPr>
          <w:lang w:eastAsia="zh-CN"/>
        </w:rPr>
        <w:br/>
      </w:r>
      <w:r>
        <w:rPr>
          <w:lang w:eastAsia="zh-CN"/>
        </w:rPr>
        <w:t>　　1 、习得入手，一日一读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英语学习是一种语言学习，需要的是习得的过程。只有大量的输入才回有少量的输出，但我们一周三课时并不能达到这种习得效果，因此我们要求学生每日必读英语，除了在校周一、周四早读，周二晚读的时间，还要培养学生在家中也能够每天坚持学习英语的习惯。但是学生回家是否能坚持听磁带、说英语、唱儿歌，教师又该如何反馈?我想我们可以通过多元化评价为载体，采用多种方法，加强家校联系，及时评价学生在校、在家的英语学习情况。如及时通过短信平台反馈给家长学生课堂上的基本情况，让家长了解学生的课堂习惯。学生回家听磁带、读英语、唱歌谣都可以让家长签字，老师可以通过家长反馈的信息发给学生“小标志”，当“小标志”积攒到了10个就可以换一张写有：You’re</w:t>
      </w:r>
      <w:r>
        <w:rPr>
          <w:lang w:eastAsia="zh-CN"/>
        </w:rPr>
        <w:t xml:space="preserve"> a</w:t>
      </w:r>
      <w:r>
        <w:rPr>
          <w:lang w:eastAsia="zh-CN"/>
        </w:rPr>
        <w:t xml:space="preserve"> super</w:t>
      </w:r>
      <w:r>
        <w:rPr>
          <w:lang w:eastAsia="zh-CN"/>
        </w:rPr>
        <w:t xml:space="preserve"> star</w:t>
      </w:r>
      <w:r>
        <w:rPr>
          <w:lang w:eastAsia="zh-CN"/>
        </w:rPr>
        <w:t xml:space="preserve"> in</w:t>
      </w:r>
      <w:r>
        <w:rPr>
          <w:lang w:eastAsia="zh-CN"/>
        </w:rPr>
        <w:t xml:space="preserve"> English</w:t>
      </w:r>
      <w:r>
        <w:rPr>
          <w:lang w:eastAsia="zh-CN"/>
        </w:rPr>
        <w:t xml:space="preserve"> class.的小喜报。</w:t>
      </w:r>
      <w:r>
        <w:rPr>
          <w:lang w:eastAsia="zh-CN"/>
        </w:rPr>
        <w:br/>
      </w:r>
      <w:r>
        <w:rPr>
          <w:lang w:eastAsia="zh-CN"/>
        </w:rPr>
        <w:t>　　2 、目标导航，一月一查</w:t>
      </w:r>
      <w:r>
        <w:rPr>
          <w:lang w:eastAsia="zh-CN"/>
        </w:rPr>
        <w:br/>
      </w:r>
      <w:r>
        <w:rPr>
          <w:lang w:eastAsia="zh-CN"/>
        </w:rPr>
        <w:t>　　我校英语教学总的目标是培养学生初步地运用英语进行交流的能力，一年级的英语教材具有词汇量大、内容主题化等特点，让学生在低年级阶段掌握大量单词的听和说，再辅之以儿歌教学，激发并保持学生的兴趣。同时为了更好地督促学生的学习积极性，每月对学生所学的内容随堂进行全面抽查并记录，同时把总结结果以短信的形式发给家长，起到共同督促的作用。</w:t>
      </w:r>
      <w:r>
        <w:rPr>
          <w:lang w:eastAsia="zh-CN"/>
        </w:rPr>
        <w:br/>
      </w:r>
      <w:r>
        <w:rPr>
          <w:lang w:eastAsia="zh-CN"/>
        </w:rPr>
        <w:t>　　3 .搭建活动平台，拓宽发展空间</w:t>
      </w:r>
      <w:r>
        <w:rPr>
          <w:lang w:eastAsia="zh-CN"/>
        </w:rPr>
        <w:br/>
      </w:r>
      <w:r>
        <w:rPr>
          <w:lang w:eastAsia="zh-CN"/>
        </w:rPr>
        <w:t>　　一年级的同学主要开展“口语小明星”和“歌唱小百灵”的评选。在11月我们还要开展“英语演唱秀”活动。</w:t>
      </w:r>
      <w:r>
        <w:rPr>
          <w:lang w:eastAsia="zh-CN"/>
        </w:rPr>
        <w:br/>
      </w:r>
      <w:r>
        <w:rPr>
          <w:lang w:eastAsia="zh-CN"/>
        </w:rPr>
        <w:t xml:space="preserve">    英语一年级下册教学计划 篇5 </w:t>
      </w:r>
      <w:r>
        <w:rPr>
          <w:lang w:eastAsia="zh-CN"/>
        </w:rPr>
        <w:br/>
      </w:r>
      <w:r>
        <w:rPr>
          <w:lang w:eastAsia="zh-CN"/>
        </w:rPr>
        <w:t>　　5.15—5.19</w:t>
      </w:r>
      <w:r>
        <w:rPr>
          <w:lang w:eastAsia="zh-CN"/>
        </w:rPr>
        <w:br/>
      </w:r>
      <w:r>
        <w:rPr>
          <w:lang w:eastAsia="zh-CN"/>
        </w:rPr>
        <w:t>　　第二次月考复习 （复习M1—M3内容）</w:t>
      </w:r>
      <w:r>
        <w:rPr>
          <w:lang w:eastAsia="zh-CN"/>
        </w:rPr>
        <w:br/>
      </w:r>
      <w:r>
        <w:rPr>
          <w:lang w:eastAsia="zh-CN"/>
        </w:rPr>
        <w:t>　　1、为第二次月考做准备。复习M1—M3内容，讲学生易错、易混题。</w:t>
      </w:r>
      <w:r>
        <w:rPr>
          <w:lang w:eastAsia="zh-CN"/>
        </w:rPr>
        <w:br/>
      </w:r>
      <w:r>
        <w:rPr>
          <w:lang w:eastAsia="zh-CN"/>
        </w:rPr>
        <w:t>　　2.期末学生易浮躁，多设计些游戏活动来复习单词，句子。</w:t>
      </w:r>
      <w:r>
        <w:rPr>
          <w:lang w:eastAsia="zh-CN"/>
        </w:rPr>
        <w:br/>
      </w:r>
      <w:r>
        <w:rPr>
          <w:lang w:eastAsia="zh-CN"/>
        </w:rPr>
        <w:t>　　3.利用早读，学生之间单词，课文互相过关，教师亲自抓后进生。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 出Mdule3的周测试卷。</w:t>
      </w:r>
      <w:r>
        <w:rPr>
          <w:lang w:eastAsia="zh-CN"/>
        </w:rPr>
        <w:br/>
      </w:r>
      <w:r>
        <w:rPr>
          <w:lang w:eastAsia="zh-CN"/>
        </w:rPr>
        <w:t>　　5.留出两周时间期末复习。梳理全本书知识点，整合内容，习题专项专练，查漏补缺。中等生和后进生的作业和习题卷要做到面批面改。4.利用早读，学生之间单词，课文互相过关，教师亲自抓后进生并奖励。</w:t>
      </w:r>
      <w:r>
        <w:rPr>
          <w:lang w:eastAsia="zh-CN"/>
        </w:rPr>
        <w:br/>
      </w:r>
      <w:r>
        <w:rPr>
          <w:lang w:eastAsia="zh-CN"/>
        </w:rPr>
        <w:t xml:space="preserve">    英语一年级下册教学计划 篇6 </w:t>
      </w:r>
      <w:r>
        <w:rPr>
          <w:lang w:eastAsia="zh-CN"/>
        </w:rPr>
        <w:br/>
      </w:r>
      <w:r>
        <w:rPr>
          <w:lang w:eastAsia="zh-CN"/>
        </w:rPr>
        <w:t>　　3.6—3.10</w:t>
      </w:r>
      <w:r>
        <w:rPr>
          <w:lang w:eastAsia="zh-CN"/>
        </w:rPr>
        <w:br/>
      </w:r>
      <w:r>
        <w:rPr>
          <w:lang w:eastAsia="zh-CN"/>
        </w:rPr>
        <w:t>　　第一次月考复习 （复习U1内容）</w:t>
      </w:r>
      <w:r>
        <w:rPr>
          <w:lang w:eastAsia="zh-CN"/>
        </w:rPr>
        <w:br/>
      </w:r>
      <w:r>
        <w:rPr>
          <w:lang w:eastAsia="zh-CN"/>
        </w:rPr>
        <w:t>　　1.利用早读，中午12:30-13：00的时间对后进生的单词、课文人人过关。尤其严抓后进生单词和课文的认读及理解，能力较强的学生要求背诵。</w:t>
      </w:r>
      <w:r>
        <w:rPr>
          <w:lang w:eastAsia="zh-CN"/>
        </w:rPr>
        <w:br/>
      </w:r>
      <w:r>
        <w:rPr>
          <w:lang w:eastAsia="zh-CN"/>
        </w:rPr>
        <w:t>　　2.留出至少3天时间复习Mdule1，梳理知识点，整合内容。并随堂检测，发现漏缺及时讲解。</w:t>
      </w:r>
      <w:r>
        <w:rPr>
          <w:lang w:eastAsia="zh-CN"/>
        </w:rPr>
        <w:br/>
      </w:r>
      <w:r>
        <w:rPr>
          <w:lang w:eastAsia="zh-CN"/>
        </w:rPr>
        <w:t>　　3.出Mdule2的周测试卷。</w:t>
      </w:r>
      <w:r>
        <w:rPr>
          <w:lang w:eastAsia="zh-CN"/>
        </w:rPr>
        <w:br/>
      </w:r>
      <w:r>
        <w:rPr>
          <w:lang w:eastAsia="zh-CN"/>
        </w:rPr>
        <w:t>　　4.每周至少听一节师傅的课。</w:t>
      </w:r>
      <w:r>
        <w:rPr>
          <w:lang w:eastAsia="zh-CN"/>
        </w:rPr>
        <w:br/>
      </w:r>
      <w:r>
        <w:rPr>
          <w:lang w:eastAsia="zh-CN"/>
        </w:rPr>
        <w:t xml:space="preserve">    英语一年级下册教学计划 篇7 </w:t>
      </w:r>
      <w:r>
        <w:rPr>
          <w:lang w:eastAsia="zh-CN"/>
        </w:rPr>
        <w:br/>
      </w:r>
      <w:r>
        <w:rPr>
          <w:lang w:eastAsia="zh-CN"/>
        </w:rPr>
        <w:t>　　3.27—3.31</w:t>
      </w:r>
      <w:r>
        <w:rPr>
          <w:lang w:eastAsia="zh-CN"/>
        </w:rPr>
        <w:br/>
      </w:r>
      <w:r>
        <w:rPr>
          <w:lang w:eastAsia="zh-CN"/>
        </w:rPr>
        <w:t>　　完成M2 U3教学内容及习题</w:t>
      </w:r>
      <w:r>
        <w:rPr>
          <w:lang w:eastAsia="zh-CN"/>
        </w:rPr>
        <w:br/>
      </w:r>
      <w:r>
        <w:rPr>
          <w:lang w:eastAsia="zh-CN"/>
        </w:rPr>
        <w:t>　　1.继续严抓中等生单词的认读和后进生单词、课文的认读及理解。利用奖励机制调动小老师的积极性，乐于帮助能力差的学生。2.留出至少一周时间复习前M1、M2，整合内容，梳理知识点，强化训练。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3.出Mdule3的`周测试卷。</w:t>
      </w:r>
      <w:r>
        <w:rPr>
          <w:lang w:eastAsia="zh-CN"/>
        </w:rPr>
        <w:br/>
      </w:r>
      <w:r>
        <w:rPr>
          <w:lang w:eastAsia="zh-CN"/>
        </w:rPr>
        <w:t>　　4每周至少听一节师傅的课。</w:t>
      </w:r>
      <w:r>
        <w:rPr>
          <w:lang w:eastAsia="zh-CN"/>
        </w:rPr>
        <w:br/>
      </w:r>
      <w:r>
        <w:rPr>
          <w:lang w:eastAsia="zh-CN"/>
        </w:rPr>
        <w:t xml:space="preserve">    英语一年级下册教学计划 篇8 </w:t>
      </w:r>
      <w:r>
        <w:rPr>
          <w:lang w:eastAsia="zh-CN"/>
        </w:rPr>
        <w:br/>
      </w:r>
      <w:r>
        <w:rPr>
          <w:lang w:eastAsia="zh-CN"/>
        </w:rPr>
        <w:t>　　4.17—4.21</w:t>
      </w:r>
      <w:r>
        <w:rPr>
          <w:lang w:eastAsia="zh-CN"/>
        </w:rPr>
        <w:br/>
      </w:r>
      <w:r>
        <w:rPr>
          <w:lang w:eastAsia="zh-CN"/>
        </w:rPr>
        <w:t>　　1、期中考试，质量分析</w:t>
      </w:r>
      <w:r>
        <w:rPr>
          <w:lang w:eastAsia="zh-CN"/>
        </w:rPr>
        <w:br/>
      </w:r>
      <w:r>
        <w:rPr>
          <w:lang w:eastAsia="zh-CN"/>
        </w:rPr>
        <w:t>　　2.完成M3 U1教学内容及习题</w:t>
      </w:r>
      <w:r>
        <w:rPr>
          <w:lang w:eastAsia="zh-CN"/>
        </w:rPr>
        <w:br/>
      </w:r>
      <w:r>
        <w:rPr>
          <w:lang w:eastAsia="zh-CN"/>
        </w:rPr>
        <w:t>　　1. 保持半学期的人人过关优良传统。</w:t>
      </w:r>
      <w:r>
        <w:rPr>
          <w:lang w:eastAsia="zh-CN"/>
        </w:rPr>
        <w:br/>
      </w:r>
      <w:r>
        <w:rPr>
          <w:lang w:eastAsia="zh-CN"/>
        </w:rPr>
        <w:t>　　2. Mdule3内容较难，要精读细讲，多练，做到扎实、巩固。</w:t>
      </w:r>
      <w:r>
        <w:rPr>
          <w:lang w:eastAsia="zh-CN"/>
        </w:rPr>
        <w:br/>
      </w:r>
      <w:r>
        <w:rPr>
          <w:lang w:eastAsia="zh-CN"/>
        </w:rPr>
        <w:t>　　3.准备家长会公开课</w:t>
      </w:r>
      <w:r>
        <w:rPr>
          <w:lang w:eastAsia="zh-CN"/>
        </w:rPr>
        <w:br/>
      </w:r>
      <w:r>
        <w:rPr>
          <w:lang w:eastAsia="zh-CN"/>
        </w:rPr>
        <w:t>　　4. 留出4天时间复习Mdule3，并联系旧知复习。</w:t>
      </w:r>
      <w:r>
        <w:rPr>
          <w:lang w:eastAsia="zh-CN"/>
        </w:rPr>
        <w:br/>
      </w:r>
      <w:r>
        <w:rPr>
          <w:lang w:eastAsia="zh-CN"/>
        </w:rPr>
        <w:t>　　5.出Mdule3的周测试卷。</w:t>
      </w:r>
      <w:r>
        <w:rPr>
          <w:lang w:eastAsia="zh-CN"/>
        </w:rPr>
        <w:br/>
      </w:r>
      <w:r>
        <w:rPr>
          <w:lang w:eastAsia="zh-CN"/>
        </w:rPr>
        <w:t>　　6. 每周至少听一节师傅的课。</w:t>
      </w:r>
      <w:r>
        <w:rPr>
          <w:lang w:eastAsia="zh-CN"/>
        </w:rPr>
        <w:br/>
      </w:r>
      <w:r>
        <w:rPr>
          <w:lang w:eastAsia="zh-CN"/>
        </w:rPr>
        <w:t xml:space="preserve">    英语一年级下册教学计划 篇9 </w:t>
      </w:r>
      <w:r>
        <w:rPr>
          <w:lang w:eastAsia="zh-CN"/>
        </w:rPr>
        <w:br/>
      </w:r>
      <w:r>
        <w:rPr>
          <w:lang w:eastAsia="zh-CN"/>
        </w:rPr>
        <w:t>　　2.13—2.17</w:t>
      </w:r>
      <w:r>
        <w:rPr>
          <w:lang w:eastAsia="zh-CN"/>
        </w:rPr>
        <w:br/>
      </w:r>
      <w:r>
        <w:rPr>
          <w:lang w:eastAsia="zh-CN"/>
        </w:rPr>
        <w:t>　　1. 利用预学习的课时复习上学期的课堂指令以及复习上学期学过的知识。</w:t>
      </w:r>
      <w:r>
        <w:rPr>
          <w:lang w:eastAsia="zh-CN"/>
        </w:rPr>
        <w:br/>
      </w:r>
      <w:r>
        <w:rPr>
          <w:lang w:eastAsia="zh-CN"/>
        </w:rPr>
        <w:t>　　2.完成M1 U1教学内容及习题。</w:t>
      </w:r>
      <w:r>
        <w:rPr>
          <w:lang w:eastAsia="zh-CN"/>
        </w:rPr>
        <w:br/>
      </w:r>
      <w:r>
        <w:rPr>
          <w:lang w:eastAsia="zh-CN"/>
        </w:rPr>
        <w:t>　　1.学生课前做好预习工作，老师充分备好课。</w:t>
      </w:r>
      <w:r>
        <w:rPr>
          <w:lang w:eastAsia="zh-CN"/>
        </w:rPr>
        <w:br/>
      </w:r>
      <w:r>
        <w:rPr>
          <w:lang w:eastAsia="zh-CN"/>
        </w:rPr>
        <w:t>　　2.利用早读，中午12:30-13：00的时间对后进生的单词、课文人人过关。</w:t>
      </w:r>
      <w:r>
        <w:rPr>
          <w:lang w:eastAsia="zh-CN"/>
        </w:rPr>
        <w:br/>
      </w:r>
      <w:r>
        <w:rPr>
          <w:lang w:eastAsia="zh-CN"/>
        </w:rPr>
        <w:t>　　3.每节课留出空白时间检测。形式可为认读，做题。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4.为几名后进生专门安排小老师帮助学习，并安排科代表每天晚修跟读课文录音至少15分钟，第二天抽查。</w:t>
      </w:r>
      <w:r>
        <w:rPr>
          <w:lang w:eastAsia="zh-CN"/>
        </w:rPr>
        <w:br/>
      </w:r>
      <w:r>
        <w:rPr>
          <w:lang w:eastAsia="zh-CN"/>
        </w:rPr>
        <w:t>　　5.出Mdule1的周测试卷。</w:t>
      </w:r>
      <w:r>
        <w:rPr>
          <w:lang w:eastAsia="zh-CN"/>
        </w:rPr>
        <w:br/>
      </w:r>
      <w:r>
        <w:rPr>
          <w:lang w:eastAsia="zh-CN"/>
        </w:rPr>
        <w:t>　　6.每周至少听一节师傅的课。</w:t>
      </w:r>
      <w:r>
        <w:rPr>
          <w:lang w:eastAsia="zh-CN"/>
        </w:rPr>
        <w:br/>
      </w:r>
      <w:r>
        <w:rPr>
          <w:lang w:eastAsia="zh-CN"/>
        </w:rPr>
        <w:t xml:space="preserve">    英语一年级下册教学计划 篇10 </w:t>
      </w:r>
      <w:r>
        <w:rPr>
          <w:lang w:eastAsia="zh-CN"/>
        </w:rPr>
        <w:br/>
      </w:r>
      <w:r>
        <w:rPr>
          <w:lang w:eastAsia="zh-CN"/>
        </w:rPr>
        <w:t>　　一、学情分析</w:t>
      </w:r>
      <w:r>
        <w:rPr>
          <w:lang w:eastAsia="zh-CN"/>
        </w:rPr>
        <w:br/>
      </w:r>
      <w:r>
        <w:rPr>
          <w:lang w:eastAsia="zh-CN"/>
        </w:rPr>
        <w:t>　　这学期我继续任教一年级(3)和(4)的数学课。这两班的学生人数很平均，都是45人。学生经过上一学期的数学学习后，其基本知识、技能方面基本上已经达到学习的目标，对学习数学有着一定的兴趣，乐于参加学习活动中去。特别是一些动手操作、需要合作完成的学习内容都比较感兴趣。学期刚开始，我发现学生们自觉性较差，上课有小部分同学不注意听讲，口算时比较马虎，课下不能及时完成作业,但是学生的学习积极性很高，小部分学生成绩较差，有待于在今后的教学中，统一规范课堂常规，及时补差，使整个教学能够顺利进行等。因此，在本学期的教学中还有待于进一步提高。</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这册实验教材的编写，是以《标准》的基本理念和所规定的教学内容为依据，在总结现行九年义务教育小学数学教材研究和使用经验的基础上进行编排。力求使教材的结构符合教育学、心理学的原理和儿童的年龄特征，关注学生的兴趣和经验，反映数学知识的形成过程，努力为学生的数学学习提供生动活泼、主动求知的材料与环境。同时，还继承了现行九年义务教育教材中的一些好的经验、行之有效的措施，使学生在获得数学基本知识和基本技能的同时，发展数学能力，培养创新意识和实践能力，建立学习和应用数学的兴趣和信心。</w:t>
      </w:r>
      <w:r>
        <w:rPr>
          <w:lang w:eastAsia="zh-CN"/>
        </w:rPr>
        <w:br/>
      </w:r>
      <w:r>
        <w:rPr>
          <w:lang w:eastAsia="zh-CN"/>
        </w:rPr>
        <w:t>　　本册教材的特点主要有以下几点：</w:t>
      </w:r>
      <w:r>
        <w:rPr>
          <w:lang w:eastAsia="zh-CN"/>
        </w:rPr>
        <w:br/>
      </w:r>
      <w:r>
        <w:rPr>
          <w:lang w:eastAsia="zh-CN"/>
        </w:rPr>
        <w:t>　　1.以《标准》为基本依据，合理安排教学内容，为学生的数学学习提供丰富的知识。</w:t>
      </w:r>
      <w:r>
        <w:rPr>
          <w:lang w:eastAsia="zh-CN"/>
        </w:rPr>
        <w:br/>
      </w:r>
      <w:r>
        <w:rPr>
          <w:lang w:eastAsia="zh-CN"/>
        </w:rPr>
        <w:t>　　2.以学生的已有经验为基础设计活动内容和学习素材，注重学生对知识的体验，获得对知识的理解。</w:t>
      </w:r>
      <w:r>
        <w:rPr>
          <w:lang w:eastAsia="zh-CN"/>
        </w:rPr>
        <w:br/>
      </w:r>
      <w:r>
        <w:rPr>
          <w:lang w:eastAsia="zh-CN"/>
        </w:rPr>
        <w:t>　　3.教学内容的展开尽量体现知识的形成过程。</w:t>
      </w:r>
      <w:r>
        <w:rPr>
          <w:lang w:eastAsia="zh-CN"/>
        </w:rPr>
        <w:br/>
      </w:r>
      <w:r>
        <w:rPr>
          <w:lang w:eastAsia="zh-CN"/>
        </w:rPr>
        <w:t>　　4.注意体现自主探索、合作交流的学习方式，让学生在合作交流与自主探索的氛围中学习。</w:t>
      </w:r>
      <w:r>
        <w:rPr>
          <w:lang w:eastAsia="zh-CN"/>
        </w:rPr>
        <w:br/>
      </w:r>
      <w:r>
        <w:rPr>
          <w:lang w:eastAsia="zh-CN"/>
        </w:rPr>
        <w:t>　　5.数与计算的教学重视发展学生的数感，体现算法多样化。</w:t>
      </w:r>
      <w:r>
        <w:rPr>
          <w:lang w:eastAsia="zh-CN"/>
        </w:rPr>
        <w:br/>
      </w:r>
      <w:r>
        <w:rPr>
          <w:lang w:eastAsia="zh-CN"/>
        </w:rPr>
        <w:t>　　6.提供关于物体空间关系的更丰富的内容和素材，发展学生的空间观念。</w:t>
      </w:r>
      <w:r>
        <w:rPr>
          <w:lang w:eastAsia="zh-CN"/>
        </w:rPr>
        <w:br/>
      </w:r>
      <w:r>
        <w:rPr>
          <w:lang w:eastAsia="zh-CN"/>
        </w:rPr>
        <w:t>　　7.注重培养学生初步的应用意识和用数学解问题的能力。</w:t>
      </w:r>
      <w:r>
        <w:rPr>
          <w:lang w:eastAsia="zh-CN"/>
        </w:rPr>
        <w:br/>
      </w:r>
      <w:r>
        <w:rPr>
          <w:lang w:eastAsia="zh-CN"/>
        </w:rPr>
        <w:t>　　8.注意体现开放性的教学方法，为教师创造性地组织教学提供丰富的资源。</w:t>
      </w:r>
      <w:r>
        <w:rPr>
          <w:lang w:eastAsia="zh-CN"/>
        </w:rPr>
        <w:br/>
      </w:r>
      <w:r>
        <w:rPr>
          <w:lang w:eastAsia="zh-CN"/>
        </w:rPr>
        <w:t>　　三、教学内容</w:t>
      </w:r>
      <w:r>
        <w:rPr>
          <w:lang w:eastAsia="zh-CN"/>
        </w:rPr>
        <w:br/>
      </w:r>
      <w:r>
        <w:rPr>
          <w:lang w:eastAsia="zh-CN"/>
        </w:rPr>
        <w:t>　　这册教材包括下面一些内容：认识图形及图形的拼组，20以内的退位减法，分类与整理，100以内数的认识，摆一摆想一想，认识人民币，100以内的加法和减法(一)，找规律，用数学解决问题，总复习等。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这册教材的重点教学内容是：100以内数的认识，20以内的退位减法和100以内的加减法口算。在学生掌握了20以内各数的基础上，这册教材把认数的范围扩大到100，使学生初步理解数位的概念，学会100以内数的读法和写法，弄清100以内数的组成和大小，会用这些数来表达和交流，形成初步的数感。100以内的加、减法，分为口算和笔算两部分。这册教材出现的是口算部分，即两位数加、减一位数和整十数口算。这些口算在日常生活中有广泛的应用，又是进一步学习计算的基础，因此，应该让学生很好地掌握。同时，教材结合计算教学，安排了应用所学计算知识解决问题的内容，让学生了解所学知识的实际应用，学习解决现实生活中相关的计算问题，培养学生用数学解决问题的能力。</w:t>
      </w:r>
      <w:r>
        <w:rPr>
          <w:lang w:eastAsia="zh-CN"/>
        </w:rPr>
        <w:br/>
      </w:r>
      <w:r>
        <w:rPr>
          <w:lang w:eastAsia="zh-CN"/>
        </w:rPr>
        <w:t>　　四、教学目标</w:t>
      </w:r>
      <w:r>
        <w:rPr>
          <w:lang w:eastAsia="zh-CN"/>
        </w:rPr>
        <w:br/>
      </w:r>
      <w:r>
        <w:rPr>
          <w:lang w:eastAsia="zh-CN"/>
        </w:rPr>
        <w:t>　　1.认识计数单位一和十，初步理解个位、十位上的数表示的意义，能够熟练地数100以内的数，会读写100以内的数，掌握100以内的数是由几个十和几个一组成的，掌握100以内数的顺序，会比较100以内数的大小。会用100以内的数表示日常生活中的事物，并会进行简单的估计和交流;</w:t>
      </w:r>
      <w:r>
        <w:rPr>
          <w:lang w:eastAsia="zh-CN"/>
        </w:rPr>
        <w:br/>
      </w:r>
      <w:r>
        <w:rPr>
          <w:lang w:eastAsia="zh-CN"/>
        </w:rPr>
        <w:t>　　2.能够比较熟练地计算20以内的退位减法，会计算100以内两位数加、减一位数和整数，经历与他人交流各自算法的过程，会用加、减法计算知识解决一些简单的实际问题;</w:t>
      </w:r>
      <w:r>
        <w:rPr>
          <w:lang w:eastAsia="zh-CN"/>
        </w:rPr>
        <w:br/>
      </w:r>
      <w:r>
        <w:rPr>
          <w:lang w:eastAsia="zh-CN"/>
        </w:rPr>
        <w:t>　　3.直观认识长方体，正方体，三角形，圆，平行四边形;</w:t>
      </w:r>
      <w:r>
        <w:rPr>
          <w:lang w:eastAsia="zh-CN"/>
        </w:rPr>
        <w:br/>
      </w:r>
      <w:r>
        <w:rPr>
          <w:lang w:eastAsia="zh-CN"/>
        </w:rPr>
        <w:t>　　4.初步了解分类的方法，会进行简单的分类，感受分类与数据整理的关系;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5.认识人民币单位元、角、分，知道1元=10角，1角=10分;知道爱护人民币;</w:t>
      </w:r>
      <w:r>
        <w:rPr>
          <w:lang w:eastAsia="zh-CN"/>
        </w:rPr>
        <w:br/>
      </w:r>
      <w:r>
        <w:rPr>
          <w:lang w:eastAsia="zh-CN"/>
        </w:rPr>
        <w:t>　　6.经历从生活中发现并提出问题的过程初步学习分析问题和解决问题的方法，体验数学与日常生活的密切联系，感受数学在日常生活中的作用;</w:t>
      </w:r>
      <w:r>
        <w:rPr>
          <w:lang w:eastAsia="zh-CN"/>
        </w:rPr>
        <w:br/>
      </w:r>
      <w:r>
        <w:rPr>
          <w:lang w:eastAsia="zh-CN"/>
        </w:rPr>
        <w:t>　　7.会探索给定图形或数的排列中的简单规律，有发现和欣赏数学美的意识。</w:t>
      </w:r>
      <w:r>
        <w:rPr>
          <w:lang w:eastAsia="zh-CN"/>
        </w:rPr>
        <w:br/>
      </w:r>
      <w:r>
        <w:rPr>
          <w:lang w:eastAsia="zh-CN"/>
        </w:rPr>
        <w:t>　　8.体会学习数学的乐趣，提高学习数学的兴趣，建立学好数学的信心;</w:t>
      </w:r>
      <w:r>
        <w:rPr>
          <w:lang w:eastAsia="zh-CN"/>
        </w:rPr>
        <w:br/>
      </w:r>
      <w:r>
        <w:rPr>
          <w:lang w:eastAsia="zh-CN"/>
        </w:rPr>
        <w:t>　　9.养成认真作业、书写整洁的良好习惯;</w:t>
      </w:r>
      <w:r>
        <w:rPr>
          <w:lang w:eastAsia="zh-CN"/>
        </w:rPr>
        <w:br/>
      </w:r>
      <w:r>
        <w:rPr>
          <w:lang w:eastAsia="zh-CN"/>
        </w:rPr>
        <w:t>　　10.通过实践活动体验数学与日常生活的密切联系。</w:t>
      </w:r>
      <w:r>
        <w:rPr>
          <w:lang w:eastAsia="zh-CN"/>
        </w:rPr>
        <w:br/>
      </w:r>
      <w:r>
        <w:rPr>
          <w:lang w:eastAsia="zh-CN"/>
        </w:rPr>
        <w:t xml:space="preserve">    英语一年级下册教学计划 篇11 </w:t>
      </w:r>
      <w:r>
        <w:rPr>
          <w:lang w:eastAsia="zh-CN"/>
        </w:rPr>
        <w:br/>
      </w:r>
      <w:r>
        <w:rPr>
          <w:lang w:eastAsia="zh-CN"/>
        </w:rPr>
        <w:t>　　一、指导思想</w:t>
      </w:r>
      <w:r>
        <w:rPr>
          <w:lang w:eastAsia="zh-CN"/>
        </w:rPr>
        <w:br/>
      </w:r>
      <w:r>
        <w:rPr>
          <w:lang w:eastAsia="zh-CN"/>
        </w:rPr>
        <w:t>　　音乐教学需要师生共同来塑造、表现、创造音乐美，创设充满音乐美感的课堂环境。在新课标教育思想的指导下，根据学生身心发展规律和审美心理特征，以丰富多彩的教学内容和生动活泼的教学形式，激发和培养学生的学习兴趣。教学内容应重视与学生的生活经验相结合，加强音乐课与社会生活的联系。音乐教学要面向全体学生，注重个性发展，重视学生的音乐实践和音乐创造能力的培养。</w:t>
      </w:r>
      <w:r>
        <w:rPr>
          <w:lang w:eastAsia="zh-CN"/>
        </w:rPr>
        <w:br/>
      </w:r>
      <w:r>
        <w:rPr>
          <w:lang w:eastAsia="zh-CN"/>
        </w:rPr>
        <w:t>　　二、学校教学环境分析：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音乐是一门情感的艺术，在音乐的教学过程中要以审美为核心，以兴趣爱好为动力，让学生与音乐保持密切联系、享受音乐、用音乐美化人生的前提。我校的音乐教育目标是：努力发展创造性教学，丰富学生想象力和发展思维潜能，促进学生创新能力的发展。可我们学校有专用的音乐教室，可音乐教学设备不齐全，如：钢琴只有一台，打击乐器几乎都没有。说真的，要想把音乐课堂上的丰富多彩是很难的，只能进行了“互动式”教学实践，提高了音乐教学的质量，取得了良好效果。</w:t>
      </w:r>
      <w:r>
        <w:rPr>
          <w:lang w:eastAsia="zh-CN"/>
        </w:rPr>
        <w:br/>
      </w:r>
      <w:r>
        <w:rPr>
          <w:lang w:eastAsia="zh-CN"/>
        </w:rPr>
        <w:t>　　三、学生情况分析：</w:t>
      </w:r>
      <w:r>
        <w:rPr>
          <w:lang w:eastAsia="zh-CN"/>
        </w:rPr>
        <w:br/>
      </w:r>
      <w:r>
        <w:rPr>
          <w:lang w:eastAsia="zh-CN"/>
        </w:rPr>
        <w:t>　　本学期我继续担任一（3）班的音乐老师。他们活泼好动，对一切新鲜事物都有着浓厚的兴趣，对音乐也不例外，因此，每周音乐课都被他们期待着。经过一学期的学习，学生对于学校的规章制度，小学生守则都有了大概的了解。因此，在上课的时候他们都比刚来时做的更好了。歌唱方面也许是以前经常锻炼，表现非常好。小朋友情况大同小异，有一小部分虽对乐理知识掌握的不够，但是模仿能力比较强，而且也能熟练掌握。其中主要原因是没有接受过长期的训练，还不能很好的表现自己，性格内向也是原因之一。因此，利用音乐课及课外活动，培养他们良好的兴趣，打好基础是当前首要任务之一。</w:t>
      </w:r>
      <w:r>
        <w:rPr>
          <w:lang w:eastAsia="zh-CN"/>
        </w:rPr>
        <w:br/>
      </w:r>
      <w:r>
        <w:rPr>
          <w:lang w:eastAsia="zh-CN"/>
        </w:rPr>
        <w:t>　　四、教材分析：</w:t>
      </w:r>
      <w:r>
        <w:rPr>
          <w:lang w:eastAsia="zh-CN"/>
        </w:rPr>
        <w:br/>
      </w:r>
      <w:r>
        <w:rPr>
          <w:lang w:eastAsia="zh-CN"/>
        </w:rPr>
        <w:t>　　作为全新的教材，在编写中体现了已下基本理念：1、强调“以学生发展为本”，注重学生个性发展；2、以审美为中心；3、以文化为主线；4、加强实践与创造。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年级下册共编成10个主题单元，基本内容包括：聆听、表演、编创与活动，新教材的曲目选择，考虑作品的思想性、艺术性、民族性，注重歌曲的可唱性与欣赏曲的可听性，降低过难的识语要求和过高的技能技巧。一年级采用图谱为主，在创造与活动中，开展多种形式培养学生的创新精神和实践能力，评估多方位，多角度，形式丰富多彩。如：1、凸现了“以学为本”的教学思想，根据小学低年级学生心理特点，从教材内容与色彩都采用趣味化，鼓励和启发学生去学习。如第六课《我有一双万能手》中歌词从我是一个谁？还会有什么本领？让学生自由想象。2、降低了音乐知识的学习难点，如声音的强和弱（f强、P弱）让学生到生活中寻找、比较，再如利用乌龟和小兔子的特点，让学生区分高音、低音、快速、慢速，这样学生就能很快区分。3、发挥了音乐教学的创新优势，在呈现上，给师生留出足够自由想象和随意发挥的空间。4、建立了发展性综合评价体系，课后——“音乐小花在开放”包括：今天表现真棒、音乐的感觉真好、我们班的小明星、老师对我说、爸爸妈妈对我说。</w:t>
      </w:r>
      <w:r>
        <w:rPr>
          <w:lang w:eastAsia="zh-CN"/>
        </w:rPr>
        <w:br/>
      </w:r>
      <w:r>
        <w:rPr>
          <w:lang w:eastAsia="zh-CN"/>
        </w:rPr>
        <w:t>　　五、教学目标</w:t>
      </w:r>
      <w:r>
        <w:rPr>
          <w:lang w:eastAsia="zh-CN"/>
        </w:rPr>
        <w:br/>
      </w:r>
      <w:r>
        <w:rPr>
          <w:lang w:eastAsia="zh-CN"/>
        </w:rPr>
        <w:t>　　在音乐教学中，德育因素无处不在，它需要教师善于发现，善于挖掘，它就会像“和风催物、春雨润田”那样在潜移默化中深深地植根于学生的心灵。</w:t>
      </w:r>
      <w:r>
        <w:rPr>
          <w:lang w:eastAsia="zh-CN"/>
        </w:rPr>
        <w:br/>
      </w:r>
      <w:r>
        <w:rPr>
          <w:lang w:eastAsia="zh-CN"/>
        </w:rPr>
        <w:t>　　学段目标</w:t>
      </w:r>
      <w:r>
        <w:rPr>
          <w:lang w:eastAsia="zh-CN"/>
        </w:rPr>
        <w:br/>
      </w:r>
      <w:r>
        <w:rPr>
          <w:lang w:eastAsia="zh-CN"/>
        </w:rPr>
        <w:t>　　1、激发和培养学生对音乐的兴趣。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应充分注意这一学段学生以形象思维为主，好奇、好动、模仿力强的身心特点，善于利用儿童自然的嗓音和灵巧的形体，采用歌、舞、图片、游戏相结合的综合手段，进行直观教学。聆听音乐的材料要短小有趣，形象鲜明。</w:t>
      </w:r>
      <w:r>
        <w:rPr>
          <w:lang w:eastAsia="zh-CN"/>
        </w:rPr>
        <w:br/>
      </w:r>
      <w:r>
        <w:rPr>
          <w:lang w:eastAsia="zh-CN"/>
        </w:rPr>
        <w:t>　　3、开发音乐的感知力，体验音乐的美感。</w:t>
      </w:r>
      <w:r>
        <w:rPr>
          <w:lang w:eastAsia="zh-CN"/>
        </w:rPr>
        <w:br/>
      </w:r>
      <w:r>
        <w:rPr>
          <w:lang w:eastAsia="zh-CN"/>
        </w:rPr>
        <w:t>　　4、自然地、有表情地歌唱，乐于参与其他音乐表现和即兴创造活动。</w:t>
      </w:r>
      <w:r>
        <w:rPr>
          <w:lang w:eastAsia="zh-CN"/>
        </w:rPr>
        <w:br/>
      </w:r>
      <w:r>
        <w:rPr>
          <w:lang w:eastAsia="zh-CN"/>
        </w:rPr>
        <w:t>　　5、培养乐观的态度和友爱精神。</w:t>
      </w:r>
      <w:r>
        <w:rPr>
          <w:lang w:eastAsia="zh-CN"/>
        </w:rPr>
        <w:br/>
      </w:r>
      <w:r>
        <w:rPr>
          <w:lang w:eastAsia="zh-CN"/>
        </w:rPr>
        <w:t>　　具体目标</w:t>
      </w:r>
      <w:r>
        <w:rPr>
          <w:lang w:eastAsia="zh-CN"/>
        </w:rPr>
        <w:br/>
      </w:r>
      <w:r>
        <w:rPr>
          <w:lang w:eastAsia="zh-CN"/>
        </w:rPr>
        <w:t>　　1、丰富情感体验，培养对生活的积极乐观态度。</w:t>
      </w:r>
      <w:r>
        <w:rPr>
          <w:lang w:eastAsia="zh-CN"/>
        </w:rPr>
        <w:br/>
      </w:r>
      <w:r>
        <w:rPr>
          <w:lang w:eastAsia="zh-CN"/>
        </w:rPr>
        <w:t>　　通过音乐学习，使学生的情感世界受到感染和熏陶，在潜移默化中建立起对亲人、对他人、对人类、对一切美好事物的挚爱之情，进而养成对生活的积极乐观态度和对美好未来的向往与追求。</w:t>
      </w:r>
      <w:r>
        <w:rPr>
          <w:lang w:eastAsia="zh-CN"/>
        </w:rPr>
        <w:br/>
      </w:r>
      <w:r>
        <w:rPr>
          <w:lang w:eastAsia="zh-CN"/>
        </w:rPr>
        <w:t>　　2、培养音乐兴趣，树立终身学习的愿望。</w:t>
      </w:r>
      <w:r>
        <w:rPr>
          <w:lang w:eastAsia="zh-CN"/>
        </w:rPr>
        <w:br/>
      </w:r>
      <w:r>
        <w:rPr>
          <w:lang w:eastAsia="zh-CN"/>
        </w:rPr>
        <w:t>　　通过各种有效的途径和方式引导学生走进音乐，在亲自参与音乐活动的过程中喜爱音乐，掌握音乐基础知识和初步技能，逐步养成鉴赏音乐的良好习惯，为终身爱好音乐奠定基础。</w:t>
      </w:r>
      <w:r>
        <w:rPr>
          <w:lang w:eastAsia="zh-CN"/>
        </w:rPr>
        <w:br/>
      </w:r>
      <w:r>
        <w:rPr>
          <w:lang w:eastAsia="zh-CN"/>
        </w:rPr>
        <w:t>　　3、提高音乐审美能力，陶冶高尚情操。</w:t>
      </w:r>
      <w:r>
        <w:rPr>
          <w:lang w:eastAsia="zh-CN"/>
        </w:rPr>
        <w:br/>
      </w:r>
      <w:r>
        <w:rPr>
          <w:lang w:eastAsia="zh-CN"/>
        </w:rPr>
        <w:t>　　通过对音乐作品情绪、格调、思想倾向、人文内涵的感受和理解，培养学生鉴赏和评价的能力，养成健康向上的审美情趣，使学生在真善美的音乐艺术世界受到高尚情操的陶冶。</w:t>
      </w:r>
      <w:r>
        <w:rPr>
          <w:lang w:eastAsia="zh-CN"/>
        </w:rPr>
        <w:br/>
      </w:r>
      <w:r>
        <w:rPr>
          <w:lang w:eastAsia="zh-CN"/>
        </w:rPr>
        <w:t>　　4、培养爱国主义和集体主义精神。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通过音乐作品中所表现的对祖国山河、人民、历史文化和社会发展的赞美和歌颂，培养学生的爱国主义情怀，在音乐实践活动中，培养学生良好的行为习惯和宽容理解、互相尊重、共同合作的意识和集体主义精神。</w:t>
      </w:r>
      <w:r>
        <w:rPr>
          <w:lang w:eastAsia="zh-CN"/>
        </w:rPr>
        <w:br/>
      </w:r>
      <w:r>
        <w:rPr>
          <w:lang w:eastAsia="zh-CN"/>
        </w:rPr>
        <w:t>　　5、尊重艺术、理解多元文化。</w:t>
      </w:r>
      <w:r>
        <w:rPr>
          <w:lang w:eastAsia="zh-CN"/>
        </w:rPr>
        <w:br/>
      </w:r>
      <w:r>
        <w:rPr>
          <w:lang w:eastAsia="zh-CN"/>
        </w:rPr>
        <w:t>　　尊重艺术家的创造劳动、尊重艺术作品，养成良好的欣赏艺术的习惯，通过学习不同国家、不同民族、不同时代的作品，感知音乐中的民族风格和情感，了解不同民族的音乐传统，热爱中化民族和世界其他民族的音乐。</w:t>
      </w:r>
      <w:r>
        <w:rPr>
          <w:lang w:eastAsia="zh-CN"/>
        </w:rPr>
        <w:br/>
      </w:r>
      <w:r>
        <w:rPr>
          <w:lang w:eastAsia="zh-CN"/>
        </w:rPr>
        <w:t xml:space="preserve">    英语一年级下册教学计划 篇12 </w:t>
      </w:r>
      <w:r>
        <w:rPr>
          <w:lang w:eastAsia="zh-CN"/>
        </w:rPr>
        <w:br/>
      </w:r>
      <w:r>
        <w:rPr>
          <w:lang w:eastAsia="zh-CN"/>
        </w:rPr>
        <w:t>　　一、学情分析</w:t>
      </w:r>
      <w:r>
        <w:rPr>
          <w:lang w:eastAsia="zh-CN"/>
        </w:rPr>
        <w:br/>
      </w:r>
      <w:r>
        <w:rPr>
          <w:lang w:eastAsia="zh-CN"/>
        </w:rPr>
        <w:t>　　在经过了一个学期的数学学习后,极大部分学生能达到教学目标,对数学有了一定的兴趣,乐于参加学习活动。但也发现有个别同学计算能力较弱,有好大一部分同学遇到较灵活的思考题,有畏缩情绪。针对这些情况,我将在今后的教学中,采用多种教学方法,充分调动学生的积极性、主动性、参与性和创造性,充分发挥班级群体效应,使学生最大限度地投入到学习中来,同时发挥个体思维作用,相互启发,互相帮助,让学生有成功的体验,从而提高学生的学习积极性。</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册教材包括下面一些内容:位置、20以内的退位减法、图形的组拼、100以内数的认识、认识人民币、100以内的加法和减法(一)认识时间、找规律、统计、数学实践活动。这册教材的重点教学内容是:100以内数的认识,20以内的通位减法和100以内的加减法的口算。在学生掌握了20以内各数的基础上,本册教材把认数的范围扩大到100,使学生初步理解数位的概念,学会100以内数的读法和写法,弄清100以内数的组成和大小,会用这些数来表达和交流,形成初步的数感。100以内的加、减法,分为口算和笔算两部分,本册教材出现的是口算部分,即:两位数的加、减一位数和整十数口算。这些口算在日常生活中有广泛的应用,又是进一步学习计算的基础。同时,结合计算教学,安排了应用所学计算知识解决问题的内容,让学生了解所学知识的实际应用,学习解决现实生活中相关的计算问题,培养学生用数学解决问题的能力。本册教材安排了关于位置与拼组图形的教学内容,设计了丰富多样的探索性操作活动,让学生体验空间方位和所学图形之间的关系,发展学生的空间观念。同时还安排了人民币单位元、角、分的认识外。还安排了学习具体时刻几时几分的读、写法。找规律和统计是两部分新的教学内容。找规律引导学生探索一些图形或数字的简单排列规律,初步培养学生探索数学问题的兴趣和发现、欣赏数学美的意识。统计是正式教学统计初步知识的开始,让学生学习收集和整理数据的简单方法,认识最简单的统计图表,经历用统计方法解决问题的过程。</w:t>
      </w:r>
      <w:r>
        <w:rPr>
          <w:lang w:eastAsia="zh-CN"/>
        </w:rPr>
        <w:br/>
      </w:r>
      <w:r>
        <w:rPr>
          <w:lang w:eastAsia="zh-CN"/>
        </w:rPr>
        <w:t>　　三、教学目标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认识计数单位一和十,初步理解个位、十位上的数表示意义,能够熟练地数100以内的数,会读写100以内的数,掌握100以的数是由几个十和几个一组成的,掌握100以内数的顺序,会比较100以内的数的大小。会用100以内的数表示日常生活中的事物,并会进行简单的估计和交流。</w:t>
      </w:r>
      <w:r>
        <w:rPr>
          <w:lang w:eastAsia="zh-CN"/>
        </w:rPr>
        <w:br/>
      </w:r>
      <w:r>
        <w:rPr>
          <w:lang w:eastAsia="zh-CN"/>
        </w:rPr>
        <w:t>　　2、能够比较熟练地计算20以内的退位减法,会计算100以内两位数加、减一位数和整十数、经历与他人交流各自算法的过程,会用加、减法计算知识解决一些简单的实际问题。</w:t>
      </w:r>
      <w:r>
        <w:rPr>
          <w:lang w:eastAsia="zh-CN"/>
        </w:rPr>
        <w:br/>
      </w:r>
      <w:r>
        <w:rPr>
          <w:lang w:eastAsia="zh-CN"/>
        </w:rPr>
        <w:t>　　3、经历从生活中发现并提出问题、解决问题的过程,体验数学与日常生活的密切联系,感受数学在日常生活中的作用。</w:t>
      </w:r>
      <w:r>
        <w:rPr>
          <w:lang w:eastAsia="zh-CN"/>
        </w:rPr>
        <w:br/>
      </w:r>
      <w:r>
        <w:rPr>
          <w:lang w:eastAsia="zh-CN"/>
        </w:rPr>
        <w:t>　　4、会用上、下、前、后、左、右描述物体的相对位置;能用自己的语言描述长方形、正方形边的特征,初步感知所学的图形之间的关系。</w:t>
      </w:r>
      <w:r>
        <w:rPr>
          <w:lang w:eastAsia="zh-CN"/>
        </w:rPr>
        <w:br/>
      </w:r>
      <w:r>
        <w:rPr>
          <w:lang w:eastAsia="zh-CN"/>
        </w:rPr>
        <w:t>　　5、认识人民币单位元、角、分,知道1元=10角,1角=10分;知道爱护人民币。 6、会读、写几时几分,知道1时=60分,知道珍惜时间。</w:t>
      </w:r>
      <w:r>
        <w:rPr>
          <w:lang w:eastAsia="zh-CN"/>
        </w:rPr>
        <w:br/>
      </w:r>
      <w:r>
        <w:rPr>
          <w:lang w:eastAsia="zh-CN"/>
        </w:rPr>
        <w:t>　　7、会探索给定图形或数的的排列中的简单规律,初步形成发现和欣赏数学美的意识。</w:t>
      </w:r>
      <w:r>
        <w:rPr>
          <w:lang w:eastAsia="zh-CN"/>
        </w:rPr>
        <w:br/>
      </w:r>
      <w:r>
        <w:rPr>
          <w:lang w:eastAsia="zh-CN"/>
        </w:rPr>
        <w:t>　　8、初步体验数据的收集、整理、描述、分析的过程,会用简单的方法收集、整理数据,初步认识条形统计力和统计表,能根据统计图表中的数据提出并回答简单的问题。</w:t>
      </w:r>
      <w:r>
        <w:rPr>
          <w:lang w:eastAsia="zh-CN"/>
        </w:rPr>
        <w:br/>
      </w:r>
      <w:r>
        <w:rPr>
          <w:lang w:eastAsia="zh-CN"/>
        </w:rPr>
        <w:t>　　9、体会学习数学的乐趣,提高学习数学的举建立学好数学的信心。</w:t>
      </w:r>
      <w:r>
        <w:rPr>
          <w:lang w:eastAsia="zh-CN"/>
        </w:rPr>
        <w:br/>
      </w:r>
      <w:r>
        <w:rPr>
          <w:lang w:eastAsia="zh-CN"/>
        </w:rPr>
        <w:t>　　10、养成认真作业、书写整洁的良好习惯。</w:t>
      </w:r>
      <w:r>
        <w:rPr>
          <w:lang w:eastAsia="zh-CN"/>
        </w:rPr>
        <w:br/>
      </w:r>
      <w:r>
        <w:rPr>
          <w:lang w:eastAsia="zh-CN"/>
        </w:rPr>
        <w:t>　　11、通过实践活动体验数学与日常生活的密切联系。</w:t>
      </w:r>
      <w:r>
        <w:rPr>
          <w:lang w:eastAsia="zh-CN"/>
        </w:rPr>
        <w:br/>
      </w:r>
      <w:r>
        <w:rPr>
          <w:lang w:eastAsia="zh-CN"/>
        </w:rPr>
        <w:t>　　四、教学重点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100以内数的认识,20以内的退位减法和100以内的加减法的口算。</w:t>
      </w:r>
      <w:r>
        <w:rPr>
          <w:lang w:eastAsia="zh-CN"/>
        </w:rPr>
        <w:br/>
      </w:r>
      <w:r>
        <w:rPr>
          <w:lang w:eastAsia="zh-CN"/>
        </w:rPr>
        <w:t>　　五、教学措施</w:t>
      </w:r>
      <w:r>
        <w:rPr>
          <w:lang w:eastAsia="zh-CN"/>
        </w:rPr>
        <w:br/>
      </w:r>
      <w:r>
        <w:rPr>
          <w:lang w:eastAsia="zh-CN"/>
        </w:rPr>
        <w:t>　　以培养学生的学习习惯和学习兴趣为主,让学生成为自觉行为。</w:t>
      </w:r>
      <w:r>
        <w:rPr>
          <w:lang w:eastAsia="zh-CN"/>
        </w:rPr>
        <w:br/>
      </w:r>
      <w:r>
        <w:rPr>
          <w:lang w:eastAsia="zh-CN"/>
        </w:rPr>
        <w:t xml:space="preserve">    英语一年级下册教学计划 篇13 </w:t>
      </w:r>
      <w:r>
        <w:rPr>
          <w:lang w:eastAsia="zh-CN"/>
        </w:rPr>
        <w:br/>
      </w:r>
      <w:r>
        <w:rPr>
          <w:lang w:eastAsia="zh-CN"/>
        </w:rPr>
        <w:t>　　音乐教育是实施美育的重要途径，对于培养学生德、智、体、美全面发展，提高全民族的素质和建设社会主义精神文明有着重要作用。以音乐素质的培养为目标，使学生掌握一些音乐知识和音乐的技能技巧，更重要的是通过这一阶段的音乐教学活动，让学生在音乐的熏陶下萌发了对音乐的感知和情感反应能力，使其中多数人在今后能成为具有良好素质的音乐欣赏者或爱好者。突出音乐学科的特点，把五爱教育和活泼乐观情绪、集体主义精神的培养渗透到音乐教育中，使学生成为四有的培养学生对祖国音乐艺术的感情和民族自豪感、自信心，并初步接触外国优秀音乐作品，扩大视野，使学生具有初步感受、表现音乐的能力。</w:t>
      </w:r>
      <w:r>
        <w:rPr>
          <w:lang w:eastAsia="zh-CN"/>
        </w:rPr>
        <w:br/>
      </w:r>
      <w:r>
        <w:rPr>
          <w:lang w:eastAsia="zh-CN"/>
        </w:rPr>
        <w:t>　　二、学生情况分析</w:t>
      </w:r>
      <w:r>
        <w:rPr>
          <w:lang w:eastAsia="zh-CN"/>
        </w:rPr>
        <w:br/>
      </w:r>
      <w:r>
        <w:rPr>
          <w:lang w:eastAsia="zh-CN"/>
        </w:rPr>
        <w:t>　　1、基本情况分析：本学期所带一年级1、2、5班音乐课，各班人数均在</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58人左右。大部分学生，对音乐课有着浓厚的学习兴趣，而且，经过前个学期的教育以及生活中的诸多媒体的有意或无意之间的传播，使学生已经开始产生对音乐的认识和喜爱，再对抓好本学科的教育教学来说是一件大好事。但是，对于部分学生因多方面客观条件的限制和约束，不仅仅是对音乐方面的知识与技能懂得少得不能再少，而且在思想认识水平方面也过于闭关自守，即不愿接受新事物式的思想理念约束着他们，对音乐课的开设丝毫不感兴趣，面对这样的情况，要想将本学期的音乐教育教学抓出较为理想的成效确实不太容易啊!</w:t>
      </w:r>
      <w:r>
        <w:rPr>
          <w:lang w:eastAsia="zh-CN"/>
        </w:rPr>
        <w:br/>
      </w:r>
      <w:r>
        <w:rPr>
          <w:lang w:eastAsia="zh-CN"/>
        </w:rPr>
        <w:t>　　2、双基情况：学生的整体情况预计不均衡，情况参差不齐。所以，对不同学生应用不同教法，要培养学生专长，即普遍培养，重点发展。使学生各方面均有提高。学生年龄小，生性活泼，我会在这一点下功夫。首先培养学生养成良好的音乐习惯，例如听到音乐会做好课前准备，听到节奏会安静等，并从培养学生兴趣重点发展舞蹈、律动的学习。增强学生身体的协调能力，让学生可以渐渐增强身体的协调性、节奏感。</w:t>
      </w:r>
      <w:r>
        <w:rPr>
          <w:lang w:eastAsia="zh-CN"/>
        </w:rPr>
        <w:br/>
      </w:r>
      <w:r>
        <w:rPr>
          <w:lang w:eastAsia="zh-CN"/>
        </w:rPr>
        <w:t>　　二、教材简析</w:t>
      </w:r>
      <w:r>
        <w:rPr>
          <w:lang w:eastAsia="zh-CN"/>
        </w:rPr>
        <w:br/>
      </w:r>
      <w:r>
        <w:rPr>
          <w:lang w:eastAsia="zh-CN"/>
        </w:rPr>
        <w:t>　　1、教材内容：一年级下册共编6个主题单元和一个选唱单元。基本内容包括：音动画故事、歌曲、欣赏、器乐、歌表演、集体舞、音乐活动和音乐知识等内容。</w:t>
      </w:r>
      <w:r>
        <w:rPr>
          <w:lang w:eastAsia="zh-CN"/>
        </w:rPr>
        <w:br/>
      </w:r>
      <w:r>
        <w:rPr>
          <w:lang w:eastAsia="zh-CN"/>
        </w:rPr>
        <w:t>　　2、教材分析：作为全新的教材，在编写中体现了以下基本理念：(1)强调以学生发展为本，注重学生个性发展;(2)以审美为中心;(3)以文化为主线(单元主题);(4)加强实践与创造。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新教材的曲目选择，考虑作品的思想性、艺术性、民族性，注重歌曲的可唱性与欣赏曲的可听性。降低过难的识语要求和过高的技能技巧，一年级采用图谱为主。在创造与活动中，开展多种形式培养学生的创新精神和实践能力，评估多方位、多角度，形式丰富多彩了。</w:t>
      </w:r>
      <w:r>
        <w:rPr>
          <w:lang w:eastAsia="zh-CN"/>
        </w:rPr>
        <w:br/>
      </w:r>
      <w:r>
        <w:rPr>
          <w:lang w:eastAsia="zh-CN"/>
        </w:rPr>
        <w:t>　　教材是经过课该后的新教材，因此与以往的教材有很大的区别，课本共有 6个单元，各单元都有明确的主题，各主题之间具有有机联系。以单元的形式进行教学单元内的教学内容是可以灵活组合的，这样就可以用相对长的时间来完成一个教学内容的学习;在教材内容上，尽量贴近学生的生活，学生在日常学习和生活中常遇到的内容，如红灯停绿灯行 小蚂蚁小雨沙沙沙等;在学习方法上，是把音乐的学习渗透在音乐活动之中，设计了丰富的音乐活动。如声音的强弱 我家门前有条小河等内容的安排。在评价方式上，采用了五星在闪耀的形式，对学生进行全方位的评价，而不是仅限于音乐学科本身。</w:t>
      </w:r>
      <w:r>
        <w:rPr>
          <w:lang w:eastAsia="zh-CN"/>
        </w:rPr>
        <w:br/>
      </w:r>
      <w:r>
        <w:rPr>
          <w:lang w:eastAsia="zh-CN"/>
        </w:rPr>
        <w:t>　　三、总的目标及要求</w:t>
      </w:r>
      <w:r>
        <w:rPr>
          <w:lang w:eastAsia="zh-CN"/>
        </w:rPr>
        <w:br/>
      </w:r>
      <w:r>
        <w:rPr>
          <w:lang w:eastAsia="zh-CN"/>
        </w:rPr>
        <w:t>　　1、用音乐陶冶孩子们的情操，启迪儿童心灵，让孩子们热爱音乐，感受音乐的美，用音乐的节奏、旋律打动孩子们的心通过音乐教学，培养学生对音乐的兴趣与爱好。</w:t>
      </w:r>
      <w:r>
        <w:rPr>
          <w:lang w:eastAsia="zh-CN"/>
        </w:rPr>
        <w:br/>
      </w:r>
      <w:r>
        <w:rPr>
          <w:lang w:eastAsia="zh-CN"/>
        </w:rPr>
        <w:t>　　2、在学习歌曲的同时进一步学习音乐的基础知识和基本技能。</w:t>
      </w:r>
      <w:r>
        <w:rPr>
          <w:lang w:eastAsia="zh-CN"/>
        </w:rPr>
        <w:br/>
      </w:r>
      <w:r>
        <w:rPr>
          <w:lang w:eastAsia="zh-CN"/>
        </w:rPr>
        <w:t>　　3、 培养学生健康的审美情趣和良好的品德情操。</w:t>
      </w:r>
      <w:r>
        <w:rPr>
          <w:lang w:eastAsia="zh-CN"/>
        </w:rPr>
        <w:br/>
      </w:r>
      <w:r>
        <w:rPr>
          <w:lang w:eastAsia="zh-CN"/>
        </w:rPr>
        <w:t>　　4、 陶冶情操，进行爱国主义和集体主义教育。</w:t>
      </w:r>
      <w:r>
        <w:rPr>
          <w:lang w:eastAsia="zh-CN"/>
        </w:rPr>
        <w:br/>
      </w:r>
      <w:r>
        <w:rPr>
          <w:lang w:eastAsia="zh-CN"/>
        </w:rPr>
        <w:t>　　5、培养学生养成观察生活小事物的习惯，并将它带到音乐中适当进行歌词、节奏、舞蹈的创编。</w:t>
      </w:r>
      <w:r>
        <w:rPr>
          <w:lang w:eastAsia="zh-CN"/>
        </w:rPr>
        <w:br/>
      </w:r>
      <w:r>
        <w:rPr>
          <w:lang w:eastAsia="zh-CN"/>
        </w:rPr>
        <w:t>　　四、具体目标</w:t>
      </w:r>
      <w:r>
        <w:rPr>
          <w:lang w:eastAsia="zh-CN"/>
        </w:rPr>
        <w:br/>
      </w:r>
      <w:r>
        <w:rPr>
          <w:lang w:eastAsia="zh-CN"/>
        </w:rPr>
        <w:t>　　(一)感受与鉴赏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1、逐步养成良好的欣赏音乐的习惯，进一步感受自然界和生活中的各种声音，并会模仿。</w:t>
      </w:r>
      <w:r>
        <w:rPr>
          <w:lang w:eastAsia="zh-CN"/>
        </w:rPr>
        <w:br/>
      </w:r>
      <w:r>
        <w:rPr>
          <w:lang w:eastAsia="zh-CN"/>
        </w:rPr>
        <w:t>　　2、体验不同情绪的音乐。</w:t>
      </w:r>
      <w:r>
        <w:rPr>
          <w:lang w:eastAsia="zh-CN"/>
        </w:rPr>
        <w:br/>
      </w:r>
      <w:r>
        <w:rPr>
          <w:lang w:eastAsia="zh-CN"/>
        </w:rPr>
        <w:t>　　3、聆听进行曲、舞曲、儿歌不同风格作出相应动作;</w:t>
      </w:r>
      <w:r>
        <w:rPr>
          <w:lang w:eastAsia="zh-CN"/>
        </w:rPr>
        <w:br/>
      </w:r>
      <w:r>
        <w:rPr>
          <w:lang w:eastAsia="zh-CN"/>
        </w:rPr>
        <w:t>　　4、聆听不同国家、地区、民族的儿歌、童谣及小型器乐曲片段， 进一步感受风格。</w:t>
      </w:r>
      <w:r>
        <w:rPr>
          <w:lang w:eastAsia="zh-CN"/>
        </w:rPr>
        <w:br/>
      </w:r>
      <w:r>
        <w:rPr>
          <w:lang w:eastAsia="zh-CN"/>
        </w:rPr>
        <w:t>　　(二)表现</w:t>
      </w:r>
      <w:r>
        <w:rPr>
          <w:lang w:eastAsia="zh-CN"/>
        </w:rPr>
        <w:br/>
      </w:r>
      <w:r>
        <w:rPr>
          <w:lang w:eastAsia="zh-CN"/>
        </w:rPr>
        <w:t>　　1、学习正确的唱歌姿势，并养成良好的唱歌习惯;学习自然的呼吸，做到不耸肩，不出声。</w:t>
      </w:r>
      <w:r>
        <w:rPr>
          <w:lang w:eastAsia="zh-CN"/>
        </w:rPr>
        <w:br/>
      </w:r>
      <w:r>
        <w:rPr>
          <w:lang w:eastAsia="zh-CN"/>
        </w:rPr>
        <w:t>　　2、每学年背唱6-8首歌曲;</w:t>
      </w:r>
      <w:r>
        <w:rPr>
          <w:lang w:eastAsia="zh-CN"/>
        </w:rPr>
        <w:br/>
      </w:r>
      <w:r>
        <w:rPr>
          <w:lang w:eastAsia="zh-CN"/>
        </w:rPr>
        <w:t>　　3、认识或见识几种常见的儿童打击乐器，并会演奏能为歌曲伴奏。</w:t>
      </w:r>
      <w:r>
        <w:rPr>
          <w:lang w:eastAsia="zh-CN"/>
        </w:rPr>
        <w:br/>
      </w:r>
      <w:r>
        <w:rPr>
          <w:lang w:eastAsia="zh-CN"/>
        </w:rPr>
        <w:t>　　4、能作简单的律动、歌表演。</w:t>
      </w:r>
      <w:r>
        <w:rPr>
          <w:lang w:eastAsia="zh-CN"/>
        </w:rPr>
        <w:br/>
      </w:r>
      <w:r>
        <w:rPr>
          <w:lang w:eastAsia="zh-CN"/>
        </w:rPr>
        <w:t>　　5、认识简单的音乐符号。</w:t>
      </w:r>
      <w:r>
        <w:rPr>
          <w:lang w:eastAsia="zh-CN"/>
        </w:rPr>
        <w:br/>
      </w:r>
      <w:r>
        <w:rPr>
          <w:lang w:eastAsia="zh-CN"/>
        </w:rPr>
        <w:t>　　(三)创造</w:t>
      </w:r>
      <w:r>
        <w:rPr>
          <w:lang w:eastAsia="zh-CN"/>
        </w:rPr>
        <w:br/>
      </w:r>
      <w:r>
        <w:rPr>
          <w:lang w:eastAsia="zh-CN"/>
        </w:rPr>
        <w:t>　　1、歌词的创作活动：能根据乐曲风格和歌词结构对歌曲进行再创作。</w:t>
      </w:r>
      <w:r>
        <w:rPr>
          <w:lang w:eastAsia="zh-CN"/>
        </w:rPr>
        <w:br/>
      </w:r>
      <w:r>
        <w:rPr>
          <w:lang w:eastAsia="zh-CN"/>
        </w:rPr>
        <w:t>　　2、音乐活动能力的培养方面：能随音乐的不同情绪、节奏、节拍的变化，有表情地进行律动，模仿动作和即兴动作。</w:t>
      </w:r>
      <w:r>
        <w:rPr>
          <w:lang w:eastAsia="zh-CN"/>
        </w:rPr>
        <w:br/>
      </w:r>
      <w:r>
        <w:rPr>
          <w:lang w:eastAsia="zh-CN"/>
        </w:rPr>
        <w:t>　　3、音乐活动：能根据音乐创编故事和表演简单的情景。</w:t>
      </w:r>
      <w:r>
        <w:rPr>
          <w:lang w:eastAsia="zh-CN"/>
        </w:rPr>
        <w:br/>
      </w:r>
      <w:r>
        <w:rPr>
          <w:lang w:eastAsia="zh-CN"/>
        </w:rPr>
        <w:t>　　(四)音乐与相关文化</w:t>
      </w:r>
      <w:r>
        <w:rPr>
          <w:lang w:eastAsia="zh-CN"/>
        </w:rPr>
        <w:br/>
      </w:r>
      <w:r>
        <w:rPr>
          <w:lang w:eastAsia="zh-CN"/>
        </w:rPr>
        <w:t>　　1、在学习中学会与他人合作。</w:t>
      </w:r>
      <w:r>
        <w:rPr>
          <w:lang w:eastAsia="zh-CN"/>
        </w:rPr>
        <w:br/>
      </w:r>
      <w:r>
        <w:rPr>
          <w:lang w:eastAsia="zh-CN"/>
        </w:rPr>
        <w:t>　　2、了解各民族音乐及相关文化。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3、音乐与生活的联系。</w:t>
      </w:r>
      <w:r>
        <w:rPr>
          <w:lang w:eastAsia="zh-CN"/>
        </w:rPr>
        <w:br/>
      </w:r>
      <w:r>
        <w:rPr>
          <w:lang w:eastAsia="zh-CN"/>
        </w:rPr>
        <w:t>　　五、教学措施</w:t>
      </w:r>
      <w:r>
        <w:rPr>
          <w:lang w:eastAsia="zh-CN"/>
        </w:rPr>
        <w:br/>
      </w:r>
      <w:r>
        <w:rPr>
          <w:lang w:eastAsia="zh-CN"/>
        </w:rPr>
        <w:t>　　1.教学内容的处理方面：低年级以听唱法为主，让学生能跟随音乐自己主动化的进行合理的学习，一年级不要求识谱，主要是积累音高的感性经验。在音乐活动中逐渐积累知识与技能 而律动及表演是本教材的重点。认真备课，做好前备、复备工作，为能使学生上好课做好充分的准备工作，备课时注意与新课标结合，并注意备学生。积极和其他学科沟通，积极研究学科整合，响应新课标要求，多看多听其他学校的课程，在本校多实施，使学生开阔眼界。教师从中总结经验。</w:t>
      </w:r>
      <w:r>
        <w:rPr>
          <w:lang w:eastAsia="zh-CN"/>
        </w:rPr>
        <w:br/>
      </w:r>
      <w:r>
        <w:rPr>
          <w:lang w:eastAsia="zh-CN"/>
        </w:rPr>
        <w:t>　　2.教学方法和教学手段方面：</w:t>
      </w:r>
      <w:r>
        <w:rPr>
          <w:lang w:eastAsia="zh-CN"/>
        </w:rPr>
        <w:br/>
      </w:r>
      <w:r>
        <w:rPr>
          <w:lang w:eastAsia="zh-CN"/>
        </w:rPr>
        <w:t>　　(1)根据本班学生的实际情况，再整个教育教学环节之中，立足于以激发学生学习音乐的兴趣，在此基础上去对学生进行相关的知识与技能的训练和培养。</w:t>
      </w:r>
      <w:r>
        <w:rPr>
          <w:lang w:eastAsia="zh-CN"/>
        </w:rPr>
        <w:br/>
      </w:r>
      <w:r>
        <w:rPr>
          <w:lang w:eastAsia="zh-CN"/>
        </w:rPr>
        <w:t>　　(2)因材施教，对不同的学生要注意采用不同的教学手法，使学生能够充分发展。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多样，充满知识性、趣味性、探索性、挑战性以及表演性。最大限度的调动学生的积极性。并使他们最大限度地学到知识，掌握技能。并注意在课堂上采取一定的形式，培养学生的团结协作能力及创新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六、奋斗目标：激发和培养学生对音乐的兴趣;开发音乐的感知力，体验音乐的美感;能自然地、有表情地歌唱，乐于参与其他音乐表现和即兴创造活动;培养乐观的态度和友爱精神。音乐教学在学校教育中起着其他学科不可代替的特殊作用，是实施美育教育的重要途径。为了让学生树立正确的审美观，在教学中作这样的尝试：</w:t>
      </w:r>
      <w:r>
        <w:rPr>
          <w:lang w:eastAsia="zh-CN"/>
        </w:rPr>
        <w:br/>
      </w:r>
      <w:r>
        <w:rPr>
          <w:lang w:eastAsia="zh-CN"/>
        </w:rPr>
        <w:t>　　1、利用教材的德育因素，帮助学生学会选择健康的歌曲，抵制消极负面的影响。</w:t>
      </w:r>
      <w:r>
        <w:rPr>
          <w:lang w:eastAsia="zh-CN"/>
        </w:rPr>
        <w:br/>
      </w:r>
      <w:r>
        <w:rPr>
          <w:lang w:eastAsia="zh-CN"/>
        </w:rPr>
        <w:t>　　2、教会学生正确的发声，让学生会体验美创造美。</w:t>
      </w:r>
      <w:r>
        <w:rPr>
          <w:lang w:eastAsia="zh-CN"/>
        </w:rPr>
        <w:br/>
      </w:r>
      <w:r>
        <w:rPr>
          <w:lang w:eastAsia="zh-CN"/>
        </w:rPr>
        <w:t>　　3、利用教材因素，培养学生鉴赏美的能力。</w:t>
      </w:r>
      <w:r>
        <w:rPr>
          <w:lang w:eastAsia="zh-CN"/>
        </w:rPr>
        <w:br/>
      </w:r>
      <w:r>
        <w:rPr>
          <w:lang w:eastAsia="zh-CN"/>
        </w:rPr>
        <w:t>　　4、用唱、打、念、吹的结合，培养学生创造美的能力。</w:t>
      </w:r>
      <w:r>
        <w:rPr>
          <w:lang w:eastAsia="zh-CN"/>
        </w:rPr>
        <w:br/>
      </w:r>
      <w:r>
        <w:rPr>
          <w:lang w:eastAsia="zh-CN"/>
        </w:rPr>
        <w:t>　　当前教育事业正处于应试教育向素质教育转轨的重要时期，摆在我们面前的一项重要任务之一，就是深入广泛的全面提高美育教育，培养学生的审美意识，让他们树立正确的审美观，懂得创造美、表现美、欣赏美的重要意义，并积极主动的参与实践、创造美，进而提高学生的综合素质。</w:t>
      </w:r>
      <w:r>
        <w:rPr>
          <w:lang w:eastAsia="zh-CN"/>
        </w:rPr>
        <w:br/>
      </w:r>
      <w:r>
        <w:rPr>
          <w:lang w:eastAsia="zh-CN"/>
        </w:rPr>
        <w:t xml:space="preserve">    英语一年级下册教学计划 篇14 </w:t>
      </w:r>
      <w:r>
        <w:rPr>
          <w:lang w:eastAsia="zh-CN"/>
        </w:rPr>
        <w:br/>
      </w:r>
      <w:r>
        <w:rPr>
          <w:lang w:eastAsia="zh-CN"/>
        </w:rPr>
        <w:t>　　一、班级情况分析</w:t>
      </w:r>
      <w:r>
        <w:rPr>
          <w:lang w:eastAsia="zh-CN"/>
        </w:rPr>
        <w:br/>
      </w:r>
      <w:r>
        <w:rPr>
          <w:lang w:eastAsia="zh-CN"/>
        </w:rPr>
        <w:t>　　本学期我担任一(1)班语文教育工作。本班共人，其中男生人，女生人。一年级的学习是学生打基础的一个重要阶段，在语文教学中，除了狠抓学生的基础知识学习之外，我还将培养学生学习习惯和兴趣最为本学期的教学重点。</w:t>
      </w:r>
      <w:r>
        <w:rPr>
          <w:lang w:eastAsia="zh-CN"/>
        </w:rPr>
        <w:br/>
      </w:r>
      <w:r>
        <w:rPr>
          <w:lang w:eastAsia="zh-CN"/>
        </w:rPr>
        <w:t>　　二、教材编排</w:t>
      </w:r>
      <w:r>
        <w:rPr>
          <w:lang w:eastAsia="zh-CN"/>
        </w:rPr>
        <w:br/>
      </w:r>
      <w:r>
        <w:rPr>
          <w:lang w:eastAsia="zh-CN"/>
        </w:rPr>
        <w:t>　　本册教材分四个部分：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(1)听录音读课文识字;</w:t>
      </w:r>
      <w:r>
        <w:rPr>
          <w:lang w:eastAsia="zh-CN"/>
        </w:rPr>
        <w:br/>
      </w:r>
      <w:r>
        <w:rPr>
          <w:lang w:eastAsia="zh-CN"/>
        </w:rPr>
        <w:t>　　(2)读儿歌识字学拼音;</w:t>
      </w:r>
      <w:r>
        <w:rPr>
          <w:lang w:eastAsia="zh-CN"/>
        </w:rPr>
        <w:br/>
      </w:r>
      <w:r>
        <w:rPr>
          <w:lang w:eastAsia="zh-CN"/>
        </w:rPr>
        <w:t>　　(3)看拼音读课文识字;</w:t>
      </w:r>
      <w:r>
        <w:rPr>
          <w:lang w:eastAsia="zh-CN"/>
        </w:rPr>
        <w:br/>
      </w:r>
      <w:r>
        <w:rPr>
          <w:lang w:eastAsia="zh-CN"/>
        </w:rPr>
        <w:t>　　(4)读课文识字。</w:t>
      </w:r>
      <w:r>
        <w:rPr>
          <w:lang w:eastAsia="zh-CN"/>
        </w:rPr>
        <w:br/>
      </w:r>
      <w:r>
        <w:rPr>
          <w:lang w:eastAsia="zh-CN"/>
        </w:rPr>
        <w:t>　　全册60篇课文分成14个单元，每个单元都安排了识字游戏和语文快乐宫。教材从第2单元开始安排古诗诵读。听说活动集中编排在全册课本后面。“听录音读课文识字”安排在课本的第一部分，共8篇课文，让学生借助录音紧密结合身边熟悉的环境，认识一批在学校、家庭、社区生活中常见常用的生字，激发学生的识字兴趣，调动学生识字的积极性，扩大识字量，体现开放识字和自主识字的精神。结合识字，开始学习汉字的基本笔画。</w:t>
      </w:r>
      <w:r>
        <w:rPr>
          <w:lang w:eastAsia="zh-CN"/>
        </w:rPr>
        <w:br/>
      </w:r>
      <w:r>
        <w:rPr>
          <w:lang w:eastAsia="zh-CN"/>
        </w:rPr>
        <w:t>　　第二部分是“读儿歌识字学拼音”，共安排28首儿歌，这些儿歌大多是脍炙人口的经典之作，内容充满童趣，读起来琅琅上口。借助这些妙趣横生的语言材料，教材由浅入深、由易到难地安排了一批常用字。结合识字，让学生学习汉语拼音。第三部分是“看拼音读课文识字”，共安排三个单元，11篇课文。课文全文注音，让学生借助汉语拼音识字、阅读，同时在识字、阅读中巩固汉语拼音，建立识字和拼音的双向联系。从这部分开始，学习常见的偏旁部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第四部分是“读课文识字”，共安排4个单元，13篇课文，继续全文注音，让学生在生动的语言环境中识字。同时继续学习汉字的基本笔画、常见的偏旁部首和笔顺规则，不断提高识字能力。从第三部分课文开始编写课后练习，安排朗读课文、背诵课文、积累词句和说话练习。每单元还编有“语文快乐宫”(共7次)，安排识字活动、汉语拼音及字词句复习、儿歌、短文的朗读与表演，还有汉字的书写练习等。从课文的第三部分开始，每单元安排一次“古诗诵读”，让学生在吟咏中接受祖国优秀文化的熏陶，既增长文化知识，又陶冶品德情操。</w:t>
      </w:r>
      <w:r>
        <w:rPr>
          <w:lang w:eastAsia="zh-CN"/>
        </w:rPr>
        <w:br/>
      </w:r>
      <w:r>
        <w:rPr>
          <w:lang w:eastAsia="zh-CN"/>
        </w:rPr>
        <w:t>　　三、教学目标</w:t>
      </w:r>
      <w:r>
        <w:rPr>
          <w:lang w:eastAsia="zh-CN"/>
        </w:rPr>
        <w:br/>
      </w:r>
      <w:r>
        <w:rPr>
          <w:lang w:eastAsia="zh-CN"/>
        </w:rPr>
        <w:t>　　1.本册教材要求学生学习460个生字，要求读准字音，认清字形，大致了解在语言环境里的意思。认识汉字的基本笔画、笔顺规则和常用的偏旁部首，培养主动识字的兴趣和初步的识字能力。</w:t>
      </w:r>
      <w:r>
        <w:rPr>
          <w:lang w:eastAsia="zh-CN"/>
        </w:rPr>
        <w:br/>
      </w:r>
      <w:r>
        <w:rPr>
          <w:lang w:eastAsia="zh-CN"/>
        </w:rPr>
        <w:t>　　2.学习汉语拼音的声母、韵母、声调和整体认读音节，学习拼音方法，能正确地拼读音节。能借助汉语拼音识字、阅读。练习用普通话朗读课文，回答问题，进行简单的口语交际。</w:t>
      </w:r>
      <w:r>
        <w:rPr>
          <w:lang w:eastAsia="zh-CN"/>
        </w:rPr>
        <w:br/>
      </w:r>
      <w:r>
        <w:rPr>
          <w:lang w:eastAsia="zh-CN"/>
        </w:rPr>
        <w:t>　　3.学习用铅笔写字，能在田字格里从描到写地练习书写，要求写得正确、端正、整洁。要激发学生写字的兴趣，培养正确的写字姿势和执笔方法，养成良好的写字习惯。</w:t>
      </w:r>
      <w:r>
        <w:rPr>
          <w:lang w:eastAsia="zh-CN"/>
        </w:rPr>
        <w:br/>
      </w:r>
      <w:r>
        <w:rPr>
          <w:lang w:eastAsia="zh-CN"/>
        </w:rPr>
        <w:t>　　4.学过的词语会读，大致了解在课文中的意思，积累本册教材中学习的217个词语。</w:t>
      </w:r>
      <w:r>
        <w:rPr>
          <w:lang w:eastAsia="zh-CN"/>
        </w:rPr>
        <w:br/>
      </w:r>
      <w:r>
        <w:rPr>
          <w:lang w:eastAsia="zh-CN"/>
        </w:rPr>
        <w:t>　　5.学过的句子会读，积累本册教材中学习的句子，部分句子能学习运用。</w:t>
      </w:r>
      <w:r>
        <w:rPr>
          <w:lang w:eastAsia="zh-CN"/>
        </w:rPr>
        <w:br/>
      </w:r>
      <w:r>
        <w:rPr>
          <w:lang w:eastAsia="zh-CN"/>
        </w:rPr>
        <w:t>　　6.能听清楚几句话，能听懂老师的提问和同学的回答。听人讲话时态度认真，注意力集中。养成边听边想、边听边记的习惯。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7.能清楚明白地回答老师和同学的提问，在看图说话时学习展开想像，人际交往中能根据语境说几句话。学习使用礼貌语言。学习句号、问号、感叹号，认识逗号、冒号、顿号、引号等标点符号。</w:t>
      </w:r>
      <w:r>
        <w:rPr>
          <w:lang w:eastAsia="zh-CN"/>
        </w:rPr>
        <w:br/>
      </w:r>
      <w:r>
        <w:rPr>
          <w:lang w:eastAsia="zh-CN"/>
        </w:rPr>
        <w:t>　　8.学习朗读课文，要求读得正确，注意不加字、不漏字、不顿读、不唱读，并逐步学习读得比较流利，读出感情。能背诵全部古诗，能背诵部分课文。</w:t>
      </w:r>
      <w:r>
        <w:rPr>
          <w:lang w:eastAsia="zh-CN"/>
        </w:rPr>
        <w:br/>
      </w:r>
      <w:r>
        <w:rPr>
          <w:lang w:eastAsia="zh-CN"/>
        </w:rPr>
        <w:t>　　9.能在课外阅读适合自己的各种儿童报刊和书籍。</w:t>
      </w:r>
      <w:r>
        <w:rPr>
          <w:lang w:eastAsia="zh-CN"/>
        </w:rPr>
        <w:br/>
      </w:r>
      <w:r>
        <w:rPr>
          <w:lang w:eastAsia="zh-CN"/>
        </w:rPr>
        <w:t xml:space="preserve">    英语一年级下册教学计划 篇15 </w:t>
      </w:r>
      <w:r>
        <w:rPr>
          <w:lang w:eastAsia="zh-CN"/>
        </w:rPr>
        <w:br/>
      </w:r>
      <w:r>
        <w:rPr>
          <w:lang w:eastAsia="zh-CN"/>
        </w:rPr>
        <w:t>　　进入20__年春季学期，一年级的学生们也有了一个学期的学期基础，所以教学过程也更加容易了，为此我制定了这个学期的数学教学计划，与同学们一起学习，取得最大进步。</w:t>
      </w:r>
      <w:r>
        <w:rPr>
          <w:lang w:eastAsia="zh-CN"/>
        </w:rPr>
        <w:br/>
      </w:r>
      <w:r>
        <w:rPr>
          <w:lang w:eastAsia="zh-CN"/>
        </w:rPr>
        <w:t>　　一、指导思想</w:t>
      </w:r>
      <w:r>
        <w:rPr>
          <w:lang w:eastAsia="zh-CN"/>
        </w:rPr>
        <w:br/>
      </w:r>
      <w:r>
        <w:rPr>
          <w:lang w:eastAsia="zh-CN"/>
        </w:rPr>
        <w:t>　　以新课程改革的基本理念为指导，引导新生入数学之门，依据教育学、心理学有关知识，针对低龄聋生特点，采用多种手法激发学生对数学的兴趣，养成良好的学习习惯，逐步建立数的概念，培养学生学数学、用数学的意识，解决实际问题的能力。</w:t>
      </w:r>
      <w:r>
        <w:rPr>
          <w:lang w:eastAsia="zh-CN"/>
        </w:rPr>
        <w:br/>
      </w:r>
      <w:r>
        <w:rPr>
          <w:lang w:eastAsia="zh-CN"/>
        </w:rPr>
        <w:t>　　二、学情分析</w:t>
      </w:r>
      <w:r>
        <w:rPr>
          <w:lang w:eastAsia="zh-CN"/>
        </w:rPr>
        <w:br/>
      </w:r>
      <w:r>
        <w:rPr>
          <w:lang w:eastAsia="zh-CN"/>
        </w:rPr>
        <w:t>　　我班有学生45人。经过半年的在校学习，学生的行为习惯，学习习惯有了很大的进步。但仍有少数学生的行为习惯、学习习惯跟不上，导致学习成绩跟不上。学生们都是活泼可爱，有着强烈的好奇心和求知欲。可塑性强，整体上是一个积极向上的班级。为更好的开展数学教学工作，特制订本学期教学计划</w:t>
      </w:r>
      <w:r>
        <w:rPr>
          <w:lang w:eastAsia="zh-CN"/>
        </w:rPr>
        <w:br/>
      </w:r>
      <w:r>
        <w:rPr>
          <w:lang w:eastAsia="zh-CN"/>
        </w:rPr>
        <w:t>　　三、教材分析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本册教材包括：数与代数（共5个单元）第三单元——认识100以内的数；第四单元——认识人民币；第五单元——100以内的加法和减法（一）；第七单元——100以内的加法和减法（二）；第八单元——探索乐园（找规律）。空间与图形（共3个单元）第一单元——位置；第二单元——认识钟表；第六单元——认识图形。</w:t>
      </w:r>
      <w:r>
        <w:rPr>
          <w:lang w:eastAsia="zh-CN"/>
        </w:rPr>
        <w:br/>
      </w:r>
      <w:r>
        <w:rPr>
          <w:lang w:eastAsia="zh-CN"/>
        </w:rPr>
        <w:t>　　1、根据《标准》调整了教学内容，为学生学习数学提供了更丰富的知识。</w:t>
      </w:r>
      <w:r>
        <w:rPr>
          <w:lang w:eastAsia="zh-CN"/>
        </w:rPr>
        <w:br/>
      </w:r>
      <w:r>
        <w:rPr>
          <w:lang w:eastAsia="zh-CN"/>
        </w:rPr>
        <w:t>　　2、重视学生的经验和体验。根据学生的已有知识和经验设计活动内容和学习素材。</w:t>
      </w:r>
      <w:r>
        <w:rPr>
          <w:lang w:eastAsia="zh-CN"/>
        </w:rPr>
        <w:br/>
      </w:r>
      <w:r>
        <w:rPr>
          <w:lang w:eastAsia="zh-CN"/>
        </w:rPr>
        <w:t>　　3、认数和计算相结合，穿插教学，使学生逐步形成数的概念，达到计算熟练。</w:t>
      </w:r>
      <w:r>
        <w:rPr>
          <w:lang w:eastAsia="zh-CN"/>
        </w:rPr>
        <w:br/>
      </w:r>
      <w:r>
        <w:rPr>
          <w:lang w:eastAsia="zh-CN"/>
        </w:rPr>
        <w:t>　　4、重视学生对数概念的理解，初步建立数感。</w:t>
      </w:r>
      <w:r>
        <w:rPr>
          <w:lang w:eastAsia="zh-CN"/>
        </w:rPr>
        <w:br/>
      </w:r>
      <w:r>
        <w:rPr>
          <w:lang w:eastAsia="zh-CN"/>
        </w:rPr>
        <w:t>　　5、计算数学、体现算法多样化，允许学生采用自己认为合适的方法进行计算。</w:t>
      </w:r>
      <w:r>
        <w:rPr>
          <w:lang w:eastAsia="zh-CN"/>
        </w:rPr>
        <w:br/>
      </w:r>
      <w:r>
        <w:rPr>
          <w:lang w:eastAsia="zh-CN"/>
        </w:rPr>
        <w:t>　　6、安排“用数学”的内容，培养学生初步的应用意识和用数学解决实际问题的能力。</w:t>
      </w:r>
      <w:r>
        <w:rPr>
          <w:lang w:eastAsia="zh-CN"/>
        </w:rPr>
        <w:br/>
      </w:r>
      <w:r>
        <w:rPr>
          <w:lang w:eastAsia="zh-CN"/>
        </w:rPr>
        <w:t>　　7、安排实践活动，使学生体验数学与日常生活的密切关系。</w:t>
      </w:r>
      <w:r>
        <w:rPr>
          <w:lang w:eastAsia="zh-CN"/>
        </w:rPr>
        <w:br/>
      </w:r>
      <w:r>
        <w:rPr>
          <w:lang w:eastAsia="zh-CN"/>
        </w:rPr>
        <w:t>　　四、教学目标</w:t>
      </w:r>
      <w:r>
        <w:rPr>
          <w:lang w:eastAsia="zh-CN"/>
        </w:rPr>
        <w:br/>
      </w:r>
      <w:r>
        <w:rPr>
          <w:lang w:eastAsia="zh-CN"/>
        </w:rPr>
        <w:t>　　这一册的教学目标是，使学生能够：</w:t>
      </w:r>
      <w:r>
        <w:rPr>
          <w:lang w:eastAsia="zh-CN"/>
        </w:rPr>
        <w:br/>
      </w:r>
      <w:r>
        <w:rPr>
          <w:lang w:eastAsia="zh-CN"/>
        </w:rPr>
        <w:t>　　1、能认、读、写100以内的数，会用100以内的数表示物体的个数。</w:t>
      </w:r>
      <w:r>
        <w:rPr>
          <w:lang w:eastAsia="zh-CN"/>
        </w:rPr>
        <w:br/>
      </w:r>
      <w:r>
        <w:rPr>
          <w:lang w:eastAsia="zh-CN"/>
        </w:rPr>
        <w:t>　　2、会用＞、＜、＝等符合和词语来描述100以内数的大小。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3、能说出个、十、百数位的名称，识别100以内各数位上数字的含义。</w:t>
      </w:r>
      <w:r>
        <w:rPr>
          <w:lang w:eastAsia="zh-CN"/>
        </w:rPr>
        <w:br/>
      </w:r>
      <w:r>
        <w:rPr>
          <w:lang w:eastAsia="zh-CN"/>
        </w:rPr>
        <w:t>　　4、结合具体物品感受100以内数表示的量。</w:t>
      </w:r>
      <w:r>
        <w:rPr>
          <w:lang w:eastAsia="zh-CN"/>
        </w:rPr>
        <w:br/>
      </w:r>
      <w:r>
        <w:rPr>
          <w:lang w:eastAsia="zh-CN"/>
        </w:rPr>
        <w:t>　　5、能运用100以内的数表示日常生活中的一些事物，并进行交流。</w:t>
      </w:r>
      <w:r>
        <w:rPr>
          <w:lang w:eastAsia="zh-CN"/>
        </w:rPr>
        <w:br/>
      </w:r>
      <w:r>
        <w:rPr>
          <w:lang w:eastAsia="zh-CN"/>
        </w:rPr>
        <w:t>　　6、能与他人交流各自的算法。</w:t>
      </w:r>
      <w:r>
        <w:rPr>
          <w:lang w:eastAsia="zh-CN"/>
        </w:rPr>
        <w:br/>
      </w:r>
      <w:r>
        <w:rPr>
          <w:lang w:eastAsia="zh-CN"/>
        </w:rPr>
        <w:t>　　8、图形的认识：辨认长方形、正方形、三角形、圆等简单图形；会用它们拼图。</w:t>
      </w:r>
      <w:r>
        <w:rPr>
          <w:lang w:eastAsia="zh-CN"/>
        </w:rPr>
        <w:br/>
      </w:r>
      <w:r>
        <w:rPr>
          <w:lang w:eastAsia="zh-CN"/>
        </w:rPr>
        <w:t>　　9、图形与位置：会用上下、左右、前后描述物体的相对位置。</w:t>
      </w:r>
      <w:r>
        <w:rPr>
          <w:lang w:eastAsia="zh-CN"/>
        </w:rPr>
        <w:br/>
      </w:r>
      <w:r>
        <w:rPr>
          <w:lang w:eastAsia="zh-CN"/>
        </w:rPr>
        <w:t>　　10、认识钟表，会看整时、半时，结合具体事例，了解整时刚过一点或差一点到整时叫大约几时，初步了解时间在生活中的重要作用，培养学生遵守时间、合理安排时间的良好习惯。</w:t>
      </w:r>
      <w:r>
        <w:rPr>
          <w:lang w:eastAsia="zh-CN"/>
        </w:rPr>
        <w:br/>
      </w:r>
      <w:r>
        <w:rPr>
          <w:lang w:eastAsia="zh-CN"/>
        </w:rPr>
        <w:t>　　11、在现实情境中，充分利用学生的生活经验认识元、角、分，了解它们之间的关系：1元=10角，一角=10分；结合熟悉的购物活动，学会人民币的`简单计算，能在具体情境中，提出并解决简单的实际问。</w:t>
      </w:r>
      <w:r>
        <w:rPr>
          <w:lang w:eastAsia="zh-CN"/>
        </w:rPr>
        <w:br/>
      </w:r>
      <w:r>
        <w:rPr>
          <w:lang w:eastAsia="zh-CN"/>
        </w:rPr>
        <w:t>　　五、教学重点</w:t>
      </w:r>
      <w:r>
        <w:rPr>
          <w:lang w:eastAsia="zh-CN"/>
        </w:rPr>
        <w:br/>
      </w:r>
      <w:r>
        <w:rPr>
          <w:lang w:eastAsia="zh-CN"/>
        </w:rPr>
        <w:t>　　能认、读、写100以内的数，运用100以内的数表示日常生活中的一些事物，并进行交流。能辨认长方形、正方形、三角形、圆等简单图形。认识钟表和人民币。</w:t>
      </w:r>
      <w:r>
        <w:rPr>
          <w:lang w:eastAsia="zh-CN"/>
        </w:rPr>
        <w:br/>
      </w:r>
      <w:r>
        <w:rPr>
          <w:lang w:eastAsia="zh-CN"/>
        </w:rPr>
        <w:t>　　六、教学难点：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时间的认识和人民币之间的换算、图形进行比较和排列。培养学生初步的应用意识和用数学解决实际问题的能力。</w:t>
      </w:r>
      <w:r>
        <w:rPr>
          <w:lang w:eastAsia="zh-CN"/>
        </w:rPr>
        <w:br/>
      </w:r>
      <w:r>
        <w:rPr>
          <w:lang w:eastAsia="zh-CN"/>
        </w:rPr>
        <w:t>　　七、教学措施</w:t>
      </w:r>
      <w:r>
        <w:rPr>
          <w:lang w:eastAsia="zh-CN"/>
        </w:rPr>
        <w:br/>
      </w:r>
      <w:r>
        <w:rPr>
          <w:lang w:eastAsia="zh-CN"/>
        </w:rPr>
        <w:t>　　1、努力体现自主探索、合作交流的学习方式。</w:t>
      </w:r>
      <w:r>
        <w:rPr>
          <w:lang w:eastAsia="zh-CN"/>
        </w:rPr>
        <w:br/>
      </w:r>
      <w:r>
        <w:rPr>
          <w:lang w:eastAsia="zh-CN"/>
        </w:rPr>
        <w:t>　　2、尽量注意创设的情境为探索数学问题提供丰富的素材或信息。帮助学生建立学好数学的信心。</w:t>
      </w:r>
      <w:r>
        <w:rPr>
          <w:lang w:eastAsia="zh-CN"/>
        </w:rPr>
        <w:br/>
      </w:r>
      <w:r>
        <w:rPr>
          <w:lang w:eastAsia="zh-CN"/>
        </w:rPr>
        <w:t>　　3、时常注意强调学生认真做作业、书写整洁的良好的习惯。</w:t>
      </w:r>
      <w:r>
        <w:rPr>
          <w:lang w:eastAsia="zh-CN"/>
        </w:rPr>
        <w:br/>
      </w:r>
      <w:r>
        <w:rPr>
          <w:lang w:eastAsia="zh-CN"/>
        </w:rPr>
        <w:t>　　4、课堂教学与家庭教学实践相结合。</w:t>
      </w:r>
      <w:r>
        <w:rPr>
          <w:lang w:eastAsia="zh-CN"/>
        </w:rPr>
        <w:br/>
      </w:r>
      <w:r>
        <w:rPr>
          <w:lang w:eastAsia="zh-CN"/>
        </w:rPr>
        <w:t>　　八、 教学安排</w:t>
      </w:r>
      <w:r>
        <w:rPr>
          <w:lang w:eastAsia="zh-CN"/>
        </w:rPr>
        <w:br/>
      </w:r>
      <w:r>
        <w:rPr>
          <w:lang w:eastAsia="zh-CN"/>
        </w:rPr>
        <w:t>　　略</w:t>
      </w:r>
      <w:r>
        <w:rPr>
          <w:lang w:eastAsia="zh-CN"/>
        </w:rPr>
        <w:br/>
      </w:r>
      <w:r>
        <w:rPr>
          <w:lang w:eastAsia="zh-CN"/>
        </w:rPr>
        <w:t xml:space="preserve">    英语一年级下册教学计划 篇16 </w:t>
      </w:r>
      <w:r>
        <w:rPr>
          <w:lang w:eastAsia="zh-CN"/>
        </w:rPr>
        <w:br/>
      </w:r>
      <w:r>
        <w:rPr>
          <w:lang w:eastAsia="zh-CN"/>
        </w:rPr>
        <w:t>　　新的学年开始了，为了搞好本学期的数学教学，全面提高学生的素质，在课堂上有的放矢，特定数学教学计划如下：</w:t>
      </w:r>
      <w:r>
        <w:rPr>
          <w:lang w:eastAsia="zh-CN"/>
        </w:rPr>
        <w:br/>
      </w:r>
      <w:r>
        <w:rPr>
          <w:lang w:eastAsia="zh-CN"/>
        </w:rPr>
        <w:t>　　一、学情分析</w:t>
      </w:r>
      <w:r>
        <w:rPr>
          <w:lang w:eastAsia="zh-CN"/>
        </w:rPr>
        <w:br/>
      </w:r>
      <w:r>
        <w:rPr>
          <w:lang w:eastAsia="zh-CN"/>
        </w:rPr>
        <w:t>　　今年我任教一年级三班和五班两个班的数学。两班共有学生80人，这些学生都来自县城及各乡镇幼儿园，所以数学基础参差不齐。通过这几天的交流，我发现大部分学生在数学学习上已具有初步的数感、符号感、空间观念和问题意识，具有了一定的观察、想象和操作能力，学习数学的兴趣浓厚。但是，小孩子天真、活泼、好动，缺乏一些上课的常规意识及纪律常识，没有养成良好的习惯，如上课做小动作，不主动回答问题、随便下座等。因此，本学期不仅要学好数学知识，还有培养孩子良好的学习习惯。</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本册内容包括：数与代数，空间与图形，统计与概率，实践与综合应用。</w:t>
      </w:r>
      <w:r>
        <w:rPr>
          <w:lang w:eastAsia="zh-CN"/>
        </w:rPr>
        <w:br/>
      </w:r>
      <w:r>
        <w:rPr>
          <w:lang w:eastAsia="zh-CN"/>
        </w:rPr>
        <w:t>　　这册教材的数与代数领域，首先联系实际情景认识10以内的数，感受加法和减法的含义，学习10以内的加减法。在此基础上，认识11——20各数，理解它们的实际意义，并学习20以内的进位加法。除此之外，还安排了两方面内容：一是认识长方体、正方体、圆柱和球等立体图形，知道这些形体的名称;二是把求和、求剩余的实际问题与计算学习相结合，使学生感受数学问题来源于现实生活，学习数学可以解决日常生活中常见内的一些问题。</w:t>
      </w:r>
      <w:r>
        <w:rPr>
          <w:lang w:eastAsia="zh-CN"/>
        </w:rPr>
        <w:br/>
      </w:r>
      <w:r>
        <w:rPr>
          <w:lang w:eastAsia="zh-CN"/>
        </w:rPr>
        <w:t>　　空间与图形领域，一方面利用生活经验，认识长短、高矮、宽窄、厚薄，初步建立长度观念;另一方面，通过实物、模型辨认长方体、圆柱和球，初步感知这些几何体的特征;再一方面，结合具体情景，初步认识上下、前后、左右等位置关系。</w:t>
      </w:r>
      <w:r>
        <w:rPr>
          <w:lang w:eastAsia="zh-CN"/>
        </w:rPr>
        <w:br/>
      </w:r>
      <w:r>
        <w:rPr>
          <w:lang w:eastAsia="zh-CN"/>
        </w:rPr>
        <w:t>　　统计与概率领域。一方面，通过“分一分 ”初步学习把物体按某种标准分类;另一方面，结合具体的问题情景，学习收集和整理数据的简单方法，认识简单的象形统计图和简单的统计表，体会统计的价值。</w:t>
      </w:r>
      <w:r>
        <w:rPr>
          <w:lang w:eastAsia="zh-CN"/>
        </w:rPr>
        <w:br/>
      </w:r>
      <w:r>
        <w:rPr>
          <w:lang w:eastAsia="zh-CN"/>
        </w:rPr>
        <w:t>　　实践与综合应用领域。教材注意结合上述三个领域内容的学习，让学生在活动中加深对有关教学内容的体验，联系现实情景发现问题、提出问题并应用所学知识加以解决。全册教科书安排了两次实践活动：《大蒜有几瓣》，结合10以内数的认识和计算安排了《找找周围的数》《大蒜有几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三、教学重难点</w:t>
      </w:r>
      <w:r>
        <w:rPr>
          <w:lang w:eastAsia="zh-CN"/>
        </w:rPr>
        <w:br/>
      </w:r>
      <w:r>
        <w:rPr>
          <w:lang w:eastAsia="zh-CN"/>
        </w:rPr>
        <w:t>　　这一册的重难点教学内容是10以内数的加减法和20以内的进位加法，这两部分内容是学生认数和计算的开始，因此必须让学生切实掌握。</w:t>
      </w:r>
      <w:r>
        <w:rPr>
          <w:lang w:eastAsia="zh-CN"/>
        </w:rPr>
        <w:br/>
      </w:r>
      <w:r>
        <w:rPr>
          <w:lang w:eastAsia="zh-CN"/>
        </w:rPr>
        <w:t>　　四、教学目标</w:t>
      </w:r>
      <w:r>
        <w:rPr>
          <w:lang w:eastAsia="zh-CN"/>
        </w:rPr>
        <w:br/>
      </w:r>
      <w:r>
        <w:rPr>
          <w:lang w:eastAsia="zh-CN"/>
        </w:rPr>
        <w:t>　　1、在具体情境中能熟练地认、读、写20以内的数，能用数表示物体的个数或事物的位置与顺序;认识“”、“”、“=”的含义，能够用符号和词语描述20以内数的大小;能认识个位和十位，识别十位和个位上数字的意义。</w:t>
      </w:r>
      <w:r>
        <w:rPr>
          <w:lang w:eastAsia="zh-CN"/>
        </w:rPr>
        <w:br/>
      </w:r>
      <w:r>
        <w:rPr>
          <w:lang w:eastAsia="zh-CN"/>
        </w:rPr>
        <w:t>　　2、经历用20以内的数描述身边事物的过程，理解数的'意义，初步形成数的概念;在概念形成的过程中，发展初步的抽象、概括的能力;在比较数的大小的过程中，建立初步的符号感和对应思想。</w:t>
      </w:r>
      <w:r>
        <w:rPr>
          <w:lang w:eastAsia="zh-CN"/>
        </w:rPr>
        <w:br/>
      </w:r>
      <w:r>
        <w:rPr>
          <w:lang w:eastAsia="zh-CN"/>
        </w:rPr>
        <w:t>　　3、结合具体情境，体会加减法的含义;能熟练的口算20以内数的加减法;结合现实素材，进行初步估算，能用20以内的数描述生活中的事物，并与同伴交流。在估计物体个数和进行估算的过程中，初步形成估算意识;通过算法多样化，体会优化思想。</w:t>
      </w:r>
      <w:r>
        <w:rPr>
          <w:lang w:eastAsia="zh-CN"/>
        </w:rPr>
        <w:br/>
      </w:r>
      <w:r>
        <w:rPr>
          <w:lang w:eastAsia="zh-CN"/>
        </w:rPr>
        <w:t>　　4、在日常生活中发现并提出用20以内数的加减法解决的实际问题，发展应用意识;在探索、交流计算方法的过程中，了解可以用不同的方法去解决问题，形成初步的创新意识。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5、通过实物和模型辨认长方体、正方体、圆柱和球等立体图形;辨认从正面、侧面和上面观察到的简单物体的形状;会用上下、前后描述物体的相对位置。在认识几何形体和确定位置的过程中形成初步的空间观念。</w:t>
      </w:r>
      <w:r>
        <w:rPr>
          <w:lang w:eastAsia="zh-CN"/>
        </w:rPr>
        <w:br/>
      </w:r>
      <w:r>
        <w:rPr>
          <w:lang w:eastAsia="zh-CN"/>
        </w:rPr>
        <w:t>　　6、能按照给定的标准或选择某个标准对物体进行比较和分类;在分一分、比一比的活动中，形成初步的观察、分析、比较的能力。</w:t>
      </w:r>
      <w:r>
        <w:rPr>
          <w:lang w:eastAsia="zh-CN"/>
        </w:rPr>
        <w:br/>
      </w:r>
      <w:r>
        <w:rPr>
          <w:lang w:eastAsia="zh-CN"/>
        </w:rPr>
        <w:t>　　7、通过简单的统计活动，初步认识象形统计图和简单的统计表，并从中知道简单统计的结果，初步了解一些数据处理的方法;经历简单的数据收集整理的过程，形成初步的统计观念。</w:t>
      </w:r>
      <w:r>
        <w:rPr>
          <w:lang w:eastAsia="zh-CN"/>
        </w:rPr>
        <w:br/>
      </w:r>
      <w:r>
        <w:rPr>
          <w:lang w:eastAsia="zh-CN"/>
        </w:rPr>
        <w:t>　　8、在与同伴交流认数与解决实际问题的过程中，初步培养合作意识;发现事物中隐含的简单规律。</w:t>
      </w:r>
      <w:r>
        <w:rPr>
          <w:lang w:eastAsia="zh-CN"/>
        </w:rPr>
        <w:br/>
      </w:r>
      <w:r>
        <w:rPr>
          <w:lang w:eastAsia="zh-CN"/>
        </w:rPr>
        <w:t>　　9、在他人的鼓励和帮助下，对身边与数学有关的事物产生好奇心</w:t>
      </w:r>
      <w:r>
        <w:rPr>
          <w:lang w:eastAsia="zh-CN"/>
        </w:rPr>
        <w:br/>
      </w:r>
      <w:r>
        <w:rPr>
          <w:lang w:eastAsia="zh-CN"/>
        </w:rPr>
        <w:t>　　和兴趣，初步喜欢学习数学，养成观察并提出问题的习惯;在数学活动和解决问题的过程中，初步感受数学与生活的联系，能运用所学数学知识解决生活中的简单问题。</w:t>
      </w:r>
      <w:r>
        <w:rPr>
          <w:lang w:eastAsia="zh-CN"/>
        </w:rPr>
        <w:br/>
      </w:r>
      <w:r>
        <w:rPr>
          <w:lang w:eastAsia="zh-CN"/>
        </w:rPr>
        <w:t>　　五、教学措施</w:t>
      </w:r>
      <w:r>
        <w:rPr>
          <w:lang w:eastAsia="zh-CN"/>
        </w:rPr>
        <w:br/>
      </w:r>
      <w:r>
        <w:rPr>
          <w:lang w:eastAsia="zh-CN"/>
        </w:rPr>
        <w:t>　　1、在教学中要不断地转变教学观念，让学生经历“做数学”的过程，真正促进学生在知识与技能、数学思考与解决问题、情感与态度等方面的全面发展。</w:t>
      </w:r>
      <w:r>
        <w:rPr>
          <w:lang w:eastAsia="zh-CN"/>
        </w:rPr>
        <w:br/>
      </w:r>
      <w:r>
        <w:rPr>
          <w:lang w:eastAsia="zh-CN"/>
        </w:rPr>
        <w:t>　　2、提倡算法多样化和解决问题策略多样化，让学生在宽松开放的情境中，提高思维的灵活性和解决实际问题的能力，实现既长知识又长智慧的目标。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3、要引导学生开展观察、实验、猜测、推理与交流等数学活动，帮助学生在自主探索和合作交流的活动中，开发潜能、理解知识、发展技能，学习数学思想方法，获得丰富的数学活动经验。</w:t>
      </w:r>
      <w:r>
        <w:rPr>
          <w:lang w:eastAsia="zh-CN"/>
        </w:rPr>
        <w:br/>
      </w:r>
      <w:r>
        <w:rPr>
          <w:lang w:eastAsia="zh-CN"/>
        </w:rPr>
        <w:t>　　4、教学中要注意改变教师为主提出问题、解决问题的传统教学模式，努力激发学生主动地发现问题、提出问题，进而运用已有的知识和经验寻找策略解决问题的积极性，培养学生自觉主动地用数学眼光“看世界”的意识。</w:t>
      </w:r>
      <w:r>
        <w:rPr>
          <w:lang w:eastAsia="zh-CN"/>
        </w:rPr>
        <w:br/>
      </w:r>
      <w:r>
        <w:rPr>
          <w:lang w:eastAsia="zh-CN"/>
        </w:rPr>
        <w:t>　　5、要充分利用教材提供的信息窗创设情境，让学生运用已有的经验，在动手、动脑和相互交流的活动中，通过“做数学”获得再创造的机会，建立新旧知识之间的联系，思考现实中的数量关系和空间形式，发展对数学的理解，构建自己的认知结构。</w:t>
      </w:r>
      <w:r>
        <w:rPr>
          <w:lang w:eastAsia="zh-CN"/>
        </w:rPr>
        <w:br/>
      </w:r>
      <w:r>
        <w:rPr>
          <w:lang w:eastAsia="zh-CN"/>
        </w:rPr>
        <w:t>　　6、评价的手段要多样化，应以鼓励为主，激发学生的学习兴趣。</w:t>
      </w:r>
      <w:r>
        <w:rPr>
          <w:lang w:eastAsia="zh-CN"/>
        </w:rPr>
        <w:br/>
      </w:r>
      <w:r>
        <w:rPr>
          <w:lang w:eastAsia="zh-CN"/>
        </w:rPr>
        <w:t xml:space="preserve">    英语一年级下册教学计划 篇17 </w:t>
      </w:r>
      <w:r>
        <w:rPr>
          <w:lang w:eastAsia="zh-CN"/>
        </w:rPr>
        <w:br/>
      </w:r>
      <w:r>
        <w:rPr>
          <w:lang w:eastAsia="zh-CN"/>
        </w:rPr>
        <w:t>　　一、指导思想</w:t>
      </w:r>
      <w:r>
        <w:rPr>
          <w:lang w:eastAsia="zh-CN"/>
        </w:rPr>
        <w:br/>
      </w:r>
      <w:r>
        <w:rPr>
          <w:lang w:eastAsia="zh-CN"/>
        </w:rPr>
        <w:t>　　努力贯彻党的教育方针，根据新《课标》的基本理念，使学生体会数学与大自然及人类社会的密切联系；体会数学的价值，增强理解数学和应用数学的信心；初步学会运用数学的思维方式去观察和分析现实社会、去解决日常生活中的问题，进而形成勇于探索、勇于创新的科学精神；获得适应未来社会生活和进一步发展所必需的数学知识和必要的应用技能。</w:t>
      </w:r>
      <w:r>
        <w:rPr>
          <w:lang w:eastAsia="zh-CN"/>
        </w:rPr>
        <w:br/>
      </w:r>
      <w:r>
        <w:rPr>
          <w:lang w:eastAsia="zh-CN"/>
        </w:rPr>
        <w:t>　　二、总体目标：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根据数学学科特点，遵循学生学习数学的心理规律，从学生已有的生活经验出发，让学生亲身经历实际问题抽象成数学模型并进行解释与应用的过程，进而使学生获得对数学理解的同时，在思维能力、情感态度与价值观等多方面得到进步和发展。让人人学有价值的数学；人人都能获得必需的数学；不同的人在数学上得到不同的发展。</w:t>
      </w:r>
      <w:r>
        <w:rPr>
          <w:lang w:eastAsia="zh-CN"/>
        </w:rPr>
        <w:br/>
      </w:r>
      <w:r>
        <w:rPr>
          <w:lang w:eastAsia="zh-CN"/>
        </w:rPr>
        <w:t>　　三、具体措施</w:t>
      </w:r>
      <w:r>
        <w:rPr>
          <w:lang w:eastAsia="zh-CN"/>
        </w:rPr>
        <w:br/>
      </w:r>
      <w:r>
        <w:rPr>
          <w:lang w:eastAsia="zh-CN"/>
        </w:rPr>
        <w:t>　　1、继续加强学习常规和学习习惯的培养。</w:t>
      </w:r>
      <w:r>
        <w:rPr>
          <w:lang w:eastAsia="zh-CN"/>
        </w:rPr>
        <w:br/>
      </w:r>
      <w:r>
        <w:rPr>
          <w:lang w:eastAsia="zh-CN"/>
        </w:rPr>
        <w:t>　　（1）严格遵守作息时间的习惯；</w:t>
      </w:r>
      <w:r>
        <w:rPr>
          <w:lang w:eastAsia="zh-CN"/>
        </w:rPr>
        <w:br/>
      </w:r>
      <w:r>
        <w:rPr>
          <w:lang w:eastAsia="zh-CN"/>
        </w:rPr>
        <w:t>　　（2）看书时坐姿端正的习惯；</w:t>
      </w:r>
      <w:r>
        <w:rPr>
          <w:lang w:eastAsia="zh-CN"/>
        </w:rPr>
        <w:br/>
      </w:r>
      <w:r>
        <w:rPr>
          <w:lang w:eastAsia="zh-CN"/>
        </w:rPr>
        <w:t>　　（3）爱想、爱问和认真回答问题的习惯；</w:t>
      </w:r>
      <w:r>
        <w:rPr>
          <w:lang w:eastAsia="zh-CN"/>
        </w:rPr>
        <w:br/>
      </w:r>
      <w:r>
        <w:rPr>
          <w:lang w:eastAsia="zh-CN"/>
        </w:rPr>
        <w:t>　　（4）正确地握笔写字、看书、读书的习惯；</w:t>
      </w:r>
      <w:r>
        <w:rPr>
          <w:lang w:eastAsia="zh-CN"/>
        </w:rPr>
        <w:br/>
      </w:r>
      <w:r>
        <w:rPr>
          <w:lang w:eastAsia="zh-CN"/>
        </w:rPr>
        <w:t>　　（5）爱护书本及学习用品的习惯。</w:t>
      </w:r>
      <w:r>
        <w:rPr>
          <w:lang w:eastAsia="zh-CN"/>
        </w:rPr>
        <w:br/>
      </w:r>
      <w:r>
        <w:rPr>
          <w:lang w:eastAsia="zh-CN"/>
        </w:rPr>
        <w:t>　　2、让学生在生动具体的活动中学习学习数学。</w:t>
      </w:r>
      <w:r>
        <w:rPr>
          <w:lang w:eastAsia="zh-CN"/>
        </w:rPr>
        <w:br/>
      </w:r>
      <w:r>
        <w:rPr>
          <w:lang w:eastAsia="zh-CN"/>
        </w:rPr>
        <w:t>　　在教学中，根据学生的生活经验创设问题情境，鼓励学生在生动具体的活动中学习数学。</w:t>
      </w:r>
      <w:r>
        <w:rPr>
          <w:lang w:eastAsia="zh-CN"/>
        </w:rPr>
        <w:br/>
      </w:r>
      <w:r>
        <w:rPr>
          <w:lang w:eastAsia="zh-CN"/>
        </w:rPr>
        <w:t>　　3、引导学生独立思考与合作交流，帮助学生积累参加数学活动的经验。</w:t>
      </w:r>
      <w:r>
        <w:rPr>
          <w:lang w:eastAsia="zh-CN"/>
        </w:rPr>
        <w:br/>
      </w:r>
      <w:r>
        <w:rPr>
          <w:lang w:eastAsia="zh-CN"/>
        </w:rPr>
        <w:t>　　在具体的数学活动中，鼓励学生独立思考、勇于发表自己的意见，善于倾听别人的意见，与同伴进行交流。同时引导学生在小组内进行分工合作，以提高数学活动的纪律。</w:t>
      </w:r>
      <w:r>
        <w:rPr>
          <w:lang w:eastAsia="zh-CN"/>
        </w:rPr>
        <w:br/>
      </w:r>
      <w:r>
        <w:rPr>
          <w:lang w:eastAsia="zh-CN"/>
        </w:rPr>
        <w:t>　　4、培养学生初步的应用意识，以及提出问题和解决问题的能力。</w:t>
      </w:r>
      <w:r>
        <w:rPr>
          <w:lang w:eastAsia="zh-CN"/>
        </w:rPr>
        <w:br/>
      </w:r>
      <w:r>
        <w:rPr>
          <w:lang w:eastAsia="zh-CN"/>
        </w:rPr>
        <w:t>　　本册教材提供了很多要运用所学的知识去解决的实际问题，在教学中充分利用这些素材培养学生的应用意识。</w:t>
      </w:r>
      <w:r>
        <w:rPr>
          <w:lang w:eastAsia="zh-CN"/>
        </w:rPr>
        <w:br/>
      </w:r>
      <w:r>
        <w:rPr>
          <w:lang w:eastAsia="zh-CN"/>
        </w:rPr>
        <w:t>　　5、注重数学思想方法的渗透。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根据学科特点，结合具体的教学内容有机地进行思想品德教学和相关思想的渗透。</w:t>
      </w:r>
      <w:r>
        <w:rPr>
          <w:lang w:eastAsia="zh-CN"/>
        </w:rPr>
        <w:br/>
      </w:r>
      <w:r>
        <w:rPr>
          <w:lang w:eastAsia="zh-CN"/>
        </w:rPr>
        <w:t>　　6、创造性地使用教材。</w:t>
      </w:r>
      <w:r>
        <w:rPr>
          <w:lang w:eastAsia="zh-CN"/>
        </w:rPr>
        <w:br/>
      </w:r>
      <w:r>
        <w:rPr>
          <w:lang w:eastAsia="zh-CN"/>
        </w:rPr>
        <w:t>　　在教学中，根据本班学生的特点和实际情况，创造性地使用教材，设计教学过程；根据本班学生的已有知识和生活经验确定合理的教学起点和重点，结合本地的实际情况和学生的生活经验选择适当的教学素材创设教学情境，同时，适时地记录自己的教学设计和教学反思，以不断改进自己的教学观念和教学方法。</w:t>
      </w:r>
      <w:r>
        <w:rPr>
          <w:lang w:eastAsia="zh-CN"/>
        </w:rPr>
        <w:br/>
      </w:r>
      <w:r>
        <w:rPr>
          <w:lang w:eastAsia="zh-CN"/>
        </w:rPr>
        <w:t xml:space="preserve">    英语一年级下册教学计划 篇18 </w:t>
      </w:r>
      <w:r>
        <w:rPr>
          <w:lang w:eastAsia="zh-CN"/>
        </w:rPr>
        <w:br/>
      </w:r>
      <w:r>
        <w:rPr>
          <w:lang w:eastAsia="zh-CN"/>
        </w:rPr>
        <w:t>　　一、指导思想：</w:t>
      </w:r>
      <w:r>
        <w:rPr>
          <w:lang w:eastAsia="zh-CN"/>
        </w:rPr>
        <w:br/>
      </w:r>
      <w:r>
        <w:rPr>
          <w:lang w:eastAsia="zh-CN"/>
        </w:rPr>
        <w:t>　　在语文教学中，贯彻国家的教育方针，面向现代化、面向世界、面向未来;要以马列主义和科学的教育理论为指导，联系学生现实生活，加强语文实践，积极进行教学改革，提高教学质量。</w:t>
      </w:r>
      <w:r>
        <w:rPr>
          <w:lang w:eastAsia="zh-CN"/>
        </w:rPr>
        <w:br/>
      </w:r>
      <w:r>
        <w:rPr>
          <w:lang w:eastAsia="zh-CN"/>
        </w:rPr>
        <w:t>　　二、学生基本情况</w:t>
      </w:r>
      <w:r>
        <w:rPr>
          <w:lang w:eastAsia="zh-CN"/>
        </w:rPr>
        <w:br/>
      </w:r>
      <w:r>
        <w:rPr>
          <w:lang w:eastAsia="zh-CN"/>
        </w:rPr>
        <w:t>　　经过第一学期的学习，我班一部分孩子能较主动地去学习，掌握了一定的识字方法，养成了良好的学习习惯。从去年的检测成绩上看，我班成绩不是很理想，学生中没有满分，这是值得我深思的问题。我班学生对所学过的汉字基本做到会认，每生能写汉字100字--150字之间，少数能写200字左右。汉语拼音巩固的较好，音序清晰，这为本册的音序查字典法奠定了基础。写字姿势有待于老师进一步巩固，需再加强写字习惯的督促、培养。学生的阅读兴趣浓厚，阅读习惯良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三、教材分析</w:t>
      </w:r>
      <w:r>
        <w:rPr>
          <w:lang w:eastAsia="zh-CN"/>
        </w:rPr>
        <w:br/>
      </w:r>
      <w:r>
        <w:rPr>
          <w:lang w:eastAsia="zh-CN"/>
        </w:rPr>
        <w:t>　　教材把识字单元和课文单元的顺序进行了调整，全册内容包括识字写字、阅读教学、口语交际、作文(写话、习作)、语文活动等6个部分，共设八个单元，第二、五单元是识字单元，剩下的是课文单元。教材设计注重学生的自主学习，重点激励学生积极参与教学活动，倡导自主的、合作的、探究的学习方式，在引导学生在大量的语文实践中，培养学习兴趣，掌握学习方法，养成良好的学习习惯。新教材在重视加强工具性的同时，强调渗透人文精神，增加教材的文化内涵。</w:t>
      </w:r>
      <w:r>
        <w:rPr>
          <w:lang w:eastAsia="zh-CN"/>
        </w:rPr>
        <w:br/>
      </w:r>
      <w:r>
        <w:rPr>
          <w:lang w:eastAsia="zh-CN"/>
        </w:rPr>
        <w:t>　　通过形象感染、情感熏陶，培养学生健康的审美情趣，发挥语文潜移默化的教育功能，新教材的课后练习注重语言的感悟、积累，意在启发求知欲，打好基础，培养创新意识。而在单元后的"语文活动"中，则主要是在知识的联系中力求深化，在能力的综合中力求迁移，在综合运用中学习探究和创造。根据学龄前儿童已掌握大量的词语，有一定的口语表达能力的现状，教材在低年级实行口语先行，充分发挥儿童学习母语的优势。在培养口语交际能力的同时，促进书面语言的发展。写话单列，片段过渡，逐步积累，以增强儿童学习语文的兴趣和自信心。</w:t>
      </w:r>
      <w:r>
        <w:rPr>
          <w:lang w:eastAsia="zh-CN"/>
        </w:rPr>
        <w:br/>
      </w:r>
      <w:r>
        <w:rPr>
          <w:lang w:eastAsia="zh-CN"/>
        </w:rPr>
        <w:t>　　教材重点：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如何巩固认识的550字，会写的250字。指导学生在自主、合作、探究中学会学习，学会用标准的普通话说话、朗读，养成良好的识字、阅读习惯，能联系生活实际进行语文实践，在生活中学语文、用语文。</w:t>
      </w:r>
      <w:r>
        <w:rPr>
          <w:lang w:eastAsia="zh-CN"/>
        </w:rPr>
        <w:br/>
      </w:r>
      <w:r>
        <w:rPr>
          <w:lang w:eastAsia="zh-CN"/>
        </w:rPr>
        <w:t>　　教材难点：</w:t>
      </w:r>
      <w:r>
        <w:rPr>
          <w:lang w:eastAsia="zh-CN"/>
        </w:rPr>
        <w:br/>
      </w:r>
      <w:r>
        <w:rPr>
          <w:lang w:eastAsia="zh-CN"/>
        </w:rPr>
        <w:t>　　如何正确的阅读。能正确、流利、有感情地诵读、背诵课文，潜移默化地使学生受到文学熏陶，培养爱美情趣，引导学生在实践中主动获取知识，形成能力。</w:t>
      </w:r>
      <w:r>
        <w:rPr>
          <w:lang w:eastAsia="zh-CN"/>
        </w:rPr>
        <w:br/>
      </w:r>
      <w:r>
        <w:rPr>
          <w:lang w:eastAsia="zh-CN"/>
        </w:rPr>
        <w:t>　　四、教学措施</w:t>
      </w:r>
      <w:r>
        <w:rPr>
          <w:lang w:eastAsia="zh-CN"/>
        </w:rPr>
        <w:br/>
      </w:r>
      <w:r>
        <w:rPr>
          <w:lang w:eastAsia="zh-CN"/>
        </w:rPr>
        <w:t>　　1、充分利用教材中精美的图画、儿歌来激发学生的学习兴趣。</w:t>
      </w:r>
      <w:r>
        <w:rPr>
          <w:lang w:eastAsia="zh-CN"/>
        </w:rPr>
        <w:br/>
      </w:r>
      <w:r>
        <w:rPr>
          <w:lang w:eastAsia="zh-CN"/>
        </w:rPr>
        <w:t>　　2、把课堂还给学生，以学生为主体，鼓励学生在课堂上人人开口，做课堂的小主人，以充分调动学生学习的主动性和积极性。</w:t>
      </w:r>
      <w:r>
        <w:rPr>
          <w:lang w:eastAsia="zh-CN"/>
        </w:rPr>
        <w:br/>
      </w:r>
      <w:r>
        <w:rPr>
          <w:lang w:eastAsia="zh-CN"/>
        </w:rPr>
        <w:t>　　3、在课堂上扶、放结合，要大胆地放、巧妙地扶，并且让学生在学习的过程中不仅学会，还要会学，及时让学生总结学习方法，培养学生爱学习、乐学习的兴趣。</w:t>
      </w:r>
      <w:r>
        <w:rPr>
          <w:lang w:eastAsia="zh-CN"/>
        </w:rPr>
        <w:br/>
      </w:r>
      <w:r>
        <w:rPr>
          <w:lang w:eastAsia="zh-CN"/>
        </w:rPr>
        <w:t>　　4、在教学的各个环节中规范学生的口头语言，培养良好的语言态度和语言习惯。</w:t>
      </w:r>
      <w:r>
        <w:rPr>
          <w:lang w:eastAsia="zh-CN"/>
        </w:rPr>
        <w:br/>
      </w:r>
      <w:r>
        <w:rPr>
          <w:lang w:eastAsia="zh-CN"/>
        </w:rPr>
        <w:t>　　5、要重视课外阅读的指导，给学生提供课外阅读成果展示的机会，使学生互相学习、互相促进，不断产生成就感。</w:t>
      </w:r>
      <w:r>
        <w:rPr>
          <w:lang w:eastAsia="zh-CN"/>
        </w:rPr>
        <w:br/>
      </w:r>
      <w:r>
        <w:rPr>
          <w:lang w:eastAsia="zh-CN"/>
        </w:rPr>
        <w:t>　　6、努力开发语文课程资源，充分利用教材内容和当时、当地的语文课程资源，开展丰富多彩的语文实践活动，使学生在日常生活中学语文、用语文。</w:t>
      </w:r>
      <w:r>
        <w:rPr>
          <w:lang w:eastAsia="zh-CN"/>
        </w:rPr>
        <w:br/>
      </w:r>
      <w:r>
        <w:rPr>
          <w:lang w:eastAsia="zh-CN"/>
        </w:rPr>
        <w:t>　　7、认真批改每课作业，及时作好反馈、小结。</w:t>
      </w:r>
      <w:r>
        <w:rPr>
          <w:lang w:eastAsia="zh-CN"/>
        </w:rPr>
        <w:br/>
      </w:r>
      <w:r>
        <w:rPr>
          <w:lang w:eastAsia="zh-CN"/>
        </w:rPr>
        <w:t>　　8、尊重学生的个体差异，及时导优辅差。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9、从学生的年龄特点出发，多采取游戏式的教学，引导学生乐于参与学习活动。</w:t>
      </w:r>
      <w:r>
        <w:rPr>
          <w:lang w:eastAsia="zh-CN"/>
        </w:rPr>
        <w:br/>
      </w:r>
      <w:r>
        <w:rPr>
          <w:lang w:eastAsia="zh-CN"/>
        </w:rPr>
        <w:t>　　10、加强家庭教育与学校教育的联系，适当教给家长一些正确的指导孩子学习的方法。</w:t>
      </w:r>
      <w:r>
        <w:rPr>
          <w:lang w:eastAsia="zh-CN"/>
        </w:rPr>
        <w:br/>
      </w:r>
      <w:r>
        <w:rPr>
          <w:lang w:eastAsia="zh-CN"/>
        </w:rPr>
        <w:t>　　11、做好检测工作以便查漏补缺。</w:t>
      </w:r>
      <w:r>
        <w:rPr>
          <w:lang w:eastAsia="zh-CN"/>
        </w:rPr>
        <w:br/>
      </w:r>
      <w:r>
        <w:rPr>
          <w:lang w:eastAsia="zh-CN"/>
        </w:rPr>
        <w:t xml:space="preserve">    英语一年级下册教学计划 篇19 </w:t>
      </w:r>
      <w:r>
        <w:rPr>
          <w:lang w:eastAsia="zh-CN"/>
        </w:rPr>
        <w:br/>
      </w:r>
      <w:r>
        <w:rPr>
          <w:lang w:eastAsia="zh-CN"/>
        </w:rPr>
        <w:t>　　教学目标</w:t>
      </w:r>
      <w:r>
        <w:rPr>
          <w:lang w:eastAsia="zh-CN"/>
        </w:rPr>
        <w:br/>
      </w:r>
      <w:r>
        <w:rPr>
          <w:lang w:eastAsia="zh-CN"/>
        </w:rPr>
        <w:t>　　1.以生活中有关“左、右”的真实情境激发学生学习兴趣。</w:t>
      </w:r>
      <w:r>
        <w:rPr>
          <w:lang w:eastAsia="zh-CN"/>
        </w:rPr>
        <w:br/>
      </w:r>
      <w:r>
        <w:rPr>
          <w:lang w:eastAsia="zh-CN"/>
        </w:rPr>
        <w:t>　　2.通过学生参与多种形式的教学活动，使学生经历建立”左、右”方位感的过程。</w:t>
      </w:r>
      <w:r>
        <w:rPr>
          <w:lang w:eastAsia="zh-CN"/>
        </w:rPr>
        <w:br/>
      </w:r>
      <w:r>
        <w:rPr>
          <w:lang w:eastAsia="zh-CN"/>
        </w:rPr>
        <w:t>　　3.能正确辨别“左、右”的位置关系，体验其相对性。</w:t>
      </w:r>
      <w:r>
        <w:rPr>
          <w:lang w:eastAsia="zh-CN"/>
        </w:rPr>
        <w:br/>
      </w:r>
      <w:r>
        <w:rPr>
          <w:lang w:eastAsia="zh-CN"/>
        </w:rPr>
        <w:t>　　4.培养学生运用“左、右一的数学知识解决实际问题的能力和与人交流的能力以及观察能力，让学生体会到生活中处处有数学。</w:t>
      </w:r>
      <w:r>
        <w:rPr>
          <w:lang w:eastAsia="zh-CN"/>
        </w:rPr>
        <w:br/>
      </w:r>
      <w:r>
        <w:rPr>
          <w:lang w:eastAsia="zh-CN"/>
        </w:rPr>
        <w:t>　　5.结合被学内容对学生进行“乐于助人”的思想品德教育和安全教育。</w:t>
      </w:r>
      <w:r>
        <w:rPr>
          <w:lang w:eastAsia="zh-CN"/>
        </w:rPr>
        <w:br/>
      </w:r>
      <w:r>
        <w:rPr>
          <w:lang w:eastAsia="zh-CN"/>
        </w:rPr>
        <w:t>　　教学重难点</w:t>
      </w:r>
      <w:r>
        <w:rPr>
          <w:lang w:eastAsia="zh-CN"/>
        </w:rPr>
        <w:br/>
      </w:r>
      <w:r>
        <w:rPr>
          <w:lang w:eastAsia="zh-CN"/>
        </w:rPr>
        <w:t>　　正确辨别左、右的位置关系，体验其相对性。</w:t>
      </w:r>
      <w:r>
        <w:rPr>
          <w:lang w:eastAsia="zh-CN"/>
        </w:rPr>
        <w:br/>
      </w:r>
      <w:r>
        <w:rPr>
          <w:lang w:eastAsia="zh-CN"/>
        </w:rPr>
        <w:t>　　教具准备</w:t>
      </w:r>
      <w:r>
        <w:rPr>
          <w:lang w:eastAsia="zh-CN"/>
        </w:rPr>
        <w:br/>
      </w:r>
      <w:r>
        <w:rPr>
          <w:lang w:eastAsia="zh-CN"/>
        </w:rPr>
        <w:t>　　课件。</w:t>
      </w:r>
      <w:r>
        <w:rPr>
          <w:lang w:eastAsia="zh-CN"/>
        </w:rPr>
        <w:br/>
      </w:r>
      <w:r>
        <w:rPr>
          <w:lang w:eastAsia="zh-CN"/>
        </w:rPr>
        <w:t>　　教学过程</w:t>
      </w:r>
      <w:r>
        <w:rPr>
          <w:lang w:eastAsia="zh-CN"/>
        </w:rPr>
        <w:br/>
      </w:r>
      <w:r>
        <w:rPr>
          <w:lang w:eastAsia="zh-CN"/>
        </w:rPr>
        <w:t>　　一、感知自身的左右</w:t>
      </w:r>
      <w:r>
        <w:rPr>
          <w:lang w:eastAsia="zh-CN"/>
        </w:rPr>
        <w:br/>
      </w:r>
      <w:r>
        <w:rPr>
          <w:lang w:eastAsia="zh-CN"/>
        </w:rPr>
        <w:t>　　1.创设问题憎境。</w:t>
      </w:r>
      <w:r>
        <w:rPr>
          <w:lang w:eastAsia="zh-CN"/>
        </w:rPr>
        <w:br/>
      </w:r>
    </w:p>
    <w:p w:rsidR="001B1F19" w14:textId="27C3F48A">
      <w:pPr>
        <w:rPr>
          <w:rFonts w:hint="eastAsia"/>
          <w:lang w:eastAsia="zh-CN"/>
        </w:rPr>
      </w:pPr>
      <w:r>
        <w:rPr>
          <w:lang w:eastAsia="zh-CN"/>
        </w:rPr>
        <w:t>　　师：今天有好多老师来看小朋友们上课，让我们用热烈的掌声欢迎他们。</w:t>
      </w:r>
      <w:r>
        <w:rPr>
          <w:lang w:eastAsia="zh-CN"/>
        </w:rPr>
        <w:br/>
      </w:r>
      <w:r>
        <w:rPr>
          <w:lang w:eastAsia="zh-CN"/>
        </w:rPr>
        <w:t>　　问：小朋友们.刚才我们是用什么拍掌的?</w:t>
      </w:r>
      <w:r>
        <w:rPr>
          <w:lang w:eastAsia="zh-CN"/>
        </w:rPr>
        <w:br/>
      </w:r>
      <w:r>
        <w:rPr>
          <w:lang w:eastAsia="zh-CN"/>
        </w:rPr>
        <w:t>　　2.体验左、右。</w:t>
      </w:r>
      <w:r>
        <w:rPr>
          <w:lang w:eastAsia="zh-CN"/>
        </w:rPr>
        <w:br/>
      </w:r>
      <w:r>
        <w:rPr>
          <w:lang w:eastAsia="zh-CN"/>
        </w:rPr>
        <w:t>　　(l)师：请伸出你的右手，再伸出你的左手。</w:t>
      </w:r>
      <w:r>
        <w:rPr>
          <w:lang w:eastAsia="zh-CN"/>
        </w:rPr>
        <w:br/>
      </w:r>
      <w:r>
        <w:rPr>
          <w:lang w:eastAsia="zh-CN"/>
        </w:rPr>
        <w:t>　　(2)看一看。</w:t>
      </w:r>
      <w:r>
        <w:rPr>
          <w:lang w:eastAsia="zh-CN"/>
        </w:rPr>
        <w:br/>
      </w:r>
      <w:r>
        <w:rPr>
          <w:lang w:eastAsia="zh-CN"/>
        </w:rPr>
        <w:t>　　师：请小朋友们看一看自己灵巧的小手。</w:t>
      </w:r>
      <w:r>
        <w:rPr>
          <w:lang w:eastAsia="zh-CN"/>
        </w:rPr>
        <w:br/>
      </w:r>
      <w:r>
        <w:rPr>
          <w:lang w:eastAsia="zh-CN"/>
        </w:rPr>
        <w:t>　　(3)说一说。</w:t>
      </w:r>
      <w:r>
        <w:rPr>
          <w:lang w:eastAsia="zh-CN"/>
        </w:rPr>
        <w:br/>
      </w:r>
      <w:r>
        <w:rPr>
          <w:lang w:eastAsia="zh-CN"/>
        </w:rPr>
        <w:t>　　师;谁来告诉大家：在生活中，你常用右手做什么?用左手做什么呢?</w:t>
      </w:r>
      <w:r>
        <w:rPr>
          <w:lang w:eastAsia="zh-CN"/>
        </w:rPr>
        <w:br/>
      </w:r>
      <w:r>
        <w:rPr>
          <w:lang w:eastAsia="zh-CN"/>
        </w:rPr>
        <w:t>　　(4)师小结：左手、右手是一对好朋友，配合起来力量可大了，可以做许许多多的事情，小朋友们瞧瞧</w:t>
      </w:r>
      <w:r>
        <w:rPr>
          <w:lang w:eastAsia="zh-CN"/>
        </w:rPr>
        <w:br/>
      </w:r>
      <w:r>
        <w:rPr>
          <w:lang w:eastAsia="zh-CN"/>
        </w:rPr>
        <w:t>　　自己的身体，还有像这样的好朋友吗?</w:t>
      </w:r>
      <w:r>
        <w:rPr>
          <w:lang w:eastAsia="zh-CN"/>
        </w:rPr>
        <w:br/>
      </w:r>
      <w:r>
        <w:rPr>
          <w:lang w:eastAsia="zh-CN"/>
        </w:rPr>
        <w:t>　　(5)生说。(要求学生摸着说)</w:t>
      </w:r>
      <w:r>
        <w:rPr>
          <w:lang w:eastAsia="zh-CN"/>
        </w:rPr>
        <w:br/>
      </w:r>
      <w:r>
        <w:rPr>
          <w:lang w:eastAsia="zh-CN"/>
        </w:rPr>
        <w:t>　　(6)揭示课题。</w:t>
      </w:r>
      <w:r>
        <w:rPr>
          <w:lang w:eastAsia="zh-CN"/>
        </w:rPr>
        <w:br/>
      </w:r>
      <w:r>
        <w:rPr>
          <w:lang w:eastAsia="zh-CN"/>
        </w:rPr>
        <w:t>　　3.小游戏。</w:t>
      </w:r>
      <w:r>
        <w:rPr>
          <w:lang w:eastAsia="zh-CN"/>
        </w:rPr>
        <w:br/>
      </w:r>
      <w:r>
        <w:rPr>
          <w:lang w:eastAsia="zh-CN"/>
        </w:rPr>
        <w:t>　　听口令，做动作：</w:t>
      </w:r>
      <w:r>
        <w:rPr>
          <w:lang w:eastAsia="zh-CN"/>
        </w:rPr>
        <w:br/>
      </w:r>
      <w:r>
        <w:rPr>
          <w:lang w:eastAsia="zh-CN"/>
        </w:rPr>
        <w:t>　　举左手，举右手;举右手，举左手。</w:t>
      </w:r>
      <w:r>
        <w:rPr>
          <w:lang w:eastAsia="zh-CN"/>
        </w:rPr>
        <w:br/>
      </w:r>
      <w:r>
        <w:rPr>
          <w:lang w:eastAsia="zh-CN"/>
        </w:rPr>
        <w:t>　　左手摸左耳朵，右手摸右耳朵。</w:t>
      </w:r>
      <w:r>
        <w:rPr>
          <w:lang w:eastAsia="zh-CN"/>
        </w:rPr>
        <w:br/>
      </w:r>
      <w:r>
        <w:rPr>
          <w:lang w:eastAsia="zh-CN"/>
        </w:rPr>
        <w:t>　　左手拍左肩，右手拍右肩。</w:t>
      </w:r>
      <w:r>
        <w:rPr>
          <w:lang w:eastAsia="zh-CN"/>
        </w:rPr>
        <w:br/>
      </w:r>
      <w:r>
        <w:rPr>
          <w:lang w:eastAsia="zh-CN"/>
        </w:rPr>
        <w:t>　　左脚跳两下，右脚跳两下。</w:t>
      </w:r>
      <w:r>
        <w:rPr>
          <w:lang w:eastAsia="zh-CN"/>
        </w:rPr>
        <w:br/>
      </w:r>
      <w:r>
        <w:rPr>
          <w:lang w:eastAsia="zh-CN"/>
        </w:rPr>
        <w:t>　　拍一拍：</w:t>
      </w:r>
      <w:r>
        <w:rPr>
          <w:lang w:eastAsia="zh-CN"/>
        </w:rPr>
        <w:br/>
      </w:r>
      <w:r>
        <w:rPr>
          <w:lang w:eastAsia="zh-CN"/>
        </w:rPr>
        <w:t>　　在身体的上面、下面、前面、后面、左面、右面各拍两下掌。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https://d.book118.com/258017043101006035</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8017043101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