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安全类国旗下讲话（31篇）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安全类国旗下讲话（通用31篇）</w:t>
      </w:r>
      <w:r>
        <w:rPr>
          <w:lang w:eastAsia="zh-CN"/>
        </w:rPr>
        <w:br/>
      </w:r>
      <w:r>
        <w:rPr>
          <w:lang w:eastAsia="zh-CN"/>
        </w:rPr>
        <w:t xml:space="preserve">    安全类国旗下讲话 篇1 </w:t>
      </w:r>
      <w:r>
        <w:rPr>
          <w:lang w:eastAsia="zh-CN"/>
        </w:rPr>
        <w:br/>
      </w:r>
      <w:r>
        <w:rPr>
          <w:lang w:eastAsia="zh-CN"/>
        </w:rPr>
        <w:t>　　同学们：</w:t>
      </w:r>
      <w:r>
        <w:rPr>
          <w:lang w:eastAsia="zh-CN"/>
        </w:rPr>
        <w:br/>
      </w:r>
      <w:r>
        <w:rPr>
          <w:lang w:eastAsia="zh-CN"/>
        </w:rPr>
        <w:t>　　有人说，生命是宝藏;有人说，生命是黄金。我说，生命是花，就像春天绚丽多彩的花。世界因如花的生命而精彩，可是，有的人却轻易地让生命之花过早地凋谢了。</w:t>
      </w:r>
      <w:r>
        <w:rPr>
          <w:lang w:eastAsia="zh-CN"/>
        </w:rPr>
        <w:br/>
      </w:r>
      <w:r>
        <w:rPr>
          <w:lang w:eastAsia="zh-CN"/>
        </w:rPr>
        <w:t>　　大家知道，人类最基本的需求——除了对空气、水和食物的需要外，就是安全了。报纸、电视、新闻的内容越来越让人感到恐惧，如火灾、矿难、洪水、海啸、地震、车祸、战争、恐怖袭击、暴力等等，我们已经确信自己生活的环境不能100%的安全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作为学生，一年有绝大部分时间在学校和学校周围生活。在这个人口密集，面积狭小的特殊的环境里，安全更是我们的一直关注的重点，国家有关部门为此专门立了相关法律法规，制定了相关条例。如《学生伤害事故处理办法》、《未成年人保护法》、《预防未成年人犯罪法》等，同时国家也提出了“安全工作责任重于泰山”、“安全第一，预防为主”的方针，同时，国家又成立了安全总局，负责全国安全工作的管理，这说明国家非常重视安全工作。调查显示，我国中小学生因交通事故、建筑物倒塌、食物中毒、溺水、治安事故、暴力犯罪等死亡，平均每天有40多人，相当于每天有一个班的学生失去他们如花的生命!楼房拥挤造成学生受伤，课间追逐打闹造成骨折，课堂上被铅笔头扎伤、实验过程中被烫伤、溺水身亡、学生打架斗殴以及车祸等意外事故令人防不胜防。枯燥冰冷的数字，这些令人心颤的事实背后我们看见了什么呢?逝者以他们的鲜活而短暂的生命向我们提出了哪些警示呢?望老师、同学深思!</w:t>
      </w:r>
      <w:r>
        <w:rPr>
          <w:lang w:eastAsia="zh-CN"/>
        </w:rPr>
        <w:br/>
      </w:r>
      <w:r>
        <w:rPr>
          <w:lang w:eastAsia="zh-CN"/>
        </w:rPr>
        <w:t>　　尽管生活中有不可避免的突发灾难，未知遭遇常让我们胆战心惊，手足无措，但研究表明，通过加强自我保护意识，提高自我保护能力，若能在灾难和伤害降临的初期，及时采取正确的措施，80%的伤害是可以避免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我们小学生正处于生理的发育阶段，心理非常单纯，最容易受到各种各样的伤害。但是，生命总是眷顾有安全意识的人，而安全意识是从日常行为中体现出来的。比如：遵纪守法，遵守交通规则，自觉抵制暴力、黄色信息和毒品，遇事要冷静，做事多想想后果，做到三思而行，同学间有了矛盾要冷静解决，不要以非对非。学会求助他人，学会躲避风险，如：遇到火灾要及时报告大人，或拨打119报警电话，不能贸然只身去救火，因为我们小学生人小无能力;遭遇暴力(以大欺小)一定要想办法及时脱身，报告老师或拨打110电话报案，要学会拒绝别人的无理要求或不良诱惑，养成良好的生活习惯，这些知识很简单，但如果做不到，我们的健康甚至生命就可能收到威胁，同时我还希望同学们做到“四防”，即：防火——严禁玩火，禁止把火源带入学校，杜绝火灾事故发生，一旦遭遇火灾，要学会正确的逃生方法(班主任按要求指导学生);防水——严禁私自下河堰洗澡，杜绝溺水事故的发生，如果发生同伴溺水的危急事情，要马上就近找到大人求救，千万不能因为害怕而逃离现场;防盗——关好门窗，注意自身财物的保管;防自身安全——自觉遵守公共秩序、社会公德和学校安全常规，严禁课间或户外活动时不听从老师教导、追逐吵闹伤害事故的发生。</w:t>
      </w:r>
      <w:r>
        <w:rPr>
          <w:lang w:eastAsia="zh-CN"/>
        </w:rPr>
        <w:br/>
      </w:r>
      <w:r>
        <w:rPr>
          <w:lang w:eastAsia="zh-CN"/>
        </w:rPr>
        <w:t>　　同时，我希望全体员工要进一步增强“校园安全责任重于泰山”和“我是安全工作责任人”的意识，每一个人在自己所在的岗位上把好每一关，关心学生胜于关心自己(今天下午的火场逃生演习全体师生参加，除班主任、进班老师外，科任老师一律随班参加);各个班级要高度重视安全工作，做到“四化”——教育经常化，制度科学化，安全措施具体化，学生行为规范化，努力创建安全文明校园，为学生勤奋学习，快乐生活，全面发展提供一个和谐的环境。</w:t>
      </w:r>
      <w:r>
        <w:rPr>
          <w:lang w:eastAsia="zh-CN"/>
        </w:rPr>
        <w:br/>
      </w:r>
      <w:r>
        <w:rPr>
          <w:lang w:eastAsia="zh-CN"/>
        </w:rPr>
        <w:t>　　我的国旗下讲话到此结束，谢谢大家!</w:t>
      </w:r>
      <w:r>
        <w:rPr>
          <w:lang w:eastAsia="zh-CN"/>
        </w:rPr>
        <w:br/>
      </w:r>
      <w:r>
        <w:rPr>
          <w:lang w:eastAsia="zh-CN"/>
        </w:rPr>
        <w:t xml:space="preserve">    安全类国旗下讲话 篇2 </w:t>
      </w:r>
      <w:r>
        <w:rPr>
          <w:lang w:eastAsia="zh-CN"/>
        </w:rPr>
        <w:br/>
      </w:r>
      <w:r>
        <w:rPr>
          <w:lang w:eastAsia="zh-CN"/>
        </w:rPr>
        <w:t>　　同学们：</w:t>
      </w:r>
      <w:r>
        <w:rPr>
          <w:lang w:eastAsia="zh-CN"/>
        </w:rPr>
        <w:br/>
      </w:r>
      <w:r>
        <w:rPr>
          <w:lang w:eastAsia="zh-CN"/>
        </w:rPr>
        <w:t>　　今天我们利用升旗的时间围绕“安全”这个主题，提醒同学们注意几方面的安全问题。</w:t>
      </w:r>
      <w:r>
        <w:rPr>
          <w:lang w:eastAsia="zh-CN"/>
        </w:rPr>
        <w:br/>
      </w:r>
      <w:r>
        <w:rPr>
          <w:lang w:eastAsia="zh-CN"/>
        </w:rPr>
        <w:t>　　一、注意交通安全：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现在的交通发展比较快，马路上车辆来来往往非常多，我们更有必要提醒我们的同学们在上放学途要中注意交通安全，也要做好宣传工作，提醒爸爸妈妈注意交通安全。我们提倡同学们做到以下几点：不在马路上踢球;不在马路中间行走，要走马路两旁人行道;过马路不得翻越栏杆和隔离墩，要走人行横道线，还要注意来往车辆;在十字路口，要做到红灯停、绿灯行;不足年岁不骑车上街、骑车不带人、不在公路上骑飞车、不扒车、不拦截撞打车辆;乘车时不向窗外招手探头、乘车须抓紧扶手、车上拥挤时注意锐利物品、车停稳后再下车。</w:t>
      </w:r>
      <w:r>
        <w:rPr>
          <w:lang w:eastAsia="zh-CN"/>
        </w:rPr>
        <w:br/>
      </w:r>
      <w:r>
        <w:rPr>
          <w:lang w:eastAsia="zh-CN"/>
        </w:rPr>
        <w:t>　　二、注意活动安全：</w:t>
      </w:r>
      <w:r>
        <w:rPr>
          <w:lang w:eastAsia="zh-CN"/>
        </w:rPr>
        <w:br/>
      </w:r>
      <w:r>
        <w:rPr>
          <w:lang w:eastAsia="zh-CN"/>
        </w:rPr>
        <w:t>　　在周六周日期间活动要注意安全。特别是父母不在的时候，活动要远离建筑工地、道路等存在安全隐患的场所，比如现在旧道路都在挖掘铺设管道，我们要小心;不到坑、池、塘、沟、河流、施工重地等不安全的地方玩耍;不玩火，不燃放烟花爆竹，防止意外伤害。不进入网吧、电子游戏厅等未成年人禁止活动的场所。如果出门一定要告知父母长辈知道，告诉他们你和谁在什么地方玩，要注意时间，不要很晚到家，以免父母担心。</w:t>
      </w:r>
      <w:r>
        <w:rPr>
          <w:lang w:eastAsia="zh-CN"/>
        </w:rPr>
        <w:br/>
      </w:r>
      <w:r>
        <w:rPr>
          <w:lang w:eastAsia="zh-CN"/>
        </w:rPr>
        <w:t>　　三、注意饮食安全：</w:t>
      </w:r>
      <w:r>
        <w:rPr>
          <w:lang w:eastAsia="zh-CN"/>
        </w:rPr>
        <w:br/>
      </w:r>
      <w:r>
        <w:rPr>
          <w:lang w:eastAsia="zh-CN"/>
        </w:rPr>
        <w:t>　　同学们购买袋装食品要看清楚生产日期、保质期、生产厂家及地址，不购买“三无”食品;不在校门外和街头流动摊点购买零食，防止误食不卫生食品、过期变质食品，造成食物中毒。</w:t>
      </w:r>
      <w:r>
        <w:rPr>
          <w:lang w:eastAsia="zh-CN"/>
        </w:rPr>
        <w:br/>
      </w:r>
      <w:r>
        <w:rPr>
          <w:lang w:eastAsia="zh-CN"/>
        </w:rPr>
        <w:t>　　四、提高自我保护意识和能力：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同学们受到意外伤害，很多是没有想到潜在的危险、没有自我保护意识造成的。我们只要不断增强自我保护意识、提高自我保护能力，就能有效地避免和预防意外伤害。假期间我们要注意不跟随陌生人外出游玩，不吃陌生人给的东西，不让陌生人随便出入家门。1999年1月，福建省某市接连发生了4起未成年人在放学途中遭人绑架的事件，其中的两起造成了小学生被歹徒杀害一个你从未见过的陌生人说出你父母的姓名，并说你的父母在某处，进而提出要带你到某处见你的父母，这时你千万不要随意跟这个陌生人走。</w:t>
      </w:r>
      <w:r>
        <w:rPr>
          <w:lang w:eastAsia="zh-CN"/>
        </w:rPr>
        <w:br/>
      </w:r>
      <w:r>
        <w:rPr>
          <w:lang w:eastAsia="zh-CN"/>
        </w:rPr>
        <w:t>　　五、注意家庭安全</w:t>
      </w:r>
      <w:r>
        <w:rPr>
          <w:lang w:eastAsia="zh-CN"/>
        </w:rPr>
        <w:br/>
      </w:r>
      <w:r>
        <w:rPr>
          <w:lang w:eastAsia="zh-CN"/>
        </w:rPr>
        <w:t>　　同学们还应在家长指导下学会正确使用家用电器、煤气灶、卫生浴具等，学习安全用电、用火知识，并养成“人走电断”等好习惯，切勿麻痹大意，各类电器及设备发生故障时切勿擅动。同学们还要注意防盗用水安全，如果出门要检查水电煤气的开关，并锁好家门。 总之，我希望同学们时时处处注意安全;也祝愿同学们年年岁岁平平安安。</w:t>
      </w:r>
      <w:r>
        <w:rPr>
          <w:lang w:eastAsia="zh-CN"/>
        </w:rPr>
        <w:br/>
      </w:r>
      <w:r>
        <w:rPr>
          <w:lang w:eastAsia="zh-CN"/>
        </w:rPr>
        <w:t>　　我的国旗下讲话到此结束，谢谢大家!</w:t>
      </w:r>
      <w:r>
        <w:rPr>
          <w:lang w:eastAsia="zh-CN"/>
        </w:rPr>
        <w:br/>
      </w:r>
      <w:r>
        <w:rPr>
          <w:lang w:eastAsia="zh-CN"/>
        </w:rPr>
        <w:t xml:space="preserve">    安全类国旗下讲话 篇3 </w:t>
      </w:r>
      <w:r>
        <w:rPr>
          <w:lang w:eastAsia="zh-CN"/>
        </w:rPr>
        <w:br/>
      </w:r>
      <w:r>
        <w:rPr>
          <w:lang w:eastAsia="zh-CN"/>
        </w:rPr>
        <w:t>　　同学们：</w:t>
      </w:r>
      <w:r>
        <w:rPr>
          <w:lang w:eastAsia="zh-CN"/>
        </w:rPr>
        <w:br/>
      </w:r>
      <w:r>
        <w:rPr>
          <w:lang w:eastAsia="zh-CN"/>
        </w:rPr>
        <w:t>　　现实生活中很多方面涉及安全。如：交通安全、食品安全、消防安全、卫生安全、校内外活动安全、个人家居安全等等。</w:t>
      </w:r>
      <w:r>
        <w:rPr>
          <w:lang w:eastAsia="zh-CN"/>
        </w:rPr>
        <w:br/>
      </w:r>
      <w:r>
        <w:rPr>
          <w:lang w:eastAsia="zh-CN"/>
        </w:rPr>
        <w:t>　　今天主要给同学们讲讲校内外安全和交通安全。</w:t>
      </w:r>
      <w:r>
        <w:rPr>
          <w:lang w:eastAsia="zh-CN"/>
        </w:rPr>
        <w:br/>
      </w:r>
      <w:r>
        <w:rPr>
          <w:lang w:eastAsia="zh-CN"/>
        </w:rPr>
        <w:t>　　(一) 校内安全</w:t>
      </w:r>
      <w:r>
        <w:rPr>
          <w:lang w:eastAsia="zh-CN"/>
        </w:rPr>
        <w:br/>
      </w:r>
      <w:r>
        <w:rPr>
          <w:lang w:eastAsia="zh-CN"/>
        </w:rPr>
        <w:t>　　1.在校内不互相追逐打闹</w:t>
      </w:r>
      <w:r>
        <w:rPr>
          <w:lang w:eastAsia="zh-CN"/>
        </w:rPr>
        <w:br/>
      </w:r>
      <w:r>
        <w:rPr>
          <w:lang w:eastAsia="zh-CN"/>
        </w:rPr>
        <w:t>　　2.大扫除时，不要探出身去擦外窗玻璃。禁止打闹，以防滑倒跌伤。</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3.学习用电常识，不要用硬的物品接触电源，也不要用人体某个部位接触电源，以防触电。不要乱插、私接电源，特别是不要用湿手去插电源插头。不要用湿布擦电器开关。</w:t>
      </w:r>
      <w:r>
        <w:rPr>
          <w:lang w:eastAsia="zh-CN"/>
        </w:rPr>
        <w:br/>
      </w:r>
      <w:r>
        <w:rPr>
          <w:lang w:eastAsia="zh-CN"/>
        </w:rPr>
        <w:t>　　4.从小养成卫生习惯，饭便前后都要洗手，不到无证摊贩购买不洁零食和其他来路不明的食物。不要偷吃他人果树上的果实，可能有喷洒的农药，以免中毒。</w:t>
      </w:r>
      <w:r>
        <w:rPr>
          <w:lang w:eastAsia="zh-CN"/>
        </w:rPr>
        <w:br/>
      </w:r>
      <w:r>
        <w:rPr>
          <w:lang w:eastAsia="zh-CN"/>
        </w:rPr>
        <w:t>　　5.体育课要做好准备活动，以防拉伤身体。身体有某些方面疾病的同学一定提前报告给班主任，防止在体育课或做其他剧烈运动时发生意外。</w:t>
      </w:r>
      <w:r>
        <w:rPr>
          <w:lang w:eastAsia="zh-CN"/>
        </w:rPr>
        <w:br/>
      </w:r>
      <w:r>
        <w:rPr>
          <w:lang w:eastAsia="zh-CN"/>
        </w:rPr>
        <w:t>　　6.同学们应加强网络安全意识，不浏览不健康网站，不玩网络游戏。严禁进入游戏机室、网吧，以免接触到一些坏人。</w:t>
      </w:r>
      <w:r>
        <w:rPr>
          <w:lang w:eastAsia="zh-CN"/>
        </w:rPr>
        <w:br/>
      </w:r>
      <w:r>
        <w:rPr>
          <w:lang w:eastAsia="zh-CN"/>
        </w:rPr>
        <w:t>　　(二)校外安全</w:t>
      </w:r>
      <w:r>
        <w:rPr>
          <w:lang w:eastAsia="zh-CN"/>
        </w:rPr>
        <w:br/>
      </w:r>
      <w:r>
        <w:rPr>
          <w:lang w:eastAsia="zh-CN"/>
        </w:rPr>
        <w:t>　　1. 一个人在家时要关好门窗;对陌生人来访不要随便开门; 陌生人强行闯入，要跑到窗口，大声叫喊或打110电话。</w:t>
      </w:r>
      <w:r>
        <w:rPr>
          <w:lang w:eastAsia="zh-CN"/>
        </w:rPr>
        <w:br/>
      </w:r>
      <w:r>
        <w:rPr>
          <w:lang w:eastAsia="zh-CN"/>
        </w:rPr>
        <w:t>　　2.在集体旅游等活动中，自觉服从老师和带队人员的统一管理，不打闹、不随意离开班级或活动小组;如有身体不适等情况要及早报告老师或有关人员。</w:t>
      </w:r>
      <w:r>
        <w:rPr>
          <w:lang w:eastAsia="zh-CN"/>
        </w:rPr>
        <w:br/>
      </w:r>
      <w:r>
        <w:rPr>
          <w:lang w:eastAsia="zh-CN"/>
        </w:rPr>
        <w:t>　　3.不要离家出走，与大人赌气出门在外，让大人操心，也避免遇上坏人。放学回家不要在外面玩，应先回家，如果有什么事需外出应与家长商量，好让家人知道你的去向。</w:t>
      </w:r>
      <w:r>
        <w:rPr>
          <w:lang w:eastAsia="zh-CN"/>
        </w:rPr>
        <w:br/>
      </w:r>
      <w:r>
        <w:rPr>
          <w:lang w:eastAsia="zh-CN"/>
        </w:rPr>
        <w:t>　　4.注意交通安全</w:t>
      </w:r>
      <w:r>
        <w:rPr>
          <w:lang w:eastAsia="zh-CN"/>
        </w:rPr>
        <w:br/>
      </w:r>
      <w:r>
        <w:rPr>
          <w:lang w:eastAsia="zh-CN"/>
        </w:rPr>
        <w:t>　　(1)行人走路须走人行道，养成文明走路好习惯。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(2)横过公路时，应走人行横道线或人行天桥和人行地道。</w:t>
      </w:r>
      <w:r>
        <w:rPr>
          <w:lang w:eastAsia="zh-CN"/>
        </w:rPr>
        <w:br/>
      </w:r>
      <w:r>
        <w:rPr>
          <w:lang w:eastAsia="zh-CN"/>
        </w:rPr>
        <w:t>　　(3)遇有信号灯的路段，须严格遵守红灯停.绿灯行的规定。</w:t>
      </w:r>
      <w:r>
        <w:rPr>
          <w:lang w:eastAsia="zh-CN"/>
        </w:rPr>
        <w:br/>
      </w:r>
      <w:r>
        <w:rPr>
          <w:lang w:eastAsia="zh-CN"/>
        </w:rPr>
        <w:t>　　(4)在没有人行横道.人行天桥或地道的路段，横过公路应观察无来往车辆时，做到快速通过。</w:t>
      </w:r>
      <w:r>
        <w:rPr>
          <w:lang w:eastAsia="zh-CN"/>
        </w:rPr>
        <w:br/>
      </w:r>
      <w:r>
        <w:rPr>
          <w:lang w:eastAsia="zh-CN"/>
        </w:rPr>
        <w:t>　　(5)不要在车辆临近时突然横穿公路。</w:t>
      </w:r>
      <w:r>
        <w:rPr>
          <w:lang w:eastAsia="zh-CN"/>
        </w:rPr>
        <w:br/>
      </w:r>
      <w:r>
        <w:rPr>
          <w:lang w:eastAsia="zh-CN"/>
        </w:rPr>
        <w:t>　　(6)严禁翻越行人护栏或其他交通隔离设施。</w:t>
      </w:r>
      <w:r>
        <w:rPr>
          <w:lang w:eastAsia="zh-CN"/>
        </w:rPr>
        <w:br/>
      </w:r>
      <w:r>
        <w:rPr>
          <w:lang w:eastAsia="zh-CN"/>
        </w:rPr>
        <w:t>　　(7)不要嬉戏打闹，不要在车前车后乱跑。</w:t>
      </w:r>
      <w:r>
        <w:rPr>
          <w:lang w:eastAsia="zh-CN"/>
        </w:rPr>
        <w:br/>
      </w:r>
      <w:r>
        <w:rPr>
          <w:lang w:eastAsia="zh-CN"/>
        </w:rPr>
        <w:t>　　(8)乘车人应注意乘车安全，不要把头手伸出车外。</w:t>
      </w:r>
      <w:r>
        <w:rPr>
          <w:lang w:eastAsia="zh-CN"/>
        </w:rPr>
        <w:br/>
      </w:r>
      <w:r>
        <w:rPr>
          <w:lang w:eastAsia="zh-CN"/>
        </w:rPr>
        <w:t>　　(9)候车时应站在人行道上，不要在车行道上候车。</w:t>
      </w:r>
      <w:r>
        <w:rPr>
          <w:lang w:eastAsia="zh-CN"/>
        </w:rPr>
        <w:br/>
      </w:r>
      <w:r>
        <w:rPr>
          <w:lang w:eastAsia="zh-CN"/>
        </w:rPr>
        <w:t>　　安全责任重于泰山，你们是国家未来的希望，希望广大同学，为了自己，为了家庭，为了学校，注意自己的行走安全，骑车安全，校内卫生、用电、体育课等方方面面的安全。</w:t>
      </w:r>
      <w:r>
        <w:rPr>
          <w:lang w:eastAsia="zh-CN"/>
        </w:rPr>
        <w:br/>
      </w:r>
      <w:r>
        <w:rPr>
          <w:lang w:eastAsia="zh-CN"/>
        </w:rPr>
        <w:t>　　我的国旗下讲话到此结束，谢谢大家!</w:t>
      </w:r>
      <w:r>
        <w:rPr>
          <w:lang w:eastAsia="zh-CN"/>
        </w:rPr>
        <w:br/>
      </w:r>
      <w:r>
        <w:rPr>
          <w:lang w:eastAsia="zh-CN"/>
        </w:rPr>
        <w:t xml:space="preserve">    安全类国旗下讲话 篇4 </w:t>
      </w:r>
      <w:r>
        <w:rPr>
          <w:lang w:eastAsia="zh-CN"/>
        </w:rPr>
        <w:br/>
      </w:r>
      <w:r>
        <w:rPr>
          <w:lang w:eastAsia="zh-CN"/>
        </w:rPr>
        <w:t>　　呼啸地北风相互击打着窗铃，执意的阳光却穿过玻璃，向室内传送着她的暖意，慢慢地舒展着我的心房。</w:t>
      </w:r>
      <w:r>
        <w:rPr>
          <w:lang w:eastAsia="zh-CN"/>
        </w:rPr>
        <w:br/>
      </w:r>
      <w:r>
        <w:rPr>
          <w:lang w:eastAsia="zh-CN"/>
        </w:rPr>
        <w:t>　　半靠在躺椅上看着闲书，一种阳光赐予的幸福感油然而生。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奇怪，原先冬日里的一缕阳光、烈日里的一丝清凉、苍白中一抹生命之绿都会激起幸福的感觉，难道苦苦求索寻寻觅觅一生的幸福就近在咫尺吗她是那么悄然，她是那样不经意间地流露。她的形式如此简单，不得不让我对幸福重新思考。孔子曰：“老者安之，朋友信之，少者怀之。”孟子道：“君子有三乐父母俱存，兄弟无故，一乐也;仰不愧于天，俯不怍于地，二乐也;得天下英才而教育之，三乐也。”二位圣人对幸福的要求如此简单，能够看出心境之高远，寓意之深刻。</w:t>
      </w:r>
      <w:r>
        <w:rPr>
          <w:lang w:eastAsia="zh-CN"/>
        </w:rPr>
        <w:br/>
      </w:r>
      <w:r>
        <w:rPr>
          <w:lang w:eastAsia="zh-CN"/>
        </w:rPr>
        <w:t>　　幸福是每个人的心理需求，对于居无定所的人来说，幸福就是一间能够用来遮风避雨的房子;对于嗷嗷待哺的婴儿来说，幸福就是妈妈甘甜的乳汁;对于家庭来说，幸福就是有工作、有余款、家庭和睦长幼有序;对于老年人来说，幸福就是岁月能够得到延伸。</w:t>
      </w:r>
      <w:r>
        <w:rPr>
          <w:lang w:eastAsia="zh-CN"/>
        </w:rPr>
        <w:br/>
      </w:r>
      <w:r>
        <w:rPr>
          <w:lang w:eastAsia="zh-CN"/>
        </w:rPr>
        <w:t>　　而有的人身处优越却找不到幸福所在;有的人清贫中却能品味出不断实现自我价值的幸福。其实，幸福的种子就蕴藏在我们生活的点滴中：当我翻开孩子满意的试卷是一种幸福;当我看到父母健康是一种幸福;当我们手足情深是一种幸福;当我们满身夕阳还能相濡以沫是一种幸福。我们完美的心灵是幸福的土壤，虽然她触摸不到，但能体会得到;幸福并不深也不远，它就在你我的身边。幸福常驻在你我的心中，她需要用心去体会――幸福是来自于内心的一种感受。</w:t>
      </w:r>
      <w:r>
        <w:rPr>
          <w:lang w:eastAsia="zh-CN"/>
        </w:rPr>
        <w:br/>
      </w:r>
      <w:r>
        <w:rPr>
          <w:lang w:eastAsia="zh-CN"/>
        </w:rPr>
        <w:t xml:space="preserve">    安全类国旗下讲话 篇5 </w:t>
      </w:r>
      <w:r>
        <w:rPr>
          <w:lang w:eastAsia="zh-CN"/>
        </w:rPr>
        <w:br/>
      </w:r>
      <w:r>
        <w:rPr>
          <w:lang w:eastAsia="zh-CN"/>
        </w:rPr>
        <w:t>　　在人生这一茫茫大海之上，不免会遇上些风浪，当你这艘小船在风浪中漂泊不定时，扬起你信念的风帆，它会带你去想去的那个地方。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信念是天空中的指路明星。在这个迅速发展，越来越复杂的社会中，你是否会感到有些迷惑呢?你在这些迷惑中徘徊、漂泊，你对这些迷惑担心、害怕。当你对迷惑不知所措时，扬起你信念的风帆，它会带着你的心凭着自我的感觉走下去。它是空中的指路明星，指引着你走向正确的方向。它的光芒不消减，即便应对迷惑。</w:t>
      </w:r>
      <w:r>
        <w:rPr>
          <w:lang w:eastAsia="zh-CN"/>
        </w:rPr>
        <w:br/>
      </w:r>
      <w:r>
        <w:rPr>
          <w:lang w:eastAsia="zh-CN"/>
        </w:rPr>
        <w:t>　　信念是登上成功山巅的阶石。成功需要一种坚定的信念，仅有有了那种信念才不会因失败而放弃，因挫折而退缩，因困难而逃避。树立了信念，便是向成功迈进了一大步。剩下的就是需要坚定信念，为了那个信念不断努力，这样才能登上成功之巅去看远处一片风光。</w:t>
      </w:r>
      <w:r>
        <w:rPr>
          <w:lang w:eastAsia="zh-CN"/>
        </w:rPr>
        <w:br/>
      </w:r>
      <w:r>
        <w:rPr>
          <w:lang w:eastAsia="zh-CN"/>
        </w:rPr>
        <w:t>　　双耳失聪的著名钢琴家贝多芬不是最好的例子吗?他没有沉浸在失去听力的悲伤之中，他口咬铁棒感受音的振动。他在信念的驱动下，创作受世人赞叹的《英雄交响曲》。贝多芬在悲伤面前理智的扬起了信念的风帆，因而他登上了成功的山巅，看到了无限风光!</w:t>
      </w:r>
      <w:r>
        <w:rPr>
          <w:lang w:eastAsia="zh-CN"/>
        </w:rPr>
        <w:br/>
      </w:r>
      <w:r>
        <w:rPr>
          <w:lang w:eastAsia="zh-CN"/>
        </w:rPr>
        <w:t>　　信念是一种不可思议的力量。信念的力量不仅仅体现于可让人们获得成功，也体现于创造了奇迹。地震突然发生了，房屋变成了废墟。一位受了重伤的母亲抱着婴儿等待着求援。12小时过去了，失血过多的她处于昏迷之中，但她立刻又清醒过来。3小时后，求援队来了，母子俩都平安了。信念是一种力量，它把两个生命从死亡边缘拉了回来。</w:t>
      </w:r>
      <w:r>
        <w:rPr>
          <w:lang w:eastAsia="zh-CN"/>
        </w:rPr>
        <w:br/>
      </w:r>
      <w:r>
        <w:rPr>
          <w:lang w:eastAsia="zh-CN"/>
        </w:rPr>
        <w:t>　　信念是不可缺少的，遇到困难时，感到迷惑时……请扬起你信念的风帆，驶向成功的殿堂!</w:t>
      </w:r>
      <w:r>
        <w:rPr>
          <w:lang w:eastAsia="zh-CN"/>
        </w:rPr>
        <w:br/>
      </w:r>
      <w:r>
        <w:rPr>
          <w:lang w:eastAsia="zh-CN"/>
        </w:rPr>
        <w:t xml:space="preserve">    安全类国旗下讲话 篇6 </w:t>
      </w:r>
      <w:r>
        <w:rPr>
          <w:lang w:eastAsia="zh-CN"/>
        </w:rPr>
        <w:br/>
      </w:r>
      <w:r>
        <w:rPr>
          <w:lang w:eastAsia="zh-CN"/>
        </w:rPr>
        <w:t>　　尊敬的老师、亲爱的同学们：</w:t>
      </w:r>
      <w:r>
        <w:rPr>
          <w:lang w:eastAsia="zh-CN"/>
        </w:rPr>
        <w:br/>
      </w:r>
      <w:r>
        <w:rPr>
          <w:lang w:eastAsia="zh-CN"/>
        </w:rPr>
        <w:t>　　大家好！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尊重老师，是老师给予了我们知识，指导我们去学习，告诉我们哪些是好的习惯，让我们得到了成长，而校园则是给我们提供了学习和生活的环境，我们也是要去热爱，要珍惜在学校学习的一个时光。</w:t>
      </w:r>
      <w:r>
        <w:rPr>
          <w:lang w:eastAsia="zh-CN"/>
        </w:rPr>
        <w:br/>
      </w:r>
      <w:r>
        <w:rPr>
          <w:lang w:eastAsia="zh-CN"/>
        </w:rPr>
        <w:t>　　其实尊敬老师，我想很多的同学从小开始也是知道的，见到老师要问候老师好，但这仅仅只是礼貌上的，真正的尊敬老师，我们更是应该去把我们的学习搞好，在课堂上去尊重老师讲课的一个成果，认真的去听好，去把笔记都是给做好的，而不能觉得难就不听，或者不想学习，其实有这么好的环境，老师努力的教导我们，我们也是要去学好知识的，无论是为了自己的一个未来或者是要去尊重老师，其实学习是非常的重要，同时我们也是要去明白尊重老师更好的是把我们的成绩去搞好，去让老师以我们为骄傲，同学们，尊重不仅是口头上说的，而是要我们去拿出实际的一个行动，去把我们的成绩给搞好，去让老师少操一点心让老师对于我们给予更多的期盼。去遵守好纪律，去让我们的成绩得到老师的肯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学校给予了我们成长的环境，让我们在这与同学们交流，听老师来讲课，我们也是要在实际的一个行动里头去热爱我们的学校，去遵守好校规，去把我们的礼貌落实到自己的一个行动上，不去乱扔垃圾，维护好美好的校园，热爱，就是要我们做到，去真的爱我们的校园去为我们学校而争光，在活动之中以母校为荣，在竞争之中，为母校取得一个个的成绩，同学们，这么美好的校园，我们要懂得珍惜，我们也是希望在这留下美好的记忆，去认识同学朋友，在这留下我们的成绩。爱只有在我们每次的行动里面，学校才能更加的感受到，而我们的母校，当我们离开的时候，我们要感激，同时也是希望我们的成绩是让母校以我们而为荣的。</w:t>
      </w:r>
      <w:r>
        <w:rPr>
          <w:lang w:eastAsia="zh-CN"/>
        </w:rPr>
        <w:br/>
      </w:r>
      <w:r>
        <w:rPr>
          <w:lang w:eastAsia="zh-CN"/>
        </w:rPr>
        <w:t>　　尊师爱校，不但是我在这儿的演讲，更是我们要在平时去做好自己，去尽责的为母校做一些事情，同时为了自己的未来而学好知识，这才是更大的尊重，同学们，无论曾经如何又有哪些做得不好的，从此刻开始，我们更是要去热爱校园，去尊重老师，去更努力的让自己有成长，一起努力，让我们更好，让老师和学校以我们而为荣。谢谢！</w:t>
      </w:r>
      <w:r>
        <w:rPr>
          <w:lang w:eastAsia="zh-CN"/>
        </w:rPr>
        <w:br/>
      </w:r>
      <w:r>
        <w:rPr>
          <w:lang w:eastAsia="zh-CN"/>
        </w:rPr>
        <w:t xml:space="preserve">    安全类国旗下讲话 篇7 </w:t>
      </w:r>
      <w:r>
        <w:rPr>
          <w:lang w:eastAsia="zh-CN"/>
        </w:rPr>
        <w:br/>
      </w:r>
      <w:r>
        <w:rPr>
          <w:lang w:eastAsia="zh-CN"/>
        </w:rPr>
        <w:t>　　春蚕到死丝方尽，蜡炬成灰泪始干。——题记</w:t>
      </w:r>
      <w:r>
        <w:rPr>
          <w:lang w:eastAsia="zh-CN"/>
        </w:rPr>
        <w:br/>
      </w:r>
      <w:r>
        <w:rPr>
          <w:lang w:eastAsia="zh-CN"/>
        </w:rPr>
        <w:t>　　父母的爱，像根蜡烛，燃烧自己照亮了我们;父母的爱，像一把伞，在雨天为我们挡风遮雨，在晴天为我们遮阳;父母的爱像一座港湾，在我们伤心的时刻等待我们的到来</w:t>
      </w:r>
      <w:r>
        <w:rPr>
          <w:lang w:eastAsia="zh-CN"/>
        </w:rPr>
        <w:br/>
      </w:r>
      <w:r>
        <w:rPr>
          <w:lang w:eastAsia="zh-CN"/>
        </w:rPr>
        <w:t>　　那年我的支原体感染又复发了。我在医院住了好几天，老妈一直陪在我身边，每天忙上忙下的。在水瓶没水时，帮我点响了电铃;在我上厕所时帮我举起水瓶，在我需要换水瓶时帮我换水瓶。</w:t>
      </w:r>
      <w:r>
        <w:rPr>
          <w:lang w:eastAsia="zh-CN"/>
        </w:rPr>
        <w:br/>
      </w:r>
      <w:r>
        <w:rPr>
          <w:lang w:eastAsia="zh-CN"/>
        </w:rPr>
        <w:t>　　有一次，我早上不舒服，来到医院抽血、做B超，她着急的问医生：“这孩子怎么了?”医生安慰说：“等检查结果”在等结果的时候妈妈坐立不安，不停的来回走动，直到结果出来说我没事妈妈紧绷的脸才露出的笑容。</w:t>
      </w:r>
      <w:r>
        <w:rPr>
          <w:lang w:eastAsia="zh-CN"/>
        </w:rPr>
        <w:br/>
      </w:r>
      <w:r>
        <w:rPr>
          <w:lang w:eastAsia="zh-CN"/>
        </w:rPr>
        <w:t>　　我的眼睛一直不好，每年都要到长沙数次去检查眼睛。妈妈与爸爸交换给我去气喘吁吁的上下来回跑动，剩下的带我，但是妈妈爸爸了我却一直坚持着。他们坚信这一次的到来是减少了下次到来。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父母他们不仅关爱我的健康还关心我的学习。</w:t>
      </w:r>
      <w:r>
        <w:rPr>
          <w:lang w:eastAsia="zh-CN"/>
        </w:rPr>
        <w:br/>
      </w:r>
      <w:r>
        <w:rPr>
          <w:lang w:eastAsia="zh-CN"/>
        </w:rPr>
        <w:t>　　有一次期中考试前，在妈妈让我抄生字，写口算题卡和老爸让我做试卷的共同努力下，我考了两个90多分，班上排列第一。一听这消息，爸爸妈妈在暑假给我了许多惊喜，并让我不要骄傲，但我还是退步了。</w:t>
      </w:r>
      <w:r>
        <w:rPr>
          <w:lang w:eastAsia="zh-CN"/>
        </w:rPr>
        <w:br/>
      </w:r>
      <w:r>
        <w:rPr>
          <w:lang w:eastAsia="zh-CN"/>
        </w:rPr>
        <w:t>　　还有一次我有一个题目不会做，我去问老爸，来到老爸身边，他笑眯眯的问：“哪个题目不会做?”我指给老爸看，然后老爸细心的给我讲解了题目。</w:t>
      </w:r>
      <w:r>
        <w:rPr>
          <w:lang w:eastAsia="zh-CN"/>
        </w:rPr>
        <w:br/>
      </w:r>
      <w:r>
        <w:rPr>
          <w:lang w:eastAsia="zh-CN"/>
        </w:rPr>
        <w:t>　　这就是父母的爱，他们无微不至的关爱我的健康和我的学习，我一定会好好学习，回报你们!</w:t>
      </w:r>
      <w:r>
        <w:rPr>
          <w:lang w:eastAsia="zh-CN"/>
        </w:rPr>
        <w:br/>
      </w:r>
      <w:r>
        <w:rPr>
          <w:lang w:eastAsia="zh-CN"/>
        </w:rPr>
        <w:t xml:space="preserve">    安全类国旗下讲话 篇8 </w:t>
      </w:r>
      <w:r>
        <w:rPr>
          <w:lang w:eastAsia="zh-CN"/>
        </w:rPr>
        <w:br/>
      </w:r>
      <w:r>
        <w:rPr>
          <w:lang w:eastAsia="zh-CN"/>
        </w:rPr>
        <w:t>　　老师们、同学们：早上好，我发言的题目是《在自信中成长》。 每个人都希望成功。自信是成功的基础。那么，什么是自信呢?简单地说，自信就是相信自己。</w:t>
      </w:r>
      <w:r>
        <w:rPr>
          <w:lang w:eastAsia="zh-CN"/>
        </w:rPr>
        <w:br/>
      </w:r>
      <w:r>
        <w:rPr>
          <w:lang w:eastAsia="zh-CN"/>
        </w:rPr>
        <w:t>　　在我们周围的同学中，有的非常不自信，甚至还有点自卑，他们上课的时候不敢举手回答老师的问题，下课以后也不愿意与同学们一起游戏，总是一个人低着头悄悄地观察别人，用羡慕的眼光望着其他活泼的同学;有的学生却喜欢主动和老师、同学打招呼，爱帮助别的伙伴，受到老师和同学们的喜爱，自己还能独立完成像买学习用品这类的事情。这就是自信的表现。</w:t>
      </w:r>
      <w:r>
        <w:rPr>
          <w:lang w:eastAsia="zh-CN"/>
        </w:rPr>
        <w:br/>
      </w:r>
      <w:r>
        <w:rPr>
          <w:lang w:eastAsia="zh-CN"/>
        </w:rPr>
        <w:t>　　一个充满学习自信心的学生就会敢于探索，勇于进取，充分发挥自己的主动性、积极性与创造性，从而有效地进行学习。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既然具有自信心对一个人的学习事业有如此重要作用，那么怎样能树立起自信?</w:t>
      </w:r>
      <w:r>
        <w:rPr>
          <w:lang w:eastAsia="zh-CN"/>
        </w:rPr>
        <w:br/>
      </w:r>
      <w:r>
        <w:rPr>
          <w:lang w:eastAsia="zh-CN"/>
        </w:rPr>
        <w:t>　　一、 目标适度</w:t>
      </w:r>
      <w:r>
        <w:rPr>
          <w:lang w:eastAsia="zh-CN"/>
        </w:rPr>
        <w:br/>
      </w:r>
      <w:r>
        <w:rPr>
          <w:lang w:eastAsia="zh-CN"/>
        </w:rPr>
        <w:t>　　具有自信的人，总是定出经过一定努力即可实现的目标。他所定目标既不过高，也不过低，期望过高，总是达不到，有损自信;期望过低，不费吹灰之力即能达到，自然谈不上树立自信心。他既有长期目标，又有短期打算。</w:t>
      </w:r>
      <w:r>
        <w:rPr>
          <w:lang w:eastAsia="zh-CN"/>
        </w:rPr>
        <w:br/>
      </w:r>
      <w:r>
        <w:rPr>
          <w:lang w:eastAsia="zh-CN"/>
        </w:rPr>
        <w:t>　　二、 学会比较，尝试成功</w:t>
      </w:r>
      <w:r>
        <w:rPr>
          <w:lang w:eastAsia="zh-CN"/>
        </w:rPr>
        <w:br/>
      </w:r>
      <w:r>
        <w:rPr>
          <w:lang w:eastAsia="zh-CN"/>
        </w:rPr>
        <w:t>　　学习成绩优秀的学生，一般都具有十足的自信心;而所谓差生则多为屡遭失败者，他们几乎都缺乏应有的自信心。这里面有一个原因：一事当前，往往横向比较——比优秀生。比的结果：老不如人。我们不妨换一种比较方法，用纵向比较——比自己的过去，以便感知自己的进步和成功。大科学家爱因斯坦读小学的时候，有一次上完劳作课，同学们都交上了自己的作品，惟独爱因斯坦没有交，直到第二天，他才送来一只做的很粗陋的小板凳。老师看了很不满意说：“我想，世界上不会有比这更坏的小板凳了……”爱因斯坦回答说：“有的。”他不慌不忙的从课桌下面拿出两只小板凳，举起左手的小板凳说：“这是我第一次做的。”又举起右手的小板凳说：“这是我第二次做的……刚才交的是我第三次做的。虽然不能使人满意，但总比这两只强一些。”爱因斯坦的自信就是在纵向比较中树立起来的。</w:t>
      </w:r>
      <w:r>
        <w:rPr>
          <w:lang w:eastAsia="zh-CN"/>
        </w:rPr>
        <w:br/>
      </w:r>
      <w:r>
        <w:rPr>
          <w:lang w:eastAsia="zh-CN"/>
        </w:rPr>
        <w:t>　　三、 要有乐观的情绪</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乐观是人们对事业前途充满信心的一种精神面貌，是成功者具有的品质。一般地说，具有自信心的人，总是乐观主义者。他们学习生活中，无论多么艰难困苦，他们都会体验到无比的快乐，看到光明的前途。正是这种乐观的情绪，使他们的自信心逐步得到发展与巩固。</w:t>
      </w:r>
      <w:r>
        <w:rPr>
          <w:lang w:eastAsia="zh-CN"/>
        </w:rPr>
        <w:br/>
      </w:r>
      <w:r>
        <w:rPr>
          <w:lang w:eastAsia="zh-CN"/>
        </w:rPr>
        <w:t>　　四、 要有坚强的毅力</w:t>
      </w:r>
      <w:r>
        <w:rPr>
          <w:lang w:eastAsia="zh-CN"/>
        </w:rPr>
        <w:br/>
      </w:r>
      <w:r>
        <w:rPr>
          <w:lang w:eastAsia="zh-CN"/>
        </w:rPr>
        <w:t>　　爱迪生认为自信和坚强意志是伟大人物最明显的标志，他说：“不管环境变换到何种地步，他的初衷与希望仍不会有丝毫改变，而终于克服障碍，以达到期望的目的。”</w:t>
      </w:r>
      <w:r>
        <w:rPr>
          <w:lang w:eastAsia="zh-CN"/>
        </w:rPr>
        <w:br/>
      </w:r>
      <w:r>
        <w:rPr>
          <w:lang w:eastAsia="zh-CN"/>
        </w:rPr>
        <w:t>　　自信心强的人，一般总具有坚强的毅力，毅力又总是同精力结合在一起构成意志坚持性的品质。一个具有坚强毅力的人，他不会因成功而骄傲，也不会因失败而气馁;成功能催其不断奋进，失败也能勉他再接再励。</w:t>
      </w:r>
      <w:r>
        <w:rPr>
          <w:lang w:eastAsia="zh-CN"/>
        </w:rPr>
        <w:br/>
      </w:r>
      <w:r>
        <w:rPr>
          <w:lang w:eastAsia="zh-CN"/>
        </w:rPr>
        <w:t>　　自信，是走向成功的伴侣，是战胜困难的利剑，是通向理想彼岸的桥梁。有了它，就迈出了成功的第一步;有了它，就走上了义无反顾的追求路。 我想只要同学们树立远大的理想、正确的目标，坚定自信的价值，并坚持不懈，努力学习，定能从自信走向成功。</w:t>
      </w:r>
      <w:r>
        <w:rPr>
          <w:lang w:eastAsia="zh-CN"/>
        </w:rPr>
        <w:br/>
      </w:r>
      <w:r>
        <w:rPr>
          <w:lang w:eastAsia="zh-CN"/>
        </w:rPr>
        <w:t>　　最后我想用一句话来结束我的发言“一分自信，一分成功，十分自信，十分成功!”</w:t>
      </w:r>
      <w:r>
        <w:rPr>
          <w:lang w:eastAsia="zh-CN"/>
        </w:rPr>
        <w:br/>
      </w:r>
      <w:r>
        <w:rPr>
          <w:lang w:eastAsia="zh-CN"/>
        </w:rPr>
        <w:t xml:space="preserve">    安全类国旗下讲话 篇9 </w:t>
      </w:r>
      <w:r>
        <w:rPr>
          <w:lang w:eastAsia="zh-CN"/>
        </w:rPr>
        <w:br/>
      </w:r>
      <w:r>
        <w:rPr>
          <w:lang w:eastAsia="zh-CN"/>
        </w:rPr>
        <w:t>　　老师们，同学们，早上好!</w:t>
      </w:r>
      <w:r>
        <w:rPr>
          <w:lang w:eastAsia="zh-CN"/>
        </w:rPr>
        <w:br/>
      </w:r>
      <w:r>
        <w:rPr>
          <w:lang w:eastAsia="zh-CN"/>
        </w:rPr>
        <w:t>　　今天我讲话的主题是交通安全伴我行。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安全，牵系着每个人的生活。</w:t>
      </w:r>
      <w:r>
        <w:rPr>
          <w:lang w:eastAsia="zh-CN"/>
        </w:rPr>
        <w:br/>
      </w:r>
      <w:r>
        <w:rPr>
          <w:lang w:eastAsia="zh-CN"/>
        </w:rPr>
        <w:t>　　我国是一个人口大国，人多车多，使道路显得更加拥挤。据统计，我国每年因车祸死亡人数超过10万人，其中，儿童死亡人数近2万，居世界之首。</w:t>
      </w:r>
      <w:r>
        <w:rPr>
          <w:lang w:eastAsia="zh-CN"/>
        </w:rPr>
        <w:br/>
      </w:r>
      <w:r>
        <w:rPr>
          <w:lang w:eastAsia="zh-CN"/>
        </w:rPr>
        <w:t>　　多么惊人的数字。在这些触目惊心的数字后面，又有多少个家庭失去欢乐，多少个亲人痛不欲生，多少朵生命之花永远凋零。</w:t>
      </w:r>
      <w:r>
        <w:rPr>
          <w:lang w:eastAsia="zh-CN"/>
        </w:rPr>
        <w:br/>
      </w:r>
      <w:r>
        <w:rPr>
          <w:lang w:eastAsia="zh-CN"/>
        </w:rPr>
        <w:t>　　想到这些，我抑制不住内心的激动，为遇难者流下同情的泪水，对肇事者产生无比的愤慨!</w:t>
      </w:r>
      <w:r>
        <w:rPr>
          <w:lang w:eastAsia="zh-CN"/>
        </w:rPr>
        <w:br/>
      </w:r>
      <w:r>
        <w:rPr>
          <w:lang w:eastAsia="zh-CN"/>
        </w:rPr>
        <w:t>　　然而这些事故的发生，绝大多数都是因为人们交通安全意识淡薄，不遵守交通法规造成的。</w:t>
      </w:r>
      <w:r>
        <w:rPr>
          <w:lang w:eastAsia="zh-CN"/>
        </w:rPr>
        <w:br/>
      </w:r>
      <w:r>
        <w:rPr>
          <w:lang w:eastAsia="zh-CN"/>
        </w:rPr>
        <w:t>　　同学们当你看到那一幕幕惨剧时，你会没有感触吗?当你听到这些触目惊心的数字时，你还会违反交通规则吗?我想一定不会!作为一名小学生，我们理应积极行动起来，从我做起，从身边做起。</w:t>
      </w:r>
      <w:r>
        <w:rPr>
          <w:lang w:eastAsia="zh-CN"/>
        </w:rPr>
        <w:br/>
      </w:r>
      <w:r>
        <w:rPr>
          <w:lang w:eastAsia="zh-CN"/>
        </w:rPr>
        <w:t>　　因此，我建议：校外注意交通安全，走路走人行道;过马路，看清楚红绿灯，走斑马线，不翻越护栏;</w:t>
      </w:r>
      <w:r>
        <w:rPr>
          <w:lang w:eastAsia="zh-CN"/>
        </w:rPr>
        <w:br/>
      </w:r>
      <w:r>
        <w:rPr>
          <w:lang w:eastAsia="zh-CN"/>
        </w:rPr>
        <w:t>　　行走集中注意力，不看书，不听音乐，不打闹。</w:t>
      </w:r>
      <w:r>
        <w:rPr>
          <w:lang w:eastAsia="zh-CN"/>
        </w:rPr>
        <w:br/>
      </w:r>
      <w:r>
        <w:rPr>
          <w:lang w:eastAsia="zh-CN"/>
        </w:rPr>
        <w:t>　　上学、放学要遵守交通规则，防止交通事故的发生。</w:t>
      </w:r>
      <w:r>
        <w:rPr>
          <w:lang w:eastAsia="zh-CN"/>
        </w:rPr>
        <w:br/>
      </w:r>
      <w:r>
        <w:rPr>
          <w:lang w:eastAsia="zh-CN"/>
        </w:rPr>
        <w:t>　　校内课间不乱跑，不拥挤，上下楼梯靠右走。</w:t>
      </w:r>
      <w:r>
        <w:rPr>
          <w:lang w:eastAsia="zh-CN"/>
        </w:rPr>
        <w:br/>
      </w:r>
      <w:r>
        <w:rPr>
          <w:lang w:eastAsia="zh-CN"/>
        </w:rPr>
        <w:t>　　同学们，红灯短暂，生命无限，不怕百步远，只怕一步险。</w:t>
      </w:r>
      <w:r>
        <w:rPr>
          <w:lang w:eastAsia="zh-CN"/>
        </w:rPr>
        <w:br/>
      </w:r>
      <w:r>
        <w:rPr>
          <w:lang w:eastAsia="zh-CN"/>
        </w:rPr>
        <w:t>　　为了我们的生命之花永远绽放，为了让所有的家庭幸福美满，让我们把交通安全这四个字永记心间吧!</w:t>
      </w:r>
      <w:r>
        <w:rPr>
          <w:lang w:eastAsia="zh-CN"/>
        </w:rPr>
        <w:br/>
      </w:r>
      <w:r>
        <w:rPr>
          <w:lang w:eastAsia="zh-CN"/>
        </w:rPr>
        <w:t>　　让我们一起来创建我们的平安校园吧!</w:t>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xml:space="preserve"> 让我们在国旗下共同祝愿，祝愿我们每天平平安安到校，高高兴兴回家，祝愿我们的生活处处开满安全之花!</w:t>
      </w:r>
      <w:r>
        <w:rPr>
          <w:lang w:eastAsia="zh-CN"/>
        </w:rPr>
        <w:br/>
      </w:r>
      <w:r>
        <w:rPr>
          <w:lang w:eastAsia="zh-CN"/>
        </w:rPr>
        <w:t>　　我的国旗下讲话完毕，谢谢!</w:t>
      </w:r>
      <w:r>
        <w:rPr>
          <w:lang w:eastAsia="zh-CN"/>
        </w:rPr>
        <w:br/>
      </w:r>
      <w:r>
        <w:rPr>
          <w:lang w:eastAsia="zh-CN"/>
        </w:rPr>
        <w:t xml:space="preserve">    安全类国旗下讲话 篇10 </w:t>
      </w:r>
      <w:r>
        <w:rPr>
          <w:lang w:eastAsia="zh-CN"/>
        </w:rPr>
        <w:br/>
      </w:r>
      <w:r>
        <w:rPr>
          <w:lang w:eastAsia="zh-CN"/>
        </w:rPr>
        <w:t>　　我家四口人，个个爱读书;都是教书匠，人人都写书。这四句讲的是我家与书结缘。如何与书结缘呢?</w:t>
      </w:r>
      <w:r>
        <w:rPr>
          <w:lang w:eastAsia="zh-CN"/>
        </w:rPr>
        <w:br/>
      </w:r>
      <w:r>
        <w:rPr>
          <w:lang w:eastAsia="zh-CN"/>
        </w:rPr>
        <w:t>　　先从两个女儿说起。上世纪七十年代初中期，孩提时代的两个女儿，正是学知识的最佳年龄，却没有学上。我的夫人东书兰，当时是中学英语教师，她很有主见，认为时光如流水，逝去不再来。决定自己来教两个女儿。我既高兴，又担心：家中没有学校的气氛，能学好吗?时间漫长能坚持吗?可她说干就干起来了。除了教语文、数学之外，还教她们英语口语。利用身边的场景，看到什么，教什么。口语练到一定程度，就教她们认、写英语单词。规定每天学习2&amp;3个小时，晚上检查作业。一年四季不间断。</w:t>
      </w:r>
      <w:r>
        <w:rPr>
          <w:lang w:eastAsia="zh-CN"/>
        </w:rPr>
        <w:br/>
      </w:r>
      <w:r>
        <w:rPr>
          <w:lang w:eastAsia="zh-CN"/>
        </w:rPr>
        <w:t>　　这样坚持在家学习了两三年，1977年学校复课了，我的两个女儿也上学了。由于家庭熏陶，耳濡目染，她们都喜欢上了英语，而且与书结了良缘，养成了坐得下来、学得进去的好习惯。所以她们在学校读书不感到吃力，成绩总是名列前茅。后来两个女儿先后考取了华中师范大学和武汉理工大学英语专业。大女儿以优异的成绩留校任教，先后考取了硕士研究生、博士研究生。独立出版了几部专著，晋升为正教授、博士生导师。二女儿也以优异的成绩留武汉理工大学任教，考取了硕士研究生，现旅居加拿大，仍教授英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我的夫人东书兰，更是与书结厚缘。请看她的《自画像》：</w:t>
      </w:r>
      <w:r>
        <w:rPr>
          <w:lang w:eastAsia="zh-CN"/>
        </w:rPr>
        <w:br/>
      </w:r>
      <w:r>
        <w:rPr>
          <w:lang w:eastAsia="zh-CN"/>
        </w:rPr>
        <w:t>　　家父起名东书兰，</w:t>
      </w:r>
      <w:r>
        <w:rPr>
          <w:lang w:eastAsia="zh-CN"/>
        </w:rPr>
        <w:br/>
      </w:r>
      <w:r>
        <w:rPr>
          <w:lang w:eastAsia="zh-CN"/>
        </w:rPr>
        <w:t>　　从此与书结厚缘。</w:t>
      </w:r>
      <w:r>
        <w:rPr>
          <w:lang w:eastAsia="zh-CN"/>
        </w:rPr>
        <w:br/>
      </w:r>
      <w:r>
        <w:rPr>
          <w:lang w:eastAsia="zh-CN"/>
        </w:rPr>
        <w:t>　　苦读诗书十六载，</w:t>
      </w:r>
      <w:r>
        <w:rPr>
          <w:lang w:eastAsia="zh-CN"/>
        </w:rPr>
        <w:br/>
      </w:r>
      <w:r>
        <w:rPr>
          <w:lang w:eastAsia="zh-CN"/>
        </w:rPr>
        <w:t>　　欣然选择教书班;</w:t>
      </w:r>
      <w:r>
        <w:rPr>
          <w:lang w:eastAsia="zh-CN"/>
        </w:rPr>
        <w:br/>
      </w:r>
      <w:r>
        <w:rPr>
          <w:lang w:eastAsia="zh-CN"/>
        </w:rPr>
        <w:t>　　刻苦钻研勤执教，</w:t>
      </w:r>
      <w:r>
        <w:rPr>
          <w:lang w:eastAsia="zh-CN"/>
        </w:rPr>
        <w:br/>
      </w:r>
      <w:r>
        <w:rPr>
          <w:lang w:eastAsia="zh-CN"/>
        </w:rPr>
        <w:t>　　喜得教学两俱欢。</w:t>
      </w:r>
      <w:r>
        <w:rPr>
          <w:lang w:eastAsia="zh-CN"/>
        </w:rPr>
        <w:br/>
      </w:r>
      <w:r>
        <w:rPr>
          <w:lang w:eastAsia="zh-CN"/>
        </w:rPr>
        <w:t>　　知识经验多积累，</w:t>
      </w:r>
      <w:r>
        <w:rPr>
          <w:lang w:eastAsia="zh-CN"/>
        </w:rPr>
        <w:br/>
      </w:r>
      <w:r>
        <w:rPr>
          <w:lang w:eastAsia="zh-CN"/>
        </w:rPr>
        <w:t>　　昼夜写书乐不倦。</w:t>
      </w:r>
      <w:r>
        <w:rPr>
          <w:lang w:eastAsia="zh-CN"/>
        </w:rPr>
        <w:br/>
      </w:r>
      <w:r>
        <w:rPr>
          <w:lang w:eastAsia="zh-CN"/>
        </w:rPr>
        <w:t>　　年老退休无暇日，</w:t>
      </w:r>
      <w:r>
        <w:rPr>
          <w:lang w:eastAsia="zh-CN"/>
        </w:rPr>
        <w:br/>
      </w:r>
      <w:r>
        <w:rPr>
          <w:lang w:eastAsia="zh-CN"/>
        </w:rPr>
        <w:t>　　义务辅导歌舞团。</w:t>
      </w:r>
      <w:r>
        <w:rPr>
          <w:lang w:eastAsia="zh-CN"/>
        </w:rPr>
        <w:br/>
      </w:r>
      <w:r>
        <w:rPr>
          <w:lang w:eastAsia="zh-CN"/>
        </w:rPr>
        <w:t>　　教歌教舞教英语，</w:t>
      </w:r>
      <w:r>
        <w:rPr>
          <w:lang w:eastAsia="zh-CN"/>
        </w:rPr>
        <w:br/>
      </w:r>
      <w:r>
        <w:rPr>
          <w:lang w:eastAsia="zh-CN"/>
        </w:rPr>
        <w:t>　　大家快乐我欣然。</w:t>
      </w:r>
      <w:r>
        <w:rPr>
          <w:lang w:eastAsia="zh-CN"/>
        </w:rPr>
        <w:br/>
      </w:r>
      <w:r>
        <w:rPr>
          <w:lang w:eastAsia="zh-CN"/>
        </w:rPr>
        <w:t>　　老年大学诚相邀，</w:t>
      </w:r>
      <w:r>
        <w:rPr>
          <w:lang w:eastAsia="zh-CN"/>
        </w:rPr>
        <w:br/>
      </w:r>
      <w:r>
        <w:rPr>
          <w:lang w:eastAsia="zh-CN"/>
        </w:rPr>
        <w:t>　　甘把余热献讲坛!</w:t>
      </w:r>
      <w:r>
        <w:rPr>
          <w:lang w:eastAsia="zh-CN"/>
        </w:rPr>
        <w:br/>
      </w:r>
      <w:r>
        <w:rPr>
          <w:lang w:eastAsia="zh-CN"/>
        </w:rPr>
        <w:t>　　我也与书有不解之缘。大学毕业后，在县市党委办公室和政府办公室撰写公文20__年，处处不离书。我看到公文这门学问有数千年的实践，尚缺系统的理论，决定弃政从教，投身研究。1985年我辞去政府公职，与夫人一起到大学教书。那几年我们非常辛苦，熬更守夜，索典寻源，终于有收获，出版多种专著和主编著作，为公文学的系统理论奠定了基础，受到公文学界的肯定，也遂了我写书的心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xml:space="preserve">    安全类国旗下讲话 篇11 </w:t>
      </w:r>
      <w:r>
        <w:rPr>
          <w:lang w:eastAsia="zh-CN"/>
        </w:rPr>
        <w:br/>
      </w:r>
      <w:r>
        <w:rPr>
          <w:lang w:eastAsia="zh-CN"/>
        </w:rPr>
        <w:t>　　敬爱的老师们，亲爱的同学们：</w:t>
      </w:r>
      <w:r>
        <w:rPr>
          <w:lang w:eastAsia="zh-CN"/>
        </w:rPr>
        <w:br/>
      </w:r>
      <w:r>
        <w:rPr>
          <w:lang w:eastAsia="zh-CN"/>
        </w:rPr>
        <w:t>　　大家早上好!今天我国旗下讲话的题目是《成功在于坚持》。</w:t>
      </w:r>
      <w:r>
        <w:rPr>
          <w:lang w:eastAsia="zh-CN"/>
        </w:rPr>
        <w:br/>
      </w:r>
      <w:r>
        <w:rPr>
          <w:lang w:eastAsia="zh-CN"/>
        </w:rPr>
        <w:t>　　世间最容易的事是坚持，最难的事也是坚持。说它容易，是因为只要愿意做，人人都能做到，说它难，是因为真正能做到的，终究只是少数人。</w:t>
      </w:r>
      <w:r>
        <w:rPr>
          <w:lang w:eastAsia="zh-CN"/>
        </w:rPr>
        <w:br/>
      </w:r>
      <w:r>
        <w:rPr>
          <w:lang w:eastAsia="zh-CN"/>
        </w:rPr>
        <w:t>　　成功秘诀在于坚持，坚持是一股强大的精神力量，它就是明确目标，坚持不懈，它就是水滴石穿、就是积跬步而至千里。</w:t>
      </w:r>
      <w:r>
        <w:rPr>
          <w:lang w:eastAsia="zh-CN"/>
        </w:rPr>
        <w:br/>
      </w:r>
      <w:r>
        <w:rPr>
          <w:lang w:eastAsia="zh-CN"/>
        </w:rPr>
        <w:t>　　同学们，当困难拌住你成功脚步的时候;当失败挫伤你进取雄心的时候;当负担压得你喘不过气的时候，不要退缩，不要放弃，一定要坚持下去，因为只有坚持不懈，才能通向成功!</w:t>
      </w:r>
      <w:r>
        <w:rPr>
          <w:lang w:eastAsia="zh-CN"/>
        </w:rPr>
        <w:br/>
      </w:r>
      <w:r>
        <w:rPr>
          <w:lang w:eastAsia="zh-CN"/>
        </w:rPr>
        <w:t>　　我们应该从现在做起，从每一件小事做起，坚持听好每一堂课，坚持做好每一次作业，打下一个个坚实的基础。为自己的学习、生活寻找一个合理的目标，用自己的毅力和无比的热诚去对待，尽自己最大的努力去追逐，去实现。</w:t>
      </w:r>
      <w:r>
        <w:rPr>
          <w:lang w:eastAsia="zh-CN"/>
        </w:rPr>
        <w:br/>
      </w:r>
      <w:r>
        <w:rPr>
          <w:lang w:eastAsia="zh-CN"/>
        </w:rPr>
        <w:t>　　同学们，坚持，是人生航程里唯一不改的目标，也是我们人生成功的终极法宝。坚持，是在滴水如冰的寒冬蛰伏中，对春天的渴望;坚持，是在漆黑如墨的深夜守候中，对黎明的期盼;坚持，是在干涸无边的沙漠跋涉中，对绿洲的向往。每一个做到坚持的人，请坚信，成功就在彼岸向你招手!</w:t>
      </w:r>
      <w:r>
        <w:rPr>
          <w:lang w:eastAsia="zh-CN"/>
        </w:rPr>
        <w:br/>
      </w:r>
      <w:r>
        <w:rPr>
          <w:lang w:eastAsia="zh-CN"/>
        </w:rPr>
        <w:t>　　同学们，让我们找寻人生的正确方向，并为它坚持不懈地奋斗吧! 我的讲话完毕，谢谢大家!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xml:space="preserve">    安全类国旗下讲话 篇12 </w:t>
      </w:r>
      <w:r>
        <w:rPr>
          <w:lang w:eastAsia="zh-CN"/>
        </w:rPr>
        <w:br/>
      </w:r>
      <w:r>
        <w:rPr>
          <w:lang w:eastAsia="zh-CN"/>
        </w:rPr>
        <w:t>　　尊敬的老师，亲爱的同学们：</w:t>
      </w:r>
      <w:r>
        <w:rPr>
          <w:lang w:eastAsia="zh-CN"/>
        </w:rPr>
        <w:br/>
      </w:r>
      <w:r>
        <w:rPr>
          <w:lang w:eastAsia="zh-CN"/>
        </w:rPr>
        <w:t>　　大家好!有人说：“没有森林就没有人类”，这句话并不夸张，森林是粮食生产安全保障的基础，对保护农田、维护自然界</w:t>
      </w:r>
      <w:r>
        <w:rPr>
          <w:lang w:eastAsia="zh-CN"/>
        </w:rPr>
        <w:br/>
      </w:r>
      <w:r>
        <w:rPr>
          <w:lang w:eastAsia="zh-CN"/>
        </w:rPr>
        <w:t>　　生态平衡和美化环境都十分重要。在我国的各民族中，傣族的生态生命意识和生态保护意识或许是最为自觉、最为突出的。在傣族人眼里：没有森林就没有水，没有水就没有农田，没有农田就没有粮食，而没有粮食，人就不能活命;人与生态的关系顺序应该是林、水、地、粮、人。所以，每迁到一个新的地方，傣族人都要起誓像爱护生命一样爱护森林。</w:t>
      </w:r>
      <w:r>
        <w:rPr>
          <w:lang w:eastAsia="zh-CN"/>
        </w:rPr>
        <w:br/>
      </w:r>
      <w:r>
        <w:rPr>
          <w:lang w:eastAsia="zh-CN"/>
        </w:rPr>
        <w:t>　　在森林中，动物与植物的关系也非常密切。有的虫子要侵害树木，就有鸟类来吞噬这些虫子，使整个森林世界处于平衡之中。郁郁葱葱的森林，不仅为动物提供了大量食物，而且提供了栖息之所。反过来，许多动物，特别是鸟类，又保护了绿色森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森林中有许多害虫，它们威胁着植物的生存和发展。有的害虫特别猖狂，能把大片的树木叶子吃光。例如松毛虫，就是森林的大敌。情况严重的时候，需要人工灭虫。但是，人工灭虫常用的是化学药品，有很大的副作用，最好的办法，还是给害虫的天敌——鸟类创造良好的条件，以鸟治虫。大家熟悉的啄木鸟就是很好的森林医生。鸟不仅是森林的保护神，也是我们人类的朋友。一只猫头鹰.一个夏天就能为人类从老鼠嘴里夺回一吨粮食。因此要保护人类，就要保护森林;要保护森林，就要保护鸟类。我们可以制作许多木箱子，挂在树上，为小鸟们提供优越的栖息之所，让它们生儿育女，更好地生存发展。这样，既有利于它们的生长繁殖，又能保护森林。</w:t>
      </w:r>
      <w:r>
        <w:rPr>
          <w:lang w:eastAsia="zh-CN"/>
        </w:rPr>
        <w:br/>
      </w:r>
      <w:r>
        <w:rPr>
          <w:lang w:eastAsia="zh-CN"/>
        </w:rPr>
        <w:t>　　只有保护森林，保护鸟类，人类才能真正保护自己。同学们，你们一定愿意为鸟儿造一个温暖的家吧?那就快快行动起来!</w:t>
      </w:r>
      <w:r>
        <w:rPr>
          <w:lang w:eastAsia="zh-CN"/>
        </w:rPr>
        <w:br/>
      </w:r>
      <w:r>
        <w:rPr>
          <w:lang w:eastAsia="zh-CN"/>
        </w:rPr>
        <w:t xml:space="preserve">    安全类国旗下讲话 篇13 </w:t>
      </w:r>
      <w:r>
        <w:rPr>
          <w:lang w:eastAsia="zh-CN"/>
        </w:rPr>
        <w:br/>
      </w:r>
      <w:r>
        <w:rPr>
          <w:lang w:eastAsia="zh-CN"/>
        </w:rPr>
        <w:t>　　走在熟悉的小径，周围的一切很安静，离开了尘世的喧闹，但遍地的杂物，却堵住了心口，形成一道心墙。</w:t>
      </w:r>
      <w:r>
        <w:rPr>
          <w:lang w:eastAsia="zh-CN"/>
        </w:rPr>
        <w:br/>
      </w:r>
      <w:r>
        <w:rPr>
          <w:lang w:eastAsia="zh-CN"/>
        </w:rPr>
        <w:t>　　我禁不住愤怒，不由得说道：“爱护地球，从我做起”。</w:t>
      </w:r>
      <w:r>
        <w:rPr>
          <w:lang w:eastAsia="zh-CN"/>
        </w:rPr>
        <w:br/>
      </w:r>
      <w:r>
        <w:rPr>
          <w:lang w:eastAsia="zh-CN"/>
        </w:rPr>
        <w:t>　　当你把吃过的食品塑料袋默默地扔到翠绿如滴的草坪上，当你把用过的污水倒在公园的池塘里，你曾留心过沙漠一天天增加，昔日的月牙泉水流一天天干柯吗?</w:t>
      </w:r>
      <w:r>
        <w:rPr>
          <w:lang w:eastAsia="zh-CN"/>
        </w:rPr>
        <w:br/>
      </w:r>
      <w:r>
        <w:rPr>
          <w:lang w:eastAsia="zh-CN"/>
        </w:rPr>
        <w:t>　　可能许多人都会认为随手只扔了一个垃圾，池塘很清澈，并不会因为一桶污水而变得浑浊。但是你却忘记了古人曾说过的一句话：勿以善小而不为，勿以恶小而为之。你忍住了自己的行为，换来的将是少一道伤痕。</w:t>
      </w:r>
      <w:r>
        <w:rPr>
          <w:lang w:eastAsia="zh-CN"/>
        </w:rPr>
        <w:br/>
      </w:r>
      <w:r>
        <w:rPr>
          <w:lang w:eastAsia="zh-CN"/>
        </w:rPr>
        <w:t>　　随着工业化月线发达，人类任意的挖掘、开采，已让环境破坏;或许你想不到─位于我国山西临汾，每天每人吸入氧相当于三包烟，如果把白色的衣服晾到室外，干的时候会变成一件黑色的衣服，在全国九大环境污染城市中，我国山西临汾位于前三名。</w:t>
      </w:r>
      <w:r>
        <w:rPr>
          <w:lang w:eastAsia="zh-CN"/>
        </w:rPr>
        <w:br/>
      </w:r>
      <w:r>
        <w:rPr>
          <w:lang w:eastAsia="zh-CN"/>
        </w:rPr>
        <w:t>　　也许，许多同学在叹息的过程中，却忘了自己的行为，那么让我们从今天开始做起。</w:t>
      </w:r>
      <w:r>
        <w:rPr>
          <w:lang w:eastAsia="zh-CN"/>
        </w:rPr>
        <w:br/>
      </w:r>
      <w:r>
        <w:rPr>
          <w:lang w:eastAsia="zh-CN"/>
        </w:rPr>
        <w:t>　　记住：爱护环境，从我做起!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xml:space="preserve">    安全类国旗下讲话 篇14 </w:t>
      </w:r>
      <w:r>
        <w:rPr>
          <w:lang w:eastAsia="zh-CN"/>
        </w:rPr>
        <w:br/>
      </w:r>
      <w:r>
        <w:rPr>
          <w:lang w:eastAsia="zh-CN"/>
        </w:rPr>
        <w:t>　　老师们、同学们：</w:t>
      </w:r>
      <w:r>
        <w:rPr>
          <w:lang w:eastAsia="zh-CN"/>
        </w:rPr>
        <w:br/>
      </w:r>
      <w:r>
        <w:rPr>
          <w:lang w:eastAsia="zh-CN"/>
        </w:rPr>
        <w:t>　　早上好!今天我国旗下讲话的题目是《做充满自信的人》。</w:t>
      </w:r>
      <w:r>
        <w:rPr>
          <w:lang w:eastAsia="zh-CN"/>
        </w:rPr>
        <w:br/>
      </w:r>
      <w:r>
        <w:rPr>
          <w:lang w:eastAsia="zh-CN"/>
        </w:rPr>
        <w:t>　　众所周知，自信就是对自己充满信心，相信自己能行!不错自信就是一种感觉。拥有这种感觉，我们就会有坚定的信念和希望，我们就拥有了成功的一半。一个自信向上的人就是时刻拥有这种感觉的人，这种感觉使他不断充实自己，完善自我。</w:t>
      </w:r>
      <w:r>
        <w:rPr>
          <w:lang w:eastAsia="zh-CN"/>
        </w:rPr>
        <w:br/>
      </w:r>
      <w:r>
        <w:rPr>
          <w:lang w:eastAsia="zh-CN"/>
        </w:rPr>
        <w:t>　　也许大家会说我们也很自信的，可结果总事与愿违。今天我要说的就是自信需要我们行动的支配。大家知道学习是循序渐进的，自信也是循序建立起来的。美国散文家、思想家爱默生说：自信是成功的又一秘诀。我不敢说凡是具有自信心的人都能够成功，但我相信，一个成功的人一定具有百战不殆的自信。居里夫人就是这样一个人。她为了提取纯镭盐，曾终日穿着沾满灰尘和污渍的工作服，在极其简陋的棚屋里，用和她差不多一般高的铁条，搅动冶锅，从堆积如山的沥青铀矿的废渣中寻觅镭的踪迹。条件极其艰苦，但她心里却充满自信。她对友人说：我们应该有恒心，尤其要有自信心!我们必须相信我们的天赋是用来做某种事情的，无论代价多大，这种事情必须做。她终于获得了成功，一举成名。</w:t>
      </w:r>
      <w:r>
        <w:rPr>
          <w:lang w:eastAsia="zh-CN"/>
        </w:rPr>
        <w:br/>
      </w:r>
      <w:r>
        <w:rPr>
          <w:lang w:eastAsia="zh-CN"/>
        </w:rPr>
        <w:t>　　自信就是要不断地尝试，挑战之前不敢做的事情，用自己的行动来证明自己的能力。一点点的突破、一个个的成功记录，都能让我们信心百倍，自信也就不约而来了。</w:t>
      </w:r>
      <w:r>
        <w:rPr>
          <w:lang w:eastAsia="zh-CN"/>
        </w:rPr>
        <w:br/>
      </w:r>
      <w:r>
        <w:rPr>
          <w:lang w:eastAsia="zh-CN"/>
        </w:rPr>
        <w:t>　　同学们给自己定个目标，行动吧!</w:t>
      </w:r>
      <w:r>
        <w:rPr>
          <w:lang w:eastAsia="zh-CN"/>
        </w:rPr>
        <w:br/>
      </w:r>
    </w:p>
    <w:p w:rsidR="001B1F19" w14:textId="27C3F48A">
      <w:pPr>
        <w:rPr>
          <w:rFonts w:hint="eastAsia"/>
          <w:lang w:eastAsia="zh-CN"/>
        </w:rPr>
      </w:pPr>
      <w:r>
        <w:rPr>
          <w:lang w:eastAsia="zh-CN"/>
        </w:rPr>
        <w:t>　　我的国旗下讲话完了，谢谢大家!</w:t>
      </w:r>
      <w:r>
        <w:rPr>
          <w:lang w:eastAsia="zh-CN"/>
        </w:rPr>
        <w:br/>
      </w:r>
      <w:r>
        <w:rPr>
          <w:lang w:eastAsia="zh-CN"/>
        </w:rPr>
        <w:t xml:space="preserve">    安全类国旗下讲话 篇15 </w:t>
      </w:r>
      <w:r>
        <w:rPr>
          <w:lang w:eastAsia="zh-CN"/>
        </w:rPr>
        <w:br/>
      </w:r>
      <w:r>
        <w:rPr>
          <w:lang w:eastAsia="zh-CN"/>
        </w:rPr>
        <w:t>　　亲爱的`同学们老师们：</w:t>
      </w:r>
      <w:r>
        <w:rPr>
          <w:lang w:eastAsia="zh-CN"/>
        </w:rPr>
        <w:br/>
      </w:r>
      <w:r>
        <w:rPr>
          <w:lang w:eastAsia="zh-CN"/>
        </w:rPr>
        <w:t>　　大家好!</w:t>
      </w:r>
      <w:r>
        <w:rPr>
          <w:lang w:eastAsia="zh-CN"/>
        </w:rPr>
        <w:br/>
      </w:r>
      <w:r>
        <w:rPr>
          <w:lang w:eastAsia="zh-CN"/>
        </w:rPr>
        <w:t>　　我今天演讲的话题是，学习雷锋好榜样。</w:t>
      </w:r>
      <w:r>
        <w:rPr>
          <w:lang w:eastAsia="zh-CN"/>
        </w:rPr>
        <w:br/>
      </w:r>
      <w:r>
        <w:rPr>
          <w:lang w:eastAsia="zh-CN"/>
        </w:rPr>
        <w:t>　　每当听到学习雷锋好榜样这首歌的时候，我的脑海就不受控制的随着音乐回忆起了雷锋叔叔乐于助人的片段。雷锋叔叔虽然告别了这个还需要他帮助的世界，但他的精神还活在咱们的心中，还依然是咱们的榜样。所以，咱们应该继续他那伟大的精神。</w:t>
      </w:r>
      <w:r>
        <w:rPr>
          <w:lang w:eastAsia="zh-CN"/>
        </w:rPr>
        <w:br/>
      </w:r>
      <w:r>
        <w:rPr>
          <w:lang w:eastAsia="zh-CN"/>
        </w:rPr>
        <w:t>　　咱们上学不只学习知识，还要学习雷锋，这才能像雷锋一样。</w:t>
      </w:r>
      <w:r>
        <w:rPr>
          <w:lang w:eastAsia="zh-CN"/>
        </w:rPr>
        <w:br/>
      </w:r>
      <w:r>
        <w:rPr>
          <w:lang w:eastAsia="zh-CN"/>
        </w:rPr>
        <w:t>　　我的演讲完毕，谢谢大家。</w:t>
      </w:r>
      <w:r>
        <w:rPr>
          <w:lang w:eastAsia="zh-CN"/>
        </w:rPr>
        <w:br/>
      </w:r>
      <w:r>
        <w:rPr>
          <w:lang w:eastAsia="zh-CN"/>
        </w:rPr>
        <w:t xml:space="preserve">    安全类国旗下讲话 篇16 </w:t>
      </w:r>
      <w:r>
        <w:rPr>
          <w:lang w:eastAsia="zh-CN"/>
        </w:rPr>
        <w:br/>
      </w:r>
      <w:r>
        <w:rPr>
          <w:lang w:eastAsia="zh-CN"/>
        </w:rPr>
        <w:t>　　敬爱的老师，亲爱的同学们：</w:t>
      </w:r>
      <w:r>
        <w:rPr>
          <w:lang w:eastAsia="zh-CN"/>
        </w:rPr>
        <w:br/>
      </w:r>
      <w:r>
        <w:rPr>
          <w:lang w:eastAsia="zh-CN"/>
        </w:rPr>
        <w:t>　　大家好!</w:t>
      </w:r>
      <w:r>
        <w:rPr>
          <w:lang w:eastAsia="zh-CN"/>
        </w:rPr>
        <w:br/>
      </w:r>
      <w:r>
        <w:rPr>
          <w:lang w:eastAsia="zh-CN"/>
        </w:rPr>
        <w:t>　　今天我国旗下演讲的主题是自立自强。</w:t>
      </w:r>
      <w:r>
        <w:rPr>
          <w:lang w:eastAsia="zh-CN"/>
        </w:rPr>
        <w:br/>
      </w:r>
      <w:r>
        <w:rPr>
          <w:lang w:eastAsia="zh-CN"/>
        </w:rPr>
        <w:t>　　讲到这四字，想必大家心中想起的是些伟人英雄的事例。像那越王忍辱负重，自立自强终是一雪国耻，家喻户晓;像那周恩来心存志远，自立自强，终成开国功臣，百世流芳。自立自强，还让我们想起了咱们中国在内外双重压力下坚强勇敢，光荣站起，在孤立无援之时坚定步伐，高举旗帜，建设中国特色社会主义社会，成为世界的聚焦点。</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https://d.book118.com/265033123243011102</w:t>
        </w:r>
      </w:hyperlink>
    </w:p>
    <w:p w:rsidR="001B1F19">
      <w:pPr>
        <w:rPr>
          <w:rFonts w:hint="eastAsia"/>
          <w:lang w:eastAsia="zh-CN"/>
        </w:rPr>
      </w:pPr>
    </w:p>
    <w:sectPr>
      <w:type w:val="nextPage"/>
      <w:pgSz w:w="11906" w:h="16838"/>
      <w:pgMar w:top="1440" w:right="1800" w:bottom="1440" w:left="1800" w:header="851" w:footer="992" w:gutter="0"/>
      <w:pgNumType w:start="2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26503312324301110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