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2024电力企业爱岗敬业演讲稿（30篇）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2024电力企业爱岗敬业演讲稿（精选30篇）</w:t>
      </w:r>
      <w:r>
        <w:rPr>
          <w:lang w:eastAsia="zh-CN"/>
        </w:rPr>
        <w:br/>
      </w:r>
      <w:r>
        <w:rPr>
          <w:lang w:eastAsia="zh-CN"/>
        </w:rPr>
        <w:t xml:space="preserve">    2024电力企业爱岗敬业演讲稿 篇1 </w:t>
      </w:r>
      <w:r>
        <w:rPr>
          <w:lang w:eastAsia="zh-CN"/>
        </w:rPr>
        <w:br/>
      </w:r>
      <w:r>
        <w:rPr>
          <w:lang w:eastAsia="zh-CN"/>
        </w:rPr>
        <w:t>　　各位领导、同志们大家好：</w:t>
      </w:r>
      <w:r>
        <w:rPr>
          <w:lang w:eastAsia="zh-CN"/>
        </w:rPr>
        <w:br/>
      </w:r>
      <w:r>
        <w:rPr>
          <w:lang w:eastAsia="zh-CN"/>
        </w:rPr>
        <w:t>　　我是来自电建三工区的_ue_il电力企业爱岗敬业演讲稿，今天我演讲的题目是：爱岗敬业无私奉献。</w:t>
      </w:r>
      <w:r>
        <w:rPr>
          <w:lang w:eastAsia="zh-CN"/>
        </w:rPr>
        <w:br/>
      </w:r>
      <w:r>
        <w:rPr>
          <w:lang w:eastAsia="zh-CN"/>
        </w:rPr>
        <w:t>　　爱岗敬业是社会的要求，一个公民，做到热爱岗位，敬重职业，有能力做一件事情是一回事，做好这件事情又是一回事，懒惰和缺乏激情的人，即使才华出众也未必能做好工作，而平凡普通的人依靠自己的勤奋和忠诚反而经常取得令人欣慰的佳绩。</w:t>
      </w:r>
      <w:r>
        <w:rPr>
          <w:lang w:eastAsia="zh-CN"/>
        </w:rPr>
        <w:br/>
      </w:r>
      <w:r>
        <w:rPr>
          <w:lang w:eastAsia="zh-CN"/>
        </w:rPr>
        <w:t>　　在这两种人的竞赛中，天平总是偏向能够做好事情的人。在这一方面，许振超无疑是个表率，相信大家也都很熟悉他，他的事迹传遍大江南北，他是新时期产业工人的杰出代表，他的工作是平凡的，甚至是千篇一律的，但他取得的成绩确是大家有目共睹的，不但实现了自身的价值，还给党和国家争得了荣誉，因此我们要向他学习，学习他干一行、专一行、精一行的敬业精神，使各行各业的同志都能热爱自己的岗位，精于自己的业务，发挥自己的才智。</w:t>
      </w:r>
      <w:r>
        <w:rPr>
          <w:lang w:eastAsia="zh-CN"/>
        </w:rPr>
        <w:br/>
      </w:r>
    </w:p>
    <w:p w:rsidR="001B1F19" w14:textId="0AE8485B">
      <w:pPr>
        <w:pStyle w:val="Heading1"/>
        <w:jc w:val="center"/>
        <w:rPr>
          <w:rFonts w:hint="eastAsia"/>
          <w:lang w:eastAsia="zh-CN"/>
        </w:rPr>
      </w:pPr>
      <w:r>
        <w:rPr>
          <w:sz w:val="44"/>
          <w:lang w:eastAsia="zh-CN"/>
        </w:rPr>
        <w:t>2024电力企业爱岗敬业演讲稿（30篇）</w:t>
      </w:r>
    </w:p>
    <w:p w:rsidR="001B1F19"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2024电力企业爱岗敬业演讲稿（精选30篇）</w:t>
      </w:r>
      <w:r>
        <w:rPr>
          <w:lang w:eastAsia="zh-CN"/>
        </w:rPr>
        <w:br/>
      </w:r>
      <w:r>
        <w:rPr>
          <w:lang w:eastAsia="zh-CN"/>
        </w:rPr>
        <w:t xml:space="preserve">    2024电力企业爱岗敬业演讲稿 篇1 </w:t>
      </w:r>
      <w:r>
        <w:rPr>
          <w:lang w:eastAsia="zh-CN"/>
        </w:rPr>
        <w:br/>
      </w:r>
      <w:r>
        <w:rPr>
          <w:lang w:eastAsia="zh-CN"/>
        </w:rPr>
        <w:t>　　各位领导、同志们大家好：</w:t>
      </w:r>
      <w:r>
        <w:rPr>
          <w:lang w:eastAsia="zh-CN"/>
        </w:rPr>
        <w:br/>
      </w:r>
      <w:r>
        <w:rPr>
          <w:lang w:eastAsia="zh-CN"/>
        </w:rPr>
        <w:t>　　我是来自电建三工区的_ue_il电力企业爱岗敬业演讲稿，今天我演讲的题目是：爱岗敬业无私奉献。</w:t>
      </w:r>
      <w:r>
        <w:rPr>
          <w:lang w:eastAsia="zh-CN"/>
        </w:rPr>
        <w:br/>
      </w:r>
      <w:r>
        <w:rPr>
          <w:lang w:eastAsia="zh-CN"/>
        </w:rPr>
        <w:t>　　爱岗敬业是社会的要求，一个公民，做到热爱岗位，敬重职业，有能力做一件事情是一回事，做好这件事情又是一回事，懒惰和缺乏激情的人，即使才华出众也未必能做好工作，而平凡普通的人依靠自己的勤奋和忠诚反而经常取得令人欣慰的佳绩。</w:t>
      </w:r>
      <w:r>
        <w:rPr>
          <w:lang w:eastAsia="zh-CN"/>
        </w:rPr>
        <w:br/>
      </w:r>
      <w:r>
        <w:rPr>
          <w:lang w:eastAsia="zh-CN"/>
        </w:rPr>
        <w:t>　　在这两种人的竞赛中，天平总是偏向能够做好事情的人。在这一方面，许振超无疑是个表率，相信大家也都很熟悉他，他的事迹传遍大江南北，他是新时期产业工人的杰出代表，他的工作是平凡的，甚至是千篇一律的，但他取得的成绩确是大家有目共睹的，不但实现了自身的价值，还给党和国家争得了荣誉，因此我们要向他学习，学习他干一行、专一行、精一行的敬业精神，使各行各业的同志都能热爱自己的岗位，精于自己的业务，发挥自己的才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我们电建三工区是自20__年8月组成的一支新队伍，主要进行业扩施工及线路工程改造工作，年轻同志多，包括我们主任在内的大部分同志都是干线路出身，初次接触业扩工程，不懂怎么办?学，吕主任带头学习业务知识，并结合实际施工，很快就从门外汉成为了业务能手，他说：我们要建设现代化的企业，就要不断更新自己的知识，不断了解现代化的管理手段，才能突现我们的企业精神。唐朝的韩愈曾经说过：业精于勤荒于嬉。</w:t>
      </w:r>
      <w:r>
        <w:rPr>
          <w:lang w:eastAsia="zh-CN"/>
        </w:rPr>
        <w:br/>
      </w:r>
      <w:r>
        <w:rPr>
          <w:lang w:eastAsia="zh-CN"/>
        </w:rPr>
        <w:t>　　敬业爱岗不是一句空话，它要求我们每个从业者立足本职，求真务实，尽职尽责，造福社会。工作只有种类不同，没有高地贵贱之分。任何人在任何岗位上，都是在创造，奉献是无私的付出，就孔繁森同志所说，把自己当作泥土吧，让众人把你踩成一条路，每个从业者，不论职务大小，不论做什么工作，实际上都是为人民服务的具体体现。在我们身边，就有这样一批默默无闻工作，岗位虽小却甘于奉献的队伍，每天早上大家一上班面对整洁的环境，都会感受到一天的好心情。大家可能没有注意到，电键三工区的三班全体成员在班长杜尊勇的带领下，每天都会在我们上班之前打扫好环境卫生，包括厕所这个集脏、乱、差于一身的地方，可贵的是他们始终如一的坚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敬业也就是要辛勤从业，潜心于事业。马克思指出，在科学上面是没有平坦的大路可以走，只有那些在崎岖的小路上攀登的不畏劳苦的人，才有希望到达光辉的顶点。人类的发明创造和开拓创新，民族优秀文化的问世产生与发扬光大，革命事业和现代化建设与改革事业的不断前进与发展，都需要一代又一代人去为之拼搏奋斗。一个不敬业的人是很难取得对社会有益的成就的。今年3月份，我公司承揽了市人民医院配电室搬迁工程。市医院是我市的一个重要用户，用户要求我们在施工中应尽量保证不停电或少停电，所有旧电缆需做接头处理，并重新布线，所以施工难度较大，工艺复杂，稍有不慎可能会造成人身设备或医疗安全事故，其后果不堪设想，对此公司领导对此极为重视。生技部方永强、陈鹏多次到现场仔细勘察，从配电室土建到一、二次回路都做了仔细规划设计，并与施工人员一起制定了详细的施工方案。工区主任针吕新明、张书斌对同志新、经验少、施工现场复杂，带电部位较多等情况，始终盯靠在施工现场，严把工程质量关、安全关，耐心细致的解决施工中遇到的问题。为确保工程如期顺利完工，施工人员每天6点钟便进入工地施工。停电转移负荷时，为避开医院重要用电时段，减少停电时间，施工人员多利用别人休息时间加班加点的工作，有时连饭都顾不上吃，并主动放弃了节假日休息时间，但没有一个人喊苦叫累，他们的付出赢得了父母妻儿的理解，也赢得了市医院领导干部职工的一致好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居安思危，作为企业的一名员工，我们不仅要为自己着想，更要为部门，为整体利益着想，要站得更高，看得更远。人人爱岗，则部门兴盛，部门兴盛，则企业发达。有了企业的发达，个人的前途才会有更高的发展，人生观才有更高的提升。再看业扩施工队的队员们，他们本着诚信待客，文明高效地施工指导思想，早上四、五点开工，避开用电高峰期，还要保质保量的将一天的工作压到半天，八点钟及时地送上电，恪信守承，得到了用户的高度赞扬。爱岗敬业，就写在他们的行动里。我们再到110kv的线路施工现场看一看。110kv石钢线是电建三工区对外承接的一项大工程，该线路是石横电厂向特钢厂供电的一条重要线路走廊，采用同塔双回路架设，跨越110kv、35kv数条线路和两条支线铁路。铁塔型号各异、塔高平均三十多米、施工工艺要求严格等，施工期间正处于盛夏高温、多雨季节，工期紧、施工难度比较大，他们干脆就住在了工地上，老天爷好像要跟他们作对，气温最高时达到了37℃，不怕，咱就一早一晚干两头，多雨时又会连续下两三天的雨，道路泥泞，每走一步都会深陷其中不能自拔，那也不怕，为了赶工期，冒雨进行施工，当然安全还是很重要的，为了防滑，一人拿两双鞋，到达</w:t>
      </w:r>
      <w:r>
        <w:rPr>
          <w:lang w:eastAsia="zh-CN"/>
        </w:rPr>
        <w:br/>
      </w:r>
      <w:r>
        <w:rPr>
          <w:lang w:eastAsia="zh-CN"/>
        </w:rPr>
        <w:t>　　施工现场时穿一双，登杆时再换一双干的。他们无怨无悔，响铮铮的男子汉们头顶烈日，不顾汗渍粘身，脚下的地面上积成了汗水洼，衣服湿透了拧干穿上继续干，同志们充分发扬了敬业爱岗的工作精神，这就是电键三工区的全体干部职工，爱岗敬业精神从他们身上的到了最好的体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一个时代的青年身上总是能反映出这个时代的某些特征。不可否认，当今社会的道德滑坡现象是客观存在的，青年群体也表现出：对物质生活和个人需要的过分看重，对精神生活和集体事业的普遍冷淡。概括起来就是：集体观念和道德责任感淡化，拜金主义和利己主义风行，加强对青年群体的正确引导是当务之急。青年的企业主人翁意识谈薄。企业中的青年职工与老职工相比，由于不像老职工那样曾参与企业的最初创建阶段，因此对企业了解少、关心少、感情淡。青年的思想、心理不成熟。青年遇到挫折容易产生情绪波动并带到工作岗位上。但不可否认的是，青年有能力，有精力，有热情，掌握了青年就是掌握了未来。</w:t>
      </w:r>
      <w:r>
        <w:rPr>
          <w:lang w:eastAsia="zh-CN"/>
        </w:rPr>
        <w:br/>
      </w:r>
      <w:r>
        <w:rPr>
          <w:lang w:eastAsia="zh-CN"/>
        </w:rPr>
        <w:t>　　热爱岗位，敬重事业，就要心底无私，乐于奉献。前些年，某媒体开展了一次关于什么是幸福的讨论，结果答案是五花八门，各种各样。有人说，拥有金钱、美女，就是幸福。也有的人说，幸福是一个过程，是一种感觉。还有人说，健康就是幸福。但是更多的人认为，幸福就是给予、是付出、是创造、是奉献，而不是一味地所取。</w:t>
      </w:r>
      <w:r>
        <w:rPr>
          <w:lang w:eastAsia="zh-CN"/>
        </w:rPr>
        <w:br/>
      </w:r>
      <w:r>
        <w:rPr>
          <w:lang w:eastAsia="zh-CN"/>
        </w:rPr>
        <w:t xml:space="preserve">    2024电力企业爱岗敬业演讲稿 篇2 </w:t>
      </w:r>
      <w:r>
        <w:rPr>
          <w:lang w:eastAsia="zh-CN"/>
        </w:rPr>
        <w:br/>
      </w:r>
      <w:r>
        <w:rPr>
          <w:lang w:eastAsia="zh-CN"/>
        </w:rPr>
        <w:t>　　尊敬的各位领导、各位同事们：</w:t>
      </w:r>
      <w:r>
        <w:rPr>
          <w:lang w:eastAsia="zh-CN"/>
        </w:rPr>
        <w:br/>
      </w:r>
      <w:r>
        <w:rPr>
          <w:lang w:eastAsia="zh-CN"/>
        </w:rPr>
        <w:t>　　大家好!</w:t>
      </w:r>
      <w:r>
        <w:rPr>
          <w:lang w:eastAsia="zh-CN"/>
        </w:rPr>
        <w:br/>
      </w:r>
      <w:r>
        <w:rPr>
          <w:lang w:eastAsia="zh-CN"/>
        </w:rPr>
        <w:t>　　如果说我们的党是一座傲然挺立的大厦，那么，我们的每一个党员就是她坚实的基石一块;如果说我们的党是一条长流不息的河流，那么，我们的每一个党员就是她晶莹剔透的水珠一颗;如果说，我们的党是一篇唱响国内外的史歌一首，那么，我们的每一个党员就是琴键上律动的音符一个!</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六千六百余万名党员，六千六百余万面鲜红的旗帜，高高地飘扬在九百六十万平方公里的土地上;六千六百余万孺子牛，在各自的岗位上，身体力行三个代表，为党的事业执着奋斗，成为新时期全面建设小康社会的楷模。尊敬的各位领导、各位同事：请你们随着我的述说走近一位普通的共产党员，去感受一下一位普通党员的追求。</w:t>
      </w:r>
      <w:r>
        <w:rPr>
          <w:lang w:eastAsia="zh-CN"/>
        </w:rPr>
        <w:br/>
      </w:r>
      <w:r>
        <w:rPr>
          <w:lang w:eastAsia="zh-CN"/>
        </w:rPr>
        <w:t>　　他叫_，是发电部燃运专业的运行班长。他的工作普通到近乎枯燥：每天接班交班，组织班员进行几乎一成不变的卸车上煤和设备启停操作，填写着差不多像日历一样有规律的值班记录。然而，就在这普通的工作中，却有着他丰富多彩的事业追求，他正是在这平淡无奇的工作中，实现着自己的人生价值，展示着一位老党员的风采和魅力。</w:t>
      </w:r>
      <w:r>
        <w:rPr>
          <w:lang w:eastAsia="zh-CN"/>
        </w:rPr>
        <w:br/>
      </w:r>
      <w:r>
        <w:rPr>
          <w:lang w:eastAsia="zh-CN"/>
        </w:rPr>
        <w:t>　　1983年部队入党，1990分宜电厂燃运车间走上班长岗位，1995年招聘进入丰城电厂，干的还是燃运班长。党龄20__年，干班长岗位也有15个年头了，进入丰城电厂20__年来，他多次被评为公司的优秀党员、发电部先进和标兵，了解他的人都知道，这些荣誉是他用强烈的事业心和付出的汗水得来的。</w:t>
      </w:r>
      <w:r>
        <w:rPr>
          <w:lang w:eastAsia="zh-CN"/>
        </w:rPr>
        <w:br/>
      </w:r>
      <w:r>
        <w:rPr>
          <w:lang w:eastAsia="zh-CN"/>
        </w:rPr>
        <w:t>　　他常说，要带好一个班，先要自身过硬，以身作则。记得一个漫天飞雪的冬天，看着贮煤场覆盖近一尺深的积雪，接班后他首先想到了输煤#7号皮带，由于积雪和结冰，皮带肯定会因打滑无法启动，四机运行每天1.5万吨的上煤量，如果不及时将积雪和结冰清除就会影响正常供煤，他来不及等待其它同志到来，一个人在#7皮带沿线就干了起来，尽管是严冬腊月，他却忙得一身汗。当积雪清除时，他满头满脸都是煤浆，衣服也被冰冷的水湿透，寒风一吹透心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干燃运的人都知道，遇上雨季，堵煤事件时有发生。一次晚班，雨水下个不停，他在翻车机待了近7个小时，现场精心指挥卸车80多节，临近下班时，终因煤太湿流动性太差，给煤机还是堵死，要是为了不影响全值人员下班，留给下一班次人员组织疏通也说得过去。可他二话没说，调集所有力量，带头投入到清理落煤管的工作之中，捅条疏，铁锤敲，堵死的落煤管还是无法疏通，时间一分一秒的过去，重车线还有40余节煤等待翻卸，万不得已，他穿上雨衣，拿上冲洗水管，站在给煤机皮带从下向上冲刷落煤管积煤，煤泥顺着水柱流入手臂，渗入脖子，经过2个多小时奋战终于疏通，已经是凌晨2点半过去，这时他想到的是向全值人员道歉，说耽误大家下班对不起了。大家那里知道，他3岁多的儿子这几天流感高烧，第二天一早还要带去输液。他就是以许许多多这样的小事，赢得了一个老党员的威信。</w:t>
      </w:r>
      <w:r>
        <w:rPr>
          <w:lang w:eastAsia="zh-CN"/>
        </w:rPr>
        <w:br/>
      </w:r>
      <w:r>
        <w:rPr>
          <w:lang w:eastAsia="zh-CN"/>
        </w:rPr>
        <w:t>　　林班长看上去风风火火，说话嗓门也大，仍然保持着一位军人的作风，可他抓工作却是个少见的细心人，每次遇到电气操作，他总是先认真做预案，然后详细地给班员交待任务，三番五次叮咛嘱咐，直到完全放心为止。安全生产上他心细，班组管理上他的心更细。有一次，一位同志违反了劳动纪律，他本想立即批评，可转念一想，这位同志不知啥原因，最近心情一直不太好，马上批评不仅起不到效果，说不定还会激化对立，于是他把这件事悄悄压了下来。几天后，他趁这位同志情绪好转，便找机会主动和他谈心，进行了和风细雨的批评帮助，还按有关规定扣了他月奖，不仅没伤和气，还使这位班员心悦诚服，体现了林班长熟练的领导艺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他说，当班长比当家长不知难多少倍，全班8名同志一人一个性格，一人一个脾气，只有把大家的心拢在一块，工作才能做好，安全才有保证。林班长就是用他的细心、爱心换来了全班的一心，使班里各项工作蒸蒸日上，多次受到厂部和部门表扬。</w:t>
      </w:r>
      <w:r>
        <w:rPr>
          <w:lang w:eastAsia="zh-CN"/>
        </w:rPr>
        <w:t xml:space="preserve"> 20__年，入厂煤质和进煤量大幅降低，给煤场管理和分仓配煤工作带来前所未有的考验。他说，作为燃运班长，没有压力是谎言。存煤少了，煤场管理要求也就更高了。一个班次下来，他不知道要去煤场转上多少圈，各区域存煤情况，优劣煤比例情况，各煤堆的干湿情况，那堆煤杂物多，那堆煤颗粒多，他都能如数家珍。</w:t>
      </w:r>
      <w:r>
        <w:rPr>
          <w:lang w:eastAsia="zh-CN"/>
        </w:rPr>
        <w:br/>
      </w:r>
      <w:r>
        <w:rPr>
          <w:lang w:eastAsia="zh-CN"/>
        </w:rPr>
        <w:t>　　一个暴风雨的晚班，晚饭时还不见林班长回来，暴风雨越下越大，程控员突然接到电话调集所有男同志和沿线民技工速来煤场。原来露天煤场左料场由于排水不畅，地面积水就要超过底煤高度，若不及时排水，冲刷的煤流必将顺着水流向排水沟流失，看着林班长焦急的表情，大家立刻与他一道挥动铁铲避开一条排水沟，一边搬来抽水泵抽水，一边叫来推煤机在料场四周挖出一条临时排水沟。他常说煤场好比粮仓，我们要守护好它。 虽然已过不惑之年，但他的干劲许多年青人也不及。</w:t>
      </w:r>
      <w:r>
        <w:rPr>
          <w:lang w:eastAsia="zh-CN"/>
        </w:rPr>
        <w:br/>
      </w:r>
      <w:r>
        <w:rPr>
          <w:lang w:eastAsia="zh-CN"/>
        </w:rPr>
        <w:t xml:space="preserve">    2024电力企业爱岗敬业演讲稿 篇3 </w:t>
      </w:r>
      <w:r>
        <w:rPr>
          <w:lang w:eastAsia="zh-CN"/>
        </w:rPr>
        <w:br/>
      </w:r>
      <w:r>
        <w:rPr>
          <w:lang w:eastAsia="zh-CN"/>
        </w:rPr>
        <w:t>　　尊敬的各位领导、各位同事们：</w:t>
      </w:r>
      <w:r>
        <w:rPr>
          <w:lang w:eastAsia="zh-CN"/>
        </w:rPr>
        <w:br/>
      </w:r>
      <w:r>
        <w:rPr>
          <w:lang w:eastAsia="zh-CN"/>
        </w:rPr>
        <w:t>　　大家好!</w:t>
      </w:r>
      <w:r>
        <w:rPr>
          <w:lang w:eastAsia="zh-CN"/>
        </w:rPr>
        <w:br/>
      </w:r>
      <w:r>
        <w:rPr>
          <w:lang w:eastAsia="zh-CN"/>
        </w:rPr>
        <w:t>　　一次简单的日夜交替，新世纪就这样悄然来临，千年的感慨就这样在一瞬间被抛在了上一个世纪。面对新的世纪，</w:t>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xml:space="preserve"> 我们每个人都经历着无数的挑战：社会的、家庭的、工作的、事业的在世纪之交时，的运行女工们满怀豪情，写下宣言：用行动与世纪同行，用追求向世纪挑战。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有人可能觉得燃料运行是电厂最容易干的工作，不就是看个皮带上上煤嘛，多简单。有这种想法的人，请跟我到燃料运行各岗位走上一走就知道了：象其他部门的运行工，基本上都是几个人一个岗位，可在就不同了，我们这儿的岗位很分散，而且都是相对独立的，一个几十米长的皮带间就只有一个值班工，女工也不例外，接班后的8个小时内，就只有一个人在岗位上检查、巡视，负责当班设备的所有状况。白班还好说，到了中班和夜班，女职工就得克服心里对黑暗的恐惧，独自在岗位上巡查。可是从没有女职工因为害怕而减少对设备的查看，她们凭着女同志特有的细心、耐心查找着设备隐患，多次排除了险情。就在前一段时间，就发生了这样的一件事：那天正好是西运五班上夜班，早上五点是我们第二次上煤的时间，也是人感觉最累、最困的时候，不容易集中精力。可就在准备翻第二节车时，值班员许庆珍在煤车进入翻车机的瞬间，突然发现煤车上有一团黑黑的东西，那是什么?霎那间许多可怕的猜测出现在她的脑海里。她压抑着心中的恐惧，连忙停止操作，与重牛值班员进行了联系，重牛值班员忙爬上了煤车去查看，一看，竟然是一个人睡在煤车上，身上的脏衣服与夜色溶为了一体，一问才知道是个外地的盲流。可能大家觉得听起来很平常，可如果许庆珍没有认真地查看车况，如果没有及时停止操作，再晚上半分钟，这个人就会被翻到煤仓里，上万公斤的煤压在身上，后果将不堪设想。30秒的时间，一个人的生命就这样连在了一起。就是这一分一秒的积累，就是这一点一滴的凝聚，使在去年的十一月十六日顺利实现了安全生产三千天，这里面也包含着我们运行女职工的辛勤付出。</w:t>
      </w:r>
      <w:r>
        <w:rPr>
          <w:lang w:eastAsia="zh-CN"/>
        </w:rPr>
        <w:br/>
      </w:r>
      <w:r>
        <w:rPr>
          <w:lang w:eastAsia="zh-CN"/>
        </w:rPr>
        <w:t>　　今年入夏后，正是用电高峰期，我厂6台机组在进行增容改造后均带到了21万千瓦以上，所需要的上煤量也相应增加。这给我们的输煤运行带来了诸多问题：长时间带负荷运行，机器连轴转，设备健康水平下降;值班人员也长时间工作在生产一线，体能消耗极大，往往一上岗就运行8个小时，连饭也吃不上，更谈不上休息。这样高强度、超负荷的运行，连男职工都觉得是很累，可面对这高温酷暑的挑战，我们的女职工们却无所畏惧，迎难而上，在自己的岗位上仔细地巡视，认真地监护着设备的安全，她们履行着自己的职责，实现着自己的价值。</w:t>
      </w:r>
      <w:r>
        <w:rPr>
          <w:lang w:eastAsia="zh-CN"/>
        </w:rPr>
        <w:br/>
      </w:r>
      <w:r>
        <w:rPr>
          <w:lang w:eastAsia="zh-CN"/>
        </w:rPr>
        <w:t>　　燃料运行女工也并不满足 自身现状，她们对新的知识有着更深的渴求，她们是诚实劳动的平凡女性，在自己的岗位上默默工作、任劳任怨。她们追求现代的生活方式，拥有自尊、自立、自信、自强，正在通过学习、进取、自我完善来迎接时代的挑战，接受时代优胜劣汰的选择。有不少女职工，比如：三班的王、四班的张、五班的许、钟等等许多女工通过自己的不懈努力，在本岗位上自学进修，获得了专业知识和技术。她们除了胜任本职工作外，也在不断地积累储备，完善自我，随时等待机遇的来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从《黄河魂》到《黄土黄》，从《电业之光》到《红旗飘飘》，那一段段优美的舞蹈是燃料女工对美的诠释，也舞出了我们对美的不懈追求。而这其中的大多数的队员是来自生产一线的运行女工。她们爱美，也愿意把最美的一面展示给大家。在舞台上，她们是传递美的使者;在工作上，她们是独挡一面的好手;在家庭里，她们是称职的贤内助。她们的辛勤付出，让我们对挑战的含义理解得更深、更透。</w:t>
      </w:r>
      <w:r>
        <w:rPr>
          <w:lang w:eastAsia="zh-CN"/>
        </w:rPr>
        <w:br/>
      </w:r>
      <w:r>
        <w:rPr>
          <w:lang w:eastAsia="zh-CN"/>
        </w:rPr>
        <w:t>　　说到这里，或许有人会说：你讲的这些不是自吹自擂吗?不!我只是想通过一个个普通燃料运行女工的工作、生活、学习经历向你们证明：我们燃料女工是敢于发出挑战并迎接挑战的职工，是永远的挑战者!</w:t>
      </w:r>
      <w:r>
        <w:rPr>
          <w:lang w:eastAsia="zh-CN"/>
        </w:rPr>
        <w:br/>
      </w:r>
      <w:r>
        <w:rPr>
          <w:lang w:eastAsia="zh-CN"/>
        </w:rPr>
        <w:t>　　在新世纪里，让我们用全部的心，去迎接前进路上的挑战，去迎接新世纪暴风骤雨的挑战，让我们燃料运行女工在挑战中去拥抱新世纪的辉煌! 让新世纪因我们的挑战而更加精彩!</w:t>
      </w:r>
      <w:r>
        <w:rPr>
          <w:lang w:eastAsia="zh-CN"/>
        </w:rPr>
        <w:br/>
      </w:r>
      <w:r>
        <w:rPr>
          <w:lang w:eastAsia="zh-CN"/>
        </w:rPr>
        <w:t xml:space="preserve">    2024电力企业爱岗敬业演讲稿 篇4 </w:t>
      </w:r>
      <w:r>
        <w:rPr>
          <w:lang w:eastAsia="zh-CN"/>
        </w:rPr>
        <w:br/>
      </w:r>
      <w:r>
        <w:rPr>
          <w:lang w:eastAsia="zh-CN"/>
        </w:rPr>
        <w:t>　　各位领导、同志们：</w:t>
      </w:r>
      <w:r>
        <w:rPr>
          <w:lang w:eastAsia="zh-CN"/>
        </w:rPr>
        <w:br/>
      </w:r>
      <w:r>
        <w:rPr>
          <w:lang w:eastAsia="zh-CN"/>
        </w:rPr>
        <w:t>　　大家好！</w:t>
      </w:r>
      <w:r>
        <w:rPr>
          <w:lang w:eastAsia="zh-CN"/>
        </w:rPr>
        <w:br/>
      </w:r>
      <w:r>
        <w:rPr>
          <w:lang w:eastAsia="zh-CN"/>
        </w:rPr>
        <w:t>　　我是来自电建三工区的电力企业爱岗敬业演讲稿，今天我演讲的题目是：爱岗敬业无私奉献。</w:t>
      </w:r>
      <w:r>
        <w:rPr>
          <w:lang w:eastAsia="zh-CN"/>
        </w:rPr>
        <w:br/>
      </w:r>
      <w:r>
        <w:rPr>
          <w:lang w:eastAsia="zh-CN"/>
        </w:rPr>
        <w:t>　　爱岗敬业是社会的要求，一个公民，做到热爱岗位，敬重职业，有能力做一件事情是一回事，做好这件事情又是一回事，懒惰和缺乏激情的人，即使才华出众也未必能做好工作，而平凡普通的人依靠自己的勤奋和忠诚反而经常取得令人欣慰的佳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在这两种人的竞赛中，天平总是偏向能够做好事情的人。在这一方面，许振超无疑是个表率，相信大家也都很熟悉他，他的事迹传遍大江南北，他是新时期产业工人的杰出代表，他的工作是平凡的，甚至是千篇一律的，但他取得的成绩确是大家有目共睹的，不但实现了自身的价值，还给党和国家争得了荣誉，因此我们要向他学习，学习他干一行、专一行、精一行的敬业精神，使各行各业的同志都能热爱自己的岗位，精于自己的业务，发挥自己的才智。</w:t>
      </w:r>
      <w:r>
        <w:rPr>
          <w:lang w:eastAsia="zh-CN"/>
        </w:rPr>
        <w:br/>
      </w:r>
      <w:r>
        <w:rPr>
          <w:lang w:eastAsia="zh-CN"/>
        </w:rPr>
        <w:t>　　我们电建三工区是自20__年8月组成的一支新队伍，主要进行业扩施工及线路工程改造工作，年轻同志多，包括我们主任在内的大部分同志都是干线路出身，初次接触业扩工程，不懂怎么办？学，吕主任带头学习业务知识，并结合实际施工，很快就从门外汉成为了业务能手，他说：“我们要建设现代化的企业，就要不断更新自己的知识，不断了解现代化的管理手段，才能突现我们的企业精神”。唐朝的韩愈曾经说过：业精于勤荒于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敬业爱岗不是一句空话，它要求我们每个从业者立足本职，求真务实，尽职尽责，造福社会。工作只有种类不同，没有高地贵贱之分。任何人在任何岗位上，都是在创造，奉献是无私的付出，就孔繁森同志所说，“把自己当作泥土吧，让众人把你踩成一条路”，每个从业者，不论职务大小，不论做什么工作，实际上都是为人民服务的具体体现。在我们身边，就有这样一批默默无闻工作，岗位虽小却甘于奉献的队伍，每天早上大家一上班面对整洁的环境，都会感受到一天的好心情。大家可能没有注意到，电键三工区的三班全体成员在班长杜尊勇的带领下，每天都会在我们上班之前打扫好环境卫生，包括厕所这个集脏、乱、差于一身的地方，可贵的是他们始终如一的坚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敬业也就是要辛勤从业，潜心于事业。马克思指出，在科学上面是没有平坦的大路可以走，只有那些在崎岖的小路上攀登的不畏劳苦的人，才有希望到达光辉的顶点。人类的发明创造和开拓创新，民族优秀文化的问世产生与发扬光大，革命事业和现代化建设与改革事业的不断前进与发展，都需要一代又一代人去为之拼搏奋斗。一个不敬业的人是很难取得对社会有益的成就的。今年3月份，我公司承揽了市人民医院配电室搬迁工程。市医院是我市的一个重要用户，用户要求我们在施工中应尽量保证不停电或少停电，所有旧电缆需做接头处理，并重新布线，所以施工难度较大，工艺复杂，稍有不慎可能会造成人身设备或医疗安全事故，其后果不堪设想，对此公司领导对此极为重视。生技部方永强、陈鹏多次到现场仔细勘察，从配电室土建到一、二次回路都做了仔细规划设计，并与施工人员一起制定了详细的施工方案。工区主任针吕新明、张书斌对同志新、经验少、施工现场复杂，带电部位较多等情况，始终盯靠在施工现场，严把工程质量关、安全关，耐心细致的解决施工中遇到的问题。为确保工程如期顺利完工，施工人员每天6点钟便进入工地施工。停电转移负荷时，为避开医院重要用电时段，减少停电时间，施工人员多利用别人休息时间加班加点的工作，有时连饭都顾不上吃，并主动放弃了节假日休息时间，但没有一个人喊苦叫累，他们的付出赢得了父母妻儿的理解，也赢得了市医院领导干部职工的一致好评。</w:t>
      </w:r>
      <w:r>
        <w:rPr>
          <w:lang w:eastAsia="zh-CN"/>
        </w:rPr>
        <w:br/>
      </w:r>
      <w:r>
        <w:rPr>
          <w:lang w:eastAsia="zh-CN"/>
        </w:rPr>
        <w:t>　　居安思危，作为企业的一名员工，我们不仅要为自己着想，更要为部门，为整体利益着想，要站得更高，看得更远。人人爱岗，则部门兴盛，部门兴盛，则企业发达。有了企业的发达，个人的前途才会有更高的发展，人生观才有更高的提升。再看业扩施工队的队员们，他们本着诚信待客，文明高效地施工指导思想，早上四、五点开工，避开用电高峰期，还要保质保量的将一天的工作压到半天，八点钟及时地送上电，恪信守承，得到了用户的高度赞扬。爱岗敬业，就写在他们的行动里。我们再到110kv的线路施工现场看一看。110kv石钢线是电建三工区对外承接的一项大工程，该线路是石横电厂向特钢厂供电的一条重要线路走廊，采用同塔双回路架设，跨越110kv、35kv数条线路和两条支线铁路。铁塔型号各异、塔高平均三十多米、施工工艺要求严格等，施工期间正处于盛夏高温、多雨季节，工期紧、施工难度比较大，他们干脆就住在了工地上，老天爷好像要跟他们作对，气温最高时达到了37℃，不怕，咱就一早一晚干两头，多雨时又会连续下两三天的雨，道路泥泞，每走一步都会深陷其中不能自拔，那也不怕，为了赶工期，冒雨进行施工，当然安全还是很重要的，为了防滑，一人拿两双鞋，到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施工现场时穿一双，登杆时再换一双干的。他们无怨无悔，响铮铮的男子汉们头顶烈日，不顾汗渍粘身，脚下的地面上积成了“汗水洼”，衣服湿透了拧干穿上继续干，同志们充分发扬了敬业爱岗的工作精神，这就是电键三工区的全体干部职工，爱岗敬业精神从他们身上的到了最好的体现。</w:t>
      </w:r>
      <w:r>
        <w:rPr>
          <w:lang w:eastAsia="zh-CN"/>
        </w:rPr>
        <w:br/>
      </w:r>
      <w:r>
        <w:rPr>
          <w:lang w:eastAsia="zh-CN"/>
        </w:rPr>
        <w:t>　　一个时代的青年身上总是能反映出这个时代的某些特征。不可否认，当今社会的道德“滑坡”现象是客观存在的，青年群体也表现出：对物质生活和个人需要的过分看重，对精神生活和集体事业的普遍冷淡。概括起来就是：集体观念和道德责任感淡化，拜金主义和利己主义风行，加强对青年群体的正确引导是当务之急。青年的企业主人翁意识谈薄。企业中的青年职工与老职工相比，由于不像老职工那样曾参与企业的最初创建阶段，因此对企业了解少、关心少、感情淡。青年的思想、心理不成熟。青年遇到挫折容易产生情绪波动并带到工作岗位上。但不可否认的是，青年有能力，有精力，有热情，掌握了青年就是掌握了未来。</w:t>
      </w:r>
      <w:r>
        <w:rPr>
          <w:lang w:eastAsia="zh-CN"/>
        </w:rPr>
        <w:br/>
      </w:r>
      <w:r>
        <w:rPr>
          <w:lang w:eastAsia="zh-CN"/>
        </w:rPr>
        <w:t>　　热爱岗位，敬重事业，就要心底无私，乐于奉献。前些年，某媒体开展了一次关于“什么是幸福”的讨论，结果答案是五花八门，各种各样。有人说，拥有金钱、美女，就是幸福。也有的人说，幸福是一个过程，是一种感觉。还有人说，健康就是幸福。但是更多的人认为，幸福就是给予、是付出、是创造、是奉献，而不是一味地所取。</w:t>
      </w:r>
      <w:r>
        <w:rPr>
          <w:lang w:eastAsia="zh-CN"/>
        </w:rPr>
        <w:br/>
      </w:r>
      <w:r>
        <w:rPr>
          <w:lang w:eastAsia="zh-CN"/>
        </w:rPr>
        <w:t xml:space="preserve">    2024电力企业爱岗敬业演讲稿 篇5 </w:t>
      </w:r>
      <w:r>
        <w:rPr>
          <w:lang w:eastAsia="zh-CN"/>
        </w:rPr>
        <w:br/>
      </w:r>
      <w:r>
        <w:rPr>
          <w:lang w:eastAsia="zh-CN"/>
        </w:rPr>
        <w:t>　　尊敬的各位领导：</w:t>
      </w:r>
      <w:r>
        <w:rPr>
          <w:lang w:eastAsia="zh-CN"/>
        </w:rPr>
        <w:br/>
      </w:r>
      <w:r>
        <w:rPr>
          <w:lang w:eastAsia="zh-CN"/>
        </w:rPr>
        <w:t>　　大家好!</w:t>
      </w:r>
      <w:r>
        <w:rPr>
          <w:lang w:eastAsia="zh-CN"/>
        </w:rPr>
        <w:br/>
      </w:r>
      <w:r>
        <w:rPr>
          <w:lang w:eastAsia="zh-CN"/>
        </w:rPr>
        <w:t>　　尊敬的各位领导、各位同事：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大家好。很荣幸能参加此次的演讲活动，今天我要演讲的题目是：爱岗之花一路芬芳。</w:t>
      </w:r>
      <w:r>
        <w:rPr>
          <w:lang w:eastAsia="zh-CN"/>
        </w:rPr>
        <w:br/>
      </w:r>
      <w:r>
        <w:rPr>
          <w:lang w:eastAsia="zh-CN"/>
        </w:rPr>
        <w:t>　　在我心目中项目经理都是严肃凌厉的冰雕，浑身上下都刻着别惹急了我的标签，但_经理却是个例外，他说话总是客客气气，言谈举止谦恭仁厚，让人不熟却感三分亲和。</w:t>
      </w:r>
      <w:r>
        <w:rPr>
          <w:lang w:eastAsia="zh-CN"/>
        </w:rPr>
        <w:br/>
      </w:r>
      <w:r>
        <w:rPr>
          <w:lang w:eastAsia="zh-CN"/>
        </w:rPr>
        <w:t>　　每天早上6点，他会开车挨个挨个接项目部成员上班，到接我的时候，是早上7点。为了多争取一点早上的睡觉时间，在一周的折腾后，我果断从搬到了，搭上了去往项目部的另一辆班车。早上7点，我尚且不想起床，难以想象_经理是以怎样的毅力一路坚持的。</w:t>
      </w:r>
      <w:r>
        <w:rPr>
          <w:lang w:eastAsia="zh-CN"/>
        </w:rPr>
        <w:br/>
      </w:r>
      <w:r>
        <w:rPr>
          <w:lang w:eastAsia="zh-CN"/>
        </w:rPr>
        <w:t>　　一天，我一个人去工地，他看见我明显错愕了一下，你怎么来了?昨天不是说让你们下午直接去公司参加三种人考试吗?我实在不好意思说我昨天开小差去了，随即又恍然想起来，他不是也要参加考试吗?</w:t>
      </w:r>
      <w:r>
        <w:rPr>
          <w:lang w:eastAsia="zh-CN"/>
        </w:rPr>
        <w:br/>
      </w:r>
      <w:r>
        <w:rPr>
          <w:lang w:eastAsia="zh-CN"/>
        </w:rPr>
        <w:t>　　试问，有多少领导可以每天比下属先到，又有多少领导会在开会开得很晚的时候因担心下属准时回不了家而急着偷跑出来放人，又有多少领导会在同样忙碌的情况下默默地放走下属而把自己留在现场。</w:t>
      </w:r>
      <w:r>
        <w:rPr>
          <w:lang w:eastAsia="zh-CN"/>
        </w:rPr>
        <w:br/>
      </w:r>
      <w:r>
        <w:rPr>
          <w:lang w:eastAsia="zh-CN"/>
        </w:rPr>
        <w:t>　　以前有个朋友告诉我，她在某个新岗位上待了两年，想得太多，忧得太多，头发一大把一大把的掉，我当时听得毛骨悚然，只牢牢地记着她说的一句话：别把自己搞的太累。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我不知道_经理会不会觉得累，每次看到他我就会想，他这么拼到底是为了什么，每天早上6点出发晚上7点回家，1/2的时间工作，1/3的时间睡觉，午休时间不是他骚扰别人就是别人骚扰他......难道人活一世就只为了工作吗?好吧，就算他对人生享乐不来电，那他的家人呢?他舍得他年幼的孩子吗?我一直记得，很小的时候父母为了挣钱总不在家，然后每天太阳要下山的时候，我就会坐在马路边的田坎上，望着那条他们回家必须经过的小路。将心比心，我相信他的孩子一定也是这样。</w:t>
      </w:r>
      <w:r>
        <w:rPr>
          <w:lang w:eastAsia="zh-CN"/>
        </w:rPr>
        <w:br/>
      </w:r>
      <w:r>
        <w:rPr>
          <w:lang w:eastAsia="zh-CN"/>
        </w:rPr>
        <w:t>　　记得有一次，因为变压器的风机设计不合理，运行单位的人坚持说没问题,不肯去查看。他解释，解释，再解释，在历经半个小时候的苦口婆心后，对方脸都被气青了。终于勉强地点了点头，他眉开眼笑，若无其事地说了一句：兄弟伙，没事，走嘛，我们到现场去看一看。</w:t>
      </w:r>
      <w:r>
        <w:rPr>
          <w:lang w:eastAsia="zh-CN"/>
        </w:rPr>
        <w:br/>
      </w:r>
      <w:r>
        <w:rPr>
          <w:lang w:eastAsia="zh-CN"/>
        </w:rPr>
        <w:t>　　醉了，醉了，刚才那个急得一口唾沫星子的人一定不是他，再看那皱着一张苦瓜脸的专家，只能深表同情，摊上这么个杀人不见血的主，他也只能任人绑架了。 那是第一次也是唯一一次看到他的判若两人，如果没有这场争论，我可能会一直以为他是个内敛沉稳的管理者，直到那一刻，我才发现，这个人，骨子里终究还是个生产人。</w:t>
      </w:r>
      <w:r>
        <w:rPr>
          <w:lang w:eastAsia="zh-CN"/>
        </w:rPr>
        <w:br/>
      </w:r>
      <w:r>
        <w:rPr>
          <w:lang w:eastAsia="zh-CN"/>
        </w:rPr>
        <w:t>　　太多太多的故事，平凡却让人记忆深刻，细微却让人不能忽视。</w:t>
      </w:r>
      <w:r>
        <w:rPr>
          <w:lang w:eastAsia="zh-CN"/>
        </w:rPr>
        <w:br/>
      </w:r>
      <w:r>
        <w:rPr>
          <w:lang w:eastAsia="zh-CN"/>
        </w:rPr>
        <w:t>　　写这篇稿子之前，有人问我，你对_经理熟吗? 熟吗?没一起吃过几顿饭，没谈过什么人生哲学，也没谈过什么未来理想。但是脑子总闪现出一副画面，画面里的他步履匆匆，还拿着那个让人讨厌得不能再讨厌的电话。</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是的，烦人的电话，我曾为了请假而煎熬地在他办公室外等了将近一个小时，可是一直没挂断过，一刻也没有;我曾为了给他汇报工作，跟着他由南走到北又由北走到南绕着开关场走了一公里，最后实在受不了地走开了。</w:t>
      </w:r>
      <w:r>
        <w:rPr>
          <w:lang w:eastAsia="zh-CN"/>
        </w:rPr>
        <w:br/>
      </w:r>
      <w:r>
        <w:rPr>
          <w:lang w:eastAsia="zh-CN"/>
        </w:rPr>
        <w:t>　　总是在别人话还没说完的时候，他的电话又响起，厂家找，班组找，监理找，业主找、运行单位找</w:t>
      </w:r>
      <w:r>
        <w:rPr>
          <w:lang w:eastAsia="zh-CN"/>
        </w:rPr>
        <w:br/>
      </w:r>
      <w:r>
        <w:rPr>
          <w:lang w:eastAsia="zh-CN"/>
        </w:rPr>
        <w:t>　　工作，工作，还是工作.....忙，忙，忙......</w:t>
      </w:r>
      <w:r>
        <w:rPr>
          <w:lang w:eastAsia="zh-CN"/>
        </w:rPr>
        <w:br/>
      </w:r>
      <w:r>
        <w:rPr>
          <w:lang w:eastAsia="zh-CN"/>
        </w:rPr>
        <w:t>　　为什么这么忙?</w:t>
      </w:r>
      <w:r>
        <w:rPr>
          <w:lang w:eastAsia="zh-CN"/>
        </w:rPr>
        <w:br/>
      </w:r>
      <w:r>
        <w:rPr>
          <w:lang w:eastAsia="zh-CN"/>
        </w:rPr>
        <w:t>　　心有所挂，必有所忧。四十多亩的工地，每一个开关场，每一个间隔，每一间小室，大到重达几顿的高压设备，小到被弃之一旁的设备线夹，做不到心中有数他便寝食难安......</w:t>
      </w:r>
      <w:r>
        <w:rPr>
          <w:lang w:eastAsia="zh-CN"/>
        </w:rPr>
        <w:br/>
      </w:r>
      <w:r>
        <w:rPr>
          <w:lang w:eastAsia="zh-CN"/>
        </w:rPr>
        <w:t>　　为什么这么忙?</w:t>
      </w:r>
      <w:r>
        <w:rPr>
          <w:lang w:eastAsia="zh-CN"/>
        </w:rPr>
        <w:br/>
      </w:r>
      <w:r>
        <w:rPr>
          <w:lang w:eastAsia="zh-CN"/>
        </w:rPr>
        <w:t>　　宁劳己身，绝不扰人。找份资料，他说：没事，你忙你的吧。统计个工作服型号，他说：没事，我打电话问一问就是了。配钥匙，修空调......总是不喜欢麻烦别人，总是宁肯自己辛苦也不想耽搁下属工作。</w:t>
      </w:r>
      <w:r>
        <w:rPr>
          <w:lang w:eastAsia="zh-CN"/>
        </w:rPr>
        <w:br/>
      </w:r>
      <w:r>
        <w:rPr>
          <w:lang w:eastAsia="zh-CN"/>
        </w:rPr>
        <w:t>　　为什么这么忙?</w:t>
      </w:r>
      <w:r>
        <w:rPr>
          <w:lang w:eastAsia="zh-CN"/>
        </w:rPr>
        <w:br/>
      </w:r>
      <w:r>
        <w:rPr>
          <w:lang w:eastAsia="zh-CN"/>
        </w:rPr>
        <w:t>　　善者厚德，本性使然。四五十个人的饭厅，当大家都在动筷子的时候，你总会看到他像个复读机一样念着，班组的过来了吗?厂家呢，厂家还没到吗?如果说对公司内的同事友善，是因为他带着客气或者礼貌，那对于那些一纸协议上的陌生人，他有什么动力这样照顾周到呢?只有一种解释：善者厚德，本性使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一直以来，他总是穷尽思力，先天下之忧而忧，后天下之乐而乐，以宽厚的胸襟(</w:t>
      </w:r>
      <w:r>
        <w:rPr>
          <w:lang w:eastAsia="zh-CN"/>
        </w:rPr>
        <w:t xml:space="preserve"> jīn)设身处地地替别人着(zhu&amp;oacute;)想。跟他接触过的人，上至领导下至项目部人员，内至公司同事，外至设计、厂家，全都用无一例外的说：这个项目经理是个好人。</w:t>
      </w:r>
      <w:r>
        <w:rPr>
          <w:lang w:eastAsia="zh-CN"/>
        </w:rPr>
        <w:br/>
      </w:r>
      <w:r>
        <w:rPr>
          <w:lang w:eastAsia="zh-CN"/>
        </w:rPr>
        <w:t>　　到底什么是爱岗敬业?</w:t>
      </w:r>
      <w:r>
        <w:rPr>
          <w:lang w:eastAsia="zh-CN"/>
        </w:rPr>
        <w:br/>
      </w:r>
      <w:r>
        <w:rPr>
          <w:lang w:eastAsia="zh-CN"/>
        </w:rPr>
        <w:t>　　很难用一句话概括，从他身上我至少学到了一点：爱岗敬业不单是把工作当成一种差事，而是把它当作一种精神享受，一种人生体验，甚至将其融为生活密不可分的一部分。热爱，源于内心深处的荣誉感，这份荣誉感趋使他决心以坚定的意志、执着的追求去挖掘人生的价值。因为热爱，所以勤奋拼搏，所以意志坚定，所以甘于奉献。</w:t>
      </w:r>
      <w:r>
        <w:rPr>
          <w:lang w:eastAsia="zh-CN"/>
        </w:rPr>
        <w:br/>
      </w:r>
      <w:r>
        <w:rPr>
          <w:lang w:eastAsia="zh-CN"/>
        </w:rPr>
        <w:t>　　谢谢大家!</w:t>
      </w:r>
      <w:r>
        <w:rPr>
          <w:lang w:eastAsia="zh-CN"/>
        </w:rPr>
        <w:br/>
      </w:r>
      <w:r>
        <w:rPr>
          <w:lang w:eastAsia="zh-CN"/>
        </w:rPr>
        <w:t xml:space="preserve">    2024电力企业爱岗敬业演讲稿 篇6 </w:t>
      </w:r>
      <w:r>
        <w:rPr>
          <w:lang w:eastAsia="zh-CN"/>
        </w:rPr>
        <w:br/>
      </w:r>
      <w:r>
        <w:rPr>
          <w:lang w:eastAsia="zh-CN"/>
        </w:rPr>
        <w:t>　　尊敬的各位领导：</w:t>
      </w:r>
      <w:r>
        <w:rPr>
          <w:lang w:eastAsia="zh-CN"/>
        </w:rPr>
        <w:br/>
      </w:r>
      <w:r>
        <w:rPr>
          <w:lang w:eastAsia="zh-CN"/>
        </w:rPr>
        <w:t>　　大家好!</w:t>
      </w:r>
      <w:r>
        <w:rPr>
          <w:lang w:eastAsia="zh-CN"/>
        </w:rPr>
        <w:br/>
      </w:r>
      <w:r>
        <w:rPr>
          <w:lang w:eastAsia="zh-CN"/>
        </w:rPr>
        <w:t>　　也许有人会说电力工作很普通，很平凡。是啊，这里没有横刀立马、舍我其谁的豪迈，也没有高山流水、谈笑鸿儒的清雅，更没有运筹帷幄、决胜千里的成就。但是我要说，我们每一名服务于人民的电力工作者，正在以科学发展观为指导，凝心聚力构筑科学的电力长城。</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科学发展观，是个词龄才几年的新名词，刚知道他的时候，他是很全面很宏伟很高大很战略的一副样子，以为是精英专属名词，须仰视才可窥大概。从最近公司掀起开展深入学习实践科学发展观活动中，我深刻地感到，原来科学发展观离我竟是这样近，近到伸手可及;其气息又是这样浓，浓到一呼一吸间均能感受;它还布满了我的工作、我的生活的空间，几乎触目皆是，我为这样的环境而满怀喜悦。</w:t>
      </w:r>
      <w:r>
        <w:rPr>
          <w:lang w:eastAsia="zh-CN"/>
        </w:rPr>
        <w:br/>
      </w:r>
      <w:r>
        <w:rPr>
          <w:lang w:eastAsia="zh-CN"/>
        </w:rPr>
        <w:t>　　当我注意到公司宣传栏上醒目的95598时，我看到的不是一串无序排列的数字，而是从制度和机制上铸造得电力服务品牌。如果说业务知识是做菜的原料的话，那么真诚的服务就是技艺高超的厨师，只有具备高超的厨艺，才会让原料展现出良好的品质和口味，服务也是同样的道理，如果没有诚信服务的理念，知道的再多，掌握的再全面，也只能是茶壶里煮饺子，肚子里有却倒不出来。心系客服，诚信服务，才能内强素质，外塑形象，更好地服务于电力客户，架起服务社会的桥梁。</w:t>
      </w:r>
      <w:r>
        <w:rPr>
          <w:lang w:eastAsia="zh-CN"/>
        </w:rPr>
        <w:br/>
      </w:r>
      <w:r>
        <w:rPr>
          <w:lang w:eastAsia="zh-CN"/>
        </w:rPr>
        <w:t>　　当我每天早上走进办公室的时候，我感受到的是催人奋发的工作氛围。企业文化是作为一种无形规则存在于员工的意识中，平时就好像是海市蜃楼，只存在于那一叠叠厚厚的报告中，但我想我每天感受到得氛围就是它潜移默化的结果。那种氛围，是一种规范力&amp;&amp;促使员工遵章守纪;是一种凝聚力&amp;&amp;促使员工精诚合作;是一种号召力&amp;&amp;引导人们把个人理想凝集成企业同一目标，与企业共存共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当我每个周五晚上走进这间会议室的时候，我感受到得是公司领导对员工培训的重视。一块铁，可以锯融消损，也可以百炼成钢。现在的大环境下，知识的折旧越来越快，培训是企业发展不可忽视的人本投资，是提高企业造血功能的根本途径。美国的一项研究资料表明，企业技术创新的最佳投资比例是5：5，即人本投资和硬件投资各占一半。而我们这种把办公室与教室连在一起的方式，或许只是企业培训机制构建的冰山一角，却是一种主动学习的理念，正如杰克韦尔奇所说：培训的成本是有限的，但效益是无限的。</w:t>
      </w:r>
      <w:r>
        <w:rPr>
          <w:lang w:eastAsia="zh-CN"/>
        </w:rPr>
        <w:br/>
      </w:r>
      <w:r>
        <w:rPr>
          <w:lang w:eastAsia="zh-CN"/>
        </w:rPr>
        <w:t>　　当我每次遇见从事工程建设的一线工程人员时，我总是怀着一种特别的心情。是他们，舍小家、为大家，栉风沐雨、顽强拼搏在施工建设中;是他们，克服艰难险阻，让万里线路从无到有，蜿蜒穿行在天地之间;是他们，合理施工，严保工程质量，使工程进度日新月异一项项急、难、险、重的施工任务顺利完成;一道道生产中技术、质量难题圆满攻克，他们用智慧和汗水换来了沉甸甸的经济效益、宝贵的施工经验;他们把美丽的梦想，由蓝图变为现实，把每项工程建成精品工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我们知道：以人为本是科学发展观的核心。我相信我感受到的以上这些方方面面，都是由于我们集团坚持了科学发展观的核心：以人为本，才更好、更快的形成国家电网这个响当当的品牌。托尔斯泰有句名言：幸福的家庭是相似的，不幸的家庭各有各的不幸。今天我把这句话套用一下：危机中困境是相似的，应对的策略各有各的不同。面对当前经济形势的挑战，措施和做法或许有差异，但有一点要求应该是相同的，那就是在科学发展观的指导下，我们全体电力工作者必须拥有团结一心、迎接挑战、战胜困难的决心和勇气。风潮汹涌，自当扬帆破浪;任重道远，更需策马加鞭。雄关漫道真如铁，而今迈步从头越。蓝天白云下，青山绿水中，沾化电力工作者，必将以自己饱满的生命热情，迎接一个更加辉煌灿烂的明天。</w:t>
      </w:r>
      <w:r>
        <w:rPr>
          <w:lang w:eastAsia="zh-CN"/>
        </w:rPr>
        <w:br/>
      </w:r>
      <w:r>
        <w:rPr>
          <w:lang w:eastAsia="zh-CN"/>
        </w:rPr>
        <w:t>　　我的演讲完毕，谢谢大家!</w:t>
      </w:r>
      <w:r>
        <w:rPr>
          <w:lang w:eastAsia="zh-CN"/>
        </w:rPr>
        <w:br/>
      </w:r>
      <w:r>
        <w:rPr>
          <w:lang w:eastAsia="zh-CN"/>
        </w:rPr>
        <w:t xml:space="preserve">    2024电力企业爱岗敬业演讲稿 篇7 </w:t>
      </w:r>
      <w:r>
        <w:rPr>
          <w:lang w:eastAsia="zh-CN"/>
        </w:rPr>
        <w:br/>
      </w:r>
      <w:r>
        <w:rPr>
          <w:lang w:eastAsia="zh-CN"/>
        </w:rPr>
        <w:t>　　尊敬的各位领导：</w:t>
      </w:r>
      <w:r>
        <w:rPr>
          <w:lang w:eastAsia="zh-CN"/>
        </w:rPr>
        <w:br/>
      </w:r>
      <w:r>
        <w:rPr>
          <w:lang w:eastAsia="zh-CN"/>
        </w:rPr>
        <w:t>　　大家好!</w:t>
      </w:r>
      <w:r>
        <w:rPr>
          <w:lang w:eastAsia="zh-CN"/>
        </w:rPr>
        <w:br/>
      </w:r>
      <w:r>
        <w:rPr>
          <w:lang w:eastAsia="zh-CN"/>
        </w:rPr>
        <w:t>　　参天大树挺拔耸立，靠的是深扎大地的根的默默支撑;凌云高楼气势撼人，来自厚重坚硬的基石无语的支撑;那么，人，又是靠什么来支撑起无比睿智的人生呢?那就是--诚信!</w:t>
      </w:r>
      <w:r>
        <w:rPr>
          <w:lang w:eastAsia="zh-CN"/>
        </w:rPr>
        <w:br/>
      </w:r>
      <w:r>
        <w:rPr>
          <w:lang w:eastAsia="zh-CN"/>
        </w:rPr>
        <w:t>　　坚守诚信，就是坚守气节和操守;坚守诚信，就是坚守做人的根本。在中国传统文化中，诚信首先是一个伦理范畴，所谓诚者信也、信者诚也，《说文解字》对诚、信二字的互释，验证了诚实守信的内在联系。重诚守信，历来是中华民族的优良传统。并且中国是一个有着悠久文明历史的国家，中国应该有充分自信把这一优良传统一代一代传承下去。中国诚信走过了历史，走进了现代，也必定要走向未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然而在我正视中国诚信的时候，我的视线在一个个令人咤异的新闻中逐渐模糊，心境在一组组令人震惊的个案中逐渐沉重。从假烟假酒假文凭，到假账假证假报告;从普通百姓的恶意消费透支，到政府官员的虚假政绩工程，从关系百姓民生的毒米、毒酒、毒奶粉，到影响产业财经的基金黑幕、股市造假、证券骗局，我们还可以听到假球、黑哨、兴奋剂，听到论文抄袭、学术失范凡此种种，不一而足。诚信的缺失如同瘟疫蔓延，泱泱中国似乎成了一个充满虚假、欺诈、伪造的染缸!在功利目的的驱动下，社会生活的各个领域，都会漫生出诚信缺失的丑陋与罪恶。</w:t>
      </w:r>
      <w:r>
        <w:rPr>
          <w:lang w:eastAsia="zh-CN"/>
        </w:rPr>
        <w:br/>
      </w:r>
      <w:r>
        <w:rPr>
          <w:lang w:eastAsia="zh-CN"/>
        </w:rPr>
        <w:t>　　想想过去的日子，不少人自己曾做过上班代人签到、迟到早退、欺上瞒下等不诚信的行为。还有很多人认为诚信两字只是纯粹的理想，难以真正实践，比如说面对竞争激烈的社会，自己为了脱颖而出，虽然在他们主观意向上觉得诚信很重要，但社会竞争迫使他们选择了投机取巧，有的员工认为从众心理是他们不诚信的原因，很多人不能以冷静的头脑来明辨是非，而是随波逐流地跟着别人走。因此当他们看到别人不诚信的时，也常常会效仿;甚至觉得别人既然都这么做，自己一个人诚信也不会得到更好回报。</w:t>
      </w:r>
      <w:r>
        <w:rPr>
          <w:lang w:eastAsia="zh-CN"/>
        </w:rPr>
        <w:br/>
      </w:r>
      <w:r>
        <w:rPr>
          <w:lang w:eastAsia="zh-CN"/>
        </w:rPr>
        <w:t>　　还有一部分员工认为诚信缺失，与诚信教育淡化有关。因为诚信被大多数人认为是一种传统美德，无须再去进行系统的教育，事实上我们员工的思想很容易被外界所左右。从更深层次来看，信誉及信用危机的产生，绝非偶然现象，而是有着深刻的历史原因与文化原因的。尽管崇尚诚信是中华民族的美德之一，但由于社会发展的历史原因，这种美德并没有成为一种普遍的国民意识。一方面，长期的封建统治，形成了以本位利益为社会标准的社会意识。在这种意识支配下，凡是合乎本位利益的都是对的，为了本位利益可以不择手段，平等互利的原则始终没有成为国民的主流意识。另一方面，千百年来长期的人治社会，长官意志、家长意志盛行，加之长期的农业经济，自由散漫的小农意识渗透于政治经济文化的各个领域，没有形成按规则办事的国民意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著名经济学家吴敬琏、厉以宁在痛斥诚信缺失的社会现状时大声疾呼：一个国家诚信体系的崩溃不仅会给国民经济和国民消费带来损害，还将对整个社会体系形成深远的影响;它必将造成人情的淡漠，人性的扭曲，道德的沦丧!法国大仲马也说过，当诚信消失的时候，肉体也就没有生命了!</w:t>
      </w:r>
      <w:r>
        <w:rPr>
          <w:lang w:eastAsia="zh-CN"/>
        </w:rPr>
        <w:br/>
      </w:r>
      <w:r>
        <w:rPr>
          <w:lang w:eastAsia="zh-CN"/>
        </w:rPr>
        <w:t>　　历史上的种种都证明了：不讲信誉的人是没有前途的人，不讲信誉的民族是堕落的民族，不讲信誉的社会是混乱的社会，不讲信誉的国家是没有希望的国家。不讲诚信的企业是没有发展的企业。</w:t>
      </w:r>
      <w:r>
        <w:rPr>
          <w:lang w:eastAsia="zh-CN"/>
        </w:rPr>
        <w:br/>
      </w:r>
      <w:r>
        <w:rPr>
          <w:lang w:eastAsia="zh-CN"/>
        </w:rPr>
        <w:t>　　缺失诚信，失我国魂!缺失诚信，国将不国!</w:t>
      </w:r>
      <w:r>
        <w:rPr>
          <w:lang w:eastAsia="zh-CN"/>
        </w:rPr>
        <w:br/>
      </w:r>
      <w:r>
        <w:rPr>
          <w:lang w:eastAsia="zh-CN"/>
        </w:rPr>
        <w:t>　　中国呼唤诚信!企业需要诚信!企业需要诚信!</w:t>
      </w:r>
      <w:r>
        <w:rPr>
          <w:lang w:eastAsia="zh-CN"/>
        </w:rPr>
        <w:br/>
      </w:r>
      <w:r>
        <w:rPr>
          <w:lang w:eastAsia="zh-CN"/>
        </w:rPr>
        <w:t>　　企业诚信是一个需要全体职工共同营造的系统工程!</w:t>
      </w:r>
      <w:r>
        <w:rPr>
          <w:lang w:eastAsia="zh-CN"/>
        </w:rPr>
        <w:br/>
      </w:r>
      <w:r>
        <w:rPr>
          <w:lang w:eastAsia="zh-CN"/>
        </w:rPr>
        <w:t>　　诚信企业是一个需要全社会共同推进的奋斗目标!</w:t>
      </w:r>
      <w:r>
        <w:rPr>
          <w:lang w:eastAsia="zh-CN"/>
        </w:rPr>
        <w:br/>
      </w:r>
      <w:r>
        <w:rPr>
          <w:lang w:eastAsia="zh-CN"/>
        </w:rPr>
        <w:t>　　我们当代职工不能对此无动于衷，也不能空待诚信体系的趋于完善，才释放自己心里那微弱的诚信。心底坦荡天地宽：诚信为人，必能取信于人，立信于人，收获的一定是朋友;诚信做事，必能韧如江流，动如海啸，赢得的一定是信赖和尊重;诚信对待生活，才能挫之不馁，安之不燥，我们终将能取得成功。</w:t>
      </w:r>
      <w:r>
        <w:rPr>
          <w:lang w:eastAsia="zh-CN"/>
        </w:rPr>
        <w:br/>
      </w:r>
      <w:r>
        <w:rPr>
          <w:lang w:eastAsia="zh-CN"/>
        </w:rPr>
        <w:t>　　诚信是驿站，给劳顿的步履以歇息;诚信是力量，给疲惫的身心以补给;诚信更是我们做人处世之根，安身立命之本，给我们生命以支撑，给我们一路跋涉以意义。</w:t>
      </w:r>
      <w:r>
        <w:rPr>
          <w:lang w:eastAsia="zh-CN"/>
        </w:rPr>
        <w:br/>
      </w:r>
      <w:r>
        <w:rPr>
          <w:lang w:eastAsia="zh-CN"/>
        </w:rPr>
        <w:t>　　让我们携手共创诚信企业!诚信从你我做起!诚信从现在做起!</w:t>
      </w:r>
      <w:r>
        <w:rPr>
          <w:lang w:eastAsia="zh-CN"/>
        </w:rPr>
        <w:br/>
      </w:r>
      <w:r>
        <w:rPr>
          <w:lang w:eastAsia="zh-CN"/>
        </w:rPr>
        <w:t xml:space="preserve">    2024电力企业爱岗敬业演讲稿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各位领导，各位同事：</w:t>
      </w:r>
      <w:r>
        <w:rPr>
          <w:lang w:eastAsia="zh-CN"/>
        </w:rPr>
        <w:br/>
      </w:r>
      <w:r>
        <w:rPr>
          <w:lang w:eastAsia="zh-CN"/>
        </w:rPr>
        <w:t>　　大家好！</w:t>
      </w:r>
      <w:r>
        <w:rPr>
          <w:lang w:eastAsia="zh-CN"/>
        </w:rPr>
        <w:br/>
      </w:r>
      <w:r>
        <w:rPr>
          <w:lang w:eastAsia="zh-CN"/>
        </w:rPr>
        <w:t>　　从我降临世间的那一刻起，我应该感谢我的父母，是他们给了我来这世上走一遭的机会，把我从呱呱坠地的婴儿一勺饭一口水的喂养成如今健康的青年。当我深刻理解了教师的含义时，我应该感谢他们，是他们带我穿越知识的海洋，领略古今中外的风采，指引我纵观尘世百态，看清人间的真善美，是他们，告诉我：无论何时，怀抱一颗感恩之心！吃水不忘挖井人，受人滴水之恩，当涌泉相报呐！是啊，想一想，我们需要感恩的人确实太多太多……而今天，我要演讲的主题是：感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20__年12月9日，我怀着对未来美好生活的憧憬，怀着对美丽人生的追求，踏进了__公司的大门。当年的__公司还只是几间租来的简陋的办公室，尽管只有十几位员工，却分工明细，各司其职，配合相当默契。初来乍到的我，本以为满腹经纶就能学以致用，却没曾想毕业于工业与民用建筑专业的自己，除了抱着毕业证书发呆外，甚至连读懂最基本的图纸都困难。于是，当优越感逐渐转为失落感甚至挫败感时，当由坚信自己是一块金子到怀疑自己是一粒沙子时，愤怒、迷茫、自卑就开始与日俱增。公司里的同事们鼓励我说迷茫与困惑谁都会经历，恐惧与逃避谁都曾经有过，但不要把迷茫与困惑当作可以自我放弃、甘于平庸的借口，更不要成为自怨自艾、祭奠失意的苦酒。生命需要自己去承担，命运更需要自己去把握，凡事不可心急，一点点的进步才能做笑到最后的那个人。公司提供了很多专业书籍，领导也多次亲自指导，指点我一步步的熟悉了包括业务，图纸，施工等各项程序。20__年3月31日，公司新厂区举行奠基仪式，我挤在人群中，听着噼里啪啦的鞭炮声，心潮澎湃的我久久凝视着这片炙热的土地，这片孕育希望的热土，到处充满着激情与活力，处处折射着决策者过人的胆识与魄力，我在心里呐喊：这是明天，这是希望呐！</w:t>
      </w:r>
      <w:r>
        <w:rPr>
          <w:lang w:eastAsia="zh-CN"/>
        </w:rPr>
        <w:br/>
      </w:r>
      <w:r>
        <w:rPr>
          <w:lang w:eastAsia="zh-CN"/>
        </w:rPr>
        <w:t>　　从那以后，我更加努力的学习，谨遵各位领导的谆谆教诲，将全部精力投入到学习中去，因为我懂得：公司领导为我们提供了如此美好的展示自己的平台，我不能辜负了大家的期望，作为一名普通员工，我们必须时刻怀抱一颗感恩之心。</w:t>
      </w:r>
      <w:r>
        <w:rPr>
          <w:lang w:eastAsia="zh-CN"/>
        </w:rPr>
        <w:br/>
      </w:r>
      <w:r>
        <w:rPr>
          <w:lang w:eastAsia="zh-CN"/>
        </w:rPr>
        <w:t>　　新建厂区很快竣工，我们搬进了占地一百二十多亩的新厂区，领导为我们的办公室添置了新的桌椅、沙发，貌不其扬的板房，经过独具匠心的装修，别有了一番风味。公司领导英明决策，到各学校招贤纳士，高薪聘请了许多高文化，高素质人才，来填补技术人员的空缺，与此同时，公司引进了精尖化的自控系统设备，置于已经建设完成的两万平方米的钢结构车间内，并细分了各部门的责任。岁月匆匆，韶华流逝，短短的两年时光如弹指一挥间，如今的，已是员工超过四百，年销售额超过三个亿的东方雄鹰，翱翔于山东乃至全中国的苍穹下，搏击长空，无所畏惧的勇往直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尽管硕果累累，可是公司上下并没有因为知足而放慢发展的脚步，谨慎的领导班子不敢有一点点松懈，高瞻远瞩，深谋远虑，紧张的奔波于各大城市的工业园以及钢构车间密集区，搜集开发信息，充实而快乐。记得有一次，和杭总经理一起就餐，几位客户劝慰他说：您这年纪了一定要注意劳逸结合，多多锻炼身体，不要把自己搞的如此疲惫不堪。杭总经理却轻轻摇头：曾经没成立公司的时候我会考虑，现在不一样了，肩上的担子和责任很重，公司所有人都在看着我，必须给每位员工树立标兵才行，我有时候会给自己增加压力，提醒自己不能怠慢啊，明天会面临更大更高的挑战，我们应该一起努力！在座的所有人都面露佩服之色。</w:t>
      </w:r>
      <w:r>
        <w:rPr>
          <w:lang w:eastAsia="zh-CN"/>
        </w:rPr>
        <w:br/>
      </w:r>
      <w:r>
        <w:rPr>
          <w:lang w:eastAsia="zh-CN"/>
        </w:rPr>
        <w:t>　　亲爱的朋友们，您还记得公司为我们免费订制的那套西服吗？您曾留意每天接送我们上下班的那辆班车吗？在寒冷的冬晨，您是否感受到了那碗热气腾腾的玉米粥的甘甜？在蚊虫猖狂的炙夏，还记得每个办公室领到的清凉油带给您的清爽吗？亲爱的朋友们，如果现在您正在办公室，抬头环视周围，您看见公司购置的那些四季常青带给我们希望的盆景了吗？在您的办公桌上，还摆放着每年过节，公司发送给我们的小礼物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诗人艾青在他的诗中写到：为什么我的眼中饱含泪水，因为我对这片土地爱得深沉。亲爱的朋友们，是谁点燃了我们心中努力奋斗的火种？是谁为我们的梦想搭建起广阔的舞台？是谁在我们迷茫时手挚一盏希望的照明灯？是谁指引我们不断加强学习充实自己的人生？又是谁心甘情愿做我们的向导，提供一切方便在我们一步步靠近成功的殊途？亲爱的朋友们，你们的答案是什么？金钱？地位？权势？我却不以为然，那是我们的__公司啊，她是一位慈祥的母亲，时刻呵护着她的孩子们，她是一个舵手，摆渡着整条船上的人们，奋进于胜利的彼岸，是每个人心目中可以依赖可以托付的挚友，给我们指点迷津。她不会要求回报，不会奢望得到所有人的理解，更不曾想过有人会对她永远留恋，她只是这样，默默的奉献……</w:t>
      </w:r>
      <w:r>
        <w:rPr>
          <w:lang w:eastAsia="zh-CN"/>
        </w:rPr>
        <w:br/>
      </w:r>
      <w:r>
        <w:rPr>
          <w:lang w:eastAsia="zh-CN"/>
        </w:rPr>
        <w:t>　　亲爱的朋友们，我们有理由对她置之不理吗？我们有理由不对她怀揣一颗感恩之心吗？我们没有，所以从现在起，为她做一些力所能及的事情吧，纵使你现在只是在一个不起眼的容易被人忽视的岗位上，那也是上帝安排的恩赐，行动起来吧，不要再藐视自己的卑微，不要再因为拿不到丰厚的薪酬而自责不已，我们在学到的每一点，都是我们人生道路上绝版的享受，都是给予我们的无价之宝，这位善良的母亲需要我们，需要我们伸出一双温暖的手，在硕果累累时，我们和她一起分享庆祝，在荆棘满地时，我们风雨同舟，我们相濡以沫！</w:t>
      </w:r>
      <w:r>
        <w:rPr>
          <w:lang w:eastAsia="zh-CN"/>
        </w:rPr>
        <w:br/>
      </w:r>
      <w:r>
        <w:rPr>
          <w:lang w:eastAsia="zh-CN"/>
        </w:rPr>
        <w:t>　　亲爱的朋友们，对怀抱一颗感恩之心吧，让我们携手，一起迎接更加辉煌璀璨的明天吧，我坚信，在我们大家共同的努力下，这只激情四溢的雄鹰，定会在东方这片广阔无垠的苍穹下，展翅翱翔！</w:t>
      </w:r>
      <w:r>
        <w:rPr>
          <w:lang w:eastAsia="zh-CN"/>
        </w:rPr>
        <w:br/>
      </w:r>
      <w:r>
        <w:rPr>
          <w:lang w:eastAsia="zh-CN"/>
        </w:rPr>
        <w:t xml:space="preserve">    2024电力企业爱岗敬业演讲稿 篇9 </w:t>
      </w:r>
      <w:r>
        <w:rPr>
          <w:lang w:eastAsia="zh-CN"/>
        </w:rPr>
        <w:br/>
      </w:r>
      <w:r>
        <w:rPr>
          <w:lang w:eastAsia="zh-CN"/>
        </w:rPr>
        <w:t>　　首先我们感恩父母，是父母给予了我们生命，不辞辛苦，哺育成长;感恩师长，给予我们知识;感恩朋友，送来真诚的友谊。只有心怀感恩，才能滋润生命的人生真谛。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常怀感恩心用感恩的心做人，用忠诚的心干事，敬业爱岗是员工忠诚职业的重要体现。“滴水之恩，当涌泉相报”的古训、“吃水不忘挖井人”的格言和“羊羔跪乳、乌鸦反哺”故事的启发，我们要懂得感恩。作为企业员工，不要将拥有的一切都视之为理所当然，对公司我们要有一颗感恩的心。当我们参加工作，踏进企业的大家庭后，虽然为企业做了许多工作，更是企业养育了我们，给我们巨大的关怀，在这里我们追求着事业的成功，享受着工作带来的乐趣，实现着人生的价值。感恩企业给我们一个良好的工作、生活、学习的环境，给我们提供了优厚的待遇和物质生活的保障，更为我们构建了一个展现自我价值的平台，让我们可以全身心地投入到自己的工作当中，感受到了工作的充实，生活的快乐。</w:t>
      </w:r>
      <w:r>
        <w:rPr>
          <w:lang w:eastAsia="zh-CN"/>
        </w:rPr>
        <w:br/>
      </w:r>
      <w:r>
        <w:rPr>
          <w:lang w:eastAsia="zh-CN"/>
        </w:rPr>
        <w:t>　　感恩企业给予的恩惠，我们会更加忠诚敬业，尽心尽力，勤奋的工作，提高工作效率，工作质量，与企业发展风雨同舟，荣辱与共，兴衰同在，为企业发展壮大努力工作。</w:t>
      </w:r>
      <w:r>
        <w:rPr>
          <w:lang w:eastAsia="zh-CN"/>
        </w:rPr>
        <w:br/>
      </w:r>
      <w:r>
        <w:rPr>
          <w:lang w:eastAsia="zh-CN"/>
        </w:rPr>
        <w:t>　　心存感恩，生活会更和谐;心存感恩，工作会更快乐，让我们心怀感恩去回报企业，祝福我们的企业明天会更好。</w:t>
      </w:r>
      <w:r>
        <w:rPr>
          <w:lang w:eastAsia="zh-CN"/>
        </w:rPr>
        <w:br/>
      </w:r>
      <w:r>
        <w:rPr>
          <w:lang w:eastAsia="zh-CN"/>
        </w:rPr>
        <w:t>　　学会工作、懂得感恩，是世界众多知名企业的企业文化，是企业生存和发展的重要方式，也是员工持续进步的动力。</w:t>
      </w:r>
      <w:r>
        <w:rPr>
          <w:lang w:eastAsia="zh-CN"/>
        </w:rPr>
        <w:br/>
      </w:r>
      <w:r>
        <w:rPr>
          <w:lang w:eastAsia="zh-CN"/>
        </w:rPr>
        <w:t>　　有一份属于自己的工作实在是一件幸福的事情!当咱们从学校走出，正式步入社会的时候，企业为我们提供了宝贵的培训机会，让我们从学生迅速转变为职业人;每个月底，我们会有一份收入;企业为我们提供了各种各样的岗位和工作，满足不同个性和特长的员工的不同需求，让我们获得施展自己才能的舞台;当我们努力工作，并且取得一定成绩的时候，企业为我们提供升职和嘉奖的机会，让我们获得满足感和幸福感。企业其实就是我们的衣食父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作为一名员工，我们必须懂得感恩。只有懂得感恩，你才会竭尽所能、主动、高效、热情地完成自己的任务，用心去经营属于自己的职业;还要将你的上级、同事看成是和你同舟共济的伙伴，他们是这个企业的合作者，而且只有每一个人都努力做好自己的工作，企业才会前进。每一个人的命运都将和企业紧紧地捆绑在一起，与企业同生死、共命运。所以，你不但要为企业做好自己的本职工作，还要保护你的企业，不让它在中途抛锚。只有企业发展了，你的生活才能得到保障。</w:t>
      </w:r>
      <w:r>
        <w:rPr>
          <w:lang w:eastAsia="zh-CN"/>
        </w:rPr>
        <w:br/>
      </w:r>
      <w:r>
        <w:rPr>
          <w:lang w:eastAsia="zh-CN"/>
        </w:rPr>
        <w:t xml:space="preserve">    2024电力企业爱岗敬业演讲稿 篇10 </w:t>
      </w:r>
      <w:r>
        <w:rPr>
          <w:lang w:eastAsia="zh-CN"/>
        </w:rPr>
        <w:br/>
      </w:r>
      <w:r>
        <w:rPr>
          <w:lang w:eastAsia="zh-CN"/>
        </w:rPr>
        <w:t>　　尊敬的各位领导、各位评委、各位同事：</w:t>
      </w:r>
      <w:r>
        <w:rPr>
          <w:lang w:eastAsia="zh-CN"/>
        </w:rPr>
        <w:br/>
      </w:r>
      <w:r>
        <w:rPr>
          <w:lang w:eastAsia="zh-CN"/>
        </w:rPr>
        <w:t>　　大家好!我叫，我来自移动公司无线设备维护中心。</w:t>
      </w:r>
      <w:r>
        <w:rPr>
          <w:lang w:eastAsia="zh-CN"/>
        </w:rPr>
        <w:br/>
      </w:r>
      <w:r>
        <w:rPr>
          <w:lang w:eastAsia="zh-CN"/>
        </w:rPr>
        <w:t>　　站在这里我要感谢公司为我们提供了这样一个展示自我的机会。我非常羡慕和佩服那些在台上可以口若悬河、妙语如珠的演讲者，能够让自己也走上演讲台一直是我的梦想，今天很高兴终于有了机会让这个梦想照进我的现实。我演讲的题目是《最好的船员，最好的船》。</w:t>
      </w:r>
      <w:r>
        <w:rPr>
          <w:lang w:eastAsia="zh-CN"/>
        </w:rPr>
        <w:br/>
      </w:r>
      <w:r>
        <w:rPr>
          <w:lang w:eastAsia="zh-CN"/>
        </w:rPr>
        <w:t>　　正所谓开卷有益，读罢《你在为谁工作》和《这是你的船》，我果然受益匪浅，对于一名像我这样工作不满一年的新员工来说，这两本书让我明白对待工作要有一颗感恩的心，更要有一颗强烈的责任心。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去年八月，我怀揣着希望与梦想从数千名应聘者中脱颖而出，成为了移动公司的一名新员工。从那时起，我就开始感谢上苍对我的眷顾，也是从那时起，我踏上了属于我的船，还是从那时起，我知道我有责任让这条船在广阔的海洋上扬帆远航。我是一名法律系研究生，对无线技术可谓知之甚少，所以当公司把我分配到无线中心这个以无线技术为主体的部门工作时，我对这里的一切都感到很陌生。我不知道怎样去更换载频，也不知道怎样去调试微波，我更不知道该如何去处理基站里那各种各样的障碍，这些困难就像天堑一样横亘在我前进的道路上，让我对自己的未来产生了疑惑。这时我想到了迈克尔.阿伯拉肖夫在《这是你的船》一书中最让人激动地一句话：“记住：这是你的船！要让它成为最好的！”那么我该何去何从，该怎样把我的船打造成最好的呢？于是我向师傅诉说了我的困惑，师傅听完后语重心长地对我说：“晨星，你不要灰心，更不要放弃，其实我们的工作并不难，只要你能多努点力，多用点心，再多一点创造，那么你的工作就成功了。成功的秘诀就是要热爱交给自己的每项工作，并且要全神贯注，全力以赴。”师傅的话让我豁然开朗，原来工作就是这么简单。然而不就是我们移动人用这看似简单的多一点努力，多一点用心，多一点创造，才改变中国上亿移动手机用户的生活，才铸就我们移动公司今天的辉煌吗？</w:t>
      </w:r>
      <w:r>
        <w:rPr>
          <w:lang w:eastAsia="zh-CN"/>
        </w:rPr>
        <w:br/>
      </w:r>
      <w:r>
        <w:rPr>
          <w:lang w:eastAsia="zh-CN"/>
        </w:rPr>
        <w:t>　　移动公司就如同航行在茫茫大海上的船，我们每名员工都在不同的岗位上为它的远航而辛勤的劳作，在这看似平凡普通的`人群之中却总有些伟岸高大的背影在感动我的心灵，在震撼我的灵魂。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年初的时候，公司为了打击基站被盗，成立了防盗小组。我有幸加入到这个光荣的团队，说实话这项工作真的很辛苦，两天就要值一个夜班。我们无线中心的两位主任和公司的几位老总也是小组成员，尽管作为领导，他们每天可能要付出更多的辛劳，但是强烈的责任心让他们放弃了本应在下班后回家好好休息陪陪家人的权力，他们坚定地选择和我们普通员工一起奋战在防盗的最前线。听到这里，大家也许会说，这有什么呀？不就是工作累点吗？作为移动公司的员工。完成他的本职工作是天经地义的，是再寻常不过的事情了，这还值得一提吗？是的，大家说的没错，对于一名身体健康的员工来说，完成本职工作确实是天经地义再寻常不过的事情了。但是对于一个身患重病，刚刚做完手术，又经历了常人无法想象痛苦化疗的人来说，这还寻常吗？这还天经地义吗？这还不值得一提吗？我们无线中心的钱绍禹主任，就是在这样的情况下依然坚守着自己的岗位，身体还没有痊愈就白天坚持工作，夜里又同我们一起奋战在防盗的最前线。钱主任没有什么豪言壮语，也没有什么丰功伟绩，但他却用最质朴的行动诠释了一个移动老员工，对移动通信事业的无限热爱。工作已成为他生命中的一部分，已经深深地溶入到他的血液中，他用行动告诉我们，移动公司是他的船，他在为自己工作，为家人工作，为国人工作。他的行为深深地感染了我，影响了我，激励了我，同样也深深震撼激励了我们无线中心的全体员工。此时此刻，我无法用任何言语来表达我激动的心情，我只能怀着最崇高的敬意对钱主任，对每一位为我们移动事业作出贡献的人说一声：你们，辛苦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从钱主任身上，我终于明白了，为什么我们移动公司为什么是这么优秀的集体，这么卓越的一个团队。为什么我们移动公司成立仅十余年，就站在世界五百强的最前列。虽然原因是多方面的，但最重要的不就是因为我们有千千万万个像钱主任一样，把移动公司当作自己船的人，有千千万万个像钱主任一样，勤勤肯肯知道为谁工作的人嘛！</w:t>
      </w:r>
      <w:r>
        <w:rPr>
          <w:lang w:eastAsia="zh-CN"/>
        </w:rPr>
        <w:br/>
      </w:r>
      <w:r>
        <w:rPr>
          <w:lang w:eastAsia="zh-CN"/>
        </w:rPr>
        <w:t>　　移动公司是钱主任的船，是我，星的船，更是我们全体移动人的船。我们移动公司的新老员工，都是这船上最好的船员，以薄总为首的各级领导班子就是最好的船长。那么就让我们在船长的率领下齐心协力，风雨同舟，把移动公司这条属于我们自己的船打造成最好的船！</w:t>
      </w:r>
      <w:r>
        <w:rPr>
          <w:lang w:eastAsia="zh-CN"/>
        </w:rPr>
        <w:br/>
      </w:r>
      <w:r>
        <w:rPr>
          <w:lang w:eastAsia="zh-CN"/>
        </w:rPr>
        <w:t xml:space="preserve">    2024电力企业爱岗敬业演讲稿 篇11 </w:t>
      </w:r>
      <w:r>
        <w:rPr>
          <w:lang w:eastAsia="zh-CN"/>
        </w:rPr>
        <w:br/>
      </w:r>
      <w:r>
        <w:rPr>
          <w:lang w:eastAsia="zh-CN"/>
        </w:rPr>
        <w:t>　　尊敬的各位领导、各位同事们：</w:t>
      </w:r>
      <w:r>
        <w:rPr>
          <w:lang w:eastAsia="zh-CN"/>
        </w:rPr>
        <w:br/>
      </w:r>
      <w:r>
        <w:rPr>
          <w:lang w:eastAsia="zh-CN"/>
        </w:rPr>
        <w:t>　　大家好!</w:t>
      </w:r>
      <w:r>
        <w:rPr>
          <w:lang w:eastAsia="zh-CN"/>
        </w:rPr>
        <w:br/>
      </w:r>
      <w:r>
        <w:rPr>
          <w:lang w:eastAsia="zh-CN"/>
        </w:rPr>
        <w:t>　　我述职的题目是爱岗敬业，我的无悔追求我是今年六月份正式到营业岗位工作的，在穿上这身蓝色标志服的一刹那，我深感自豪 的同时，也感到了肩上责任的重大：因为，我虽是一名普通的营业员，但我深知，我的一举一动、一言一行，代表着企业的形象。营业是公司对外服务的窗口，是企 业形象的代表。从走上岗位的那一刻起，我就下定决心：一定要做一名合格的、优秀的营业员。</w:t>
      </w:r>
      <w:r>
        <w:rPr>
          <w:lang w:eastAsia="zh-CN"/>
        </w:rPr>
        <w:br/>
      </w:r>
      <w:r>
        <w:rPr>
          <w:lang w:eastAsia="zh-CN"/>
        </w:rPr>
        <w:t>　　说起来，做一名营业员容易，但要做一名优秀的营业员就难了。虽然</w:t>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xml:space="preserve"> 我有做营业的基础，但毕竟原来的工作量小、所办的业务种类单一，跟营业岗位繁重的工作量比起来，真是相差太多了。我知道，熟练的业务知识、业务技能是衡量</w:t>
      </w:r>
      <w:r>
        <w:rPr>
          <w:lang w:eastAsia="zh-CN"/>
        </w:rPr>
        <w:t xml:space="preserve"> 一个营业员是否合格的基础。为了尽快的熟悉业务，我虚心的向老营业员请教，也从不放过任何可以利用的休息时间去学习。功夫不负有心人，在很短的时间内，我</w:t>
      </w:r>
      <w:r>
        <w:rPr>
          <w:lang w:eastAsia="zh-CN"/>
        </w:rPr>
        <w:t xml:space="preserve"> 熟知了业务，看着客户满意的目光，我也欣慰的笑了。有人说，营业员的工作是枯燥的，但我说，营业员的工作是神圣的，我热爱它。创造无限通信世界，提供崭新</w:t>
      </w:r>
      <w:r>
        <w:rPr>
          <w:lang w:eastAsia="zh-CN"/>
        </w:rPr>
        <w:t xml:space="preserve"> 的生活方式，让所有人享受到快乐，是中国移动永远的追求，而营业窗口服务是联系客户的桥梁和纽带。一声亲切的问候，一个甜甜的微笑，拉近了客户与我们之间</w:t>
      </w:r>
      <w:r>
        <w:rPr>
          <w:lang w:eastAsia="zh-CN"/>
        </w:rPr>
        <w:t xml:space="preserve"> 的距离。在工作中，我本着企业沟通从心开始的服务理念，热情的、真诚的接待每一位客户，让客户高兴而来，满意而归，让他们真正的、实实在在的享受我们</w:t>
      </w:r>
      <w:r>
        <w:rPr>
          <w:lang w:eastAsia="zh-CN"/>
        </w:rPr>
        <w:t xml:space="preserve"> 优质、高效的服务。随着通信业突飞猛进的发展，市场竟争也越来越激烈，一些客户着眼于眼前的利益，频繁地销号、换卡。我看在眼里，急在心里，要知道我们的</w:t>
      </w:r>
      <w:r>
        <w:rPr>
          <w:lang w:eastAsia="zh-CN"/>
        </w:rPr>
        <w:t xml:space="preserve"> 每一张卡都是有成本的呀，而且，失去一个客户就失去一笔收入，失去一份信任。为了尽可能的保住用户，我耐心的讲解我们品牌优势、网络优势、信誉优</w:t>
      </w:r>
      <w:r>
        <w:rPr>
          <w:lang w:eastAsia="zh-CN"/>
        </w:rPr>
        <w:t xml:space="preserve"> 势，积极的推销新业务。有一些客户在我耐心、细致的解释下，保留了原号码，满意的走了。但有一些客户根本不听你的解释，对你大喊大叫，满口脏话，我委屈的</w:t>
      </w:r>
      <w:r>
        <w:rPr>
          <w:lang w:eastAsia="zh-CN"/>
        </w:rPr>
        <w:t xml:space="preserve"> 泪水在眼睛里打转，但我忍住了，不让眼泪掉下来。我想，我委屈一点儿不算什么，只要我们公司的利益不受损害，用户发泄一下又何妨呢。每天周而复始的工作，</w:t>
      </w:r>
    </w:p>
    <w:p w:rsidR="001B1F19" w14:textId="27C3F48A">
      <w:pPr>
        <w:rPr>
          <w:rFonts w:hint="eastAsia"/>
          <w:lang w:eastAsia="zh-CN"/>
        </w:rPr>
      </w:pPr>
      <w:r>
        <w:rPr>
          <w:lang w:eastAsia="zh-CN"/>
        </w:rPr>
        <w:t xml:space="preserve"> 这样的事情经常会发生，但我始终牢记我们企业的服务宗旨：追求客户满意服务，我用真心、真诚与客户筑起了心与心之间的桥梁。在中国向信息化社会迈进的</w:t>
      </w:r>
      <w:r>
        <w:rPr>
          <w:lang w:eastAsia="zh-CN"/>
        </w:rPr>
        <w:t xml:space="preserve"> 今天，移动电话已经成为人们越来越重要的通信工具，它不仅能够满足人们语言沟通的真正需求，还能满足人们娱乐、休闲、商务、学习等更多层次的需求。这就要</w:t>
      </w:r>
      <w:r>
        <w:rPr>
          <w:lang w:eastAsia="zh-CN"/>
        </w:rPr>
        <w:t xml:space="preserve"> 求我们营业员不仅要有扎实的业务功底，还要了解客户的需求，及时的向公司反馈信息，根据客户的需求，满足他们更高层次的需要。</w:t>
      </w:r>
      <w:r>
        <w:rPr>
          <w:lang w:eastAsia="zh-CN"/>
        </w:rPr>
        <w:br/>
      </w:r>
      <w:r>
        <w:rPr>
          <w:lang w:eastAsia="zh-CN"/>
        </w:rPr>
        <w:t>　　为此，我经常看有 关方面的信息，了解新形势，掌握新动向，在业务不忙的时候，也和客户沟通，征求他们的意见和建议，及时反馈给公司。我知道，我到营业工作的时间短，虽 然我努力了，但还有很多不足。如果这次我竟聘成功了，在今后的工作中，我会更加努力，因为我热爱这项工作，爱岗敬业，是我一生无悔的追求;如果我竟聘失败 了，只能说我离一个优秀的营业员还有差距。即使我离开公司，我依然会关心事业的发展，因为这片蓝色的天空带给我无限的梦想。我的述职报告结束了，希望 领导们能给我一个机会。谢谢。</w:t>
      </w:r>
      <w:r>
        <w:rPr>
          <w:lang w:eastAsia="zh-CN"/>
        </w:rPr>
        <w:br/>
      </w:r>
      <w:r>
        <w:rPr>
          <w:lang w:eastAsia="zh-CN"/>
        </w:rPr>
        <w:t xml:space="preserve">    2024电力企业爱岗敬业演讲稿 篇12 </w:t>
      </w:r>
      <w:r>
        <w:rPr>
          <w:lang w:eastAsia="zh-CN"/>
        </w:rPr>
        <w:br/>
      </w:r>
      <w:r>
        <w:rPr>
          <w:lang w:eastAsia="zh-CN"/>
        </w:rPr>
        <w:t>　　尊敬的各位领导、评委，亲爱的同事们：</w:t>
      </w:r>
      <w:r>
        <w:rPr>
          <w:lang w:eastAsia="zh-CN"/>
        </w:rPr>
        <w:br/>
      </w:r>
      <w:r>
        <w:rPr>
          <w:lang w:eastAsia="zh-CN"/>
        </w:rPr>
        <w:t>　　大家晚上好：</w:t>
      </w:r>
      <w:r>
        <w:rPr>
          <w:lang w:eastAsia="zh-CN"/>
        </w:rPr>
        <w:br/>
      </w:r>
      <w:r>
        <w:rPr>
          <w:lang w:eastAsia="zh-CN"/>
        </w:rPr>
        <w:t>　　很高兴能够站在今天这个星光灿烂的舞台上演讲，我演讲的题目是《用奉献铸就不老的传说》!</w:t>
      </w:r>
      <w:r>
        <w:rPr>
          <w:lang w:eastAsia="zh-CN"/>
        </w:rPr>
        <w:br/>
      </w:r>
      <w:r>
        <w:rPr>
          <w:lang w:eastAsia="zh-CN"/>
        </w:rPr>
        <w:t>　　听到这个标题，也许有人在偷笑了，不老的传说，这也太神奇了吧。我所说的不老传说，并不是人，而是一个企业不老，一种精神不老。</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https://d.book118.com/265221014243011102</w:t>
        </w:r>
      </w:hyperlink>
    </w:p>
    <w:p w:rsidR="001B1F19">
      <w:pPr>
        <w:rPr>
          <w:rFonts w:hint="eastAsia"/>
          <w:lang w:eastAsia="zh-CN"/>
        </w:rPr>
      </w:pPr>
    </w:p>
    <w:sectPr>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6522101424301110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51</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