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2024年英语教师培训心得（35篇）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2024年英语教师培训心得（精选35篇）</w:t>
      </w:r>
      <w:r>
        <w:rPr>
          <w:lang w:eastAsia="zh-CN"/>
        </w:rPr>
        <w:br/>
      </w:r>
      <w:r>
        <w:rPr>
          <w:lang w:eastAsia="zh-CN"/>
        </w:rPr>
        <w:t xml:space="preserve">    2024年英语教师培训心得 篇1 </w:t>
      </w:r>
      <w:r>
        <w:rPr>
          <w:lang w:eastAsia="zh-CN"/>
        </w:rPr>
        <w:br/>
      </w:r>
      <w:r>
        <w:rPr>
          <w:lang w:eastAsia="zh-CN"/>
        </w:rPr>
        <w:t>　　暑假期间，我参加了市教育局举办的小学英语教师培训后，感触颇深。我不仅仅在英语专业知识水平上有了明显的提高，而且在教学方面有了更大的收获，极大地丰富了自己的教法，更新了自己的教学观念，使自己进一步了解了教师这个职业的内涵，更加热爱教师这个职业。</w:t>
      </w:r>
      <w:r>
        <w:rPr>
          <w:lang w:eastAsia="zh-CN"/>
        </w:rPr>
        <w:br/>
      </w:r>
      <w:r>
        <w:rPr>
          <w:lang w:eastAsia="zh-CN"/>
        </w:rPr>
        <w:t>　　在小学教师教学技能培训班开班仪式上__局长做了重要讲话。他指出：</w:t>
      </w:r>
      <w:r>
        <w:rPr>
          <w:lang w:eastAsia="zh-CN"/>
        </w:rPr>
        <w:br/>
      </w:r>
      <w:r>
        <w:rPr>
          <w:lang w:eastAsia="zh-CN"/>
        </w:rPr>
        <w:t>　　一、要明确培训目的，充分认识提高自身素质和技能水平的重要性。</w:t>
      </w:r>
      <w:r>
        <w:rPr>
          <w:lang w:eastAsia="zh-CN"/>
        </w:rPr>
        <w:br/>
      </w:r>
      <w:r>
        <w:rPr>
          <w:lang w:eastAsia="zh-CN"/>
        </w:rPr>
        <w:t>　　二、善于学习实践，在提高自身素质上狠下功夫。</w:t>
      </w:r>
      <w:r>
        <w:rPr>
          <w:lang w:eastAsia="zh-CN"/>
        </w:rPr>
        <w:br/>
      </w:r>
      <w:r>
        <w:rPr>
          <w:lang w:eastAsia="zh-CN"/>
        </w:rPr>
        <w:t>　　三、锤炼师德师风，造就高素质教师队伍。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结合__局长的讲话，每一位班主任、学员都做到了认真贯彻落实。透过这次英语学习，使我对新课标有了更加深入地理解，明白了如何确定教学目标，明确了教学目的，使我对英语教学理论知识有了进一步的认识，为我的英语课堂教学目标指明了方向。同时，还使我认识到学生与教师在英语课堂中所扮演的不同的主角和不同作用。教师需要理解孩子，了解孩子的心理特点，不断改善自己，这一点为我在英语课堂管理中指明了一条道路，在今后在工作中我要细心观察孩子，关注每个孩子，了解他们的心理特点，不断改善自己，不断提高自身的素质。同时，我还了解到教师教学行为变化，学生学习方式的变化，课堂互动方式的变化在教学中起着重要的作用，是自己不可忽视的。教师们介绍的多种英语学习方式和学习英语的渠道，使我大开眼界，受益匪浅。</w:t>
      </w:r>
      <w:r>
        <w:rPr>
          <w:lang w:eastAsia="zh-CN"/>
        </w:rPr>
        <w:br/>
      </w:r>
      <w:r>
        <w:rPr>
          <w:lang w:eastAsia="zh-CN"/>
        </w:rPr>
        <w:t>　　在今后的日子里，我将不断地学习理论知识，用理论指导教学实践，研究和探索教育、教学规律，把科研和教学结合起来，继而走上务实之路，一切从实际出发，实事求是，讲求实效。弃繁就简，走简单之路，返朴归真，为小学英语教育做一点微薄的贡献。</w:t>
      </w:r>
      <w:r>
        <w:rPr>
          <w:lang w:eastAsia="zh-CN"/>
        </w:rPr>
        <w:br/>
      </w:r>
      <w:r>
        <w:rPr>
          <w:lang w:eastAsia="zh-CN"/>
        </w:rPr>
        <w:t xml:space="preserve">    2024年英语教师培训心得 篇2 </w:t>
      </w:r>
      <w:r>
        <w:rPr>
          <w:lang w:eastAsia="zh-CN"/>
        </w:rPr>
        <w:br/>
      </w:r>
      <w:r>
        <w:rPr>
          <w:lang w:eastAsia="zh-CN"/>
        </w:rPr>
        <w:t>　　在假期里我有幸参加了英语师培训，这次英语培训是文教体局组织的，请了省专家和石家庄市小学一线英语教师，邯郸市教科所郭老师，我县赵老师做有关讲座，每场讲座人员爆满，听者受益匪浅。总结我的心得体会有三点：</w:t>
      </w:r>
      <w:r>
        <w:rPr>
          <w:lang w:eastAsia="zh-CN"/>
        </w:rPr>
        <w:br/>
      </w:r>
      <w:r>
        <w:rPr>
          <w:lang w:eastAsia="zh-CN"/>
        </w:rPr>
        <w:t>　　一、理念先行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因工作关系上学期刚接了一个班的英语，虽然多年没有教英语，毕竟是小学三年级英语刚开设，难度还不大，一个学期下来还算能够。但听了省专家报告，很快明白了自己的缺点，有关英语的教育理念跟不上。张老师说：如果你没有英语的教育理念在引导你，即使你教会了学生知识，即使学生学得也不错，但那是无效的，即使有效也是短暂的。我把英语的教育理念再与大家一齐分享：(一)面向全体学生，注重素质教育。(二)整体设计目标，体现灵活开放。(三)突出学生主体，尊重个体差异。(四)采用活动途径，倡导体验参与。(五)注重过程评价，促进学生发展。(六)开发课程资源，拓展学用渠道。张老师对这些理念作了详细讲解，很受启发，原先英语教学不单单是教会学生知识，还有很多。</w:t>
      </w:r>
      <w:r>
        <w:rPr>
          <w:lang w:eastAsia="zh-CN"/>
        </w:rPr>
        <w:br/>
      </w:r>
      <w:r>
        <w:rPr>
          <w:lang w:eastAsia="zh-CN"/>
        </w:rPr>
        <w:t>　　二、学会总结</w:t>
      </w:r>
      <w:r>
        <w:rPr>
          <w:lang w:eastAsia="zh-CN"/>
        </w:rPr>
        <w:br/>
      </w:r>
      <w:r>
        <w:rPr>
          <w:lang w:eastAsia="zh-CN"/>
        </w:rPr>
        <w:t>　　潘老师是石家庄市一名小学英语教师，有丰富得英语教学经验，她主要讲了小学英语词汇教学。其方法有：</w:t>
      </w:r>
      <w:r>
        <w:rPr>
          <w:lang w:eastAsia="zh-CN"/>
        </w:rPr>
        <w:br/>
      </w:r>
      <w:r>
        <w:rPr>
          <w:lang w:eastAsia="zh-CN"/>
        </w:rPr>
        <w:t>　　(一)直观教学法;(二)游戏竞赛法;(三)直接感知法;(四)儿歌增趣法;(五)造句法;(六)渗透语音学习法。</w:t>
      </w:r>
      <w:r>
        <w:rPr>
          <w:lang w:eastAsia="zh-CN"/>
        </w:rPr>
        <w:br/>
      </w:r>
      <w:r>
        <w:rPr>
          <w:lang w:eastAsia="zh-CN"/>
        </w:rPr>
        <w:t>　　三、扎实教学</w:t>
      </w:r>
      <w:r>
        <w:rPr>
          <w:lang w:eastAsia="zh-CN"/>
        </w:rPr>
        <w:br/>
      </w:r>
      <w:r>
        <w:rPr>
          <w:lang w:eastAsia="zh-CN"/>
        </w:rPr>
        <w:t>　　有句话说得好，要教给学生一杯水，自己务必有一桶水。听老师们的讲座，我深刻感到自己的知识严重匮乏，急需充电，只有自己的知识丰富了才能对自己的课堂把握好，才能对自己的学生说OK。</w:t>
      </w:r>
      <w:r>
        <w:rPr>
          <w:lang w:eastAsia="zh-CN"/>
        </w:rPr>
        <w:br/>
      </w:r>
      <w:r>
        <w:rPr>
          <w:lang w:eastAsia="zh-CN"/>
        </w:rPr>
        <w:t>　　以上是我对自己的英语学习一个小留意得体会，总之，此次学习受益匪浅，不虚此行。请各位领导及同仁多指正赐教，为了我的进步，也为了我们孩子的进步，努力!学习!加油!</w:t>
      </w:r>
      <w:r>
        <w:rPr>
          <w:lang w:eastAsia="zh-CN"/>
        </w:rPr>
        <w:br/>
      </w:r>
      <w:r>
        <w:rPr>
          <w:lang w:eastAsia="zh-CN"/>
        </w:rPr>
        <w:t xml:space="preserve">    2024年英语教师培训心得 篇3 </w:t>
      </w:r>
      <w:r>
        <w:rPr>
          <w:lang w:eastAsia="zh-CN"/>
        </w:rPr>
        <w:br/>
      </w:r>
      <w:r>
        <w:rPr>
          <w:lang w:eastAsia="zh-CN"/>
        </w:rPr>
        <w:t>　　转眼间，90学时培训接近尾声。付出辛勤的汗水的同时，我们也收获了很多很多。作为此次培训的学员，我深感荣幸，十分感谢教研员林老师和指导师林杏老师给予我们的指导和帮忙。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培训进行时，恰逢小学__县小学英语教师优质课的评比，我们抓住机会，观摩了为时两天的比赛。每个参赛老师认真准备，精心设计，娴熟的上课技巧，精美的多媒体课件，学生的用心发言，仿佛一幅和谐的画卷展此刻我们眼前，丝毫未发觉这是激烈地比赛场面。我们在每一堂课中学习，发现亮点，探讨不足之处，无形中，我们也在慢慢地成长进步。</w:t>
      </w:r>
      <w:r>
        <w:rPr>
          <w:lang w:eastAsia="zh-CN"/>
        </w:rPr>
        <w:br/>
      </w:r>
      <w:r>
        <w:rPr>
          <w:lang w:eastAsia="zh-CN"/>
        </w:rPr>
        <w:t>　　之后，指导师__老师的精彩的一课拉开了我们这组实践课的序幕。俗话说，好的开始，是成功的一半。我们五个组员认真备课，精心准备教具和课件，各自发挥自己的特色，较好地完成了教学任务。课后的每一次研讨，在我们在激烈地讨论中，相互学习，相互发现各自的闪光点和不足之处，本着有则改之，无则加勉的原则，我们不断改善自己的教学技巧。</w:t>
      </w:r>
      <w:r>
        <w:rPr>
          <w:lang w:eastAsia="zh-CN"/>
        </w:rPr>
        <w:br/>
      </w:r>
      <w:r>
        <w:rPr>
          <w:lang w:eastAsia="zh-CN"/>
        </w:rPr>
        <w:t>　　这次的教学实践使我们受益匪浅，既有观念上的洗礼，也有理论上的提高;既有知识上的沉淀，也有教学技艺上的增长。最后，我们十分感谢平阳县教师发展中学为我们小学英语教师带给的难得的学习机会。</w:t>
      </w:r>
      <w:r>
        <w:rPr>
          <w:lang w:eastAsia="zh-CN"/>
        </w:rPr>
        <w:br/>
      </w:r>
      <w:r>
        <w:rPr>
          <w:lang w:eastAsia="zh-CN"/>
        </w:rPr>
        <w:t xml:space="preserve">    2024年英语教师培训心得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作为一名教学经验尚浅的英语教师，十分感谢尊敬的校园领导们把信任与期望给了我，使我很荣幸的获得了这次极其宝贵的提升专业素质和业务素质的机会，参加了这期培训班的培训和学习。这短暂的6天的学习是紧张而忙碌的。每一天从8：00开始，11：50下课，下午是也要上两节课。这种紧张而忙碌一点也没有减轻洋溢在我心中的快乐和幸福。我最后战胜了内心的怯懦与自卑，我仿佛又一次回到了三年前快乐完美的大学时光。坐在熟悉的课桌前，经历相似，感受却更为深刻，我深深的被耳畔这种优美的语言的魅力所吸引，所陶醉。</w:t>
      </w:r>
      <w:r>
        <w:rPr>
          <w:lang w:eastAsia="zh-CN"/>
        </w:rPr>
        <w:br/>
      </w:r>
      <w:r>
        <w:rPr>
          <w:lang w:eastAsia="zh-CN"/>
        </w:rPr>
        <w:t>　　其实，我们从那里学到的不仅仅仅是英语口语，西方文化常识，我们还学到了小学英语教师有待提高的东西，包括教法，授课方式，以及评价学生等等，都是让我们大开眼界的，都是值得我们学习的。我将从以下几个方面来谈谈自己在这次培训中的一些心得和体会，和大家分享一下我的学习感受和成果!</w:t>
      </w:r>
      <w:r>
        <w:rPr>
          <w:lang w:eastAsia="zh-CN"/>
        </w:rPr>
        <w:br/>
      </w:r>
      <w:r>
        <w:rPr>
          <w:lang w:eastAsia="zh-CN"/>
        </w:rPr>
        <w:t>　　一、赏识学生，增强学生的自信心</w:t>
      </w:r>
      <w:r>
        <w:rPr>
          <w:lang w:eastAsia="zh-CN"/>
        </w:rPr>
        <w:br/>
      </w:r>
      <w:r>
        <w:rPr>
          <w:lang w:eastAsia="zh-CN"/>
        </w:rPr>
        <w:t>　　还记得在第一次口语课上上，我有些紧张，毕业六年多了，那种感觉早已被平时繁琐的教学消磨得一干二净了。于是我的心都提到了嗓子眼上，我怕开口时其他老师的大笑声，怕我的英语老师会听不懂。但这一切都只是我的担心而已。不但其他老师没笑我，口语教师还夸奖我。我真的很感谢她，是她给我的英语口语练习一个良好的开端，我再也不担心在口语课上说英语了，甚至还能够用心去参与了。</w:t>
      </w:r>
      <w:r>
        <w:rPr>
          <w:lang w:eastAsia="zh-CN"/>
        </w:rPr>
        <w:br/>
      </w:r>
      <w:r>
        <w:rPr>
          <w:lang w:eastAsia="zh-CN"/>
        </w:rPr>
        <w:t>　　所以在今后的英语教学活动中，我们教育工作者应善于抓住学生的闪光点，赏识学生，帮忙学生树立自信心，促进其主动学习英语知识，提高英语学习兴趣。</w:t>
      </w:r>
      <w:r>
        <w:rPr>
          <w:lang w:eastAsia="zh-CN"/>
        </w:rPr>
        <w:br/>
      </w:r>
      <w:r>
        <w:rPr>
          <w:lang w:eastAsia="zh-CN"/>
        </w:rPr>
        <w:t>　　二、增强自身的职责感不断提升自我素质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们是孩子的第一任英语教师，对于他们学习英语的用心性来说，我们负有重大的职责。我们就应努力培养学生学习英语的兴趣和良好的学习习惯，以满腔的热情来开展教育教学活动，像斯霞老师那样为了孩子的无怨无悔地从事小学教育。为了一切孩子，为了孩子的一切，一切为了孩子，让教师崇高的职责心为我们的教育教学护航。</w:t>
      </w:r>
      <w:r>
        <w:rPr>
          <w:lang w:eastAsia="zh-CN"/>
        </w:rPr>
        <w:br/>
      </w:r>
      <w:r>
        <w:rPr>
          <w:lang w:eastAsia="zh-CN"/>
        </w:rPr>
        <w:t>　　教材在不断变化，更新，而我们的教学也要不断适应社会的进步和发展。在这个瞬息万变的社会中，教师需要不断地提高自身的素质，以便更好地为教学服务。在语音方面不断训练，持续良好的语音语调。提高个人的技能，透过简笔画、游戏组织潜力辅助英语教学。关注生活，联系实际，提高综合运用英语的潜力。学科专业方面要加强让学生了解最新的相关信息。</w:t>
      </w:r>
      <w:r>
        <w:rPr>
          <w:lang w:eastAsia="zh-CN"/>
        </w:rPr>
        <w:br/>
      </w:r>
      <w:r>
        <w:rPr>
          <w:lang w:eastAsia="zh-CN"/>
        </w:rPr>
        <w:t>　　三，严松有度，促进老师的提高</w:t>
      </w:r>
      <w:r>
        <w:rPr>
          <w:lang w:eastAsia="zh-CN"/>
        </w:rPr>
        <w:br/>
      </w:r>
      <w:r>
        <w:rPr>
          <w:lang w:eastAsia="zh-CN"/>
        </w:rPr>
        <w:t>　　那里的教师们给我们营造一个纯英语的学习环境，培养我们的英文惯性思维潜力，我们在课堂上只讲英语，每一天都在一个全英文的环境中实践与提高，这样大脑每一天不断在理解纯正、地道的英语的冲击，再加上外教的耐心的指导，这样正宗的英语思维习惯就渐渐构成了。</w:t>
      </w:r>
      <w:r>
        <w:rPr>
          <w:lang w:eastAsia="zh-CN"/>
        </w:rPr>
        <w:br/>
      </w:r>
      <w:r>
        <w:rPr>
          <w:lang w:eastAsia="zh-CN"/>
        </w:rPr>
        <w:t>　　总之，小学英语教师越来越受到社会、校园的关注，我们需要投入更多的热情到英语教育教学工作中去。同时学习更多心理学、教育学的理论知识，并应用于教学实践活动，使我们的教学更加贴合孩子的年龄特征，更适合整个社会的发展。</w:t>
      </w:r>
      <w:r>
        <w:rPr>
          <w:lang w:eastAsia="zh-CN"/>
        </w:rPr>
        <w:br/>
      </w:r>
      <w:r>
        <w:rPr>
          <w:lang w:eastAsia="zh-CN"/>
        </w:rPr>
        <w:t xml:space="preserve">    2024年英语教师培训心得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为期5天的英语培训即将落下帷幕，在这紧张、充实而又快乐的5天里，我感受了很多，也学到了很多，这次培训使我受益匪浅，虽然时间很短，但是培训的资料给了我教学上很大的帮忙，听了的宋立泽和郑岚峰的理论指导，也观看了一些教学实例，亲身体验了一些活动，让理论联系了实际，使得我更深刻、更透彻的领会了老师所讲的资料。以下是我的一些心得体会：</w:t>
      </w:r>
      <w:r>
        <w:rPr>
          <w:lang w:eastAsia="zh-CN"/>
        </w:rPr>
        <w:br/>
      </w:r>
      <w:r>
        <w:rPr>
          <w:lang w:eastAsia="zh-CN"/>
        </w:rPr>
        <w:t>　　一、重新认识了自我</w:t>
      </w:r>
      <w:r>
        <w:rPr>
          <w:lang w:eastAsia="zh-CN"/>
        </w:rPr>
        <w:br/>
      </w:r>
      <w:r>
        <w:rPr>
          <w:lang w:eastAsia="zh-CN"/>
        </w:rPr>
        <w:t>　　透过学习使我的思想有了一个新的转变，作为一位英语教师，务必具有渊博的英语知识，熟练的操作技能，良好的思维品质，在英语的探究过程中，教师不再把英语知识的传授作为自己的主要教学任务和目的，也不再把主要精力花费在检查学生对知识掌握的程度上，而是成为学习共同体中的成员，在问题面前教师和孩子们一齐寻找答案，在探究英语的道路上教师成为学生的伙伴和知心朋友。</w:t>
      </w:r>
      <w:r>
        <w:rPr>
          <w:lang w:eastAsia="zh-CN"/>
        </w:rPr>
        <w:br/>
      </w:r>
      <w:r>
        <w:rPr>
          <w:lang w:eastAsia="zh-CN"/>
        </w:rPr>
        <w:t>　　二、对英语课堂教学有了新的认识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透过听郑岚峰教师讲的一些教学技能及他课堂教学的一些经验和感悟，我对英语课堂教学也有了一个新的认识，英语课以语言为对象，强调以任务入手，放眼看周围世界，培养学生的英语潜力，这个就是知识点。在教学总体目标上注意兴趣，体验成功和培养自信;在课程实施上注重创造学习环境和提高学习效率;在教学模式与方法上注重参与实践和创新发展;在语言教学的目标上，注重培养语感和交际潜力;在教学评价上，注重运用激励机制和多元评价。英语教师应具备的听、说、读、写、译的教学技能，给英语教师指明的努力的方向，明确了作为一名合格英语教师应具备的基本素质。</w:t>
      </w:r>
      <w:r>
        <w:rPr>
          <w:lang w:eastAsia="zh-CN"/>
        </w:rPr>
        <w:br/>
      </w:r>
      <w:r>
        <w:rPr>
          <w:lang w:eastAsia="zh-CN"/>
        </w:rPr>
        <w:t>　　三、英语基础知识和基本技能有了一次质的飞跃</w:t>
      </w:r>
      <w:r>
        <w:rPr>
          <w:lang w:eastAsia="zh-CN"/>
        </w:rPr>
        <w:br/>
      </w:r>
      <w:r>
        <w:rPr>
          <w:lang w:eastAsia="zh-CN"/>
        </w:rPr>
        <w:t>　　这次基础知识专业的培训对我来说，无疑是一个莫大的收获。语音、听力、口语、写作对我的英语水平有了一个很大的促进。尤其是郑岚峰老师的语音课，由原先不知如何正确发音到此刻基本标准，且较清楚地了解如何教学生的英语发音，真是大有收获。语言学习只有在有好处和有目的的活动中才会发生。透过专家教师的精心讲解，让我了解了如何较好的进行英语的听、说、读、写的教学，我们的英语教学法让学生有较沉重的压力，而不会感到学习的快乐，事实上每一项潜力的教学都能够教得十分搞笑。优秀教师的做法让我很受启发。很多时候我们的学生不愿开口说英语是因为没有安全的语言环境。强调词汇和语法知识使教师经常当众打断学生的发言，让学生觉得很尴尬，长此以往，学生就不愿当众用英语交流了。因而，要提高学生的听说潜力，首先要给学生创造一个安全的语言环境。在安全的语言环境，教师注重交流的资料而不是词汇和语法的正确性。利用自我纠错潜力，学生在不断的交流中就能提高听说潜力了。只有在不断的练习中，学生的口语潜力才会不断的提高。</w:t>
      </w:r>
      <w:r>
        <w:rPr>
          <w:lang w:eastAsia="zh-CN"/>
        </w:rPr>
        <w:br/>
      </w:r>
      <w:r>
        <w:rPr>
          <w:lang w:eastAsia="zh-CN"/>
        </w:rPr>
        <w:t>　　四、对教材的把握有了一个整体的认识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作为一线教师，我明白了怎样的课才算是一堂好课，不泛包括师生互动，学生主体等，但我觉得关键还有对教材的把握，透过培训，使我明白了，我要用教材教学生，而不是教教材，能够创造性地使用教材，围绕课标可删可增，另外要锻炼学生的实践潜力，也就是听、说、读、写的潜力，也就是说在课堂中，Pairwork和Groupwork部分不但要练，还要让每一个学生都能参与其中，勇于张口，使课堂气氛活跃而有秩序，让学生都能找到自己的定位，真正喜欢上英语课堂。</w:t>
      </w:r>
      <w:r>
        <w:rPr>
          <w:lang w:eastAsia="zh-CN"/>
        </w:rPr>
        <w:br/>
      </w:r>
      <w:r>
        <w:rPr>
          <w:lang w:eastAsia="zh-CN"/>
        </w:rPr>
        <w:t>　　作为一线英语教师，透过这次培训感到肩上的担子更重了，十分感谢教育局领导能给我这样一次学习的机会，我会加倍努力，在以后的教育教学中勤于思考，善于分析，尽早成为一名优秀的英语教师!</w:t>
      </w:r>
      <w:r>
        <w:rPr>
          <w:lang w:eastAsia="zh-CN"/>
        </w:rPr>
        <w:br/>
      </w:r>
      <w:r>
        <w:rPr>
          <w:lang w:eastAsia="zh-CN"/>
        </w:rPr>
        <w:t xml:space="preserve">    2024年英语教师培训心得 篇6 </w:t>
      </w:r>
      <w:r>
        <w:rPr>
          <w:lang w:eastAsia="zh-CN"/>
        </w:rPr>
        <w:br/>
      </w:r>
      <w:r>
        <w:rPr>
          <w:lang w:eastAsia="zh-CN"/>
        </w:rPr>
        <w:t>　　透过这次小学英语教师的培训，我学到了许多教学知识和方法，提高了自身的基本的素质，为今后的教学工作奠定了基础，下面我就对这次的培训谈谈我的几点体会：</w:t>
      </w:r>
      <w:r>
        <w:rPr>
          <w:lang w:eastAsia="zh-CN"/>
        </w:rPr>
        <w:br/>
      </w:r>
      <w:r>
        <w:rPr>
          <w:lang w:eastAsia="zh-CN"/>
        </w:rPr>
        <w:t>　　一、英语教师务必具备扎实的基本功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作为一个小学英语教师务必要有听、说、读、写、画、唱、跳这些基本功。这次，我听了几天课。这些老师们都具备了扎实的基本功，他们的教学方法也令人耳目一新，值得我们学习。个性是邱婷老师，她在教学中注重知识的积累和拓展，注重了学生学习策略的培养。为了帮忙学生巧记单词，她首先引导学生分析相同的读音单词，帮忙学生认读新单词。阅读中的任务设置也很到位，阅读时采用了略读和细读。在教学中，老师充分体现了阅读课特点，引导学生进入话题，帮忙学生化解了重难点，指导学生掌握了阅读技巧。邱老师在教学中，也注重围绕故事情节展开教学，注重创设情境，让学生感受语言，让学生在活动中体验语言。</w:t>
      </w:r>
      <w:r>
        <w:rPr>
          <w:lang w:eastAsia="zh-CN"/>
        </w:rPr>
        <w:br/>
      </w:r>
      <w:r>
        <w:rPr>
          <w:lang w:eastAsia="zh-CN"/>
        </w:rPr>
        <w:t>　　还有廖老师的课，也让我开了眼界。廖老师课堂教学技巧娴熟，逐渐构成了自己的教学风格，为了突破重难点，老师运用了抢答的形式，调动了学生的用心性，为了吸引学生的注意力，老师自制了教具，让学生在学中玩，玩中学，愉悦了课堂，充分发挥了学生的主体作用。</w:t>
      </w:r>
      <w:r>
        <w:rPr>
          <w:lang w:eastAsia="zh-CN"/>
        </w:rPr>
        <w:br/>
      </w:r>
      <w:r>
        <w:rPr>
          <w:lang w:eastAsia="zh-CN"/>
        </w:rPr>
        <w:t>　　二、理念和思想的更新</w:t>
      </w:r>
      <w:r>
        <w:rPr>
          <w:lang w:eastAsia="zh-CN"/>
        </w:rPr>
        <w:br/>
      </w:r>
      <w:r>
        <w:rPr>
          <w:lang w:eastAsia="zh-CN"/>
        </w:rPr>
        <w:t>　　透过这次培训学习，还使我们明白了就应树立终生学习、终身培训的意识，不断更新观念，勤于学习，与时俱进。随着经济国际化全球化的发展，英语词汇的不断更新，社会需求对英语教师的口语、语音、技能等水平要求会越来越高，如果教师不注意加强自身的学习，势必会被动挨打，还误人子弟。</w:t>
      </w:r>
      <w:r>
        <w:rPr>
          <w:lang w:eastAsia="zh-CN"/>
        </w:rPr>
        <w:br/>
      </w:r>
      <w:r>
        <w:rPr>
          <w:lang w:eastAsia="zh-CN"/>
        </w:rPr>
        <w:t>　　三、自身英语潜力的提高</w:t>
      </w:r>
      <w:r>
        <w:rPr>
          <w:lang w:eastAsia="zh-CN"/>
        </w:rPr>
        <w:br/>
      </w:r>
      <w:r>
        <w:rPr>
          <w:lang w:eastAsia="zh-CN"/>
        </w:rPr>
        <w:t>　　这次培训，领导、老师根据我们学员的实际状况，给我们安排的一些提高自身英语潜力的课程，如精读，让我们重温了以前学过的一些语法知识;还有语音课，语音老师准确的发音让我们佩服，她对每个音素的生动讲解让我们对牢记在心;她还给我们上口语课，让我们感受了标准的英语口语，掌握的了一些基本的口语交际;在这几天里，我们不管是英语口语、语音、语调，还是听力都有了很大进步。</w:t>
      </w:r>
      <w:r>
        <w:rPr>
          <w:lang w:eastAsia="zh-CN"/>
        </w:rPr>
        <w:br/>
      </w:r>
      <w:r>
        <w:rPr>
          <w:lang w:eastAsia="zh-CN"/>
        </w:rPr>
        <w:t>　　四、了解了最新的英语新课程改革理念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一次培训中，让我了解到了最新的英语课程改革理念。处在基础教育阶段的英语教学，应面向全体学生，注重素质教育，突出学生主体。个性强调要关注每个学生的情感，激发他们学习英语的兴趣。兴趣是最好的老师，因此，我们要在课堂教学中创设语境，运用一些游戏，使英语课堂活起来。我们不要把英语课上成知识传授课，不要以教师的教代替学生的学，而要让学生在活动中去学习英语，透过说说、听听、唱唱、玩玩等形式，让小学生感受到学习英语的快乐，从而培养学习英语的兴趣。在教学过程中，我们还要强调师生互动。小学英语教学过程是师生交往、用心互动、共同发展的过程。所以，我们就应以小学生朋友、帮忙者的身份出现，尊重每一个学生。个性要关爱那些在英语学习方面有困难的学生，要尽可能多地为小学生带给实践英语的机会，鼓励他们所做的一切尝试，保护他们的用心性，让他们在活动中增强学习英语的主动性、参与性，培养合作意识。</w:t>
      </w:r>
      <w:r>
        <w:rPr>
          <w:lang w:eastAsia="zh-CN"/>
        </w:rPr>
        <w:br/>
      </w:r>
      <w:r>
        <w:rPr>
          <w:lang w:eastAsia="zh-CN"/>
        </w:rPr>
        <w:t>　　五、英语课堂教学技能的提高</w:t>
      </w:r>
      <w:r>
        <w:rPr>
          <w:lang w:eastAsia="zh-CN"/>
        </w:rPr>
        <w:br/>
      </w:r>
      <w:r>
        <w:rPr>
          <w:lang w:eastAsia="zh-CN"/>
        </w:rPr>
        <w:t>　　这次培训，各位老师还对我们的英语教学技能进行了指导，让我们明白了教学中能够结合简笔画的运用，学唱英语歌曲，和英语教学游戏等运用，这些技能都能很好的激发学生的学习兴趣，在课堂中能够多用。透过培训，我从不懂到懂，使我明白上英语课不难，但要上好英语课却不容易，需要老师有扎实的教学技能，回去以后，我还会继续提高自己的英语教学技能，努力成为优秀的小学英语教师。</w:t>
      </w:r>
      <w:r>
        <w:rPr>
          <w:lang w:eastAsia="zh-CN"/>
        </w:rPr>
        <w:br/>
      </w:r>
      <w:r>
        <w:rPr>
          <w:lang w:eastAsia="zh-CN"/>
        </w:rPr>
        <w:t xml:space="preserve">    2024年英语教师培训心得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经过去海淀进修学校进行培训，我受益非浅，虽然时间很短，但是培训的内容给我在教学上的帮助很大。特别是对教学活动的设计，我有了更深刻、更透彻的领会，下面谈谈我的几点体会：</w:t>
      </w:r>
      <w:r>
        <w:rPr>
          <w:lang w:eastAsia="zh-CN"/>
        </w:rPr>
        <w:br/>
      </w:r>
      <w:r>
        <w:rPr>
          <w:lang w:eastAsia="zh-CN"/>
        </w:rPr>
        <w:t>　　1、目标要具体、明确、合理，体现出教学任务的分层要求，不搞一刀切。活动的设计力图符合学生的认知规律，由易到难，层层深入，形成一定的梯度，逐步激发学生有目的性地去开展活动。</w:t>
      </w:r>
      <w:r>
        <w:rPr>
          <w:lang w:eastAsia="zh-CN"/>
        </w:rPr>
        <w:br/>
      </w:r>
      <w:r>
        <w:rPr>
          <w:lang w:eastAsia="zh-CN"/>
        </w:rPr>
        <w:t>　　2、活动要以学生的生活经验和兴趣为出发点，内容和方式要尽量真实。</w:t>
      </w:r>
      <w:r>
        <w:rPr>
          <w:lang w:eastAsia="zh-CN"/>
        </w:rPr>
        <w:br/>
      </w:r>
      <w:r>
        <w:rPr>
          <w:lang w:eastAsia="zh-CN"/>
        </w:rPr>
        <w:t>　　爱因斯坦说过：“兴趣和爱好是的教师。”兴趣让人们始终处于一种积极向上,永不满足的心理状态，这种心理状态能够激活学生的求知欲。教师要创设一种情景，让学生产生兴趣，并且不知不觉，不由自主中，进入教师要讲授新内容的“圈套”。</w:t>
      </w:r>
      <w:r>
        <w:rPr>
          <w:lang w:eastAsia="zh-CN"/>
        </w:rPr>
        <w:br/>
      </w:r>
      <w:r>
        <w:rPr>
          <w:lang w:eastAsia="zh-CN"/>
        </w:rPr>
        <w:t>　　初中生的心理特点是以具体的形象思维占主要地位，因此教师在课堂上要通过动作，实物，图片来表达语言意义，甚至要创设真实的有意义的情景，让学生得到直观的感性的认识，从而激发学生学习的兴趣，激励和吸引学生参与教学活动教师要注重学生的亲身体验，引导学生在“做中学”，在“用中学”。让学生在活动中不断地体验到成就感，最终形成自主学习的习惯。</w:t>
      </w:r>
      <w:r>
        <w:rPr>
          <w:lang w:eastAsia="zh-CN"/>
        </w:rPr>
        <w:br/>
      </w:r>
      <w:r>
        <w:rPr>
          <w:lang w:eastAsia="zh-CN"/>
        </w:rPr>
        <w:t>　　3、充分利用小组活动，发展学生语言技能，从而提高实际语言运用能力。</w:t>
      </w:r>
      <w:r>
        <w:rPr>
          <w:lang w:eastAsia="zh-CN"/>
        </w:rPr>
        <w:br/>
      </w:r>
      <w:r>
        <w:rPr>
          <w:lang w:eastAsia="zh-CN"/>
        </w:rPr>
        <w:t>　　小组教学为学生提高语言运用能力提供了更为开放的空间，教师要充分利用这一模式，提高学生实际语言运用能力。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4、活动应该积极促进英语学科和其他学科间的相互渗透联系,使学生的综合素质得到发展。</w:t>
      </w:r>
      <w:r>
        <w:rPr>
          <w:lang w:eastAsia="zh-CN"/>
        </w:rPr>
        <w:br/>
      </w:r>
      <w:r>
        <w:rPr>
          <w:lang w:eastAsia="zh-CN"/>
        </w:rPr>
        <w:t>　　知识经济把我们带入了一个多学科兼容的时代，如果把英语教学浓缩和理解为学科知识和技能传授与训练的单向掘进，仅靠输入英语知识和训练基本技能来完成教学任务是无法取得教学突破和创造成果。“要求英语教学扩展学生的自然知识和社会知识，训练学生思维的灵性，熏陶学生的审美情趣，培养学生的合作能力，注重学生的情感体验。</w:t>
      </w:r>
      <w:r>
        <w:rPr>
          <w:lang w:eastAsia="zh-CN"/>
        </w:rPr>
        <w:br/>
      </w:r>
      <w:r>
        <w:rPr>
          <w:lang w:eastAsia="zh-CN"/>
        </w:rPr>
        <w:t>　　5、活动要能够促使学生获取，处理和使用信息，用英语与他人交流，发展用英语解决问题的能力。</w:t>
      </w:r>
      <w:r>
        <w:rPr>
          <w:lang w:eastAsia="zh-CN"/>
        </w:rPr>
        <w:br/>
      </w:r>
      <w:r>
        <w:rPr>
          <w:lang w:eastAsia="zh-CN"/>
        </w:rPr>
        <w:t>　　英语教学的最终目的是培养学生的交际能力，在课堂上，通过设计适当的课堂活动，让学生学习如何在人际交往中，采用恰当的交际技能，使用所学的语言知识与他人交流信息，交换意见，沟通感情，建立和维持和谐的人际关系，与他人共同合作完成任务。</w:t>
      </w:r>
      <w:r>
        <w:rPr>
          <w:lang w:eastAsia="zh-CN"/>
        </w:rPr>
        <w:br/>
      </w:r>
      <w:r>
        <w:rPr>
          <w:lang w:eastAsia="zh-CN"/>
        </w:rPr>
        <w:t>　　6、活动不应该仅限于课堂教学，而要延伸到课堂之外的学习和生活之中。</w:t>
      </w:r>
      <w:r>
        <w:rPr>
          <w:lang w:eastAsia="zh-CN"/>
        </w:rPr>
        <w:br/>
      </w:r>
      <w:r>
        <w:rPr>
          <w:lang w:eastAsia="zh-CN"/>
        </w:rPr>
        <w:t>　　很多问题在课堂有限的时间内是无法解决的，为了更好地完成课堂教学任务，教师可以把一些相关的活动作为任务留给学生课外完成，比课本上的练习更容易理解。学生在一种自然真实或模拟真实的情景的体会，学习和运用语言，在掌握语言知识的同时对单元话题有了更深刻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总之，在英语教学活动中必须有明确的目的和可操作性，以学生的生活经验和兴趣为出发点，以提高学生语言知识水平，发展学生实际运用英语解决问题的能力，并发展学生合作，创新等综合素质为目标。设计教学活动要充分发挥学生的主观能动性。</w:t>
      </w:r>
      <w:r>
        <w:rPr>
          <w:lang w:eastAsia="zh-CN"/>
        </w:rPr>
        <w:br/>
      </w:r>
      <w:r>
        <w:rPr>
          <w:lang w:eastAsia="zh-CN"/>
        </w:rPr>
        <w:t xml:space="preserve">    2024年英语教师培训心得 篇8 </w:t>
      </w:r>
      <w:r>
        <w:rPr>
          <w:lang w:eastAsia="zh-CN"/>
        </w:rPr>
        <w:br/>
      </w:r>
      <w:r>
        <w:rPr>
          <w:lang w:eastAsia="zh-CN"/>
        </w:rPr>
        <w:t>　　合肥市瑶海区中学教师英语专题培训在合肥市第三十八中学北校区如期举行，这次培训参与人员多，课程容量大，专题讲座实。讲座关键词：核心素养，思维品质，英语教学，教学设计，测试命题。三天的学习收获满满，深受启发。</w:t>
      </w:r>
      <w:r>
        <w:rPr>
          <w:lang w:eastAsia="zh-CN"/>
        </w:rPr>
        <w:br/>
      </w:r>
      <w:r>
        <w:rPr>
          <w:lang w:eastAsia="zh-CN"/>
        </w:rPr>
        <w:t>　　首先，把握教育前沿动态，理解教学最新概念。</w:t>
      </w:r>
      <w:r>
        <w:rPr>
          <w:lang w:eastAsia="zh-CN"/>
        </w:rPr>
        <w:br/>
      </w:r>
      <w:r>
        <w:rPr>
          <w:lang w:eastAsia="zh-CN"/>
        </w:rPr>
        <w:t>　　教育教学理念日新月异，我们不能只埋头日常教学，更需要抬头看看目前的教育教学前沿信息，新的理念都会在原有基础上进行了更新补充和提高。一个好老师需要及时学习消化，为我所用，运用新的理念培养出更加优秀的人。理念的更新不能知其然而不知其所以然，需要对新理念下的内容尤其是新概念的定义做详细的解读。没有对新概念的细致解读就不能真正理解理念，同时，我们还需要借助自己的教学经验及实验对新理念新概念进行审辩式的看待，这不但有助于我们将理论运用于实际，也有利于我们对这些理念概念的正确理解。</w:t>
      </w:r>
      <w:r>
        <w:rPr>
          <w:lang w:eastAsia="zh-CN"/>
        </w:rPr>
        <w:br/>
      </w:r>
      <w:r>
        <w:rPr>
          <w:lang w:eastAsia="zh-CN"/>
        </w:rPr>
        <w:t>　　在这次培训中教授专家们对课标等内容进行说文解字般的剖析。使大家对于核心素养有了更深的体会，对于批判式思维的概念有了正确的认识。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英语学科的核心素养包括：语言能力、思维品质、文化意识和学习能力四个维度。语言能力是指在社会情境中，以听、说、读、写、看等方式理解和表达意义的能力，包括在学习和使用语言的过程中形成的语言意识和语感。是构成英语学科核心素养的基础要素。英语语言能力的提高蕴含文化意识、思维品质和学习能力的提升，有助于学生拓展国际视野和思维方式，开展跨文化交流；文化意识是指对中外文化的了解和优秀文化的认同，是学生在全球化背景下表现出的跨文化认识、态度和行为取向。文化意识体现了英语学科核心素养的价值取向。文化意识的培育有助于学生增强国家认同感和家国情怀，坚定文化自信，树立人类命运共同体意识，学会做人做事，成长为有文化修养和社会责任感的人；思维品质是指思维在逻辑性、批判性、创新性等方面所表现的能力和水平。思维品质的发展有利于学生提升分析和解决问题的能力，使他们能够从跨文化视角观察和认识世界，对事物做出正确的价值判断；学习能力是指学生积极运用和主动调适英语学习策略、拓展英语学习渠道、努力提升英语学习效率的意识和能力。学习能力形成了英语学科核心素养的发展条件。学习能力的培养有助于学生做好英语学习的自我管理，养成良好的学习习惯，拓宽学习渠道，提高学习效率。</w:t>
      </w:r>
      <w:r>
        <w:rPr>
          <w:lang w:eastAsia="zh-CN"/>
        </w:rPr>
        <w:br/>
      </w:r>
      <w:r>
        <w:rPr>
          <w:lang w:eastAsia="zh-CN"/>
        </w:rPr>
        <w:t>　　其次，理论与实践相结合，思维和知识相融合。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理论知识的学习是为了指导我们实践，不能用于实践的理论是空洞的，没有理论指导的实践有可能是盲目的。而在实践中我们还要将思维培养和知识的教学进行有机整合。比如在初中英语阅读教学中，英语教师要如何在阅读教学中提高学生的思维品质呢？张伊娜教授给了六条建议：确保以语篇为单位开展教学；确保对语篇的深度理解与学习；确保教学活动的层次性和开放性；鼓励学生质疑、提问并说出自己的看法；确保让学生悟道而非说教；提倡读写结合。</w:t>
      </w:r>
      <w:r>
        <w:rPr>
          <w:lang w:eastAsia="zh-CN"/>
        </w:rPr>
        <w:br/>
      </w:r>
      <w:r>
        <w:rPr>
          <w:lang w:eastAsia="zh-CN"/>
        </w:rPr>
        <w:t>　　张教授对于方法的运用结合案例进行了详细解读。为我们在教学中指明了方向，提供了方法。张教授还提到三大理论：阅读教学不是语言教学；阅读教学就是语言教学；阅读教学超越语言教学。</w:t>
      </w:r>
      <w:r>
        <w:rPr>
          <w:lang w:eastAsia="zh-CN"/>
        </w:rPr>
        <w:br/>
      </w:r>
      <w:r>
        <w:rPr>
          <w:lang w:eastAsia="zh-CN"/>
        </w:rPr>
        <w:t>　　再次，专业素质需提升，教学能力待提高。</w:t>
      </w:r>
      <w:r>
        <w:rPr>
          <w:lang w:eastAsia="zh-CN"/>
        </w:rPr>
        <w:br/>
      </w:r>
      <w:r>
        <w:rPr>
          <w:lang w:eastAsia="zh-CN"/>
        </w:rPr>
        <w:t>　　每一次的学习都带来思想上的冲击。都让自己深刻感受到自己的专业素养和教学能力亟待提高。终身学习是必修课。在学习时要“深”刻理解。理解课标、核心素养、文化意识等；在教学过程中要“深”入研究。研究教材教法、研究学生等，不断提高自己的教学能力。只有老师的能力提高了，学生的素质才有可能得到提高。因为学生的高度其实是由教师的高度来决定的！</w:t>
      </w:r>
      <w:r>
        <w:rPr>
          <w:lang w:eastAsia="zh-CN"/>
        </w:rPr>
        <w:br/>
      </w:r>
      <w:r>
        <w:rPr>
          <w:lang w:eastAsia="zh-CN"/>
        </w:rPr>
        <w:t>　　要想成为一名合格的教师，我们需要全面的能力：能有教学实效，会上公开课；能当好班主任，会做好教科研。上课前，需要能对文本进行深度合理解读，发现背后文化；能根据学生心理安排合适活动，做好教学设计；能够写好严谨的论文，能够设计出效度、信度较高的试卷，能用好信息技术……</w:t>
      </w:r>
      <w:r>
        <w:rPr>
          <w:lang w:eastAsia="zh-CN"/>
        </w:rPr>
        <w:br/>
      </w:r>
      <w:r>
        <w:rPr>
          <w:lang w:eastAsia="zh-CN"/>
        </w:rPr>
        <w:t>　　做老师不易，做好老师更不易。但是归结为一点就是“学”。唯学习，不止步！这几天学到很多，接下来还需要静下心来细细研读，学到深处，落到实处！</w:t>
      </w:r>
      <w:r>
        <w:rPr>
          <w:lang w:eastAsia="zh-CN"/>
        </w:rPr>
        <w:br/>
      </w:r>
      <w:r>
        <w:rPr>
          <w:lang w:eastAsia="zh-CN"/>
        </w:rPr>
        <w:t xml:space="preserve">    2024年英语教师培训心得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20__年6月22日，怀着对教师专业成长的所求，企盼和兴奋，我与来自全省级骨干教师培训对象一同踏进了师范学院，聆听了著名的专家讲座，这些讲座对我有很大的帮助，在此我领略到了他们的教学风采，感受到了他们的人格魅力，收获很多，他们所讲的内容深刻独到，旁征博引，通俗易懂，生动有趣，发人深省，专题报告思路清晰，精辟深邃，理念新颖，闪烁智慧思辨的光芒，让我最高兴的是与老师，同仁互动式交流、评论。在交流、评论中教师共同探究，集思广益，各抒己见，大家的观点来得更直接、更朴素、更真实。他们的讲座，都渗透着新课程标准下的新理念，每一讲中都需要我们去思考的东西，使我感受最深刻的是课程标准新理念下的教学设计，教学评价活动设计，教学中学习策略的设计规划，这些活动使我有了新的思考、新的设想和新的观念。</w:t>
      </w:r>
      <w:r>
        <w:rPr>
          <w:lang w:eastAsia="zh-CN"/>
        </w:rPr>
        <w:br/>
      </w:r>
      <w:r>
        <w:rPr>
          <w:lang w:eastAsia="zh-CN"/>
        </w:rPr>
        <w:t>　　陈__教授的《新课程下英语学习与教学》的报告给我很大的收获，他强调了新课标的六个基本理念和“任务型教学”。六个基本理念。</w:t>
      </w:r>
      <w:r>
        <w:rPr>
          <w:lang w:eastAsia="zh-CN"/>
        </w:rPr>
        <w:br/>
      </w:r>
      <w:r>
        <w:rPr>
          <w:lang w:eastAsia="zh-CN"/>
        </w:rPr>
        <w:t>　　(1)采用活动途径，倡导体验参与，本课程倡导任务型的教学模式，让学生在教师的指导下，通过感知、体验、实践、参与和合作等方式，实现任务的目标，感受成功。在学习过程中进行情感和策略调整，以形成积极的学习态度，促进语言实际运用能力的提高。</w:t>
      </w:r>
      <w:r>
        <w:rPr>
          <w:lang w:eastAsia="zh-CN"/>
        </w:rPr>
        <w:br/>
      </w:r>
      <w:r>
        <w:rPr>
          <w:lang w:eastAsia="zh-CN"/>
        </w:rPr>
        <w:t>　　(2)强调学习过程，倡导体验参与，现代外语教育理念注重语言学习的过程，提倡采用任务型语言教学等各种强调学习过程的语言教学途径和方法。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任务型教学”：任务型教学就是以具体的任务为学习动机，以完成任务的过程为学习过程，以展示任务成果的方式(而不是以测试的分数)来体现教学的成就。学生在做事情的过程中使用语言，在使用语言的过程中发展语言能力。任务型教学以应用为动力，以应用为目的，以应用为核心。通过学习，我明白了任务型教学是双边的交互式活动，在活动中所学的语言是实际的工具，其价值能得到充分的体现，有利于提高学习的知觉性，它有较明确的具体目的，有利于激励学习积极性，在任务型教学中，教师的角色比较丰富，教师从全面出发，观察、控制课堂的发展。</w:t>
      </w:r>
      <w:r>
        <w:rPr>
          <w:lang w:eastAsia="zh-CN"/>
        </w:rPr>
        <w:br/>
      </w:r>
      <w:r>
        <w:rPr>
          <w:lang w:eastAsia="zh-CN"/>
        </w:rPr>
        <w:t>　　朱__教授的《教师专业发展路径》中提到了当前英语课程存在的主要问题----实效问题：很多教师课堂教学的实效仍然不高，即学生在每节课上所学的知识和能力发展未能达到单位教学时间内的最大潜能。</w:t>
      </w:r>
      <w:r>
        <w:rPr>
          <w:lang w:eastAsia="zh-CN"/>
        </w:rPr>
        <w:br/>
      </w:r>
      <w:r>
        <w:rPr>
          <w:lang w:eastAsia="zh-CN"/>
        </w:rPr>
        <w:t>　　师资问题：存在客观工作环境和个人专业能力两方面问题。大班教学，工作量繁重、资源不足、语言环境欠佳，个人语言和教学能力均有待提高以及教学中的具体问题：相当数量的观摩课表演性过强，师生交流不够自然和真实;课堂生成少;课堂评价形式化，忽视评价的实效性;教学方式呈现区域性模式化(套路)，缺乏多样性和创新教学(如词汇教学，阅读教学);教学辅助设备及教学资源利用的实效有问题;中小学英语教师的专业知识与能力亟待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所以在英语教学中需要关注的几个问题：关注学习兴趣，忽略学习成效关注技能发展，忽略词汇和语法教学，关注表面参与，忽略思维发展;关注听说能力，忽略读写能力关注物质奖励，忽略内在动机培养，关注学生认知发展，忽略学生元认知能力发展关注活动形式，忽略教育的本质意义，通过这个报告我了解到了教师的专业知识与能力水平体现在课堂教学设计与实施的每个环节中，直接影响着学生的学习体验、认知过程、情感发展和学习成效。要快速提高中小学英语课程质量的关键在于如何帮助教师提高自身的学科专业知识与能力。仅仅有新课程的理念是不够的，要通过不断改进课堂教学各环节有效性来实现提高整个教学过程的有效性。</w:t>
      </w:r>
      <w:r>
        <w:rPr>
          <w:lang w:eastAsia="zh-CN"/>
        </w:rPr>
        <w:br/>
      </w:r>
      <w:r>
        <w:rPr>
          <w:lang w:eastAsia="zh-CN"/>
        </w:rPr>
        <w:t>　　听了梅__教授的《现代外语教学理论发展趋势》的报告，我明白了教师的外语教学为什么要适合发展趋势，因为现代教学不是简单地传授知识，重要的是培养学生的能力;科技快速发展，要求教师有更高的专业知识;信息技术给教育带来变改，教师要适用，要运用现代技术改善教育，作为我们教师，要有了不断进修意识和能力，不断学习，终身学习，不断创新，善于在工作中不断反思、钻研，成为研究弄的、自我发展型的教师。更值得一提的是此次培训注重了理论联系实际，在提升理论的基础上，回归课堂，都老师们为我们搭建教学实践平台，组织我们开展说课活动，通过学员代表上课，其他学员听课、评课各种形式，切实提高了学员的教学能力，使我难忘的是在学校组织带领下赴七中去听了一节六年级郭老师上的公开课：“What’s</w:t>
      </w:r>
      <w:r>
        <w:rPr>
          <w:lang w:eastAsia="zh-CN"/>
        </w:rPr>
        <w:t xml:space="preserve"> your</w:t>
      </w:r>
      <w:r>
        <w:rPr>
          <w:lang w:eastAsia="zh-CN"/>
        </w:rPr>
        <w:t xml:space="preserve"> favourite</w:t>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sports?”这节课使我受益非浅，很有触动，让我看到了我们的差距及差异，他们的课上学生是真正的主人，课堂上学生灿烂的笑脸告诉我们他们在享受课堂的乐趣，他们以优美的语调跟老师及伙伴自由的交流，真是学得轻松愉快，活得自由自在。课后我们与杭外的老师进行交流，从他们那里汲取营养，并明确了自己的努力方向。课后我与__老师进行了交流，从她那里我学到了很多，并明确了我自己努力的方向。</w:t>
      </w:r>
      <w:r>
        <w:rPr>
          <w:lang w:eastAsia="zh-CN"/>
        </w:rPr>
        <w:br/>
      </w:r>
      <w:r>
        <w:rPr>
          <w:lang w:eastAsia="zh-CN"/>
        </w:rPr>
        <w:t>　　智慧不是靠灌输获得的，成功是建立在有准备的基础之上的。通过培训，使自己有了不少的收获：</w:t>
      </w:r>
      <w:r>
        <w:rPr>
          <w:lang w:eastAsia="zh-CN"/>
        </w:rPr>
        <w:br/>
      </w:r>
      <w:r>
        <w:rPr>
          <w:lang w:eastAsia="zh-CN"/>
        </w:rPr>
        <w:t>　　一、提高了自己的师德水准</w:t>
      </w:r>
      <w:r>
        <w:rPr>
          <w:lang w:eastAsia="zh-CN"/>
        </w:rPr>
        <w:br/>
      </w:r>
      <w:r>
        <w:rPr>
          <w:lang w:eastAsia="zh-CN"/>
        </w:rPr>
        <w:t>　　在培训过程中，我从一些优秀的骨干教师身上不光学到了教学、研究的本领，而且使我深切领悟到“学高为师，身正为范，学无止境”的真谛。通过培训使我进一步认识到作为教育目的、活动、方法的指导者、探索者、实践者、学生成长发展的领路人，教师应具有奉献精神，有建功立业的热情。奉献是一种美德，是教师的天职。教师对教育的爱是教育力量的源泉，是教育成功的基础。热爱学生等于塑造一个学生，厌弃学生无异于毁坏一个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老师对学生的爱不是基于亲缘关系，不是出于个人需求，是持久而深厚的教育之爱。我们知道师生交往是影响教学有效性的主要因素，教师在教学中通过师生交往影响和改变学生的学习态度。学生与老师的关系是影响学生学习兴趣和学习好坏的关键，所以我们每一位老师只要能让学生感受到老师对他们的关心和关注，让学生喜欢你，从而喜欢上你的课，那我们每一位老师即使不去强调如何让学生集中注意力听讲，他们也会非常自觉地把每节课学好。教育的真谛是爱，最终目的是促进学生最优化的发展，爱心、责任是师德的基础和核心内容。</w:t>
      </w:r>
      <w:r>
        <w:rPr>
          <w:lang w:eastAsia="zh-CN"/>
        </w:rPr>
        <w:br/>
      </w:r>
      <w:r>
        <w:rPr>
          <w:lang w:eastAsia="zh-CN"/>
        </w:rPr>
        <w:t>　　二、教育观念得到更新</w:t>
      </w:r>
      <w:r>
        <w:rPr>
          <w:lang w:eastAsia="zh-CN"/>
        </w:rPr>
        <w:br/>
      </w:r>
      <w:r>
        <w:rPr>
          <w:lang w:eastAsia="zh-CN"/>
        </w:rPr>
        <w:t>　　此次骨干班的全体学员几乎都来自教学第一线。通过集中理论学习，使我们逐步更新了教育教学观念，了解了先进的教育科学基本理论，现代教育观、学生观和学习观，在教学活动中遵循客观规律、调整自身的角色和教学方式，把素质教育贯穿到学科教学过程中。</w:t>
      </w:r>
      <w:r>
        <w:rPr>
          <w:lang w:eastAsia="zh-CN"/>
        </w:rPr>
        <w:br/>
      </w:r>
      <w:r>
        <w:rPr>
          <w:lang w:eastAsia="zh-CN"/>
        </w:rPr>
        <w:t>　　三、教育教学理论掌握得更为系统</w:t>
      </w:r>
      <w:r>
        <w:rPr>
          <w:lang w:eastAsia="zh-CN"/>
        </w:rPr>
        <w:br/>
      </w:r>
      <w:r>
        <w:rPr>
          <w:lang w:eastAsia="zh-CN"/>
        </w:rPr>
        <w:t>　　教师的专业素养想得到发展和提高，一定要善于思考、勇于实践、不断反思提炼总结。美国心理学家波斯纳认为：没有反思的经验是狭隘的经验，至多只能是肤浅的知识。他提出了教师成长的公式：成长=经验+反思。他说，如果一个教师仅仅满足于获得的经验，而不对经验进行深入地反思。</w:t>
      </w:r>
      <w:r>
        <w:rPr>
          <w:lang w:eastAsia="zh-CN"/>
        </w:rPr>
        <w:br/>
      </w:r>
      <w:r>
        <w:rPr>
          <w:lang w:eastAsia="zh-CN"/>
        </w:rPr>
        <w:t>　　那么，即使是有20年的教学经验，那也许只是一年工作的20次重复。平时忙于教学，很少有机会静下心来读书学习，来到日照师范一下子听了那么多课，记了厚厚的笔记，使我们对教育教学的理论与方法掌握得更加系统，使我感到比原来站得高了，看得远了，有一种“天更蓝、地更绿、水更清”的感觉。几天的学习，使我对一些教育观念的理解更加深刻;对教学理论的认识更加明晰;使我对教学的理论与方法掌握得更加系统;对开展教研活动的方式更加明确;对投身教育改革的热情更加充沛。</w:t>
      </w:r>
      <w:r>
        <w:rPr>
          <w:lang w:eastAsia="zh-CN"/>
        </w:rPr>
        <w:br/>
      </w:r>
      <w:r>
        <w:rPr>
          <w:lang w:eastAsia="zh-CN"/>
        </w:rPr>
        <w:t>　　四、合作学习、共同成长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学习过程中，全体学员合作学习、共同成长，成为一个亲密和谐的学习大家庭。学员之间、师生之间相互学习、取长补短，结下了深厚的友谊。培训结束，就是我们新的合作开始，回来工作之后，我们仍然互通信息，保持联系，互相交流，共同提高，争取以最简洁的线条拉动最丰富的知识。随着课程改革的不断深入，在以后的教学中，我将大胆的在课堂中引进新思路、新方法解决课上的问题。课堂上及时根据课堂情况调整教学环节与教学思路，组织好课堂教学，关注全体学生，注意信息反馈，调动学生的有意注意，使其保持相对稳定性。同时，激发学生的情感，使他们产生愉悦的心境，创造良好的课堂气氛。课堂语言做到简洁明了，课堂提问面向全体学生，注意引发学生学习的兴趣。课堂上注意培养学生学习的积极性，激发学生参与的主动性，使学生由教师教学变为学生乐学、愿学、自学，让学生更好理解知识和运用知识。为了不断提高自己的专业水平，我将积极参与各级的听课、评课活动，虚心向同行学习教学方法，博采众长，提高教学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教学改革的今天，社会对教师素质的要求更高，我将在今后的教育教学工作中更加严格要求自己，努力工作，发扬优点，弥补不足，开拓进取。我会将在这里学到的新知识尽快地内化为自己的东西，运用于教育教学中，结合我校的实际情况，及时地为学校的建设和为展出谋划策，努力学习同行们的学习态度，求知精神，协作能力;加强平时的学习，我一定将学到的知识运用于教育、教学实践中去，我相信只要我加倍地努力，奋勇拼博，坚持不懈，就会在教学上开创一片新天地!</w:t>
      </w:r>
      <w:r>
        <w:rPr>
          <w:lang w:eastAsia="zh-CN"/>
        </w:rPr>
        <w:br/>
      </w:r>
      <w:r>
        <w:rPr>
          <w:lang w:eastAsia="zh-CN"/>
        </w:rPr>
        <w:t xml:space="preserve">    2024年英语教师培训心得 篇10 </w:t>
      </w:r>
      <w:r>
        <w:rPr>
          <w:lang w:eastAsia="zh-CN"/>
        </w:rPr>
        <w:br/>
      </w:r>
      <w:r>
        <w:rPr>
          <w:lang w:eastAsia="zh-CN"/>
        </w:rPr>
        <w:t>　　20__年6月30日至20__年7月2日，苏州市小学英语骨干教师在市实验小学齐聚一堂，共同享用暑期培训的精神大餐。为期3天的小学英语骨干教师短期集培训结束了。三天的培训虽然很短暂，但是三天的培训很扎实，对我来说是一次思想上的洗礼，心灵的震撼和理念的革新。</w:t>
      </w:r>
      <w:r>
        <w:rPr>
          <w:lang w:eastAsia="zh-CN"/>
        </w:rPr>
        <w:br/>
      </w:r>
      <w:r>
        <w:rPr>
          <w:lang w:eastAsia="zh-CN"/>
        </w:rPr>
        <w:t>　　这次培训的主题是学科素养专业培训，旨在学习探讨新课程背景下的小学英语教学七认真工作方略，切实提高教学七认真工作效率;如何提炼教学实践开展课题研究、撰写课题方案等。来自省内各地的知名教研员、优秀教师为我们呈现了一个个精彩纷呈的讲座，涵盖了教学建议、语音教学、语篇教学、语言的输入与输出、论文的写作、专业成长和课堂教学等各方面的内容。其中让我印象最深的是省著名特级教师、南京市玄武区教师进修学校校长沈峰老师的讲座&amp;&amp;优化小学英语教学的起点&amp;&amp;基于课程标准。沈老师讲得内容不深奥，非常接近日常教学，并以自己的课堂设计作为例子与我们一同探讨。讲座一开始沈老师就说，首先和大家分享认真二字。毛泽东主席说过世界上怕就怕认真二字，但是，沈老师也补充了一句，我觉得非常有道理，她说世界上最怕盲目认真，她说盲目认真的教师会影响一个孩子的一生。那么，我们能做什么呢?1.宽容，宽容学生;2.欣赏;3.等待，教育是慢的艺术。4.真心与学生对话。其次，沈老师还指出了当前小学英语教学中存在的主要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 如何提高课堂的实效性;2. 如何实施好自己的教学目标。 而在这些问题中还表现出一些具体的问题：1.师生交流不自然;2. 课堂教学区域性模式化。 最后，沈老师还提出三个优化来解决以上存在的问题。1. 优化情境&amp;让学生乐学;2. 优化策略&amp;让学生会学;3. 优化过程&amp;让学生学会。</w:t>
      </w:r>
      <w:r>
        <w:rPr>
          <w:lang w:eastAsia="zh-CN"/>
        </w:rPr>
        <w:br/>
      </w:r>
      <w:r>
        <w:rPr>
          <w:lang w:eastAsia="zh-CN"/>
        </w:rPr>
        <w:t>　　总之，短短3天的培训时间，使我进一步自己的努力方向，我将从学生的实际情况出发，认真钻研符合自己学生的英语教学法，发展学生的综合语言能力，在教学中通过自身的素养来感染学生，让学生从心底里信服老师。同时在今后的教育教学工作中我要努力实践、开拓创新，积极将本次培训所学的经验及方法运用到教育教学中，不断提高自身教育教育水平。同时，在这里还要感谢学校领导能给我这样一个学习的机会，在今后的工作中我会努力实践、勇于开拓，争取做一个有理想、懂研究、会教书的合格的教师，为我校的小学英语教育事业尽一份自己的力量。</w:t>
      </w:r>
      <w:r>
        <w:rPr>
          <w:lang w:eastAsia="zh-CN"/>
        </w:rPr>
        <w:br/>
      </w:r>
      <w:r>
        <w:rPr>
          <w:lang w:eastAsia="zh-CN"/>
        </w:rPr>
        <w:t xml:space="preserve">    2024年英语教师培训心得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从暑假开始的共16天的初中英语教师全员培训在这个寒冷的圣诞节顺利落下帷幕。这次培训是由市教研室和县教研室牵头，浙师大派专家教师针对大家最薄弱的环节进行一系列专项培训，涉及了英语语音、听力、翻译、课堂用语和演讲技巧以及说课等方面。县教育局对这次培训非常重视，在培训的动员会上教育局雷局长多次强调大家一定要从思想上重视起来，认真听课认真完成辅导教师布置的作业，努力让自己成为优秀的英语教师。我们的教研员黄老师每天亲临现场，做好班级管理记好出勤，自己以身作则，除了必要的一些工作外，她也尽力和我们一起参加培训学习，用她的话来说要好好珍惜这次来之不易的家门前的培训学习机会;是的，这次培训学习填补了我们缺失的知识，提高了我们听说读写的能力，让我收益颇多，感慨万分，以下是我的些许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首先，说说实话吧，培训前老师们对暑期炎热夏天和下半年本该我们休息的每月一次的双休日的培训学习或多或少是有些想法的，再说若大的班级又是成人，班级管理的确是件不容易的事，可就是因为各级领导的重视，教研员黄老师特强的组织、管理、协调、沟通能力使得大家能静下心来，一开始，黄老师就给我们讲了培训的重要性和必要性，宣布了班级公约、成立班干部、科学地给各位排好座位，并及时反馈我们英语教师的心声，与上课老师协调培训内容，使得近80人的培训班级培训学习井然有序，学员们的学习热情高涨，也正是因为上课老师的课又能深深吸引我们，学以致用，所以一下就改变了学员们的想法，变要我学为我要学。也难怪去过丽水多个培训点上课的李艳老师在我们遂昌点两天课上后对遂昌感觉很深，表扬我们，得到了她的高度评价，当时我们以为李老师是在讲恭维话，把我们当小孩鼓励表扬一番，可她踏上回金华车时还发了这样一条短信给我们班主任黄旭红老师：这次能有幸到您处上课，印象颇深，学员到课率最高，学习最认真，课堂表现最积极，这与您的认真负责的领导是绝对分不开的。这一点我也会向学院领导传达，能向其他教学点推荐。当再一次培训黄老师把这条信息向我们转告时，我们才真正感到我们真的做的很棒!</w:t>
      </w:r>
      <w:r>
        <w:rPr>
          <w:lang w:eastAsia="zh-CN"/>
        </w:rPr>
        <w:br/>
      </w:r>
      <w:r>
        <w:rPr>
          <w:lang w:eastAsia="zh-CN"/>
        </w:rPr>
        <w:t>　　其次，教师的良好素质是上好一堂课的重要前提和基本保证。在听课中我发现骆巧丽老师和李艳老师有几个共同的特点：口语流利发音准确，只有做到这个，善于模仿的学生才可以拥有地道的英语;善于使用多媒体、歌曲、画画、影像作品等直观辅助教具，使学生接触到的知识更立体更直观更生动;有扎实的英语基础知识作后盾，课堂知识丰富;教态自然亲切，诙谐幽默，表情丰富。特别是骆老师，非常善于师生互动，愣是把枯燥的培训变成了生动的课堂，我们仿佛又回到了学生时代，在自己喜欢的教师面前畅所欲言。英语是一种交际语言，听说读写四个环节缺一不可。一位大学老师能在炎热的暑期来到遂昌要连续给我们上8天的课，下半年最后一次天气寒冷又恰逢圣诞节骆巧丽老师冒着雪不惧严寒给我们作指导，面对面的一一考试，难能可贵呀!得知给我们上课的老师在浙师大课务很重，一周有18节课，有时一天要上6节课，在完成学校课务的同时又利用本该休息的周末来给我们上课，可她们却不辞辛苦，且非常敬业，高度负责，专业精湛，和蔼亲切、幽默诙谐，令我们敬佩与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再次，语音教学的重要性不容小觑。在这16天的培训中，给我们大家留下深刻印象的是语音教学。骆老师用她那纯正的美语给我们纠音，一字一词一句一篇，一遍又一遍，直到我们的发音达到标准，她的认真使我改变了对英语语音教学的态度。我一直为枯燥乏味的语音教学而头疼，连续重复的教学法使得我的课毫无新意，到最后我教累了，学生也学累了。在这次培训启发下，我会重新定位我的语音教学，在实际教学中引入游戏、运用儿歌绕口令、积极评价、利用多媒体、布置创造性的任务让枯燥乏味的语音教学变得愉悦兴奋，富有乐趣，使学生积极主动地投入到学习中去，做到让孩子玩中学，学中玩。</w:t>
      </w:r>
      <w:r>
        <w:rPr>
          <w:lang w:eastAsia="zh-CN"/>
        </w:rPr>
        <w:br/>
      </w:r>
      <w:r>
        <w:rPr>
          <w:lang w:eastAsia="zh-CN"/>
        </w:rPr>
        <w:t>　　最后，要做个与时俱进的教师。通过这次培训，让我开阔了眼界，明白了努力方向。怎样让自己的语言更优美，怎样提高培养学生的英语拼写能力，怎样在平时的朗读中渗透语音知识让学生更系统的掌握并拥有更纯正的发音，怎样在教学中穿插情感教育，等等。我相信通过自己的努力，一定能拉近距离，不断进步。</w:t>
      </w:r>
      <w:r>
        <w:rPr>
          <w:lang w:eastAsia="zh-CN"/>
        </w:rPr>
        <w:br/>
      </w:r>
      <w:r>
        <w:rPr>
          <w:lang w:eastAsia="zh-CN"/>
        </w:rPr>
        <w:t xml:space="preserve">    2024年英语教师培训心得 篇12 </w:t>
      </w:r>
      <w:r>
        <w:rPr>
          <w:lang w:eastAsia="zh-CN"/>
        </w:rPr>
        <w:br/>
      </w:r>
      <w:r>
        <w:rPr>
          <w:lang w:eastAsia="zh-CN"/>
        </w:rPr>
        <w:t>　　8月7日—8日我参加了我县中小学教师暑期英语教学培训。在教研室和学校领导的关怀下，工作在教育一线的我们，能有机会汇聚一起交流探讨。同时热情大方、认真负责又富有耐心的吕主任与王老师为我们指点迷津，答疑解惑。短暂的一天使我受益匪浅，为我今后的教学拓宽了道路，让我珍视好好把握，为顺利进行教学打下坚实的基础！</w:t>
      </w:r>
      <w:r>
        <w:rPr>
          <w:lang w:eastAsia="zh-CN"/>
        </w:rPr>
        <w:br/>
      </w:r>
      <w:r>
        <w:rPr>
          <w:lang w:eastAsia="zh-CN"/>
        </w:rPr>
        <w:t>　　通过本次培训，我收获良多，现总结如下：</w:t>
      </w:r>
      <w:r>
        <w:rPr>
          <w:lang w:eastAsia="zh-CN"/>
        </w:rPr>
        <w:br/>
      </w:r>
      <w:r>
        <w:rPr>
          <w:lang w:eastAsia="zh-CN"/>
        </w:rPr>
        <w:t>　　一、采用多种教学方法，激发学生的学习兴趣</w:t>
      </w:r>
      <w:r>
        <w:rPr>
          <w:lang w:eastAsia="zh-CN"/>
        </w:rPr>
        <w:br/>
      </w:r>
      <w:r>
        <w:rPr>
          <w:lang w:eastAsia="zh-CN"/>
        </w:rPr>
        <w:t>　　1、创设情景、相互交流、激励情意，启发学习动机，树立学习信心。教师要充分利用书中课文创设栩栩如生的情景，如：教对话HappyBirthday时，先教唱歌曲HappyBirthday，然后发头饰，让学生扮演对话中的角色。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练习形式多种多样，手、脑、口、耳、眼、肢、体并用，静态、动态结合，基本操练与自由练习结合，单项和综合练习结合。如教了1—10的数字后，我们可以让学生带来他们最喜爱的毽子，一边踢，一边数，学生们既踢了毽子，又复习了数字，一举两得。</w:t>
      </w:r>
      <w:r>
        <w:rPr>
          <w:lang w:eastAsia="zh-CN"/>
        </w:rPr>
        <w:br/>
      </w:r>
      <w:r>
        <w:rPr>
          <w:lang w:eastAsia="zh-CN"/>
        </w:rPr>
        <w:t>　　3、设计任务型活动，开放空间，激活学生的思维，培养创造思维。如：设计"我是小小礼仪员"，让学生练习已学的礼貌用语；设计"五好家庭演讲会"，让学生介绍家庭成员及父母职业；设计"苗苗艺校招生"，让学生谈各自的兴趣爱好等。这些活动充分发挥了学生英语学习的创造性，使他们的英语水平得到充分的展现。</w:t>
      </w:r>
      <w:r>
        <w:rPr>
          <w:lang w:eastAsia="zh-CN"/>
        </w:rPr>
        <w:br/>
      </w:r>
      <w:r>
        <w:rPr>
          <w:lang w:eastAsia="zh-CN"/>
        </w:rPr>
        <w:t>　　二、借助各种现代化教学手段，创设良好的语言环境和充分的语言实践机会，优化教学过程</w:t>
      </w:r>
      <w:r>
        <w:rPr>
          <w:lang w:eastAsia="zh-CN"/>
        </w:rPr>
        <w:br/>
      </w:r>
      <w:r>
        <w:rPr>
          <w:lang w:eastAsia="zh-CN"/>
        </w:rPr>
        <w:t>　　1、充分利用班班通英语教学音像资源，如图画、录音、录像等多媒体资源，不仅能为学生提供规范的语音、语调，还可以提供真实自然的语言使用的示范，即语言使用的场合、时间、对象等，以及体态语手势、动作、表情等的示范。</w:t>
      </w:r>
      <w:r>
        <w:rPr>
          <w:lang w:eastAsia="zh-CN"/>
        </w:rPr>
        <w:br/>
      </w:r>
      <w:r>
        <w:rPr>
          <w:lang w:eastAsia="zh-CN"/>
        </w:rPr>
        <w:t>　　2、多种媒体的运用能使教学变得生动、形象、活泼，极具感染力，容易激发学生兴趣，引起有意注意，加深印象，帮助学生持久记忆。</w:t>
      </w:r>
      <w:r>
        <w:rPr>
          <w:lang w:eastAsia="zh-CN"/>
        </w:rPr>
        <w:br/>
      </w:r>
      <w:r>
        <w:rPr>
          <w:lang w:eastAsia="zh-CN"/>
        </w:rPr>
        <w:t>　　3、充分利用现代化教学手段，可以超越时间和空间的限制，使学生置身于以英语为母语的环境中，体验英语的实际运用。</w:t>
      </w:r>
      <w:r>
        <w:rPr>
          <w:lang w:eastAsia="zh-CN"/>
        </w:rPr>
        <w:br/>
      </w:r>
      <w:r>
        <w:rPr>
          <w:lang w:eastAsia="zh-CN"/>
        </w:rPr>
        <w:t>　　4、多媒体课件的使用可以使教学过程程序化，大大提高教学的效率，这一点对课时少的小学英语课尤为重要。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三、运用多种激励方式，鼓励小学生积极进取</w:t>
      </w:r>
      <w:r>
        <w:rPr>
          <w:lang w:eastAsia="zh-CN"/>
        </w:rPr>
        <w:br/>
      </w:r>
      <w:r>
        <w:rPr>
          <w:lang w:eastAsia="zh-CN"/>
        </w:rPr>
        <w:t>　　小学生学习英语能否取得成功，很大程度上取决于学习的兴趣，小学英语教学应采取一切可能的方法，尊重和爱护学生的学习积极性，对每个学生的成绩和点滴进步都要加以肯定，使他们喜欢学、乐于学。因此，教师要通过多种激励的方式，如：奖品激励、任务激励、荣誉激励、信任激励和情感激励等，激发学生积极参与、大胆实践，体验成功，有了成就感，就有了自信心。特别要注意对学习后进的学生所取得的进步应该及时给予表扬。英语是基础教育阶段的必修课程，教师应该想尽各种办法激发和培养学生学习英语的.兴趣，使学生树立自信心，养成良好的学习习惯和形成有效的学习策略，发展自主学习的能力和合作精神；使学生掌握一定的英语基础知识和听、说、读、写技能，形成一定的综合语言运用能力；培养学生的观察、记忆、思维、想像能力和创新精神；帮助学生了解世界和中西方文化的差异，拓展视野，培养爱国主义精神，形成健康的人生观，为他们的终身学习和发展打下良好的基础。</w:t>
      </w:r>
      <w:r>
        <w:rPr>
          <w:lang w:eastAsia="zh-CN"/>
        </w:rPr>
        <w:br/>
      </w:r>
      <w:r>
        <w:rPr>
          <w:lang w:eastAsia="zh-CN"/>
        </w:rPr>
        <w:t xml:space="preserve">    2024年英语教师培训心得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20__年6月22日，怀着对教师专业成长的所求，企盼和兴奋，我与来自全省级骨干教师培训对象一同踏进了师范学院，聆听了的专家讲座，这些讲座对我有很大的帮助，在此我领略到了他们的教学风采，感受到了他们的人格魅力，收获很多，他们所讲的内容深刻独到，旁征博引，通俗易懂，生动有趣，发人深省，专题报告思路清晰，精辟深邃，理念新颖，闪烁智慧思辨的光芒，让我兴的是与老师，同仁互动式交流、评论。</w:t>
      </w:r>
      <w:r>
        <w:rPr>
          <w:lang w:eastAsia="zh-CN"/>
        </w:rPr>
        <w:br/>
      </w:r>
      <w:r>
        <w:rPr>
          <w:lang w:eastAsia="zh-CN"/>
        </w:rPr>
        <w:t>　　在交流、评论中教师共同探究，集思广益，各抒己见，大家的观点来得更直接、更朴素、更真实。他们的讲座，都渗透着新课程标准下的新理念，每一讲中都需要我们去思考的东西，使我感受最深刻的是课程标准新理念下的教学设计，教学评价活动设计，教学中学习策略的设计规划，这些活动使我有了新的思考、新的设想和新的观念。</w:t>
      </w:r>
      <w:r>
        <w:rPr>
          <w:lang w:eastAsia="zh-CN"/>
        </w:rPr>
        <w:br/>
      </w:r>
      <w:r>
        <w:rPr>
          <w:lang w:eastAsia="zh-CN"/>
        </w:rPr>
        <w:t>　　陈__教授的《新课程下英语学习与教学》的报告给我很大的收获，他强调了新课标的六个基本理念和“任务型教学”。</w:t>
      </w:r>
      <w:r>
        <w:rPr>
          <w:lang w:eastAsia="zh-CN"/>
        </w:rPr>
        <w:br/>
      </w:r>
      <w:r>
        <w:rPr>
          <w:lang w:eastAsia="zh-CN"/>
        </w:rPr>
        <w:t>　　（1）采用活动途径，倡导体验参与，本课程倡导任务型的教学模式，让学生在教师的指导下，通过感知、体验、实践、参与和合作等方式，实现任务的目标，感受成功。在学习过程中进行情感和策略调整，以形成积极的学习态度，促进语言实际运用能力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强调学习过程，倡导体验参与，现代外语教育理念注重语言学习的过程，提倡采用任务型语言教学等各种强调学习过程的语言教学途径和方法。“任务型教学”：任务型教学就是以具体的任务为学习动机，以完成任务的过程为学习过程，以展示任务成果的方式（而不是以测试的分数）来体现教学的成就。学生在做事情的过程中使用语言，在使用语言的过程中发展语言能力。任务型教学以应用为动力，以应用为目的，以应用为核心。通过学习，我明白了任务型教学是双边的交互式活动，在活动中所学的语言是实际的工具，其价值能得到充分的体现，有利于提高学习的知觉性，它有较明确的具体目的，有利于激励学习积极性，在任务型教学中，教师的角色比较丰富，教师从全面出发，观察、控制课堂的发展。</w:t>
      </w:r>
      <w:r>
        <w:rPr>
          <w:lang w:eastAsia="zh-CN"/>
        </w:rPr>
        <w:br/>
      </w:r>
      <w:r>
        <w:rPr>
          <w:lang w:eastAsia="zh-CN"/>
        </w:rPr>
        <w:t>　　朱__教授的《教师专业发展路径》中提到了当前英语课程存在的主要问题————实效问题：很多教师课堂教学的实效仍然不高，即学生在每节课上所学的知识和能力发展未能达到单位教学时间内的潜能。师资问题：存在客观工作环境和个人专业能力两方面问题。大班教学，工作量繁重、资源不足、语言环境欠佳，个人语言和教学能力均有待提高以及教学中的具体问题：相当数量的观摩课表演性过强，师生交流不够自然和真实；课堂生成少；课堂评价形式化，忽视评价的实效性；教学方式呈现区域性模式化（套路），缺乏多样性和创新教学（如词汇教学，阅读教学）；教学辅助设备及教学资源利用的实效有问题；中小学英语教师的专业知识与能力亟待提高。所以在英语教学中需要关注的几个问题：关注学习兴趣，忽略学习成效关注技能发展，忽略词汇和语法教学，关注表面参与，忽略思维发展；关注听说能力，忽略读写能力关注物质奖励，忽略内在动机培养，关注学生认知发展，忽略学生元认知能力发展关注活动形式，忽略教育的本质意义，通过这个报告我了解到了教师的专业知识与能力水平体现在课堂教学设计与实施的每个环节中，直接影响着学生的学习体验、认知过程、情感发展和学习成效。要快速提高中小学英语课程质量的关键在于如何帮助教师提高自身的学科专业知识与能力。仅仅有新课程的理念是不够的，要通过不断改进课堂教学各环节有效性来实现提高整个教学过程的有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听了梅__教授的《现代外语教学理论发展趋势》的报告，我明白了教师的外语教学为什么要适合发展趋势，因为现代教学不是简单地传授知识，重要的是培养学生的能力；科技快速发展，要求教师有更高的专业知识；信息技术给教育带来变改，教师要适用，要运用现代技术改善教育，作为我们教师，要有了不断进修意识和能力，不断学习，终身学习，不断创新，善于在工作中不断反思、钻研，成为研究弄的、自我发展型的教师。更值得一提的是此次培训注重了理论联系实际，在提升理论的基础上，回归课堂，都老师们为我们搭建教学实践平台，组织我们开展说课活动，通过学员代表上课，其他学员听课、评课各种形式，切实提高了学员的教学能力，使我难忘的是在学校组织带领下赴赣州七中去听了一节六年级郭老师上的公开课：“What’s your favourite sports？”这节课使我受益非浅，很有触动，让我看到了我们的差距及差异，他们的课上学生是真正的主人，课堂上学生灿烂的笑脸告诉我们他们在享受课堂的乐趣，他们以优美的语调跟老师及伙伴自由的交流，真是学得轻松愉快，活得自由自在。课后我们与杭外的老师进行交流，从他们那里汲取营养，并明确了自己的努力方向。课后我与进行了交流，从她那里我学到了很多，并明确了我自己努力的方向。</w:t>
      </w:r>
      <w:r>
        <w:rPr>
          <w:lang w:eastAsia="zh-CN"/>
        </w:rPr>
        <w:br/>
      </w:r>
      <w:r>
        <w:rPr>
          <w:lang w:eastAsia="zh-CN"/>
        </w:rPr>
        <w:t>　　智慧不是靠灌输获得的，成功是建立在有准备的基础之上的。通过培训，使自己有了不少的收获。</w:t>
      </w:r>
      <w:r>
        <w:rPr>
          <w:lang w:eastAsia="zh-CN"/>
        </w:rPr>
        <w:br/>
      </w:r>
      <w:r>
        <w:rPr>
          <w:lang w:eastAsia="zh-CN"/>
        </w:rPr>
        <w:t>　　一、提高了自己的师德水准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培训过程中，我从一些优秀的骨干教师身上不光学到了教学、研究的本领，而且使我深切领悟到“学高为师，身正为范，学无止境”的真谛。通过培训使我进一步认识到作为教育目的、活动、方法的指导者、探索者、实践者、学生成长发展的领路人，教师应具有奉献精神，有建功立业的热情。奉献是一种美德，是教师的天职。</w:t>
      </w:r>
      <w:r>
        <w:rPr>
          <w:lang w:eastAsia="zh-CN"/>
        </w:rPr>
        <w:br/>
      </w:r>
      <w:r>
        <w:rPr>
          <w:lang w:eastAsia="zh-CN"/>
        </w:rPr>
        <w:t>　　教师对教育的爱是教育力量的源泉，是教育成功的基础。热爱学生等于塑造一个学生，厌弃学生无异于毁坏一个学生。老师对学生的爱不是基于亲缘关系，不是出于个人需求，是持久而深厚的教育之爱。我们知道师生交往是影响教学有效性的主要因素，教师在教学中通过师生交往影响和改变学生的学习态度。学生与老师的关系是影响学生学习兴趣和学习好坏的关键，所以我们每一位老师只要能让学生感受到老师对他们的关心和关注，让学生喜欢你，从而喜欢上你的课，那我们每一位老师即使不去强调如何让学生集中注意力听讲，他们也会非常自觉地把每节课学好。教育的真谛是爱，最终目的是促进学生化的发展，爱心、责任是师德的基础和核心内容。</w:t>
      </w:r>
      <w:r>
        <w:rPr>
          <w:lang w:eastAsia="zh-CN"/>
        </w:rPr>
        <w:br/>
      </w:r>
      <w:r>
        <w:rPr>
          <w:lang w:eastAsia="zh-CN"/>
        </w:rPr>
        <w:t>　　二、教育观念得到更新</w:t>
      </w:r>
      <w:r>
        <w:rPr>
          <w:lang w:eastAsia="zh-CN"/>
        </w:rPr>
        <w:br/>
      </w:r>
      <w:r>
        <w:rPr>
          <w:lang w:eastAsia="zh-CN"/>
        </w:rPr>
        <w:t>　　此次骨干班的全体学员几乎都来自教学第一线。通过集中理论学习，使我们逐步更新了教育教学观念，了解了先进的教育科学基本理论，现代教育观、学生观和学习观，在教学活动中遵循客观规律、调整自身的角色和教学方式，把素质教育贯穿到学科教学过程中。</w:t>
      </w:r>
      <w:r>
        <w:rPr>
          <w:lang w:eastAsia="zh-CN"/>
        </w:rPr>
        <w:br/>
      </w:r>
      <w:r>
        <w:rPr>
          <w:lang w:eastAsia="zh-CN"/>
        </w:rPr>
        <w:t>　　三、教育教学理论掌握得更为系统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教师的专业素养想得到发展和提高，一定要善于思考、勇于实践、不断反思提炼总结。美国心理学家波斯纳认为：没有反思的经验是狭隘的经验，至多只能是肤浅的知识。他提出了教师成长的公式：成长=经验+反思。他说，如果一个教师仅仅满足于获得的经验，而不对经验进行深入地反思。那么，即使是有20年的教学经验，那也许只是一年工作的20次重复。平时忙于教学，很少有机会静下心来读书学习，来到日照师范一下子听了那么多课，记了厚厚的笔记，使我们对教育教学的理论与方法掌握得更加系统，使我感到比原来站得高了，看得远了，有一种“天更蓝、地更绿、水更清”的感觉。几天的学习，使我对一些教育观念的理解更加深刻；对教学理论的认识更加明晰；使我对教学的理论与方法掌握得更加系统；对开展教研活动的方式更加明确；对投身教育改革的激情更加充沛。</w:t>
      </w:r>
      <w:r>
        <w:rPr>
          <w:lang w:eastAsia="zh-CN"/>
        </w:rPr>
        <w:br/>
      </w:r>
      <w:r>
        <w:rPr>
          <w:lang w:eastAsia="zh-CN"/>
        </w:rPr>
        <w:t>　　四、合作学习、共同成长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学习过程中，全体学员合作学习、共同成长，成为一个亲密和谐的学习大家庭。学员之间、师生之间相互学习、取长补短，结下了深厚的友谊。培训结束，就是我们新的合作开始，回来工作之后，我们仍然互通信息，保持联系，互相交流，共同提高，争取以最简洁的线条拉动最丰富的知识。随着课程改革的不断深入，在以后的教学中，我将大胆的在课堂中引进新思路、新方法解决课上的问题。课堂上及时根据课堂情况调整教学环节与教学思路，组织好课堂教学，关注全体学生，注意信息反馈，调动学生的有意注意，使其保持相对稳定性。同时，激发学生的情感，使他们产生愉悦的心境，创造良好的课堂气氛。课堂语言做到简洁明了，课堂提问面向全体学生，注意引发学生学习的兴趣。课堂上注意培养学生学习的积极性，激发学生参与的主动性，使学生由教师教学变为学生乐学、愿学、自学，让学生更好理解知识和运用知识。为了不断提高自己的专业水平，我将积极参与各级的听课、评课活动，虚心向同行学习教学方法，博采众长，提高教学水平。</w:t>
      </w:r>
      <w:r>
        <w:rPr>
          <w:lang w:eastAsia="zh-CN"/>
        </w:rPr>
        <w:br/>
      </w:r>
      <w:r>
        <w:rPr>
          <w:lang w:eastAsia="zh-CN"/>
        </w:rPr>
        <w:t>　　在教学改革的今天，社会对教师素质的要求更高，我将在今后的教育教学工作中更加严格要求自己，努力工作，发扬优点，弥补不足，开拓进取。我会将在这里学到的新知识尽快地内化为自己的东西，运用于教育教学中，结合我校的实际情况，及时地为学校的建设和为展出谋划策，努力学习同行们的学习态度，求知精神，协作能力；加强平时的学习，我一定将学到的知识运用于教育、教学实践中去，我相信只要我加倍地努力，奋勇拼博，坚持不懈，就会在教学上开创一片新天地！</w:t>
      </w:r>
      <w:r>
        <w:rPr>
          <w:lang w:eastAsia="zh-CN"/>
        </w:rPr>
        <w:br/>
      </w:r>
      <w:r>
        <w:rPr>
          <w:lang w:eastAsia="zh-CN"/>
        </w:rPr>
        <w:t xml:space="preserve">    2024年英语教师培训心得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20__年__县中学英语教师全员培训工作随着20__的脚步终于结束了，在这次前后长达数月的培训中，我在思想上、业务理论上、工作实践上都获益匪浅。作为一名教学经验尚浅的英语教师，我很荣幸的获得了这次极其宝贵的提升专业素质和业务素质的机会，参加了这期培训班的培训和学习。我倍惜来之不易的机会，在整个培训过程中，学习认真刻苦，及时完成各项任务，可以说对于自身的全面发展带来了很大的益处。我将从以下几个方面来谈谈自己在这次培训中的一些心得和体会：</w:t>
      </w:r>
      <w:r>
        <w:rPr>
          <w:lang w:eastAsia="zh-CN"/>
        </w:rPr>
        <w:br/>
      </w:r>
      <w:r>
        <w:rPr>
          <w:lang w:eastAsia="zh-CN"/>
        </w:rPr>
        <w:t>　　一、放大学生闪光点，增强学生的自信心。</w:t>
      </w:r>
      <w:r>
        <w:rPr>
          <w:lang w:eastAsia="zh-CN"/>
        </w:rPr>
        <w:br/>
      </w:r>
      <w:r>
        <w:rPr>
          <w:lang w:eastAsia="zh-CN"/>
        </w:rPr>
        <w:t>　　来自浙师大的洛老师经常组织大家进行free talk，尽管我读大学时有过和外教聊天的经历，但是毕业数月，那种感觉早已被平时繁琐的教学消磨得一干二净了。在老师们的鼓励下还是自信的发表了自己的观点。所以在今后的英语教学活动中，我们教育工作者应善于抓住学生的闪光点，赏识学生，帮助学生树立自信心，促进其主动学习英语知识，提高英语学习兴趣。</w:t>
      </w:r>
      <w:r>
        <w:rPr>
          <w:lang w:eastAsia="zh-CN"/>
        </w:rPr>
        <w:br/>
      </w:r>
      <w:r>
        <w:rPr>
          <w:lang w:eastAsia="zh-CN"/>
        </w:rPr>
        <w:t>　　二、激情课堂，抓住学生的注意力。</w:t>
      </w:r>
      <w:r>
        <w:rPr>
          <w:lang w:eastAsia="zh-CN"/>
        </w:rPr>
        <w:br/>
      </w:r>
      <w:r>
        <w:rPr>
          <w:lang w:eastAsia="zh-CN"/>
        </w:rPr>
        <w:t>　　洛老师的课上得生动有趣，在她充满热情的课堂上，所有的老师都集中注意力。她会用一口非常棒的口语和我们进行交流。在课堂上，时而歌声四起，时而情境对话，时而游戏互动，最重要的是这些都没有影响我们的`进度，反而更有利于我们的英语交流。这样我们由“要我学”到“我要学”，我们的学习兴趣得到限度地激活，在“乐学”中学会“会学”。使我们的口语学习获得事半功倍的效果。</w:t>
      </w:r>
      <w:r>
        <w:rPr>
          <w:lang w:eastAsia="zh-CN"/>
        </w:rPr>
        <w:br/>
      </w:r>
      <w:r>
        <w:rPr>
          <w:lang w:eastAsia="zh-CN"/>
        </w:rPr>
        <w:t>　　三、严松有度，提高教师自身素质。</w:t>
      </w:r>
      <w:r>
        <w:rPr>
          <w:lang w:eastAsia="zh-CN"/>
        </w:rPr>
        <w:br/>
      </w:r>
      <w:r>
        <w:rPr>
          <w:lang w:eastAsia="zh-CN"/>
        </w:rPr>
        <w:t>　　来自浙师大的另一位美女老师给我们营造一个纯英语的学习环境，培养我们的英文惯性思维能力，我们在课堂上只讲英语，每天都在一个全英文的环境中实践与提高，这样大脑每天不断在接受纯正、地道的英语的冲击，再加上老师的耐心的指导，这样正宗的英语思维习惯就渐渐形成了。</w:t>
      </w:r>
      <w:r>
        <w:rPr>
          <w:lang w:eastAsia="zh-CN"/>
        </w:rPr>
        <w:br/>
      </w:r>
    </w:p>
    <w:p w:rsidR="001B1F19" w14:textId="27C3F48A">
      <w:pPr>
        <w:rPr>
          <w:rFonts w:hint="eastAsia"/>
          <w:lang w:eastAsia="zh-CN"/>
        </w:rPr>
      </w:pPr>
      <w:r>
        <w:rPr>
          <w:lang w:eastAsia="zh-CN"/>
        </w:rPr>
        <w:t>　　在今后的日常教学生活中，我会与那些经验丰富的同事们分享学习心得，共同提高；并进一步向前辈学习，历练自己，提升自己，为中学的英语教学迈向更高的层次而努力！</w:t>
      </w:r>
      <w:r>
        <w:rPr>
          <w:lang w:eastAsia="zh-CN"/>
        </w:rPr>
        <w:br/>
      </w:r>
      <w:r>
        <w:rPr>
          <w:lang w:eastAsia="zh-CN"/>
        </w:rPr>
        <w:t>　　最后，衷心感谢遂昌教育局领导给我们提供了学习机会。并盼望以后能有更多、更广泛的继续学习的机会让我们年青教师提升专业素质和业务素质，从而推进整个英语教学事业的发展。</w:t>
      </w:r>
      <w:r>
        <w:rPr>
          <w:lang w:eastAsia="zh-CN"/>
        </w:rPr>
        <w:br/>
      </w:r>
      <w:r>
        <w:rPr>
          <w:lang w:eastAsia="zh-CN"/>
        </w:rPr>
        <w:t xml:space="preserve">    2024年英语教师培训心得 篇15 </w:t>
      </w:r>
      <w:r>
        <w:rPr>
          <w:lang w:eastAsia="zh-CN"/>
        </w:rPr>
        <w:br/>
      </w:r>
      <w:r>
        <w:rPr>
          <w:lang w:eastAsia="zh-CN"/>
        </w:rPr>
        <w:t>　　通过这次的培训学习，使我受益匪浅，提高了自己的教学水平。使我对阅读课这种课型教学有了新的认识和了解。</w:t>
      </w:r>
      <w:r>
        <w:rPr>
          <w:lang w:eastAsia="zh-CN"/>
        </w:rPr>
        <w:br/>
      </w:r>
      <w:r>
        <w:rPr>
          <w:lang w:eastAsia="zh-CN"/>
        </w:rPr>
        <w:t>　　阅读课教学老师应注意的几点：</w:t>
      </w:r>
      <w:r>
        <w:rPr>
          <w:lang w:eastAsia="zh-CN"/>
        </w:rPr>
        <w:br/>
      </w:r>
      <w:r>
        <w:rPr>
          <w:lang w:eastAsia="zh-CN"/>
        </w:rPr>
        <w:t>　　1、如何让学生有读的动机？如何让想读、爱读，这是阅读课首先需要思考的问题。选择内容有趣、难度适中、适合学生口味的阅读材料，读前恰当设计几个小问题，结合学生的已有知识进行简单的背景介绍等都可能有帮助。</w:t>
      </w:r>
      <w:r>
        <w:rPr>
          <w:lang w:eastAsia="zh-CN"/>
        </w:rPr>
        <w:br/>
      </w:r>
      <w:r>
        <w:rPr>
          <w:lang w:eastAsia="zh-CN"/>
        </w:rPr>
        <w:t>　　2、明确阅读课的目的。获取信息、学习和应用所学语言知识、通过读来训练读的技能是几个主要方面都要落实到具体教学环节过程中去。</w:t>
      </w:r>
      <w:r>
        <w:rPr>
          <w:lang w:eastAsia="zh-CN"/>
        </w:rPr>
        <w:br/>
      </w:r>
      <w:r>
        <w:rPr>
          <w:lang w:eastAsia="zh-CN"/>
        </w:rPr>
        <w:t>　　3、交给学生读的方法。把常用的阅读策略有计划有步骤地交给学生，比如浏览，扫描，题目，主题句，抓大意、找细节、判断态度等。各种技巧的安排要循序渐进，结合不同的阅读内容在阅读中渗透。而且多数技巧都需要教师不断提醒，不断示范引导才会逐渐被学生掌握。</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https://d.book118.com/266010111113010043</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6010111113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