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2024年护士节主题活动总结（32篇）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2024年护士节主题活动总结（通用32篇）</w:t>
      </w:r>
      <w:r>
        <w:rPr>
          <w:lang w:eastAsia="zh-CN"/>
        </w:rPr>
        <w:br/>
      </w:r>
      <w:r>
        <w:rPr>
          <w:lang w:eastAsia="zh-CN"/>
        </w:rPr>
        <w:t xml:space="preserve">    2024年护士节主题活动总结 篇1 </w:t>
      </w:r>
      <w:r>
        <w:rPr>
          <w:lang w:eastAsia="zh-CN"/>
        </w:rPr>
        <w:br/>
      </w:r>
      <w:r>
        <w:rPr>
          <w:lang w:eastAsia="zh-CN"/>
        </w:rPr>
        <w:t>　　在这春意盎然的五月，我们迎来了“5.12”国际护士节，为弘扬南丁格尔救死扶伤的无私奉献精神，增强护理人员争先创优意识，培养优秀护理人才，展示我校护士奋发向上、积极进取的精神风貌，在护士节期间护理部组织了系列庆祝活动，总结如下：</w:t>
      </w:r>
      <w:r>
        <w:rPr>
          <w:lang w:eastAsia="zh-CN"/>
        </w:rPr>
        <w:br/>
      </w:r>
      <w:r>
        <w:rPr>
          <w:lang w:eastAsia="zh-CN"/>
        </w:rPr>
        <w:t>　　一、护理急救技能竞赛</w:t>
      </w:r>
      <w:r>
        <w:rPr>
          <w:lang w:eastAsia="zh-CN"/>
        </w:rPr>
        <w:br/>
      </w:r>
      <w:r>
        <w:rPr>
          <w:lang w:eastAsia="zh-CN"/>
        </w:rPr>
        <w:t>　　为强化我校护理人员急救基础理论、基本知识和基本技能，做好迎接等级医校评审准备工作，我校护理部举办了“护理急救技能竞赛。”通过这次竞赛，统一规范了我校护理人员急救技术，提高了我校护理人员的急救意识和急救技能水平。</w:t>
      </w:r>
      <w:r>
        <w:rPr>
          <w:lang w:eastAsia="zh-CN"/>
        </w:rPr>
        <w:br/>
      </w:r>
      <w:r>
        <w:rPr>
          <w:lang w:eastAsia="zh-CN"/>
        </w:rPr>
        <w:t>　　二、真情在细节中流淌，优质在传承中沉淀</w:t>
      </w:r>
      <w:r>
        <w:rPr>
          <w:lang w:eastAsia="zh-CN"/>
        </w:rPr>
        <w:br/>
      </w:r>
    </w:p>
    <w:p w:rsidR="001B1F19" w14:textId="0AE8485B">
      <w:pPr>
        <w:pStyle w:val="Heading1"/>
        <w:jc w:val="center"/>
        <w:rPr>
          <w:rFonts w:hint="eastAsia"/>
          <w:lang w:eastAsia="zh-CN"/>
        </w:rPr>
      </w:pPr>
      <w:r>
        <w:rPr>
          <w:sz w:val="44"/>
          <w:lang w:eastAsia="zh-CN"/>
        </w:rPr>
        <w:t>2024年护士节主题活动总结（32篇）</w:t>
      </w:r>
    </w:p>
    <w:p w:rsidR="001B1F19"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2024年护士节主题活动总结（通用32篇）</w:t>
      </w:r>
      <w:r>
        <w:rPr>
          <w:lang w:eastAsia="zh-CN"/>
        </w:rPr>
        <w:br/>
      </w:r>
      <w:r>
        <w:rPr>
          <w:lang w:eastAsia="zh-CN"/>
        </w:rPr>
        <w:t xml:space="preserve">    2024年护士节主题活动总结 篇1 </w:t>
      </w:r>
      <w:r>
        <w:rPr>
          <w:lang w:eastAsia="zh-CN"/>
        </w:rPr>
        <w:br/>
      </w:r>
      <w:r>
        <w:rPr>
          <w:lang w:eastAsia="zh-CN"/>
        </w:rPr>
        <w:t>　　在这春意盎然的五月，我们迎来了“5.12”国际护士节，为弘扬南丁格尔救死扶伤的无私奉献精神，增强护理人员争先创优意识，培养优秀护理人才，展示我校护士奋发向上、积极进取的精神风貌，在护士节期间护理部组织了系列庆祝活动，总结如下：</w:t>
      </w:r>
      <w:r>
        <w:rPr>
          <w:lang w:eastAsia="zh-CN"/>
        </w:rPr>
        <w:br/>
      </w:r>
      <w:r>
        <w:rPr>
          <w:lang w:eastAsia="zh-CN"/>
        </w:rPr>
        <w:t>　　一、护理急救技能竞赛</w:t>
      </w:r>
      <w:r>
        <w:rPr>
          <w:lang w:eastAsia="zh-CN"/>
        </w:rPr>
        <w:br/>
      </w:r>
      <w:r>
        <w:rPr>
          <w:lang w:eastAsia="zh-CN"/>
        </w:rPr>
        <w:t>　　为强化我校护理人员急救基础理论、基本知识和基本技能，做好迎接等级医校评审准备工作，我校护理部举办了“护理急救技能竞赛。”通过这次竞赛，统一规范了我校护理人员急救技术，提高了我校护理人员的急救意识和急救技能水平。</w:t>
      </w:r>
      <w:r>
        <w:rPr>
          <w:lang w:eastAsia="zh-CN"/>
        </w:rPr>
        <w:br/>
      </w:r>
      <w:r>
        <w:rPr>
          <w:lang w:eastAsia="zh-CN"/>
        </w:rPr>
        <w:t>　　二、真情在细节中流淌，优质在传承中沉淀</w:t>
      </w:r>
      <w:r>
        <w:rPr>
          <w:lang w:eastAsia="zh-CN"/>
        </w:rPr>
        <w:br/>
      </w:r>
    </w:p>
    <w:p w:rsidR="001B1F19" w14:textId="0AE8485B">
      <w:pPr>
        <w:pStyle w:val="Heading1"/>
        <w:jc w:val="center"/>
        <w:rPr>
          <w:rFonts w:hint="eastAsia"/>
          <w:lang w:eastAsia="zh-CN"/>
        </w:rPr>
      </w:pPr>
      <w:r>
        <w:rPr>
          <w:sz w:val="44"/>
          <w:lang w:eastAsia="zh-CN"/>
        </w:rPr>
        <w:t>2024年护士节主题活动总结（32篇）</w:t>
      </w:r>
    </w:p>
    <w:p w:rsidR="001B1F19"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2024年护士节主题活动总结（通用32篇）</w:t>
      </w:r>
      <w:r>
        <w:rPr>
          <w:lang w:eastAsia="zh-CN"/>
        </w:rPr>
        <w:br/>
      </w:r>
      <w:r>
        <w:rPr>
          <w:lang w:eastAsia="zh-CN"/>
        </w:rPr>
        <w:t xml:space="preserve">    2024年护士节主题活动总结 篇1 </w:t>
      </w:r>
      <w:r>
        <w:rPr>
          <w:lang w:eastAsia="zh-CN"/>
        </w:rPr>
        <w:br/>
      </w:r>
      <w:r>
        <w:rPr>
          <w:lang w:eastAsia="zh-CN"/>
        </w:rPr>
        <w:t>　　在这春意盎然的五月，我们迎来了“5.12”国际护士节，为弘扬南丁格尔救死扶伤的无私奉献精神，增强护理人员争先创优意识，培养优秀护理人才，展示我校护士奋发向上、积极进取的精神风貌，在护士节期间护理部组织了系列庆祝活动，总结如下：</w:t>
      </w:r>
      <w:r>
        <w:rPr>
          <w:lang w:eastAsia="zh-CN"/>
        </w:rPr>
        <w:br/>
      </w:r>
      <w:r>
        <w:rPr>
          <w:lang w:eastAsia="zh-CN"/>
        </w:rPr>
        <w:t>　　一、护理急救技能竞赛</w:t>
      </w:r>
      <w:r>
        <w:rPr>
          <w:lang w:eastAsia="zh-CN"/>
        </w:rPr>
        <w:br/>
      </w:r>
      <w:r>
        <w:rPr>
          <w:lang w:eastAsia="zh-CN"/>
        </w:rPr>
        <w:t>　　为强化我校护理人员急救基础理论、基本知识和基本技能，做好迎接等级医校评审准备工作，我校护理部举办了“护理急救技能竞赛。”通过这次竞赛，统一规范了我校护理人员急救技术，提高了我校护理人员的急救意识和急救技能水平。</w:t>
      </w:r>
      <w:r>
        <w:rPr>
          <w:lang w:eastAsia="zh-CN"/>
        </w:rPr>
        <w:br/>
      </w:r>
      <w:r>
        <w:rPr>
          <w:lang w:eastAsia="zh-CN"/>
        </w:rPr>
        <w:t>　　二、真情在细节中流淌，优质在传承中沉淀</w:t>
      </w:r>
      <w:r>
        <w:rPr>
          <w:lang w:eastAsia="zh-CN"/>
        </w:rPr>
        <w:br/>
      </w:r>
    </w:p>
    <w:p w:rsidR="001B1F19" w14:textId="0AE8485B">
      <w:pPr>
        <w:pStyle w:val="Heading1"/>
        <w:jc w:val="center"/>
        <w:rPr>
          <w:rFonts w:hint="eastAsia"/>
          <w:lang w:eastAsia="zh-CN"/>
        </w:rPr>
      </w:pPr>
      <w:r>
        <w:rPr>
          <w:sz w:val="44"/>
          <w:lang w:eastAsia="zh-CN"/>
        </w:rPr>
        <w:t>2024年护士节主题活动总结（32篇）</w:t>
      </w:r>
    </w:p>
    <w:p w:rsidR="001B1F19"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2024年护士节主题活动总结（通用32篇）</w:t>
      </w:r>
      <w:r>
        <w:rPr>
          <w:lang w:eastAsia="zh-CN"/>
        </w:rPr>
        <w:br/>
      </w:r>
      <w:r>
        <w:rPr>
          <w:lang w:eastAsia="zh-CN"/>
        </w:rPr>
        <w:t xml:space="preserve">    2024年护士节主题活动总结 篇1 </w:t>
      </w:r>
      <w:r>
        <w:rPr>
          <w:lang w:eastAsia="zh-CN"/>
        </w:rPr>
        <w:br/>
      </w:r>
      <w:r>
        <w:rPr>
          <w:lang w:eastAsia="zh-CN"/>
        </w:rPr>
        <w:t>　　在这春意盎然的五月，我们迎来了“5.12”国际护士节，为弘扬南丁格尔救死扶伤的无私奉献精神，增强护理人员争先创优意识，培养优秀护理人才，展示我校护士奋发向上、积极进取的精神风貌，在护士节期间护理部组织了系列庆祝活动，总结如下：</w:t>
      </w:r>
      <w:r>
        <w:rPr>
          <w:lang w:eastAsia="zh-CN"/>
        </w:rPr>
        <w:br/>
      </w:r>
      <w:r>
        <w:rPr>
          <w:lang w:eastAsia="zh-CN"/>
        </w:rPr>
        <w:t>　　一、护理急救技能竞赛</w:t>
      </w:r>
      <w:r>
        <w:rPr>
          <w:lang w:eastAsia="zh-CN"/>
        </w:rPr>
        <w:br/>
      </w:r>
      <w:r>
        <w:rPr>
          <w:lang w:eastAsia="zh-CN"/>
        </w:rPr>
        <w:t>　　为强化我校护理人员急救基础理论、基本知识和基本技能，做好迎接等级医校评审准备工作，我校护理部举办了“护理急救技能竞赛。”通过这次竞赛，统一规范了我校护理人员急救技术，提高了我校护理人员的急救意识和急救技能水平。</w:t>
      </w:r>
      <w:r>
        <w:rPr>
          <w:lang w:eastAsia="zh-CN"/>
        </w:rPr>
        <w:br/>
      </w:r>
      <w:r>
        <w:rPr>
          <w:lang w:eastAsia="zh-CN"/>
        </w:rPr>
        <w:t>　　二、真情在细节中流淌，优质在传承中沉淀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值此“5.12”国际护士节之际，为让我校护理人员舒缓紧张的心情，沐浴提灯女神的光辉;敞开心扉与南丁格尔精神相汇融，护理部组织开展了“真情在细节中流淌，优质在传承中沉淀”护士节有奖征文活动，此活动收到了来自各护理单元的文稿近50篇，经评审选出一等奖1篇、二等奖2篇、三等奖3篇和优秀奖4篇。本次活动的开展鼓励了护理人员参与文学创作的热情，也为他们提供了交流提升思想和表达护士心声的平台，充分展示了我校护理人员的精神风貌。</w:t>
      </w:r>
      <w:r>
        <w:rPr>
          <w:lang w:eastAsia="zh-CN"/>
        </w:rPr>
        <w:br/>
      </w:r>
      <w:r>
        <w:rPr>
          <w:lang w:eastAsia="zh-CN"/>
        </w:rPr>
        <w:t>　　三、表彰优秀集体和个人</w:t>
      </w:r>
      <w:r>
        <w:rPr>
          <w:lang w:eastAsia="zh-CN"/>
        </w:rPr>
        <w:br/>
      </w:r>
      <w:r>
        <w:rPr>
          <w:lang w:eastAsia="zh-CN"/>
        </w:rPr>
        <w:t>　　为继承和发扬南丁格尔救死扶伤的无私奉献精神，不断夯实基础护理，提升优质护理服务，护理部举行了“5.12”国际护士节总结表彰大会。会上，校领导表彰了年度“优秀护士”、“夜班之星”及优质护理服务先进集体和个人，并予以颁奖和合影，宣读了护理服务30年荣誉护士名单并颁发了纪念品。</w:t>
      </w:r>
      <w:r>
        <w:rPr>
          <w:lang w:eastAsia="zh-CN"/>
        </w:rPr>
        <w:br/>
      </w:r>
      <w:r>
        <w:rPr>
          <w:lang w:eastAsia="zh-CN"/>
        </w:rPr>
        <w:t>　　副校长作了会议讲话，肯定了我校全体护士过去一年的护理工作，同时希望全体护理人员为医校发展、创“三甲”工作再接再厉。通过这次护士节表彰大会，让护士们体会到了自己的价值和医校的温暖，同时也增强了医校护理人员的集体荣誉感和凝聚力。相信在以后的日子里，我们的白衣天使们会更加的兢兢业业，为患者提供更优质的护理服务。</w:t>
      </w:r>
      <w:r>
        <w:rPr>
          <w:lang w:eastAsia="zh-CN"/>
        </w:rPr>
        <w:br/>
      </w:r>
      <w:r>
        <w:rPr>
          <w:lang w:eastAsia="zh-CN"/>
        </w:rPr>
        <w:t>　　四、老吾老以及人之老——慰问护老中心的老人</w:t>
      </w:r>
      <w:r>
        <w:rPr>
          <w:lang w:eastAsia="zh-CN"/>
        </w:rPr>
        <w:br/>
      </w:r>
      <w:r>
        <w:rPr>
          <w:lang w:eastAsia="zh-CN"/>
        </w:rPr>
        <w:t>　　副校长和护理部主任率领护士长一行7人来到护老中心，亲切慰问了中心的老人们，为他们送上了精美的蛋糕，并协助老人进餐，了解老人生活及健康指导上的问题，陪伴老人渡过了一个愉悦的下午。副校长针对老人校的发展及相关协作问题提出了指导意见，并诚挚地祝愿老人们生活愉快，健康长寿!</w:t>
      </w:r>
      <w:r>
        <w:rPr>
          <w:lang w:eastAsia="zh-CN"/>
        </w:rPr>
        <w:br/>
      </w:r>
      <w:r>
        <w:rPr>
          <w:lang w:eastAsia="zh-CN"/>
        </w:rPr>
        <w:t>　　五、举办专科护理发展实践交流会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此次参加专科护理交流的小组有慢性伤口造口小组、静脉治疗小组、老年护理小组、危重症护理小组、消毒供应小组和职业防护小组。首先护理部主任发表了精彩致辞，随后，各专科小组作了本组的工作总结及今后专科发展展望。通过此次的交流，让我校的护理人员进一步了解我校专科护理发展现状，专科护理不仅要从实际做起，更要与时俱进，才能不断提升专科护理水平，为病人提供更优质的护理服务。</w:t>
      </w:r>
      <w:r>
        <w:rPr>
          <w:lang w:eastAsia="zh-CN"/>
        </w:rPr>
        <w:br/>
      </w:r>
      <w:r>
        <w:rPr>
          <w:lang w:eastAsia="zh-CN"/>
        </w:rPr>
        <w:t>　　六、欢聚夕阳红</w:t>
      </w:r>
      <w:r>
        <w:rPr>
          <w:lang w:eastAsia="zh-CN"/>
        </w:rPr>
        <w:br/>
      </w:r>
      <w:r>
        <w:rPr>
          <w:lang w:eastAsia="zh-CN"/>
        </w:rPr>
        <w:t>　　“5.12”护士节来临之际，我校特邀请6位退休护士欢聚一堂，校领导等参加了此次聚会。副校长代表医校领导和全体医护人员向她们表示最衷心的节日祝贺，感谢她们既往对我校护理工作的付出，并祝她们身体健康!</w:t>
      </w:r>
      <w:r>
        <w:rPr>
          <w:lang w:eastAsia="zh-CN"/>
        </w:rPr>
        <w:br/>
      </w:r>
      <w:r>
        <w:rPr>
          <w:lang w:eastAsia="zh-CN"/>
        </w:rPr>
        <w:t>　　七、送蛋糕，节日慰问暖人心</w:t>
      </w:r>
      <w:r>
        <w:rPr>
          <w:lang w:eastAsia="zh-CN"/>
        </w:rPr>
        <w:br/>
      </w:r>
      <w:r>
        <w:rPr>
          <w:lang w:eastAsia="zh-CN"/>
        </w:rPr>
        <w:t>　　护理部主任代表校领导，亲切慰问了护士节坚守岗位的临床第一线护士们，为值班的护理人员送上了精美的蛋糕，并诚挚地祝愿护士们节日快乐!远在外地开会的副校长通过电话表达了他对全校护理人员的节日问候。护士们深切地感受到校领导的关怀和爱护，对领导的慰问表示衷心的感谢!</w:t>
      </w:r>
      <w:r>
        <w:rPr>
          <w:lang w:eastAsia="zh-CN"/>
        </w:rPr>
        <w:br/>
      </w:r>
      <w:r>
        <w:rPr>
          <w:lang w:eastAsia="zh-CN"/>
        </w:rPr>
        <w:t>　　通过今年“5.12”国际护士节系列庆祝活动的开展，充分展示了我校护理队伍的精神风貌和良好的护理专业素养;激励了全校护理人员，进一步深入开展优质护理服务示范工程;体现了我校的护理人文关怀，强化了职业技能训练，培养了争先创优的先进意识，大大推进了我校护理专业队伍的建设和发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xml:space="preserve">    2024年护士节主题活动总结 篇2 </w:t>
      </w:r>
      <w:r>
        <w:rPr>
          <w:lang w:eastAsia="zh-CN"/>
        </w:rPr>
        <w:br/>
      </w:r>
      <w:r>
        <w:rPr>
          <w:lang w:eastAsia="zh-CN"/>
        </w:rPr>
        <w:t>　　今天，广州市20__年庆祝“5·12”国际护士节暨护理技能大赛优秀成果展示大会在市一宫举办。5月12日就是国际护士节，广州市卫生计生委、广州市总工会联合主办“引领健康，护理同行”20__年“5·12”国际护士节系列纪念活动，以突显护士在健康管理体系中的'重要作用，服务大众，增进全民健康。</w:t>
      </w:r>
      <w:r>
        <w:rPr>
          <w:lang w:eastAsia="zh-CN"/>
        </w:rPr>
        <w:br/>
      </w:r>
      <w:r>
        <w:rPr>
          <w:lang w:eastAsia="zh-CN"/>
        </w:rPr>
        <w:t>　　据介绍，为了大力表扬取得突出成绩的集体及个人，市卫生计生委经层层推荐，评选出了广州市第一人民医院脑外科二区等33个优秀护理集体、广州医科大学附属第一医院刘卫娟等110名优秀护士。</w:t>
      </w:r>
      <w:r>
        <w:rPr>
          <w:lang w:eastAsia="zh-CN"/>
        </w:rPr>
        <w:br/>
      </w:r>
      <w:r>
        <w:rPr>
          <w:lang w:eastAsia="zh-CN"/>
        </w:rPr>
        <w:t>　　此外，举办了护理技能大赛。举办“引领健康、护理同行”庆祝5·12国际护士节“1+1”护理综合技能大赛和“1+1”护理健康教育进万家创新创优大赛。参赛项目共184个，全市50多个代表队，1000多名护理人员参加了比赛。共评出获奖项目66个， 其中广州市第一人民医院骨科《一例股骨骨折+脾破裂患者的临床护理服务全过程》和广州市红十字会医院神经内科《认识卒中 预防卒中》分别获得了“广州市工人先锋号”荣誉称号。</w:t>
      </w:r>
      <w:r>
        <w:rPr>
          <w:lang w:eastAsia="zh-CN"/>
        </w:rPr>
        <w:br/>
      </w:r>
      <w:r>
        <w:rPr>
          <w:lang w:eastAsia="zh-CN"/>
        </w:rPr>
        <w:t xml:space="preserve">    2024年护士节主题活动总结 篇3 </w:t>
      </w:r>
      <w:r>
        <w:rPr>
          <w:lang w:eastAsia="zh-CN"/>
        </w:rPr>
        <w:br/>
      </w:r>
      <w:r>
        <w:rPr>
          <w:lang w:eastAsia="zh-CN"/>
        </w:rPr>
        <w:t>　　“5</w:t>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xml:space="preserve"> ·12”是第106个国际护士节。今天上午，新疆哈密市卫计委在哈密市中心医院举行20__“去极端化”宣讲暨民族团结先进模范优秀护士表彰大会，表彰一批年度优秀护士、护理管理工作者以及先进集体，同时对民族团结进步模范集体、民族团结进步模范个人及民族团结进步模范窗口加以表彰。</w:t>
      </w:r>
      <w:r>
        <w:rPr>
          <w:lang w:eastAsia="zh-CN"/>
        </w:rPr>
        <w:br/>
      </w:r>
      <w:r>
        <w:rPr>
          <w:lang w:eastAsia="zh-CN"/>
        </w:rPr>
        <w:t>　　“我愿用我的生命去守护生命，让希望之灯照亮那无边的黑夜，光明幸福涌出每一个角落……”活动现场，参加表彰的“白衣天使”们还进行了热情洋溢的宣讲，共同庆祝属于她们的节日。</w:t>
      </w:r>
      <w:r>
        <w:rPr>
          <w:lang w:eastAsia="zh-CN"/>
        </w:rPr>
        <w:br/>
      </w:r>
      <w:r>
        <w:rPr>
          <w:lang w:eastAsia="zh-CN"/>
        </w:rPr>
        <w:t>　　从事护理工作15年的左晓丽手捧奖状，对自己的职业生涯倍感骄傲：“被评为优秀护士特别荣幸。我们医护人员的职责就是救死扶伤，全心全意为患者服务。在今后的工作中，我要更加关心体贴病人，提高自己的专业技能，做一个更加优秀的白衣天使。”</w:t>
      </w:r>
      <w:r>
        <w:rPr>
          <w:lang w:eastAsia="zh-CN"/>
        </w:rPr>
        <w:br/>
      </w:r>
      <w:r>
        <w:rPr>
          <w:lang w:eastAsia="zh-CN"/>
        </w:rPr>
        <w:t>　　哈密市中心医院神经外科的徐丽娜刚参加工作三年，作为一名新入职的护士，她热爱“白衣天使”这份职业：“当初选择护理专业，就是觉得这身白衣，这顶燕尾帽很漂亮。但真的走进医院，我才真的感受到这份工作的重量。生命之托，不可以轻易马虎。在今后的工作中我会用自己的细心、耐心、责任心，更好的为患者服务。”</w:t>
      </w:r>
      <w:r>
        <w:rPr>
          <w:lang w:eastAsia="zh-CN"/>
        </w:rPr>
        <w:br/>
      </w:r>
      <w:r>
        <w:rPr>
          <w:lang w:eastAsia="zh-CN"/>
        </w:rPr>
        <w:t>　　47岁的阿美娜·阿布都许库尔是哈密市中心医院感染科护士长，她说，护士生涯是艰辛的，又是神圣的.，护理工作占据了她人生生大半时间，但是她无怨无悔：“这将是我过的第28个护士节。在我工作的28年当中，有苦有累，每次抢救完病人，看到病人转危为安的时候，我就感到特别的欣慰。作为一个少数民族护士，在护理当中，我们要对各民族的患者都要一视同仁，做到精心的护理。在以后的工作中我会以救死扶伤，安全护理为自己的信念，更好的服务与哈密的各族患者。”</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哈密市中心医院党委书记何玉芳表示，开展这次表彰大会就是为了继承和发扬南丁格尔忠于职业操守、科学严谨、甘于奉献精神，激励和带动护理人员全面提升护理队伍整体素质。</w:t>
      </w:r>
      <w:r>
        <w:rPr>
          <w:lang w:eastAsia="zh-CN"/>
        </w:rPr>
        <w:br/>
      </w:r>
      <w:r>
        <w:rPr>
          <w:lang w:eastAsia="zh-CN"/>
        </w:rPr>
        <w:t>　　哈密市卫计委及市直各卫生计生单位主要领导、各医护人员代表340人参加了这次表彰大会。</w:t>
      </w:r>
      <w:r>
        <w:rPr>
          <w:lang w:eastAsia="zh-CN"/>
        </w:rPr>
        <w:br/>
      </w:r>
      <w:r>
        <w:rPr>
          <w:lang w:eastAsia="zh-CN"/>
        </w:rPr>
        <w:t xml:space="preserve">    2024年护士节主题活动总结 篇4 </w:t>
      </w:r>
      <w:r>
        <w:rPr>
          <w:lang w:eastAsia="zh-CN"/>
        </w:rPr>
        <w:br/>
      </w:r>
      <w:r>
        <w:rPr>
          <w:lang w:eastAsia="zh-CN"/>
        </w:rPr>
        <w:t>　　今年护士节前夕，我院按照《--市卫生局关于开展--年国际护士节纪念活动的通知》，制定周密活动方案，在院领导的大力支持及相关部门有效配合下，扎实开展了系列活动，收到良好的社会效益。</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针对今年特别是近期手足口病多发的情况，我院护理部调整思路，在义诊宣传方面，将降低农村儿童手足口病发病率作为本次义诊宣传活动的目标及重点内容。经充分调研、积极联系，将长安区大兆乡南章曲幼儿园作为我院义诊宣传点。--年-月-日下午14时，我院由护理部权主任带队，带领一名护士长、护理部干事及感染二科科主任等，一行4人准时到达了该幼儿园，大家未经片刻休息，即开始了对90余名幼儿家长及园内工作人员的培训讲座，首先，由李主任就近期我市手足口病的发病情况、手足口病临床表现及诊治等做了详细介绍，随后，申莹护士长就手足口病的预防及隔离消毒等进行了通俗易懂的讲解，家长们个个听得认真，不时点头予以回应;李主任还针对个别患儿家长提出的如何选择患儿食品与水果等问题一一做答。本次培训讲座历时约两小时。在本次活动中，我院还为该幼儿园赠送了部分“84”消毒产品，现场发放及赠送宣传资料共1000余份，通过本次培训，使患儿家长对手足口病有了一定了解，掌握了手足口病的预防措施，此举将对降低幼儿特别是农村留守儿童的手足口病发病率起到积极的促进作用。</w:t>
      </w:r>
      <w:r>
        <w:rPr>
          <w:lang w:eastAsia="zh-CN"/>
        </w:rPr>
        <w:br/>
      </w:r>
      <w:r>
        <w:rPr>
          <w:lang w:eastAsia="zh-CN"/>
        </w:rPr>
        <w:t>　　为走进护士，体验护士日常工作，我院护理部精心安排、认真组织，---年5月4日上午，护理部安排由病区2名患者家属全程参与、医院政工科1名工作人员陪同，来到我院肝病四科，对病区护士半天的工作进行了跟班，以实际了解护士的日常工作内容，体验护理工作的辛苦程度。通过半天的跟班，望着护士们一刻也不停歇的步伐，听着护士们亲切耐心解释的声音，目睹护士们认真娴熟的护理操作，患者家属及其他跟班人员深受感动，从而也使他们对护理工作更多了一份理解、更平添了一份敬意。</w:t>
      </w:r>
      <w:r>
        <w:rPr>
          <w:lang w:eastAsia="zh-CN"/>
        </w:rPr>
        <w:br/>
      </w:r>
      <w:r>
        <w:rPr>
          <w:lang w:eastAsia="zh-CN"/>
        </w:rPr>
        <w:t>　　目前，我院各病区均已规范开展了对出院患者电话回访业务，患者反馈效果普遍良好;鉴于我院的专科性质及诊治病种所限，五一节前夕，我院护理部认真做了前期调研，通过电话征询部分出院患者意见，并走访、听取在院患者及其陪人意见和建议，基于保护出院患者隐私目的，我们充分尊重患者意见和选择，经报院领导同意，决定预约我院10—15名病毒性肝炎出院患者来院，进行面对面集中回访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我院护理部提前一天对会场进行了精心布置，并为当天参加回访的所有患者准备了牛奶、面包、茶水等，以方便部分回访患者化验检查后饮用。--年5月7日上午8时30分，出院患者回访座谈会准时在我院门诊二楼输液室召开，共13名出院患者参加了本次座谈会，会议由我院护理部权主任主持，首先，权主任就13位出院患者对我院工作的支持与配合表示感谢，并简要介绍了开展本次活动的目的和意义，随后，安排我院主治医师尹毅做了丙肝的防治知识讲解，申莹护士长就肝病的预防、肝病患者的休息饮食及消毒隔离等知识做了宣教和指导;在最后征询患者意见和建议环节中，权主任及护理部成员认真听取了患者对我院医护及后勤等部门工作的意见和建议。13名患者对我院护理服务工作给予了一致肯定和高度评价，个别患者对我院进一步改善病室外环境、提供适宜护理服务工作提出了几点建议，如建议医院给院内花园区配备一定坐椅，以方便住院患者散步后休息;建议各病区适当配备一些移动式坐便器，以方便年老体弱住院患者如厕等。护理部针对患者提出的建议，及时向院领导及相关部门做了反映，积极落实问题整改。</w:t>
      </w:r>
      <w:r>
        <w:rPr>
          <w:lang w:eastAsia="zh-CN"/>
        </w:rPr>
        <w:br/>
      </w:r>
      <w:r>
        <w:rPr>
          <w:lang w:eastAsia="zh-CN"/>
        </w:rPr>
        <w:t>　　在今年的护士节期间，我院肝病四科护士长任艳叶被西安市卫生局评为“--市护理标兵”，被省卫计委评为“护理之星”;我院按照市卫生局及省卫计委文件通知，分别选派护士代表参加了省市表彰大会。</w:t>
      </w:r>
      <w:r>
        <w:rPr>
          <w:lang w:eastAsia="zh-CN"/>
        </w:rPr>
        <w:br/>
      </w:r>
      <w:r>
        <w:rPr>
          <w:lang w:eastAsia="zh-CN"/>
        </w:rPr>
        <w:t>　　今年的护士节活动，我院按照市卫生局文件要求，扎实落实并圆满完成了各项工作任务，充分展示了我院护士良好的职业风范。在今后的工作中，我院护理部将在院领导班子的正确领导下，带领全院护理人员，发扬成绩，改正不足，认真做好本职工作，努力为患者提供更加满意的护理服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最新版护士节主题活动总结5</w:t>
      </w:r>
      <w:r>
        <w:rPr>
          <w:lang w:eastAsia="zh-CN"/>
        </w:rPr>
        <w:br/>
      </w:r>
      <w:r>
        <w:rPr>
          <w:lang w:eastAsia="zh-CN"/>
        </w:rPr>
        <w:t>　　在这个充满爱与希望的五月，又一次迎来了护理工作者的节日“512”国际护士节。5月8日下午，--市妇幼保健院举行了一场别开生面的庆512护士节“护理最佳临床实践案例”竞赛活动，白衣天使们以这种特殊的方式来庆祝自己的节日，重温南丁格尔精神，交流护理技能，进一步提升护理服务水平，让“爱心、耐心、细心、责任心”的护理理念真正贯穿到护理服务的点点滴滴，以达到提高护理服务水平，构建和谐医患关系的目的。</w:t>
      </w:r>
      <w:r>
        <w:rPr>
          <w:lang w:eastAsia="zh-CN"/>
        </w:rPr>
        <w:br/>
      </w:r>
      <w:r>
        <w:rPr>
          <w:lang w:eastAsia="zh-CN"/>
        </w:rPr>
        <w:t>　　本次竞赛共有10支代表队参赛，参赛选手从不同的专业角度声情并茂地汇报了临床实践案例，其中产一科“有创动脉血压监测在重度子痫前期病例中的运用”、生殖医学中心“循证护理对辅助生殖技术失独患者的心理干预”、新生儿科“超低出生体重儿的个性化喂养策略”、妇外科“卵巢囊肿剥除术后快速康复的护理”、儿童保健科“构音障碍患儿的康复护理”、儿科“中药外敷贴对腹泻患儿的临床应用”等案例题材新颖，突出了我院的专科护理特色。</w:t>
      </w:r>
      <w:r>
        <w:rPr>
          <w:lang w:eastAsia="zh-CN"/>
        </w:rPr>
        <w:br/>
      </w:r>
      <w:r>
        <w:rPr>
          <w:lang w:eastAsia="zh-CN"/>
        </w:rPr>
        <w:t>　　经过参赛选手激烈的角逐，最终产一科荣获一等奖，生殖医学中心、新生儿科荣获二等奖，儿科、妇外科、儿童保健科荣获三等奖，手术室、产二科、产三科、产科门诊荣获优胜奖。院领导分别对竞赛活动的获奖选手，以及优秀护士长、优秀护士颁发了荣誉证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本次活动得到了医院领导的高度重视，分管院领导吴仕元副院长、徐高生副院长莅临活动现场，副院长徐高生代表院领导班子向全院护理工作者致以节日的问候并送上了美好的祝福。副院长吴仕元最后作总结发言：这次竞赛活动充分展示了护理人员爱岗敬业、钻研业务知识的积极性和主动性，也充分展示了白衣天使的风采。她指出，医院的发展离不开每一位护理工作者的辛勤付出，护理工作在医院工作中发挥着举足轻重的作用，吴院长勉励全院护理人员要不断学习新知识、掌握新技术，为医院发展作出更大的贡献。</w:t>
      </w:r>
      <w:r>
        <w:rPr>
          <w:lang w:eastAsia="zh-CN"/>
        </w:rPr>
        <w:br/>
      </w:r>
      <w:r>
        <w:rPr>
          <w:lang w:eastAsia="zh-CN"/>
        </w:rPr>
        <w:t xml:space="preserve">    2024年护士节主题活动总结 篇5 </w:t>
      </w:r>
      <w:r>
        <w:rPr>
          <w:lang w:eastAsia="zh-CN"/>
        </w:rPr>
        <w:br/>
      </w:r>
      <w:r>
        <w:rPr>
          <w:lang w:eastAsia="zh-CN"/>
        </w:rPr>
        <w:t>　　中医医院创建于1980年，现有职工71人，有各类专业技术人员56人，其中高级职称3人，中级职称17人，编制床位60张，设临床、医技、职能科室21个。近年来，医院坚持以人为本的思想，以“救死扶伤，继承创新”为办院宗旨，狠抓精神文明建设和医德医风建设，以人事分配制度改革为契机，立足实际，艰苦创业，努力改善医疗环境，提高服务质量和医疗技术水平，加强医院管理，不断扩大业务范围。以其精湛的技术、优质的服务和朴实的医德赢得了社会各界及广大患者的信赖和赞誉。医院先后被宝鸡市委、市政府命名为“治安模范单位”，并连续三年被评为市卫生系统“创佳评差”先进单位，被县委县政府命名为“文明单位”，多年评为县卫生系统先进单位。</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一、抓学习，加强思想道德教育，提高职工素质“思想是行动的指南”。没有良好的医术，一打就垮，没有良好的医德，不打自垮。近年来，医院把干部职工的思想道德教育列入重要议事日程，在院党支部的组织下，利用院务会、支部会及职工大会，组织广大职工深入学习党的基本理论、基本路线、基本纲领，并采取召开座谈会、学习心得交流、观看电教片、举办学习专栏、开展职工普法考试及党员领导干部《两个条例》知识考试等多种形式，努力提高职工的思想政治素质，把相关政策、法律法规渗透到各自工作当中，进一步解放思想，转变观念，增强职工的改革意识、竟争意识和振兴中医事业的社会责任感，提高解决实际问题的能力，树立正确的世界观、人生观、价值观。全面贯彻落实《公民道德建设实施纲要》和《医德规范》。在门诊大厅、住院部等显著部位张贴《公民道德规范》的主要内容，广大职工做到了眼到、心到、服务到。多次举办医德培训班，进行职业道德、社会公德、家庭美德教育。今年</w:t>
      </w:r>
      <w:r>
        <w:rPr>
          <w:lang w:eastAsia="zh-CN"/>
        </w:rPr>
        <w:br/>
      </w:r>
      <w:r>
        <w:rPr>
          <w:lang w:eastAsia="zh-CN"/>
        </w:rPr>
        <w:t>　　5、12护士节，医院举办了“畅谈职业理想、职业规范、职业道德，为患者献爱心”演讲会，全院职工自拟演讲稿，邀请了医德医风监督员担任评委，广大职工热情洋溢，畅谈了医务工作的无限光荣和继续以病人为中心，无私奉献的决心，弘扬了时代精神，进一步激发了全体职工为人民服务的宗旨意识，推动了职业道德和服务质量再上新台阶。</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二、抓服务，开展创优活动，提高医疗质量医院是“白衣天使”展示人格魅力的历史舞台，也是精神文明建设的窗口单位。多年来，麟游县中医医院始终坚持全心全意为广大群众提供优质、高效、方便、及时的医疗服务，采取发放意见征求表，召开行风监督员会议、工休座谈会等方式，征求群众意见，不断改进管理方法，完善了各项学习、质量管理、医德医风监督、检查、评比考核、奖惩等制度。制定了《医院管理考核细则》和《纠正医药购销和医疗服务中不正之风专项治理工作实施意见》，把医德医风作为职工考核的主要内容，明确规定医务人员不准接受“红包”、回扣、药品提成、开单提成等不正当利益。对当时不能拒绝的“馈赠品”一律要求24小时内上交医院，否则以收受“馈赠品”处罚，取消年终考核参评资格，并与当年职称、工资晋升挂钩;药品采购活动院领导不直接参与，在职工中推荐了三名精干的职工代表，轮流参与药品采购，药品让利一律上交医院。严禁开大处方，根据病情需要，能在门诊诊治的，尽量门诊治疗，需要住院的，采取中西医结合的方法，尽量缩短住院天数，减轻患者负担。不断健全内部管理机制和监督机制，使全院职工自觉抵制行业不正之风的免疫力不断增强，从院领导者到职工，从院务会到各科室，领导换了一拔又一拔，职工进了一茬又一茬，但牢筑的这道廉洁行医防线多年来从未有人逾越，这在社会上有口皆碑。外科主治医师苟安文在工作中严肃认真，精益求精，对患者胜似亲人，以其严谨的工作态度的求实的工作作风被推荐为县上“十佳服务名星”;妇产科主治医师王建文对工作认真负责，兢兢业业，无论班内班外，病人随叫随到，以其敬业的精神和精湛的医技赢得了广大患者的信赖与好评，去年被评为卫生系统“最佳医生”。在他们的带动和感染下，医院其他职工竞相学习，积极奉献，使医院内很快形成了一个先进更先进，后进赶先进，比学赶帮超的良好工作局面。———是国列贫困县，县域经济发展滞后，大多数农村群众家庭困难，基本生活无保障，更无钱看病。针对这一现状，中医院积极采取下调药价、减免医疗费、下乡义诊等形式，解决大多数群众无钱看病，缺医少药的实际困难。经常利用乡镇集会，组织名老中医下乡义诊，送医送药，宣传健康保健知识。今年下乡义诊共8次，为患者减免医疗费近万元，下调药品价格让利患者两万余元。十月份，外科收住了一位患胆结石的患者，该患者丈夫智力不全，子女五个，她的大女儿十二岁就当保姆，用自己微薄的收入供给四个弟妹和贫穷的家庭。今年三月份，她因患卵巢囊肿来医院手术治疗，医院了解情况后，免收其手术费，减免了住院费、床位费，可手术后仅半年，她又因胆结石再次入院，看到这个多灾多难的家庭，外科医护人员倾力相助，为其买药，送吃送穿。医院再次减免其住院费、医疗费约500元。并多次倡仪职工为灾区群众捐衣捐物500余件。“患者就是亲人”。———中医医院全体职工是这样说的，也是这样做的。逢年过节，他们放弃自已与家人团圆的机会，心里却惦记着躺在病床上的患者。今年大年三十晚，医院领导和值班的医生护士亲自动手，准备了丰富的饭菜，和住院病人一块吃了年夜饭。八月十五是我国传统的中秋佳节，这天一大早，医院又特意看望了所有住院病人，并为每位病人送去了一份月饼，改善了病员灶生活，使广大患者在住院期间吃到了可口的饭菜，感受到节日的气氛，享受到了亲情的温暖。如此事例在麟游县中医医院枚不胜举。广大白衣战士用自已的实际行动向患者表达着爱心，向社会展示着自已良好的精神风貌。“德技双馨誉杏林”。在良好的医德约束下，全面提高医疗质量，是医院不断发展壮大的必由之路。医院坚持“请进来，送出去”的方法，聘请省市医院专家教授来医院，开展学术讲座、带教、手术指导。今年七月份，成都中医学院———教授、———博士等七人来院，开展义诊、业务指导一周，举办了两期学术讲座，引进了新知识，新理念，积极发挥传帮带作用，为医院不断创新发展奠定了基础。其次重视人才培养，连年选派有培养前途的专业技术骨干赴上级医院进修学习再提高。医院在人力、财力拮据的困难条件下，先后送出十余人赴省内外医院进修，这些同志已成为科室的业务技术骨干。针灸康复科主治医师张绒绒在赴天津中医附属医院、全国针灸培训中心学习一年后，引进了先进的治疗方法，拓宽了服务范围，采用醒脑开窍法治疗中风后遗症，用排刺放血疗法治疗各种原因引起的面瘫，用中药熏蒸治疗各种骨关节病变，临床效果显著，既缩短了病程，又减轻了患者经济负担，就诊人次大幅度上升，仅有的八张治疗床日门诊量最多达50人。医院在新住院楼上留出了六间病房，设立了康复训练室，腰颈椎牵引室，理疗室，为其业务发展壮大创造了条件。目前，该科室已成为我县中医专科一道亮丽的风景线。外科医师———进修学习后，积极开展科室业务，经常与进修医院教授联系，先后邀请省红会医院、市三陆医院教授来院指导手术，在专家教授的指导下，成功地开展了胃癌扩大根治术，股骨头置换术。到目前，此类大手术已能在医院外科医师主刀下单独开展。随着人才队伍不断壮大和医疗技术不断提高，———中医医院已由过去三根指头，一根脉枕的传统服务模式向多功能、综合性、高技术专科型的现代化方向快速发展。先后有十多篇论文在全国和国际学术会议或刊物交流，由心血管内科主任医师田明仓主持的“盐酸地尔硫卓治疗扩张型心肌病临床研究”、“血管扩张剂联用治疗难治性心力衰竭”两项科研项目分别获宝鸡市科技进步三等奖。通过医疗质量的显著提高，实现了社会效益与经济效益双丰收。截止十月底，门诊人次20858人，收容住院病人922人，业务收入三百万，较去年同期均有大幅度提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三、抓建设，改善医院环境，提升医院文化随着社会的发展，人们对医疗保健的需求也在逐步提高。中医院的医疗技术水平和服务质量虽然进步了，但破旧的病房、简陋的医疗设施还远远不能满足广群众的就医需求。医院领导班子面对基础设施差，业务发展受束缚、资金紧张的困难局面，团结一致，共献良策，积级上省跑市，争取项目。经多方努力，县、市推荐，省中医管理局批准，200-年把该院住院楼工程列为陕西省农村中医工作达标县重点建设项目。在工程建设期间，住院部搬上门诊三楼(行政办公室)，院领导办公室与各自门诊合并，行政职能科室搬到会议室，在病员高峰期，医生办公室又与行政办公室合并。在这样的艰苦条件下，大家各司其职，互不干扰，丝毫没有影响正常业务工作的开展。在工程修建的关健时刻出现了资金困难，院务会发出集资倡议后，广大职工积极响应，走亲访友，借贷并举，一周内就集资了43万元，缓解了燃眉之急，保证了面积1917平方米、设置100张床位的住院楼在170天内按期竣工，于十月份已正式投入使用。住院楼安装了暖气、病员呼叫、健康教育系统，同时投资7万多添置了病房基础医疗设施，极大的改善了住院环境。结合创建省级卫生县城工作，整修了院容院貌，拆除了院内旱厕一座，平房十五间，修建了封闭式垃圾台，并在住院楼前后修建了花坛，种植了花草。医院基础设施得到了极大的改善，先进文化传播工作在党支部的领导下，也开展的有声有色。先后举办了乓乓球比赛、象棋比赛、灯迷晚会、舞会等活动，在活动中邀请了病人及家属参与，既丰富了医院文化生活，又增加了医患双方的交流，取得了良好的效果。国庆前举办的灯迷晚会，内容紧切行业特点，既有日常文明用语、人文知识，又有医学专业知识，广大职工与患者互相探讨，相互交流，竟相猜迷，更加融洽了医患关系，受到了社会各界的一致好评。七一前夕，县上举行庆祝建党83周年歌咏比赛，院领导亲自带队，选派30名职工参加，取得了第二名的好成绩。医院男子篮球队已成为县上职工业余体育活动中的一支劲旅，经常与兄弟单位举行友谊比赛。通过开展这些丰富多彩的活动，用先进的文化、科学的思想和有益于职工身心健康的精神产品占领其思想文化阵地，进一步增强了职工的凝聚力和向心力，提升了医院文化，形成了一个团结向上的战斗群体。———中医医院聚集着全县中医界的精英，在市场经济日益发展的同时，中医院全体职工的精神风貌、人文素质和业务技术也紧跟形势，与时俱进，他们以对党、对人民、对中医事业的无限忠诚而执着追求。</w:t>
      </w:r>
      <w:r>
        <w:rPr>
          <w:lang w:eastAsia="zh-CN"/>
        </w:rPr>
        <w:br/>
      </w:r>
      <w:r>
        <w:rPr>
          <w:lang w:eastAsia="zh-CN"/>
        </w:rPr>
        <w:t xml:space="preserve">    2024年护士节主题活动总结 篇6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20--年“5.12”国际护士节--市卫生局开展了以“营造优良执业环境，提供优质服务”为主题的庆祝“5.12”国际护士活动，首先围绕主题确定活动宣传重点积极宣传我国护理事业发展取得的成就，宣传在加强护士队伍建设和提高护理质量方面所取得的成效;宣传护理工作在保障人民群众健康和生命安全中的重要作用;宣传优秀护理工作者救死扶伤的人道主义精神和爱岗敬业无私奉献的职业风范。</w:t>
      </w:r>
      <w:r>
        <w:rPr>
          <w:lang w:eastAsia="zh-CN"/>
        </w:rPr>
        <w:br/>
      </w:r>
      <w:r>
        <w:rPr>
          <w:lang w:eastAsia="zh-CN"/>
        </w:rPr>
        <w:t>　　通过“5.12”国际护士节的各种宣传活动，在社会和医疗卫生系统营造了重视护士队伍建设和加强护理工作的氛围，激励了广大护理工作者，全演讲稿范文心全意为人民服务，不断推进护理工作，提高专业技术水平。为人民群众健康服务，围绕以上主题，市卫生局还组织各县(市、区)卫生局、市直属医疗机构开展了各种丰富多彩的庆祝“5.12”护士节的活动。现将工作总结如下：</w:t>
      </w:r>
      <w:r>
        <w:rPr>
          <w:lang w:eastAsia="zh-CN"/>
        </w:rPr>
        <w:br/>
      </w:r>
      <w:r>
        <w:rPr>
          <w:lang w:eastAsia="zh-CN"/>
        </w:rPr>
        <w:t>　　一、围绕“营造优良执业环境，提供优质护理服务”主题，开展“5.12”护士节活动宣传</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在“5.12”护士节期间，市卫生局充分认识到搞好护士节宣传活动的重要性和必要性，层层组织、广泛动员，精心安排，全市组织了各种形式的宣传活动10余项。并围绕主题，确定重点，宣传我市在加强护士队伍建设和提高护理质量方面取得的成效，宣传护理工作在保障人民群众健康和生命安全中的作用，宣传优秀护理工作者，救死扶伤的人道主义精神和爱岗敬业、无私奉献的职业风范。市卫生局通过电视台、电台、德阳日报等宣传工具广泛开展了宣传活动，电视台还邀请老护士、男护士及全市护士技能比赛优胜者到电视台进行电视访谈和“十佳护士”的工作现场采访，德阳日报开启了“5.12”护士节专题栏目，全方位报道全市“5.12”护士节活动情况，通过“5.12”护士节宣传活动的开展，的对优化医疗执业环境，促进医疗卫生事业的健康发展促进医患关系的.和谐融洽，促进医疗服务质量的提高，促进在全社会形成尊重医学科学、尊重医疗卫生工作者的良好风气，都具有重要的意义和作用。</w:t>
      </w:r>
      <w:r>
        <w:rPr>
          <w:lang w:eastAsia="zh-CN"/>
        </w:rPr>
        <w:br/>
      </w:r>
      <w:r>
        <w:rPr>
          <w:lang w:eastAsia="zh-CN"/>
        </w:rPr>
        <w:t>　　二、开展表彰优秀护士和十佳护士活动</w:t>
      </w:r>
      <w:r>
        <w:rPr>
          <w:lang w:eastAsia="zh-CN"/>
        </w:rPr>
        <w:br/>
      </w:r>
      <w:r>
        <w:rPr>
          <w:lang w:eastAsia="zh-CN"/>
        </w:rPr>
        <w:t>　　在“5.12”国际护士节前夕，--市卫生局党组、--市卫生局为展现我市护理专业工作者爱岗敬业、无私奉献的职业道德和精神风貌，鼓励广大护士在医疗卫生范文事业的发展，构建和谐社会中发挥更大的作用，推动我市护理工作争先创优，通过各县(市、区)卫生局、市直医疗机构，层层选拔推荐，表彰了三十名优秀护士和十佳护士、十佳医生，进一步调动了广大护士的工作积极性，为人民群众提供优质服务。</w:t>
      </w:r>
      <w:r>
        <w:rPr>
          <w:lang w:eastAsia="zh-CN"/>
        </w:rPr>
        <w:br/>
      </w:r>
      <w:r>
        <w:rPr>
          <w:lang w:eastAsia="zh-CN"/>
        </w:rPr>
        <w:t>　　三、举办全市护士技能大赛等庆祝活动</w:t>
      </w:r>
      <w:r>
        <w:rPr>
          <w:lang w:eastAsia="zh-CN"/>
        </w:rPr>
        <w:br/>
      </w:r>
      <w:r>
        <w:rPr>
          <w:lang w:eastAsia="zh-CN"/>
        </w:rPr>
        <w:t>　　1、举办20--年护士技能大赛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为了推动我市优秀护理人才脱颖而出，激活和调动我市护理人员热爱本职工作，勤学苦练基本功，培养和造就一批知识型技能型的护理人员，以适应社会发展和满足人民群众对健康保健的需求，市卫生局连续三年举办了护士技能大赛，还将优胜选手推荐给市社党在我心中征文保局参评--市技术能手，我市有一名护士获“--市技术能手”称号。20--年根据--省卫生厅、--省总工会的要求，组织了全省护士技能大赛全市的预赛活动，全市有护理人员近1000余人次参加预赛训练，并由各县(市、区)、市直属医疗单位推荐12支代表队、23名选手参加--市护士技能大赛，并按省卫生厅要求将全能比赛获前3名的选手组织参加省卫生厅组织的比赛。</w:t>
      </w:r>
      <w:r>
        <w:rPr>
          <w:lang w:eastAsia="zh-CN"/>
        </w:rPr>
        <w:br/>
      </w:r>
      <w:r>
        <w:rPr>
          <w:lang w:eastAsia="zh-CN"/>
        </w:rPr>
        <w:t>　　2、围绕今年“5.12”国际护士节活动主题开展各种庆祝活动</w:t>
      </w:r>
      <w:r>
        <w:rPr>
          <w:lang w:eastAsia="zh-CN"/>
        </w:rPr>
        <w:br/>
      </w:r>
      <w:r>
        <w:rPr>
          <w:lang w:eastAsia="zh-CN"/>
        </w:rPr>
        <w:t>　　市卫生局还要求各县(市、区)、市直属医疗机构根据本地区、本单位的实际情况开展护士节庆祝活动，市卫生局领导在“5.12”护士节还深入护理工作第一线慰问了工作在护理岗位上的护理人员。全市各县(市、区)都开展了各种庆祝活动10余项，建党--周年演讲稿如：--市人民医院与共青团共同举办了“护士风采大赛”;全市精神卫生系统的护士在--市举行了体育竞技比赛等和文艺活动;--市六医院“天使之光”文艺演出等活动;受到护理人员和社会各界的好评。</w:t>
      </w:r>
      <w:r>
        <w:rPr>
          <w:lang w:eastAsia="zh-CN"/>
        </w:rPr>
        <w:br/>
      </w:r>
      <w:r>
        <w:rPr>
          <w:lang w:eastAsia="zh-CN"/>
        </w:rPr>
        <w:t xml:space="preserve">    2024年护士节主题活动总结 篇7 </w:t>
      </w:r>
      <w:r>
        <w:rPr>
          <w:lang w:eastAsia="zh-CN"/>
        </w:rPr>
        <w:br/>
      </w:r>
      <w:r>
        <w:rPr>
          <w:lang w:eastAsia="zh-CN"/>
        </w:rPr>
        <w:t>　　在校领导的关心、大力支持下，我校举行了“国际护士节知识竞赛”活动，以庆祝一年一度的国际护士节。</w:t>
      </w:r>
      <w:r>
        <w:rPr>
          <w:lang w:eastAsia="zh-CN"/>
        </w:rPr>
        <w:br/>
      </w:r>
      <w:r>
        <w:rPr>
          <w:lang w:eastAsia="zh-CN"/>
        </w:rPr>
        <w:t>　　在活动现场，医务部主任代表卫校发表了热情洋溢的讲话，祝全校护士节日快乐，并对她们的努力工作表示感谢。门诊、病房及手术室护士在护士长的带领下，重温了神圣、庄严的护士授帽誓词。</w:t>
      </w:r>
      <w:r>
        <w:rPr>
          <w:lang w:eastAsia="zh-CN"/>
        </w:rPr>
        <w:br/>
      </w:r>
      <w:r>
        <w:rPr>
          <w:lang w:eastAsia="zh-CN"/>
        </w:rPr>
        <w:t>　　比赛开始后，门诊护理、病房护理、手术室护理三支代表队经过两小时紧张、激烈地角逐，手术室护理代表队脱颖而出，以400分的优异成绩一举夺魁，门诊护理、病房护理分列二、三名。后勤部主任、医务部主任及护士长向获奖队颁发奖品并向全体护士发放节日礼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本次活动在热烈的气氛中结束。通过组织这次知识竞赛，医务部人员的组织协调能力得到了很好的锻炼，积累了经验，同时，在组织活动过程中显露出一些问题，需要认真总结：</w:t>
      </w:r>
      <w:r>
        <w:rPr>
          <w:lang w:eastAsia="zh-CN"/>
        </w:rPr>
        <w:br/>
      </w:r>
      <w:r>
        <w:rPr>
          <w:lang w:eastAsia="zh-CN"/>
        </w:rPr>
        <w:t>　　一、组织活动经验不足</w:t>
      </w:r>
      <w:r>
        <w:rPr>
          <w:lang w:eastAsia="zh-CN"/>
        </w:rPr>
        <w:br/>
      </w:r>
      <w:r>
        <w:rPr>
          <w:lang w:eastAsia="zh-CN"/>
        </w:rPr>
        <w:t>　　本次护士节是医务部第一次组织全校性质的活动，没有经验，组织过程中出现了分工模糊，责任不明的问题。虽然为了能够考虑周全，医务部专门组织开会，讨论确定了活动计划并进行了分工，且在组织过程的不同阶段及时进行具体布置，但仍有些工作布置不明确，责任没落实到人，使这部分工作没有做好，影响了整个组织工作的进展，同时又无谓的加大了医务部的工作量，医务部忙于处理细节小事，以致对工作的整体情况把握不好。</w:t>
      </w:r>
      <w:r>
        <w:rPr>
          <w:lang w:eastAsia="zh-CN"/>
        </w:rPr>
        <w:br/>
      </w:r>
      <w:r>
        <w:rPr>
          <w:lang w:eastAsia="zh-CN"/>
        </w:rPr>
        <w:t>　　二、对领导的要求没有深入理解</w:t>
      </w:r>
      <w:r>
        <w:rPr>
          <w:lang w:eastAsia="zh-CN"/>
        </w:rPr>
        <w:br/>
      </w:r>
      <w:r>
        <w:rPr>
          <w:lang w:eastAsia="zh-CN"/>
        </w:rPr>
        <w:t>　　校领导指示要通过知识竞赛这种形式，激励医护人员的学习热情，促进大家学习业务知识，达到提高我校医护人员的综合技术及服务水平的目的。但医务部在组织题目的过程中，过于考虑活动的娱乐性，所以出题范围增加了生活百科的题目，且所占比例比较高，约占总题量的30%。好在及时进行了调整，保证了竞赛用题的质量。</w:t>
      </w:r>
      <w:r>
        <w:rPr>
          <w:lang w:eastAsia="zh-CN"/>
        </w:rPr>
        <w:br/>
      </w:r>
      <w:r>
        <w:rPr>
          <w:lang w:eastAsia="zh-CN"/>
        </w:rPr>
        <w:t>　　三、未能集思广义，发挥大家力量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在确定奖品的问题上，虽然也征求了部分护士的意见，了解到她们想要水杯、沐浴露、洗发水等较实用的东西，但没有与各科室护士长共同讨论确定奖品，而是在医务部范围内确定了奖品。在准备抢答器的问题上，医务部向后勤部以及几所学校询问，得知不好找后，在组织开会时只是通报了询问结果，没有征求开会人员的意见，便放弃了使用抢答器的方案。</w:t>
      </w:r>
      <w:r>
        <w:rPr>
          <w:lang w:eastAsia="zh-CN"/>
        </w:rPr>
        <w:br/>
      </w:r>
      <w:r>
        <w:rPr>
          <w:lang w:eastAsia="zh-CN"/>
        </w:rPr>
        <w:t>　　上述不足之处，医务部会在工作中加以克服，同时不断提高组织能力、协调能力，为今后开展工作打好基础。</w:t>
      </w:r>
      <w:r>
        <w:rPr>
          <w:lang w:eastAsia="zh-CN"/>
        </w:rPr>
        <w:br/>
      </w:r>
      <w:r>
        <w:rPr>
          <w:lang w:eastAsia="zh-CN"/>
        </w:rPr>
        <w:t xml:space="preserve">    2024年护士节主题活动总结 篇8 </w:t>
      </w:r>
      <w:r>
        <w:rPr>
          <w:lang w:eastAsia="zh-CN"/>
        </w:rPr>
        <w:br/>
      </w:r>
      <w:r>
        <w:rPr>
          <w:lang w:eastAsia="zh-CN"/>
        </w:rPr>
        <w:t>　　我市20__年5.12国际护士节纪念活动暨表彰大会在绿城广场举行。市常委会副主任、市总工会党组书记、主席赵新中，副市长刘东参加了活动。</w:t>
      </w:r>
      <w:r>
        <w:rPr>
          <w:lang w:eastAsia="zh-CN"/>
        </w:rPr>
        <w:br/>
      </w:r>
      <w:r>
        <w:rPr>
          <w:lang w:eastAsia="zh-CN"/>
        </w:rPr>
        <w:t>　　刘东代表市政府向全市护理工作者致以节日的祝贺和亲切的慰问，并期望全市护理工作者立足全市经济社会发展大局，始终牢记南丁格尔誓言和肩负的神圣职责，进一步树立患者至上、热情服务的优良传统，努力为患者提供热忱、友爱、耐心、细致的服务，为推动我市医疗卫生事业改革发展，助推郑州国家中心城市建设做出新的更大的贡献。</w:t>
      </w:r>
      <w:r>
        <w:rPr>
          <w:lang w:eastAsia="zh-CN"/>
        </w:rPr>
        <w:br/>
      </w:r>
      <w:r>
        <w:rPr>
          <w:lang w:eastAsia="zh-CN"/>
        </w:rPr>
        <w:t>　　会上，还为荣获20__年郑州市“最美护士”荣誉称号的'10名护理工作者颁发了五一劳动奖章及荣誉证书;为荣获“巾帼建功标兵”、“巾帼文明岗”、“新长征突击手”、“新长征突击队”的48名护士、集体代表颁发了荣誉证书。</w:t>
      </w:r>
      <w:r>
        <w:rPr>
          <w:lang w:eastAsia="zh-CN"/>
        </w:rPr>
        <w:br/>
      </w:r>
      <w:r>
        <w:rPr>
          <w:lang w:eastAsia="zh-CN"/>
        </w:rPr>
        <w:t xml:space="preserve">    2024年护士节主题活动总结 篇9 </w:t>
      </w:r>
      <w:r>
        <w:rPr>
          <w:lang w:eastAsia="zh-CN"/>
        </w:rPr>
        <w:br/>
      </w:r>
      <w:r>
        <w:rPr>
          <w:lang w:eastAsia="zh-CN"/>
        </w:rPr>
        <w:t>　　护理部举行了系列活动来庆祝我们自己的节日。</w:t>
      </w:r>
      <w:r>
        <w:rPr>
          <w:lang w:eastAsia="zh-CN"/>
        </w:rPr>
        <w:br/>
      </w:r>
      <w:r>
        <w:rPr>
          <w:lang w:eastAsia="zh-CN"/>
        </w:rPr>
        <w:t>　　一、评选优秀护士</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结合海门卫生局的评选活动要求，评出5名海门市优秀护士，医院决定评出10名医院优秀护士。各科室推荐一名优秀护士，在院周会上进行投票，择优选出3名护士，2名护士长为--市优秀护士，选出7为护士，3位护士长为医院优秀护士。</w:t>
      </w:r>
      <w:r>
        <w:rPr>
          <w:lang w:eastAsia="zh-CN"/>
        </w:rPr>
        <w:br/>
      </w:r>
      <w:r>
        <w:rPr>
          <w:lang w:eastAsia="zh-CN"/>
        </w:rPr>
        <w:t>　　二、“健康伴我行护士进我家”科普活动</w:t>
      </w:r>
      <w:r>
        <w:rPr>
          <w:lang w:eastAsia="zh-CN"/>
        </w:rPr>
        <w:br/>
      </w:r>
      <w:r>
        <w:rPr>
          <w:lang w:eastAsia="zh-CN"/>
        </w:rPr>
        <w:t>　　为积极响应上级的号召，结合我院的护理志愿活动，我院切实开展“护理服务进家庭”活动。通过深入社区了解，我们选择了两户特殊的家庭提供上门服务。</w:t>
      </w:r>
      <w:r>
        <w:rPr>
          <w:lang w:eastAsia="zh-CN"/>
        </w:rPr>
        <w:br/>
      </w:r>
      <w:r>
        <w:rPr>
          <w:lang w:eastAsia="zh-CN"/>
        </w:rPr>
        <w:t>　　5月9日上午，我院内科病区护士长---、外科病区护士长--与急诊科副主任一起来到--市---顾奶奶的家中，顾奶奶自2个月前做了下肢深静脉血栓介入手术后一直在家休养，88岁高龄了骨质疏松腰椎退变，一直躺在床上静养。因老人的血粘度高，想抽血化验查查血常规与凝血酶原时间，但她腰痛得厉害动弹不得怕去医院抽血。医护人员来到顾奶奶床边一边问诊边释疑一边查看老人的患肢情况，并向家属耐心细致地讲解日常保健护理知识。两名护士长给老人抽血、测量血压并做腰背部按摩。</w:t>
      </w:r>
      <w:r>
        <w:rPr>
          <w:lang w:eastAsia="zh-CN"/>
        </w:rPr>
        <w:br/>
      </w:r>
      <w:r>
        <w:rPr>
          <w:lang w:eastAsia="zh-CN"/>
        </w:rPr>
        <w:t>　　5月12日上午，护理人员来到--市人民西路一户老人家里上门服务，家中有两位高龄老人，分别是93岁、90岁，老奶奶有高血压、老慢支、老年痴呆;老爷爷双目失明、心脏病、慢性便秘。医护人员给其测血压、数脉搏、查体听诊，并查看其服药情况，对老人的服用、饮食做了指导。了解到老人家里子女的经济情况也不佳，最终医护人员自费买了药物送了老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通过护理服务进家庭活动，拉近了医护人员与普通百姓的距离，树立了良好的形象。医院将把志愿服务进家庭活动坚持下去，变成一项长效工作，为更多的弱势人群提供真正的帮助。</w:t>
      </w:r>
      <w:r>
        <w:rPr>
          <w:lang w:eastAsia="zh-CN"/>
        </w:rPr>
        <w:br/>
      </w:r>
      <w:r>
        <w:rPr>
          <w:lang w:eastAsia="zh-CN"/>
        </w:rPr>
        <w:t>　　三、“提升人文素养推进优质护理”读书报告会暨护士节庆祝活动</w:t>
      </w:r>
      <w:r>
        <w:rPr>
          <w:lang w:eastAsia="zh-CN"/>
        </w:rPr>
        <w:br/>
      </w:r>
      <w:r>
        <w:rPr>
          <w:lang w:eastAsia="zh-CN"/>
        </w:rPr>
        <w:t>　　5月12日晚，医院除值班外的所有护士都聚集到医院五楼大会议室，召开护士节庆祝大会，医院领导班子所有成员都来到了现场，先后由顾院长、戴书记、顾主任在大会上发言，向奋战在一线的护理工作者及其家属致以亲切问候，对中医院在优质护理服务活动中取得的成果给予了充分肯定，对去年在等级医院复评过程中护理姐妹们的突出表现给予了高度赞扬，同时亦向广大护理工作者提出了更高的期望与要求。</w:t>
      </w:r>
      <w:r>
        <w:rPr>
          <w:lang w:eastAsia="zh-CN"/>
        </w:rPr>
        <w:br/>
      </w:r>
      <w:r>
        <w:rPr>
          <w:lang w:eastAsia="zh-CN"/>
        </w:rPr>
        <w:t>　　会上对--市优秀护士、医院优秀护士以及在三基竞赛中获奖的选手进行了颁奖，并给予奖励。</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接下来进行“提升人文素养推进优质护理”为主题的读书报告会。为举办次届读书报告会，护理部在三月购买了《感谢生命的美意》、《傅雷家书》、《谈修养》、《你的水桶有多满》等几部陶冶情操、充满正能量的经典好书，每科室发一套，此前在5月8日进行了初赛，共有25人参加了初赛，选出10人进入决赛，比赛现场各位选手镇定自若、侃侃而谈，有的介绍了自己的读书感悟，讲了对护理工作的新认识;有的从工作实际出发，将临床护理工作的酸甜苦辣融入到文字中，通过声情并茂的演讲向我们展示了护理工作者的心路历程。经过紧张的角逐，评出一等奖一名，二等奖2名，三等奖3名。最后，戴海强书记对整场比赛给予了高度的肯定，同时也指出了存在的问题，并给予中肯的建议和意见。护理部举办此次读书报告会，旨在拓宽护士特别是年轻护士的知识面，提高思维能力和人文素养的养成，为护士提供一个锻炼自己、鞭策自己、展示自我的平台，引导护士去好读书、读好书，从中获取知识信息，从而不断提升护士的职业修养、文化内涵、人文素养，从而使护理服务质量再上新台阶。</w:t>
      </w:r>
      <w:r>
        <w:rPr>
          <w:lang w:eastAsia="zh-CN"/>
        </w:rPr>
        <w:br/>
      </w:r>
      <w:r>
        <w:rPr>
          <w:lang w:eastAsia="zh-CN"/>
        </w:rPr>
        <w:t>　　这次表彰、庆祝活动的开展，为我院的优质护理服务的深入推广起到极大的推动作用，不仅提升了护理人员的工作积极性，也提升了护理队伍的整体素质;营造了积极活跃的服务氛围，激励着大家更好地投入到工作中去!</w:t>
      </w:r>
      <w:r>
        <w:rPr>
          <w:lang w:eastAsia="zh-CN"/>
        </w:rPr>
        <w:br/>
      </w:r>
      <w:r>
        <w:rPr>
          <w:lang w:eastAsia="zh-CN"/>
        </w:rPr>
        <w:t xml:space="preserve">    2024年护士节主题活动总结 篇10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每年的5月12日，是国际护士节。这是为了纪念近代护理学科创始人南丁格尔（1820～1910）而设立的。在1852年到1856年间，沙皇俄国与土耳其之间发生在克里米亚的战争十分残酷，双方伤亡惨重，大量的伤病员无人照顾。当时。英国有一位具有医学专业知识的女士名叫南丁格尔，她自愿组织战地救护队，率领38名女救护队员负责伤病员的护理，在她的领导下，建立了医院管理制度，提高了护理质量，使伤病员死亡率迅速下降。1860年，她又在英国的圣多马医院办起世界上第一所护士学校，为推动世界各国护理工作和发展护士教育，作出了巨大的贡献。为了纪念这位近代护理学家护士教育的创始人，弘扬南丁格尔对病患如同＂老人的儿女，同志的手足，孩子的妈妈＂的献身精神，国际上把她的生日——5月12日定为国际护士节。</w:t>
      </w:r>
      <w:r>
        <w:rPr>
          <w:lang w:eastAsia="zh-CN"/>
        </w:rPr>
        <w:br/>
      </w:r>
      <w:r>
        <w:rPr>
          <w:lang w:eastAsia="zh-CN"/>
        </w:rPr>
        <w:t>　　今年的5月12号是我们上大学以来的第一次护士节，所以我们心情都十分愉悦。为了让我们有个难忘的第一次，每个班都要举行一个活动来为自己过回节，所以决定举行一个晚会让即将成为护士的我们都高兴一下。</w:t>
      </w:r>
      <w:r>
        <w:rPr>
          <w:lang w:eastAsia="zh-CN"/>
        </w:rPr>
        <w:br/>
      </w:r>
      <w:r>
        <w:rPr>
          <w:lang w:eastAsia="zh-CN"/>
        </w:rPr>
        <w:t>　　由于5月12号是国际护士节同时也是灾难之日，玩会由12号改为了11号的晚上七点。就这样开始了这次以＂欢乐护士之我们是天使＂为主题的以班级为单位的活动，本次活动由以下几个环节，首先刘晓娜同学为大家演唱了一首《勇气》。美丽的旋律拉开了活动的.帷幕。主持人登场将每个人都带到了活动中下来是全班同学共同完成的游戏环节，猜表情，准备了三杯一样颜色的液体，分别为红糖水，可乐，陈醋，然后找三个同学来喝，之后做出痛苦的表情，让其他同学来猜谁喝的是醋。</w:t>
      </w:r>
      <w:r>
        <w:rPr>
          <w:lang w:eastAsia="zh-CN"/>
        </w:rPr>
        <w:br/>
      </w:r>
      <w:r>
        <w:rPr>
          <w:lang w:eastAsia="zh-CN"/>
        </w:rPr>
        <w:t>　　这个游戏一共玩了三轮，三轮后这个游戏结束同学们有惩有罚，但是玩的都挺开心，每个人脸都露出了开心的笑容。</w:t>
      </w:r>
      <w:r>
        <w:rPr>
          <w:lang w:eastAsia="zh-CN"/>
        </w:rPr>
        <w:br/>
      </w:r>
      <w:r>
        <w:rPr>
          <w:lang w:eastAsia="zh-CN"/>
        </w:rPr>
        <w:t>　　接下来是由__为全班演唱了一首《见习爱神》，希望可以将每个同学都带到玩会的高潮。</w:t>
      </w:r>
      <w:r>
        <w:rPr>
          <w:lang w:eastAsia="zh-CN"/>
        </w:rPr>
        <w:br/>
      </w:r>
      <w:r>
        <w:rPr>
          <w:lang w:eastAsia="zh-CN"/>
        </w:rPr>
        <w:t>　　随后又进入了游戏环节，接下来的游戏只有惩罚，游戏规则就是给出名词的类别，从第一个人开始无重复的说出同一类别的名词，例如说水果，说不出或说重复了就要受到相应的惩罚。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接下来是本班___情献歌环节，为大家带来了《阳光中在风雨后》希望全班同学都能够学会坚强。</w:t>
      </w:r>
      <w:r>
        <w:rPr>
          <w:lang w:eastAsia="zh-CN"/>
        </w:rPr>
        <w:br/>
      </w:r>
      <w:r>
        <w:rPr>
          <w:lang w:eastAsia="zh-CN"/>
        </w:rPr>
        <w:t>　　接下来是这次晚会的最后一个游戏你来比划我来猜，同学分成两组，知道内容后由第一个人开始比划，到最后一个人说出第一个人比划的是什么看哪组猜的对。</w:t>
      </w:r>
      <w:r>
        <w:rPr>
          <w:lang w:eastAsia="zh-CN"/>
        </w:rPr>
        <w:br/>
      </w:r>
      <w:r>
        <w:rPr>
          <w:lang w:eastAsia="zh-CN"/>
        </w:rPr>
        <w:t>　　在大家的笑声中晚会也接近了尾声，最后言归正传，学校希望我们能够像南丁格尔一样为人们做贡献。我们也要学会感恩，感恩父母感恩学校感恩社会，最后以一首《感恩的心》结束了今天的晚会。</w:t>
      </w:r>
      <w:r>
        <w:rPr>
          <w:lang w:eastAsia="zh-CN"/>
        </w:rPr>
        <w:br/>
      </w:r>
      <w:r>
        <w:rPr>
          <w:lang w:eastAsia="zh-CN"/>
        </w:rPr>
        <w:t>　　活动结束了，心中也有很多的感触和想法，虽然在玩但是也明白了护士的职责，现在只是上大一的我们应该更多的了解护士这个工作，这样才能更好的掌握技巧才会更好的到临床上去为人民服务。都说护士是白衣天使，希望从我们身上可以看到这样的精神，让我们一起加油吧！</w:t>
      </w:r>
      <w:r>
        <w:rPr>
          <w:lang w:eastAsia="zh-CN"/>
        </w:rPr>
        <w:br/>
      </w:r>
      <w:r>
        <w:rPr>
          <w:lang w:eastAsia="zh-CN"/>
        </w:rPr>
        <w:t>　　20__年学校护士节主题活动总结【四】</w:t>
      </w:r>
      <w:r>
        <w:rPr>
          <w:lang w:eastAsia="zh-CN"/>
        </w:rPr>
        <w:br/>
      </w:r>
      <w:r>
        <w:rPr>
          <w:lang w:eastAsia="zh-CN"/>
        </w:rPr>
        <w:t>　　为了纪念“5.12”国际护士节，弘扬南丁格尔救死扶伤人道主义精神和为护理事业无私奉献的高尚品质，向同学们展示护理工作者的风采，充分激发护理学院学生对护理事业的热情，促进护理学院护理教学事业的发展，让更多的人知道护理、了解护理、热爱护理，为护理事业而奋斗。20__年护理学院学生管理办公室、学生会、特此举办第三届5.12国际护士节系列庆祝活动。</w:t>
      </w:r>
      <w:r>
        <w:rPr>
          <w:lang w:eastAsia="zh-CN"/>
        </w:rPr>
        <w:br/>
      </w:r>
      <w:r>
        <w:rPr>
          <w:lang w:eastAsia="zh-CN"/>
        </w:rPr>
        <w:t>　　一、护理学院春季运动会选拨赛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为了丰富校园文化生活，激发广大师生的团队意识，努力营造积极向上、健康活泼的校园氛围，同时为护理学院夺取学校春季运动会优异成绩做准备，由护理学院学生会体育部负责举办了规模较大的春季运动会选拔赛，为学校举办的春季运动会选出了优秀的运动员。</w:t>
      </w:r>
      <w:r>
        <w:rPr>
          <w:lang w:eastAsia="zh-CN"/>
        </w:rPr>
        <w:br/>
      </w:r>
      <w:r>
        <w:rPr>
          <w:lang w:eastAsia="zh-CN"/>
        </w:rPr>
        <w:t>　　二、“手心相连，一圈到底”呼啦圈活动及结果</w:t>
      </w:r>
      <w:r>
        <w:rPr>
          <w:lang w:eastAsia="zh-CN"/>
        </w:rPr>
        <w:br/>
      </w:r>
      <w:r>
        <w:rPr>
          <w:lang w:eastAsia="zh-CN"/>
        </w:rPr>
        <w:t>　　为了让同学们更好的感受体育的非凡魅力，享受体育带来的欢声笑语，同时进一步丰富校园文化生活，提升大学生的人文素质和身体素质，使同学们快乐健康的生活学习。护理学院学生会体育部、实践部、宣传部共同举办了“手心相连，一圈到底”呼啦圈活动，为同学们提供了一个轻松快乐的活动氛围。</w:t>
      </w:r>
      <w:r>
        <w:rPr>
          <w:lang w:eastAsia="zh-CN"/>
        </w:rPr>
        <w:br/>
      </w:r>
      <w:r>
        <w:rPr>
          <w:lang w:eastAsia="zh-CN"/>
        </w:rPr>
        <w:t>　　三、第三届护理技能大赛及获奖名单</w:t>
      </w:r>
      <w:r>
        <w:rPr>
          <w:lang w:eastAsia="zh-CN"/>
        </w:rPr>
        <w:br/>
      </w:r>
      <w:r>
        <w:rPr>
          <w:lang w:eastAsia="zh-CN"/>
        </w:rPr>
        <w:t>　　为进一步巩固护理学院学生的专业技能，激发护理学院学习创新、钻研技术、成长成才，推动护理技能活动的蓬勃开展，掀起学技比武热潮，为学生就业打下坚实的就业基础。由护理学院学生会学习部、卫生部，在护理学院开展以“加强专业技能，激发专业热情”为主题的护理技能大赛活动。</w:t>
      </w:r>
      <w:r>
        <w:rPr>
          <w:lang w:eastAsia="zh-CN"/>
        </w:rPr>
        <w:br/>
      </w:r>
      <w:r>
        <w:rPr>
          <w:lang w:eastAsia="zh-CN"/>
        </w:rPr>
        <w:t>　　四、第三届护士礼仪大赛及获奖名单</w:t>
      </w:r>
      <w:r>
        <w:rPr>
          <w:lang w:eastAsia="zh-CN"/>
        </w:rPr>
        <w:br/>
      </w:r>
      <w:r>
        <w:rPr>
          <w:lang w:eastAsia="zh-CN"/>
        </w:rPr>
        <w:t>　　护理礼仪是护理学教育中的一项重要内容，护理工作时医疗卫生事业的重要组成部分。</w:t>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xml:space="preserve"> 护理礼仪已成为代表医院文化、促进医院文化建设的重要组成部分，良好的护士礼仪不但能使护理人员在护理实践中充满自信心、自尊心、责任心，而且其优美的仪表、端正的态度、亲切的语言、优雅的举止，可以创造一个友善、亲切、健康向上的人文环境。为了更好的弘扬南丁格尔精神，树立良好的白衣天使形象，培养学生规范礼仪，提高服务水平，护理学院学生会办公室将举办“第三届护理礼仪大赛”。</w:t>
      </w:r>
      <w:r>
        <w:rPr>
          <w:lang w:eastAsia="zh-CN"/>
        </w:rPr>
        <w:br/>
      </w:r>
      <w:r>
        <w:rPr>
          <w:lang w:eastAsia="zh-CN"/>
        </w:rPr>
        <w:t>　　五、“公寓是我家，温馨靠大家―文明之家”评比活动</w:t>
      </w:r>
      <w:r>
        <w:rPr>
          <w:lang w:eastAsia="zh-CN"/>
        </w:rPr>
        <w:br/>
      </w:r>
      <w:r>
        <w:rPr>
          <w:lang w:eastAsia="zh-CN"/>
        </w:rPr>
        <w:t>　　宿舍是大学生生活、学习、交往的主要场所，是大学生思想道德建设的重要阵地。加强宿舍文化建设是加强学生管理，提高大学生思想道德文化水平的重要举措。为此由学生会宿管部主办、生活部协办，我爱我家宿舍评比活动。宿舍是我们学生在学校的家，是文明温馨的港湾，文明要把它创造得更加和谐，为此学生会宿管部将在这学期课余时间举行“温馨之家”评比活动。</w:t>
      </w:r>
      <w:r>
        <w:rPr>
          <w:lang w:eastAsia="zh-CN"/>
        </w:rPr>
        <w:br/>
      </w:r>
      <w:r>
        <w:rPr>
          <w:lang w:eastAsia="zh-CN"/>
        </w:rPr>
        <w:t>　　六、“飞翔的天使”才艺大赛及结果</w:t>
      </w:r>
      <w:r>
        <w:rPr>
          <w:lang w:eastAsia="zh-CN"/>
        </w:rPr>
        <w:br/>
      </w:r>
      <w:r>
        <w:rPr>
          <w:lang w:eastAsia="zh-CN"/>
        </w:rPr>
        <w:t>　　旭日东升，需冲破黎明前的黑暗；历史前进，要冲破长冬的阴霾。当金色的太阳冉冉升起，终点又成为新起点，“诚、勤、严、精”始于心诚，成与精湛，要求我们对专业、岗位的无限热爱，给患者带来温暖。同时，为创建和谐社会做出自己的贡献。为激励广大护理学院学生继承和发扬护理事业的优良传统、弘扬南丁格尔精神、增强护理专业凝聚力，护理学院学生会宿管部和生活部举办此次活动。</w:t>
      </w:r>
      <w:r>
        <w:rPr>
          <w:lang w:eastAsia="zh-CN"/>
        </w:rPr>
        <w:br/>
      </w:r>
      <w:r>
        <w:rPr>
          <w:lang w:eastAsia="zh-CN"/>
        </w:rPr>
        <w:t>　　七、“校园运动之星”比赛及获奖名单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鼓励学生发展特长，增强学生的榜样教育，为树立典型，在全校学生中创设积极向上的学习氛围，培养学生全面发展，激发学生勇于争先的进取精神，形成良好的学风、校风，增强学院活力，提高同学们的积极性。进一步加强学院学生课余生活。为此，护理学院学生会治保部和卫生部共同在同学中开展评选“校园运动之星”活动。</w:t>
      </w:r>
      <w:r>
        <w:rPr>
          <w:lang w:eastAsia="zh-CN"/>
        </w:rPr>
        <w:br/>
      </w:r>
      <w:r>
        <w:rPr>
          <w:lang w:eastAsia="zh-CN"/>
        </w:rPr>
        <w:t>　　八、男生拔河比赛及获奖名单</w:t>
      </w:r>
      <w:r>
        <w:rPr>
          <w:lang w:eastAsia="zh-CN"/>
        </w:rPr>
        <w:br/>
      </w:r>
      <w:r>
        <w:rPr>
          <w:lang w:eastAsia="zh-CN"/>
        </w:rPr>
        <w:t>　　拔河比赛是中国的传统体育活动，在比赛中能够很好的体现队员之间的团结协作能力，从而加强参赛团体之间的合作、交流，增强整个参赛队伍之间的凝聚力。为加深同学们之间的友谊，突出护理学院男生们血气方刚的精神面貌，为此护理学院学生会男生部举行此次拔河比赛。</w:t>
      </w:r>
      <w:r>
        <w:rPr>
          <w:lang w:eastAsia="zh-CN"/>
        </w:rPr>
        <w:br/>
      </w:r>
      <w:r>
        <w:rPr>
          <w:lang w:eastAsia="zh-CN"/>
        </w:rPr>
        <w:t>　　九、5.12国际护士节晚会</w:t>
      </w:r>
      <w:r>
        <w:rPr>
          <w:lang w:eastAsia="zh-CN"/>
        </w:rPr>
        <w:br/>
      </w:r>
      <w:r>
        <w:rPr>
          <w:lang w:eastAsia="zh-CN"/>
        </w:rPr>
        <w:t>　　5.12国际护士节是为了纪念英国护理先驱、护士职业创始人和现代护理教育的奠基人弗洛伦斯?南丁格尔而设立，至今已有99个年头。挽着春的芳踪，吐露绵密的情意，一年一度的国际护士节伴随着初夏悄悄来临。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为纪念“5.12”国际护士节，弘扬南丁格尔精神，展示新时期我院护理队伍积极向上的精神风貌，推动学院精神文明建设。在这一天，我们大力宣传护理工作，鼓励护士们学习救死扶伤的人道主义精神，并举办了大型文艺晚会，歌颂南丁格尔精神。本次活动本着以继承和发扬南丁格尔忠于职业操守、科学严谨、甘于奉献精神为主线，以强化我院护理质量管理为重点，挖掘和展现我院护理人员风采顺利举办。通过本次系列活动激发了同学们对生活的热爱，丰富了校园文化生活，强化了职业技能，提升了职业素养，塑造了职业形象，培育了争先创优的先进意识，培育出优秀的护理人才，充分展示新一代白衣天使的风采。</w:t>
      </w:r>
      <w:r>
        <w:rPr>
          <w:lang w:eastAsia="zh-CN"/>
        </w:rPr>
        <w:br/>
      </w:r>
      <w:r>
        <w:rPr>
          <w:lang w:eastAsia="zh-CN"/>
        </w:rPr>
        <w:t xml:space="preserve">    2024年护士节主题活动总结 篇11 </w:t>
      </w:r>
      <w:r>
        <w:rPr>
          <w:lang w:eastAsia="zh-CN"/>
        </w:rPr>
        <w:br/>
      </w:r>
      <w:r>
        <w:rPr>
          <w:lang w:eastAsia="zh-CN"/>
        </w:rPr>
        <w:t>　　为深入发扬南丁格尔精神，展示_医院护理队伍良好的精神风貌和职业风范，激励全院护士爱岗敬业、积极进取、勇于奉献。在医院领导的关心、支持下，_医院举办了以深化“优质护理服务”为主题的5.12护士节庆祝、表彰活动，大力表彰在开展“优质护理服务”过程中取得突出成绩的科室及个人。现在将此次活动总结如下：</w:t>
      </w:r>
      <w:r>
        <w:rPr>
          <w:lang w:eastAsia="zh-CN"/>
        </w:rPr>
        <w:br/>
      </w:r>
      <w:r>
        <w:rPr>
          <w:lang w:eastAsia="zh-CN"/>
        </w:rPr>
        <w:t>　　一、总结经验，开拓创新</w:t>
      </w:r>
      <w:r>
        <w:rPr>
          <w:lang w:eastAsia="zh-CN"/>
        </w:rPr>
        <w:br/>
      </w:r>
      <w:r>
        <w:rPr>
          <w:lang w:eastAsia="zh-CN"/>
        </w:rPr>
        <w:t>　　在“5.12”护士节庆祝表彰大会上，省卫生厅、省护理协会领导向大会致辞，肿瘤医院_院长、_副院长分别发言，向奋战在一线的护理工作者致以亲切问候，对肿瘤医院在优质护理服务活动中取得的成果给予了充分肯定，同时亦向广大护理工作者提出了更高的期望与要求。</w:t>
      </w:r>
      <w:r>
        <w:rPr>
          <w:lang w:eastAsia="zh-CN"/>
        </w:rPr>
        <w:br/>
      </w:r>
      <w:r>
        <w:rPr>
          <w:lang w:eastAsia="zh-CN"/>
        </w:rPr>
        <w:t>　　二、优质护理，成效显著</w:t>
      </w:r>
      <w:r>
        <w:rPr>
          <w:lang w:eastAsia="zh-CN"/>
        </w:rPr>
        <w:br/>
      </w:r>
      <w:r>
        <w:rPr>
          <w:lang w:eastAsia="zh-CN"/>
        </w:rPr>
        <w:t>　　在院领导的关心支持下，在全体护士的努力工作下，肿瘤医院“优质护理服务”工作取得较大进步，截止到今年4月份，肿瘤医院共开展了25个优质护理服务示范病区，开展率达92%，开展科室各具特色、成绩显著、亮点突出。随着优质护理服务的进一步深化，医院护理事业发展欣欣向荣。</w:t>
      </w:r>
      <w:r>
        <w:rPr>
          <w:lang w:eastAsia="zh-CN"/>
        </w:rPr>
        <w:br/>
      </w:r>
    </w:p>
    <w:p w:rsidR="001B1F19" w14:textId="27C3F48A">
      <w:pPr>
        <w:rPr>
          <w:rFonts w:hint="eastAsia"/>
          <w:lang w:eastAsia="zh-CN"/>
        </w:rPr>
      </w:pPr>
      <w:r>
        <w:rPr>
          <w:lang w:eastAsia="zh-CN"/>
        </w:rPr>
        <w:t>　　在护理部的组织领导下，医院首次创建护理文化建设园地，以丰富护理文化内涵，提升护士整体素质，拉近与患者的距离，为患者提供更为优质的照护。</w:t>
      </w:r>
      <w:r>
        <w:rPr>
          <w:lang w:eastAsia="zh-CN"/>
        </w:rPr>
        <w:br/>
      </w:r>
      <w:r>
        <w:rPr>
          <w:lang w:eastAsia="zh-CN"/>
        </w:rPr>
        <w:t>　　三、角色互换，演绎和谐</w:t>
      </w:r>
      <w:r>
        <w:rPr>
          <w:lang w:eastAsia="zh-CN"/>
        </w:rPr>
        <w:br/>
      </w:r>
      <w:r>
        <w:rPr>
          <w:lang w:eastAsia="zh-CN"/>
        </w:rPr>
        <w:t>　　5月11日医院举办了以“假如我是一名病人”为主题的文艺演出，在此次演出活动中，表演者通过精彩的演绎，诠释了白衣天使忠于职守、甘于辛劳、乐于奉献的圣洁品质;展现了新时期肿瘤医院护理队伍积极向上的精神风貌和切身为病人着想的服务理念。演出活动得到了各位领导、嘉宾的一致好评。</w:t>
      </w:r>
      <w:r>
        <w:rPr>
          <w:lang w:eastAsia="zh-CN"/>
        </w:rPr>
        <w:br/>
      </w:r>
      <w:r>
        <w:rPr>
          <w:lang w:eastAsia="zh-CN"/>
        </w:rPr>
        <w:t>　　四、锐意进取，表彰先进</w:t>
      </w:r>
      <w:r>
        <w:rPr>
          <w:lang w:eastAsia="zh-CN"/>
        </w:rPr>
        <w:br/>
      </w:r>
      <w:r>
        <w:rPr>
          <w:lang w:eastAsia="zh-CN"/>
        </w:rPr>
        <w:t>　　在开展“优质护理服务示范工程”一年的时间里，医院涌现出一批具有模范带头作用的先进科室及先进个人，为优质护理服务在医院的全面推广起到了带头作用。医院优质护理服务专家督导组根据优质护理相关标准及要求对开展的科室进行检查，推选出大肠癌中心、头颈科、干疗科三个优质护理服务示范先进病房及19名先进个人进行表彰。</w:t>
      </w:r>
      <w:r>
        <w:rPr>
          <w:lang w:eastAsia="zh-CN"/>
        </w:rPr>
        <w:br/>
      </w:r>
      <w:r>
        <w:rPr>
          <w:lang w:eastAsia="zh-CN"/>
        </w:rPr>
        <w:t xml:space="preserve">    2024年护士节主题活动总结 篇12 </w:t>
      </w:r>
      <w:r>
        <w:rPr>
          <w:lang w:eastAsia="zh-CN"/>
        </w:rPr>
        <w:br/>
      </w:r>
      <w:r>
        <w:rPr>
          <w:lang w:eastAsia="zh-CN"/>
        </w:rPr>
        <w:t>　　为庆祝第_个国际护士节，金山医院护理部特此举办庆祝护士节系列活动，本次系列活动的内容主要涵盖专业知识技能竞赛、人文修养以及荣誉表彰等，旨在通过系列活动凝聚护理人员的力量，提高护理人员的专业知识和技能，并对各级优秀人员进行表彰。</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https://d.book118.com/266020031113010043</w:t>
        </w:r>
      </w:hyperlink>
    </w:p>
    <w:p w:rsidR="001B1F19">
      <w:pPr>
        <w:rPr>
          <w:rFonts w:hint="eastAsia"/>
          <w:lang w:eastAsia="zh-CN"/>
        </w:rPr>
      </w:pPr>
    </w:p>
    <w:sectPr>
      <w:type w:val="nextPage"/>
      <w:pgSz w:w="11906" w:h="16838"/>
      <w:pgMar w:top="1440" w:right="1800" w:bottom="1440" w:left="1800" w:header="851" w:footer="992" w:gutter="0"/>
      <w:pgNumType w:start="2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266020031113010043"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46</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